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39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5 were joined in this issue.</w:t>
      </w:r>
    </w:p>
    <w:p>
      <w:pPr>
        <w:spacing w:before="0" w:after="80" w:line="300" w:lineRule="exact"/>
        <w:jc w:val="left"/>
      </w:pPr>
      <w:r>
        <w:rPr>
          <w:rFonts w:ascii="Georgia" w:hAnsi="Georgia" w:cs="Georgia" w:eastAsia="Georgia"/>
          <w:b w:val="0"/>
          <w:i w:val="0"/>
          <w:sz w:val="18"/>
        </w:rPr>
        <w:t>Headings: 25 read from the PDF's own text, 24 read from the printed headline artwork, 0 taken from the Majlis's running head, and 21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402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99.06% of the original's words are present and 95.98%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THE BAND OF HAQ "There will ever remain a band from my Ummah fighting on the Haq until… (page 1) [no printed headline]</w:t>
      </w:r>
    </w:p>
    <w:p>
      <w:pPr>
        <w:spacing w:before="0" w:after="40" w:line="300" w:lineRule="exact"/>
        <w:jc w:val="left"/>
      </w:pPr>
      <w:r>
        <w:rPr>
          <w:rFonts w:ascii="Georgia" w:hAnsi="Georgia" w:cs="Georgia" w:eastAsia="Georgia"/>
          <w:b w:val="0"/>
          <w:i w:val="0"/>
          <w:sz w:val="20"/>
        </w:rPr>
        <w:t>2. HUMILIATING DEFEAT OF 'OPERATION HAMMER DOWN' (page 1, 3)</w:t>
      </w:r>
    </w:p>
    <w:p>
      <w:pPr>
        <w:spacing w:before="0" w:after="40" w:line="300" w:lineRule="exact"/>
        <w:jc w:val="left"/>
      </w:pPr>
      <w:r>
        <w:rPr>
          <w:rFonts w:ascii="Georgia" w:hAnsi="Georgia" w:cs="Georgia" w:eastAsia="Georgia"/>
          <w:b w:val="0"/>
          <w:i w:val="0"/>
          <w:sz w:val="20"/>
        </w:rPr>
        <w:t>3. THE UPHEAVALS IN THE ARAB COUNTRIES (page 1)</w:t>
      </w:r>
    </w:p>
    <w:p>
      <w:pPr>
        <w:spacing w:before="0" w:after="40" w:line="300" w:lineRule="exact"/>
        <w:jc w:val="left"/>
      </w:pPr>
      <w:r>
        <w:rPr>
          <w:rFonts w:ascii="Georgia" w:hAnsi="Georgia" w:cs="Georgia" w:eastAsia="Georgia"/>
          <w:b w:val="0"/>
          <w:i w:val="0"/>
          <w:sz w:val="20"/>
        </w:rPr>
        <w:t>4. The conflagration is fundamentally secularist which has no truck with Islam. (page 1) [no printed headline]</w:t>
      </w:r>
    </w:p>
    <w:p>
      <w:pPr>
        <w:spacing w:before="0" w:after="40" w:line="300" w:lineRule="exact"/>
        <w:jc w:val="left"/>
      </w:pPr>
      <w:r>
        <w:rPr>
          <w:rFonts w:ascii="Georgia" w:hAnsi="Georgia" w:cs="Georgia" w:eastAsia="Georgia"/>
          <w:b w:val="0"/>
          <w:i w:val="0"/>
          <w:sz w:val="20"/>
        </w:rPr>
        <w:t>5. (Continued from AN EPIC BATTLE IN KABUL (page 1, 4)</w:t>
      </w:r>
    </w:p>
    <w:p>
      <w:pPr>
        <w:spacing w:before="0" w:after="40" w:line="300" w:lineRule="exact"/>
        <w:jc w:val="left"/>
      </w:pPr>
      <w:r>
        <w:rPr>
          <w:rFonts w:ascii="Georgia" w:hAnsi="Georgia" w:cs="Georgia" w:eastAsia="Georgia"/>
          <w:b w:val="0"/>
          <w:i w:val="0"/>
          <w:sz w:val="20"/>
        </w:rPr>
        <w:t>6. IN THE TOILETS WITH THEIR TAILS BETWEEN THEIR LEGS (page 2)</w:t>
      </w:r>
    </w:p>
    <w:p>
      <w:pPr>
        <w:spacing w:before="0" w:after="40" w:line="300" w:lineRule="exact"/>
        <w:jc w:val="left"/>
      </w:pPr>
      <w:r>
        <w:rPr>
          <w:rFonts w:ascii="Georgia" w:hAnsi="Georgia" w:cs="Georgia" w:eastAsia="Georgia"/>
          <w:b w:val="0"/>
          <w:i w:val="0"/>
          <w:sz w:val="20"/>
        </w:rPr>
        <w:t>7. THE BRUTAL US TACTICS (page 2, 5)</w:t>
      </w:r>
    </w:p>
    <w:p>
      <w:pPr>
        <w:spacing w:before="0" w:after="40" w:line="300" w:lineRule="exact"/>
        <w:jc w:val="left"/>
      </w:pPr>
      <w:r>
        <w:rPr>
          <w:rFonts w:ascii="Georgia" w:hAnsi="Georgia" w:cs="Georgia" w:eastAsia="Georgia"/>
          <w:b w:val="0"/>
          <w:i w:val="0"/>
          <w:sz w:val="20"/>
        </w:rPr>
        <w:t>8. ditch and staying there for five hours. (page 2)</w:t>
      </w:r>
    </w:p>
    <w:p>
      <w:pPr>
        <w:spacing w:before="0" w:after="40" w:line="300" w:lineRule="exact"/>
        <w:jc w:val="left"/>
      </w:pPr>
      <w:r>
        <w:rPr>
          <w:rFonts w:ascii="Georgia" w:hAnsi="Georgia" w:cs="Georgia" w:eastAsia="Georgia"/>
          <w:b w:val="0"/>
          <w:i w:val="0"/>
          <w:sz w:val="20"/>
        </w:rPr>
        <w:t>9. NO SECURITY (page 2)</w:t>
      </w:r>
    </w:p>
    <w:p>
      <w:pPr>
        <w:spacing w:before="0" w:after="40" w:line="300" w:lineRule="exact"/>
        <w:jc w:val="left"/>
      </w:pPr>
      <w:r>
        <w:rPr>
          <w:rFonts w:ascii="Georgia" w:hAnsi="Georgia" w:cs="Georgia" w:eastAsia="Georgia"/>
          <w:b w:val="0"/>
          <w:i w:val="0"/>
          <w:sz w:val="20"/>
        </w:rPr>
        <w:t>10. 89 US TROOPS INJURED – (page 2)</w:t>
      </w:r>
    </w:p>
    <w:p>
      <w:pPr>
        <w:spacing w:before="0" w:after="40" w:line="300" w:lineRule="exact"/>
        <w:jc w:val="left"/>
      </w:pPr>
      <w:r>
        <w:rPr>
          <w:rFonts w:ascii="Georgia" w:hAnsi="Georgia" w:cs="Georgia" w:eastAsia="Georgia"/>
          <w:b w:val="0"/>
          <w:i w:val="0"/>
          <w:sz w:val="20"/>
        </w:rPr>
        <w:t>11. Working for UN (page 2)</w:t>
      </w:r>
    </w:p>
    <w:p>
      <w:pPr>
        <w:spacing w:before="0" w:after="40" w:line="300" w:lineRule="exact"/>
        <w:jc w:val="left"/>
      </w:pPr>
      <w:r>
        <w:rPr>
          <w:rFonts w:ascii="Georgia" w:hAnsi="Georgia" w:cs="Georgia" w:eastAsia="Georgia"/>
          <w:b w:val="0"/>
          <w:i w:val="0"/>
          <w:sz w:val="20"/>
        </w:rPr>
        <w:t>12. KUFR IS A SINGLE BREED (page 2)</w:t>
      </w:r>
    </w:p>
    <w:p>
      <w:pPr>
        <w:spacing w:before="0" w:after="40" w:line="300" w:lineRule="exact"/>
        <w:jc w:val="left"/>
      </w:pPr>
      <w:r>
        <w:rPr>
          <w:rFonts w:ascii="Georgia" w:hAnsi="Georgia" w:cs="Georgia" w:eastAsia="Georgia"/>
          <w:b w:val="0"/>
          <w:i w:val="0"/>
          <w:sz w:val="20"/>
        </w:rPr>
        <w:t>13. first detainee who was freed from Guantanamo since Obama became the president. (page 2) [no printed headline]</w:t>
      </w:r>
    </w:p>
    <w:p>
      <w:pPr>
        <w:spacing w:before="0" w:after="40" w:line="300" w:lineRule="exact"/>
        <w:jc w:val="left"/>
      </w:pPr>
      <w:r>
        <w:rPr>
          <w:rFonts w:ascii="Georgia" w:hAnsi="Georgia" w:cs="Georgia" w:eastAsia="Georgia"/>
          <w:b w:val="0"/>
          <w:i w:val="0"/>
          <w:sz w:val="20"/>
        </w:rPr>
        <w:t>14. While the U.S. (page 3) [no printed headline]</w:t>
      </w:r>
    </w:p>
    <w:p>
      <w:pPr>
        <w:spacing w:before="0" w:after="40" w:line="300" w:lineRule="exact"/>
        <w:jc w:val="left"/>
      </w:pPr>
      <w:r>
        <w:rPr>
          <w:rFonts w:ascii="Georgia" w:hAnsi="Georgia" w:cs="Georgia" w:eastAsia="Georgia"/>
          <w:b w:val="0"/>
          <w:i w:val="0"/>
          <w:sz w:val="20"/>
        </w:rPr>
        <w:t>15. THE SUDANESE SELF -DECEPTION (page 3)</w:t>
      </w:r>
    </w:p>
    <w:p>
      <w:pPr>
        <w:spacing w:before="0" w:after="40" w:line="300" w:lineRule="exact"/>
        <w:jc w:val="left"/>
      </w:pPr>
      <w:r>
        <w:rPr>
          <w:rFonts w:ascii="Georgia" w:hAnsi="Georgia" w:cs="Georgia" w:eastAsia="Georgia"/>
          <w:b w:val="0"/>
          <w:i w:val="0"/>
          <w:sz w:val="20"/>
        </w:rPr>
        <w:t>16. sition of Shariah Law. (page 3) [no printed headline]</w:t>
      </w:r>
    </w:p>
    <w:p>
      <w:pPr>
        <w:spacing w:before="0" w:after="40" w:line="300" w:lineRule="exact"/>
        <w:jc w:val="left"/>
      </w:pPr>
      <w:r>
        <w:rPr>
          <w:rFonts w:ascii="Georgia" w:hAnsi="Georgia" w:cs="Georgia" w:eastAsia="Georgia"/>
          <w:b w:val="0"/>
          <w:i w:val="0"/>
          <w:sz w:val="20"/>
        </w:rPr>
        <w:t>17. AGGRESSORS ARE COWARDS (page 3)</w:t>
      </w:r>
    </w:p>
    <w:p>
      <w:pPr>
        <w:spacing w:before="0" w:after="40" w:line="300" w:lineRule="exact"/>
        <w:jc w:val="left"/>
      </w:pPr>
      <w:r>
        <w:rPr>
          <w:rFonts w:ascii="Georgia" w:hAnsi="Georgia" w:cs="Georgia" w:eastAsia="Georgia"/>
          <w:b w:val="0"/>
          <w:i w:val="0"/>
          <w:sz w:val="20"/>
        </w:rPr>
        <w:t>18. The BBC News correspondent, Quentin Sommerville, commenting on the Taliban attack on Nato… (page 4) [no printed headline]</w:t>
      </w:r>
    </w:p>
    <w:p>
      <w:pPr>
        <w:spacing w:before="0" w:after="40" w:line="300" w:lineRule="exact"/>
        <w:jc w:val="left"/>
      </w:pPr>
      <w:r>
        <w:rPr>
          <w:rFonts w:ascii="Georgia" w:hAnsi="Georgia" w:cs="Georgia" w:eastAsia="Georgia"/>
          <w:b w:val="0"/>
          <w:i w:val="0"/>
          <w:sz w:val="20"/>
        </w:rPr>
        <w:t>19. THE KABUL ATTACK - BBC COMMENT (page 4)</w:t>
      </w:r>
    </w:p>
    <w:p>
      <w:pPr>
        <w:spacing w:before="0" w:after="40" w:line="300" w:lineRule="exact"/>
        <w:jc w:val="left"/>
      </w:pPr>
      <w:r>
        <w:rPr>
          <w:rFonts w:ascii="Georgia" w:hAnsi="Georgia" w:cs="Georgia" w:eastAsia="Georgia"/>
          <w:b w:val="0"/>
          <w:i w:val="0"/>
          <w:sz w:val="20"/>
        </w:rPr>
        <w:t>20. 80% of the country, and attack the invaders right inside their fortifications with… (page 4) [no printed headline]</w:t>
      </w:r>
    </w:p>
    <w:p>
      <w:pPr>
        <w:spacing w:before="0" w:after="40" w:line="300" w:lineRule="exact"/>
        <w:jc w:val="left"/>
      </w:pPr>
      <w:r>
        <w:rPr>
          <w:rFonts w:ascii="Georgia" w:hAnsi="Georgia" w:cs="Georgia" w:eastAsia="Georgia"/>
          <w:b w:val="0"/>
          <w:i w:val="0"/>
          <w:sz w:val="20"/>
        </w:rPr>
        <w:t>21. THE UPHEAVALS IN THE ARAB COUNTRIES (page 4)</w:t>
      </w:r>
    </w:p>
    <w:p>
      <w:pPr>
        <w:spacing w:before="0" w:after="40" w:line="300" w:lineRule="exact"/>
        <w:jc w:val="left"/>
      </w:pPr>
      <w:r>
        <w:rPr>
          <w:rFonts w:ascii="Georgia" w:hAnsi="Georgia" w:cs="Georgia" w:eastAsia="Georgia"/>
          <w:b w:val="0"/>
          <w:i w:val="0"/>
          <w:sz w:val="20"/>
        </w:rPr>
        <w:t>22. THEIR PLIGHT (page 4)</w:t>
      </w:r>
    </w:p>
    <w:p>
      <w:pPr>
        <w:spacing w:before="0" w:after="40" w:line="300" w:lineRule="exact"/>
        <w:jc w:val="left"/>
      </w:pPr>
      <w:r>
        <w:rPr>
          <w:rFonts w:ascii="Georgia" w:hAnsi="Georgia" w:cs="Georgia" w:eastAsia="Georgia"/>
          <w:b w:val="0"/>
          <w:i w:val="0"/>
          <w:sz w:val="20"/>
        </w:rPr>
        <w:t>23. A STINGING, HUMILIATING BLOW TO THE U.S (page 4)</w:t>
      </w:r>
    </w:p>
    <w:p>
      <w:pPr>
        <w:spacing w:before="0" w:after="40" w:line="300" w:lineRule="exact"/>
        <w:jc w:val="left"/>
      </w:pPr>
      <w:r>
        <w:rPr>
          <w:rFonts w:ascii="Georgia" w:hAnsi="Georgia" w:cs="Georgia" w:eastAsia="Georgia"/>
          <w:b w:val="0"/>
          <w:i w:val="0"/>
          <w:sz w:val="20"/>
        </w:rPr>
        <w:t>24. A STINGING, HUMILIATING BLOW TO THE U.S (page 4, 5)</w:t>
      </w:r>
    </w:p>
    <w:p>
      <w:pPr>
        <w:spacing w:before="0" w:after="40" w:line="300" w:lineRule="exact"/>
        <w:jc w:val="left"/>
      </w:pPr>
      <w:r>
        <w:rPr>
          <w:rFonts w:ascii="Georgia" w:hAnsi="Georgia" w:cs="Georgia" w:eastAsia="Georgia"/>
          <w:b w:val="0"/>
          <w:i w:val="0"/>
          <w:sz w:val="20"/>
        </w:rPr>
        <w:t>25. AMERICAN BRUTALITY A STINGING, HUMILIATING BLOW TO THE U.S. 'AND TORTURE (page 5)</w:t>
      </w:r>
    </w:p>
    <w:p>
      <w:pPr>
        <w:spacing w:before="0" w:after="40" w:line="300" w:lineRule="exact"/>
        <w:jc w:val="left"/>
      </w:pPr>
      <w:r>
        <w:rPr>
          <w:rFonts w:ascii="Georgia" w:hAnsi="Georgia" w:cs="Georgia" w:eastAsia="Georgia"/>
          <w:b w:val="0"/>
          <w:i w:val="0"/>
          <w:sz w:val="20"/>
        </w:rPr>
        <w:t>26. When he was finally sent back to his cell, though, the guards were instructed to only… (page 5) [no printed headline]</w:t>
      </w:r>
    </w:p>
    <w:p>
      <w:pPr>
        <w:spacing w:before="0" w:after="40" w:line="300" w:lineRule="exact"/>
        <w:jc w:val="left"/>
      </w:pPr>
      <w:r>
        <w:rPr>
          <w:rFonts w:ascii="Georgia" w:hAnsi="Georgia" w:cs="Georgia" w:eastAsia="Georgia"/>
          <w:b w:val="0"/>
          <w:i w:val="0"/>
          <w:sz w:val="20"/>
        </w:rPr>
        <w:t>27. WILL THE U.S. (page 5)</w:t>
      </w:r>
    </w:p>
    <w:p>
      <w:pPr>
        <w:spacing w:before="0" w:after="40" w:line="300" w:lineRule="exact"/>
        <w:jc w:val="left"/>
      </w:pPr>
      <w:r>
        <w:rPr>
          <w:rFonts w:ascii="Georgia" w:hAnsi="Georgia" w:cs="Georgia" w:eastAsia="Georgia"/>
          <w:b w:val="0"/>
          <w:i w:val="0"/>
          <w:sz w:val="20"/>
        </w:rPr>
        <w:t>28. that Bush-era crimes went far beyond mere waterboarding. (page 5) [no printed headline]</w:t>
      </w:r>
    </w:p>
    <w:p>
      <w:pPr>
        <w:spacing w:before="0" w:after="40" w:line="300" w:lineRule="exact"/>
        <w:jc w:val="left"/>
      </w:pPr>
      <w:r>
        <w:rPr>
          <w:rFonts w:ascii="Georgia" w:hAnsi="Georgia" w:cs="Georgia" w:eastAsia="Georgia"/>
          <w:b w:val="0"/>
          <w:i w:val="0"/>
          <w:sz w:val="20"/>
        </w:rPr>
        <w:t>29. NATO FUEL TANKERS DESTROYED (page 5)</w:t>
      </w:r>
    </w:p>
    <w:p>
      <w:pPr>
        <w:spacing w:before="0" w:after="40" w:line="300" w:lineRule="exact"/>
        <w:jc w:val="left"/>
      </w:pPr>
      <w:r>
        <w:rPr>
          <w:rFonts w:ascii="Georgia" w:hAnsi="Georgia" w:cs="Georgia" w:eastAsia="Georgia"/>
          <w:b w:val="0"/>
          <w:i w:val="0"/>
          <w:sz w:val="20"/>
        </w:rPr>
        <w:t>30. SUSPECTING TREACHERY - TALIBAN SCUTTLE NEGOTIATIONS (page 6)</w:t>
      </w:r>
    </w:p>
    <w:p>
      <w:pPr>
        <w:spacing w:before="0" w:after="40" w:line="300" w:lineRule="exact"/>
        <w:jc w:val="left"/>
      </w:pPr>
      <w:r>
        <w:rPr>
          <w:rFonts w:ascii="Georgia" w:hAnsi="Georgia" w:cs="Georgia" w:eastAsia="Georgia"/>
          <w:b w:val="0"/>
          <w:i w:val="0"/>
          <w:sz w:val="20"/>
        </w:rPr>
        <w:t>31. The breakdown in the talks at such an early stage has led to recriminations and claims… (page 6) [no printed headline]</w:t>
      </w:r>
    </w:p>
    <w:p>
      <w:pPr>
        <w:spacing w:before="0" w:after="40" w:line="300" w:lineRule="exact"/>
        <w:jc w:val="left"/>
      </w:pPr>
      <w:r>
        <w:rPr>
          <w:rFonts w:ascii="Georgia" w:hAnsi="Georgia" w:cs="Georgia" w:eastAsia="Georgia"/>
          <w:b w:val="0"/>
          <w:i w:val="0"/>
          <w:sz w:val="20"/>
        </w:rPr>
        <w:t>32. THE DEFEAT OF THE U.S. &amp; NATO (page 6)</w:t>
      </w:r>
    </w:p>
    <w:p>
      <w:pPr>
        <w:spacing w:before="0" w:after="40" w:line="300" w:lineRule="exact"/>
        <w:jc w:val="left"/>
      </w:pPr>
      <w:r>
        <w:rPr>
          <w:rFonts w:ascii="Georgia" w:hAnsi="Georgia" w:cs="Georgia" w:eastAsia="Georgia"/>
          <w:b w:val="0"/>
          <w:i w:val="0"/>
          <w:sz w:val="20"/>
        </w:rPr>
        <w:t>33. MASSIVE EXPLOSION - TALIBAN ATTACK PLOUGHS TRAIL OF ENEMY DESTRUCTION (page 6)</w:t>
      </w:r>
    </w:p>
    <w:p>
      <w:pPr>
        <w:spacing w:before="0" w:after="40" w:line="300" w:lineRule="exact"/>
        <w:jc w:val="left"/>
      </w:pPr>
      <w:r>
        <w:rPr>
          <w:rFonts w:ascii="Georgia" w:hAnsi="Georgia" w:cs="Georgia" w:eastAsia="Georgia"/>
          <w:b w:val="0"/>
          <w:i w:val="0"/>
          <w:sz w:val="20"/>
        </w:rPr>
        <w:t>34. BUSH, RUMSFELD (page 6)</w:t>
      </w:r>
    </w:p>
    <w:p>
      <w:pPr>
        <w:spacing w:before="0" w:after="40" w:line="300" w:lineRule="exact"/>
        <w:jc w:val="left"/>
      </w:pPr>
      <w:r>
        <w:rPr>
          <w:rFonts w:ascii="Georgia" w:hAnsi="Georgia" w:cs="Georgia" w:eastAsia="Georgia"/>
          <w:b w:val="0"/>
          <w:i w:val="0"/>
          <w:sz w:val="20"/>
        </w:rPr>
        <w:t>35. abuse went to the very top of the United States government. (page 6) [no printed headline]</w:t>
      </w:r>
    </w:p>
    <w:p>
      <w:pPr>
        <w:spacing w:before="0" w:after="40" w:line="300" w:lineRule="exact"/>
        <w:jc w:val="left"/>
      </w:pPr>
      <w:r>
        <w:rPr>
          <w:rFonts w:ascii="Georgia" w:hAnsi="Georgia" w:cs="Georgia" w:eastAsia="Georgia"/>
          <w:b w:val="0"/>
          <w:i w:val="0"/>
          <w:sz w:val="20"/>
        </w:rPr>
        <w:t>36. ATTACKS (page 7)</w:t>
      </w:r>
    </w:p>
    <w:p>
      <w:pPr>
        <w:spacing w:before="0" w:after="40" w:line="300" w:lineRule="exact"/>
        <w:jc w:val="left"/>
      </w:pPr>
      <w:r>
        <w:rPr>
          <w:rFonts w:ascii="Georgia" w:hAnsi="Georgia" w:cs="Georgia" w:eastAsia="Georgia"/>
          <w:b w:val="0"/>
          <w:i w:val="0"/>
          <w:sz w:val="20"/>
        </w:rPr>
        <w:t>37. Arghanabad district's Surkh Sang area. (page 7) [no printed headline]</w:t>
      </w:r>
    </w:p>
    <w:p>
      <w:pPr>
        <w:spacing w:before="0" w:after="40" w:line="300" w:lineRule="exact"/>
        <w:jc w:val="left"/>
      </w:pPr>
      <w:r>
        <w:rPr>
          <w:rFonts w:ascii="Georgia" w:hAnsi="Georgia" w:cs="Georgia" w:eastAsia="Georgia"/>
          <w:b w:val="0"/>
          <w:i w:val="0"/>
          <w:sz w:val="20"/>
        </w:rPr>
        <w:t>38. 19 KILLED IN TALIBAN AS- SAULT (page 7)</w:t>
      </w:r>
    </w:p>
    <w:p>
      <w:pPr>
        <w:spacing w:before="0" w:after="40" w:line="300" w:lineRule="exact"/>
        <w:jc w:val="left"/>
      </w:pPr>
      <w:r>
        <w:rPr>
          <w:rFonts w:ascii="Georgia" w:hAnsi="Georgia" w:cs="Georgia" w:eastAsia="Georgia"/>
          <w:b w:val="0"/>
          <w:i w:val="0"/>
          <w:sz w:val="20"/>
        </w:rPr>
        <w:t>39. TALIBAN TACTICS SPARK PANIC (page 7)</w:t>
      </w:r>
    </w:p>
    <w:p>
      <w:pPr>
        <w:spacing w:before="0" w:after="40" w:line="300" w:lineRule="exact"/>
        <w:jc w:val="left"/>
      </w:pPr>
      <w:r>
        <w:rPr>
          <w:rFonts w:ascii="Georgia" w:hAnsi="Georgia" w:cs="Georgia" w:eastAsia="Georgia"/>
          <w:b w:val="0"/>
          <w:i w:val="0"/>
          <w:sz w:val="20"/>
        </w:rPr>
        <w:t>40. A DARING ATTACK (page 7)</w:t>
      </w:r>
    </w:p>
    <w:p>
      <w:pPr>
        <w:spacing w:before="0" w:after="40" w:line="300" w:lineRule="exact"/>
        <w:jc w:val="left"/>
      </w:pPr>
      <w:r>
        <w:rPr>
          <w:rFonts w:ascii="Georgia" w:hAnsi="Georgia" w:cs="Georgia" w:eastAsia="Georgia"/>
          <w:b w:val="0"/>
          <w:i w:val="0"/>
          <w:sz w:val="20"/>
        </w:rPr>
        <w:t>41. CHECKPOINT DESTROYED (page 7)</w:t>
      </w:r>
    </w:p>
    <w:p>
      <w:pPr>
        <w:spacing w:before="0" w:after="40" w:line="300" w:lineRule="exact"/>
        <w:jc w:val="left"/>
      </w:pPr>
      <w:r>
        <w:rPr>
          <w:rFonts w:ascii="Georgia" w:hAnsi="Georgia" w:cs="Georgia" w:eastAsia="Georgia"/>
          <w:b w:val="0"/>
          <w:i w:val="0"/>
          <w:sz w:val="20"/>
        </w:rPr>
        <w:t>42. HONOUR AND DISGRACE (page 7)</w:t>
      </w:r>
    </w:p>
    <w:p>
      <w:pPr>
        <w:spacing w:before="0" w:after="40" w:line="300" w:lineRule="exact"/>
        <w:jc w:val="left"/>
      </w:pPr>
      <w:r>
        <w:rPr>
          <w:rFonts w:ascii="Georgia" w:hAnsi="Georgia" w:cs="Georgia" w:eastAsia="Georgia"/>
          <w:b w:val="0"/>
          <w:i w:val="0"/>
          <w:sz w:val="20"/>
        </w:rPr>
        <w:t>43. MUJAHIDEEN IN ACTION (page 7)</w:t>
      </w:r>
    </w:p>
    <w:p>
      <w:pPr>
        <w:spacing w:before="0" w:after="40" w:line="300" w:lineRule="exact"/>
        <w:jc w:val="left"/>
      </w:pPr>
      <w:r>
        <w:rPr>
          <w:rFonts w:ascii="Georgia" w:hAnsi="Georgia" w:cs="Georgia" w:eastAsia="Georgia"/>
          <w:b w:val="0"/>
          <w:i w:val="0"/>
          <w:sz w:val="20"/>
        </w:rPr>
        <w:t>44. to have been buried in the rubble. (page 7) [no printed headline]</w:t>
      </w:r>
    </w:p>
    <w:p>
      <w:pPr>
        <w:spacing w:before="0" w:after="40" w:line="300" w:lineRule="exact"/>
        <w:jc w:val="left"/>
      </w:pPr>
      <w:r>
        <w:rPr>
          <w:rFonts w:ascii="Georgia" w:hAnsi="Georgia" w:cs="Georgia" w:eastAsia="Georgia"/>
          <w:b w:val="0"/>
          <w:i w:val="0"/>
          <w:sz w:val="20"/>
        </w:rPr>
        <w:t>45. AMERICANS ARE HATED (page 7)</w:t>
      </w:r>
    </w:p>
    <w:p>
      <w:pPr>
        <w:spacing w:before="0" w:after="40" w:line="300" w:lineRule="exact"/>
        <w:jc w:val="left"/>
      </w:pPr>
      <w:r>
        <w:rPr>
          <w:rFonts w:ascii="Georgia" w:hAnsi="Georgia" w:cs="Georgia" w:eastAsia="Georgia"/>
          <w:b w:val="0"/>
          <w:i w:val="0"/>
          <w:sz w:val="20"/>
        </w:rPr>
        <w:t>46. U.S. HEAVY ARMOURED TANKS = A SIGN OF DESPERATION (page 8)</w:t>
      </w:r>
    </w:p>
    <w:p>
      <w:pPr>
        <w:spacing w:before="0" w:after="40" w:line="300" w:lineRule="exact"/>
        <w:jc w:val="left"/>
      </w:pPr>
      <w:r>
        <w:rPr>
          <w:rFonts w:ascii="Georgia" w:hAnsi="Georgia" w:cs="Georgia" w:eastAsia="Georgia"/>
          <w:b w:val="0"/>
          <w:i w:val="0"/>
          <w:sz w:val="20"/>
        </w:rPr>
        <w:t>47. the Taliban are currently hitting these cowards who prey on women and children. (page 8) [no printed headline]</w:t>
      </w:r>
    </w:p>
    <w:p>
      <w:pPr>
        <w:spacing w:before="0" w:after="40" w:line="300" w:lineRule="exact"/>
        <w:jc w:val="left"/>
      </w:pPr>
      <w:r>
        <w:rPr>
          <w:rFonts w:ascii="Georgia" w:hAnsi="Georgia" w:cs="Georgia" w:eastAsia="Georgia"/>
          <w:b w:val="0"/>
          <w:i w:val="0"/>
          <w:sz w:val="20"/>
        </w:rPr>
        <w:t>48. surgent fighters." COMMENT: In fact, the introduction of the tanks is not only a sign of… (page 8) [no printed headline]</w:t>
      </w:r>
    </w:p>
    <w:p>
      <w:pPr>
        <w:spacing w:before="0" w:after="40" w:line="300" w:lineRule="exact"/>
        <w:jc w:val="left"/>
      </w:pPr>
      <w:r>
        <w:rPr>
          <w:rFonts w:ascii="Georgia" w:hAnsi="Georgia" w:cs="Georgia" w:eastAsia="Georgia"/>
          <w:b w:val="0"/>
          <w:i w:val="0"/>
          <w:sz w:val="20"/>
        </w:rPr>
        <w:t>49. TORTURE OF THE BRITISH COWARDS (page 8)</w:t>
      </w:r>
    </w:p>
    <w:p>
      <w:pPr>
        <w:spacing w:before="0" w:after="40" w:line="300" w:lineRule="exact"/>
        <w:jc w:val="left"/>
      </w:pPr>
      <w:r>
        <w:rPr>
          <w:rFonts w:ascii="Georgia" w:hAnsi="Georgia" w:cs="Georgia" w:eastAsia="Georgia"/>
          <w:b w:val="0"/>
          <w:i w:val="0"/>
          <w:sz w:val="20"/>
        </w:rPr>
        <w:t>50. PAKISTAN REJECTS U.S. DEMAND (page 8)</w:t>
      </w:r>
    </w:p>
    <w:p>
      <w:pPr>
        <w:spacing w:before="0" w:after="40" w:line="300" w:lineRule="exact"/>
        <w:jc w:val="left"/>
      </w:pPr>
      <w:r>
        <w:rPr>
          <w:rFonts w:ascii="Georgia" w:hAnsi="Georgia" w:cs="Georgia" w:eastAsia="Georgia"/>
          <w:b w:val="0"/>
          <w:i w:val="0"/>
          <w:sz w:val="20"/>
        </w:rPr>
        <w:t>51. that the Pakistani army attack the Haqqani network. (page 8) [no printed headline]</w:t>
      </w:r>
    </w:p>
    <w:p>
      <w:pPr>
        <w:spacing w:before="0" w:after="40" w:line="300" w:lineRule="exact"/>
        <w:jc w:val="left"/>
      </w:pPr>
      <w:r>
        <w:rPr>
          <w:rFonts w:ascii="Georgia" w:hAnsi="Georgia" w:cs="Georgia" w:eastAsia="Georgia"/>
          <w:b w:val="0"/>
          <w:i w:val="0"/>
          <w:sz w:val="20"/>
        </w:rPr>
        <w:t>52. SAUDI ARABIA - SLAVE OF THE U.S (page 9)</w:t>
      </w:r>
    </w:p>
    <w:p>
      <w:pPr>
        <w:spacing w:before="0" w:after="40" w:line="300" w:lineRule="exact"/>
        <w:jc w:val="left"/>
      </w:pPr>
      <w:r>
        <w:rPr>
          <w:rFonts w:ascii="Georgia" w:hAnsi="Georgia" w:cs="Georgia" w:eastAsia="Georgia"/>
          <w:b w:val="0"/>
          <w:i w:val="0"/>
          <w:sz w:val="20"/>
        </w:rPr>
        <w:t>53. SUICIDE OF U.S. SOLDIERS - EFFECTS OF THE IMMORAL WARS (page 9)</w:t>
      </w:r>
    </w:p>
    <w:p>
      <w:pPr>
        <w:spacing w:before="0" w:after="40" w:line="300" w:lineRule="exact"/>
        <w:jc w:val="left"/>
      </w:pPr>
      <w:r>
        <w:rPr>
          <w:rFonts w:ascii="Georgia" w:hAnsi="Georgia" w:cs="Georgia" w:eastAsia="Georgia"/>
          <w:b w:val="0"/>
          <w:i w:val="0"/>
          <w:sz w:val="20"/>
        </w:rPr>
        <w:t>54. died in Iraq. (page 9) [no printed headline]</w:t>
      </w:r>
    </w:p>
    <w:p>
      <w:pPr>
        <w:spacing w:before="0" w:after="40" w:line="300" w:lineRule="exact"/>
        <w:jc w:val="left"/>
      </w:pPr>
      <w:r>
        <w:rPr>
          <w:rFonts w:ascii="Georgia" w:hAnsi="Georgia" w:cs="Georgia" w:eastAsia="Georgia"/>
          <w:b w:val="0"/>
          <w:i w:val="0"/>
          <w:sz w:val="20"/>
        </w:rPr>
        <w:t>55. DEADLY TALIBAN ATTACK ON POLICE HQ (page 9)</w:t>
      </w:r>
    </w:p>
    <w:p>
      <w:pPr>
        <w:spacing w:before="0" w:after="40" w:line="300" w:lineRule="exact"/>
        <w:jc w:val="left"/>
      </w:pPr>
      <w:r>
        <w:rPr>
          <w:rFonts w:ascii="Georgia" w:hAnsi="Georgia" w:cs="Georgia" w:eastAsia="Georgia"/>
          <w:b w:val="0"/>
          <w:i w:val="0"/>
          <w:sz w:val="20"/>
        </w:rPr>
        <w:t>56. HOW THE U.S. PLANS TO MAINTAIN (page 9)</w:t>
      </w:r>
    </w:p>
    <w:p>
      <w:pPr>
        <w:spacing w:before="0" w:after="40" w:line="300" w:lineRule="exact"/>
        <w:jc w:val="left"/>
      </w:pPr>
      <w:r>
        <w:rPr>
          <w:rFonts w:ascii="Georgia" w:hAnsi="Georgia" w:cs="Georgia" w:eastAsia="Georgia"/>
          <w:b w:val="0"/>
          <w:i w:val="0"/>
          <w:sz w:val="20"/>
        </w:rPr>
        <w:t>57. THE INVADERS ARE PERISHING (page 9)</w:t>
      </w:r>
    </w:p>
    <w:p>
      <w:pPr>
        <w:spacing w:before="0" w:after="40" w:line="300" w:lineRule="exact"/>
        <w:jc w:val="left"/>
      </w:pPr>
      <w:r>
        <w:rPr>
          <w:rFonts w:ascii="Georgia" w:hAnsi="Georgia" w:cs="Georgia" w:eastAsia="Georgia"/>
          <w:b w:val="0"/>
          <w:i w:val="0"/>
          <w:sz w:val="20"/>
        </w:rPr>
        <w:t>58. THE INVASION WAS TO ELIMINATE THE TALIBAN (page 10)</w:t>
      </w:r>
    </w:p>
    <w:p>
      <w:pPr>
        <w:spacing w:before="0" w:after="40" w:line="300" w:lineRule="exact"/>
        <w:jc w:val="left"/>
      </w:pPr>
      <w:r>
        <w:rPr>
          <w:rFonts w:ascii="Georgia" w:hAnsi="Georgia" w:cs="Georgia" w:eastAsia="Georgia"/>
          <w:b w:val="0"/>
          <w:i w:val="0"/>
          <w:sz w:val="20"/>
        </w:rPr>
        <w:t>59. THE BRUTALITY OF THE U.S. COWARDS (page 10)</w:t>
      </w:r>
    </w:p>
    <w:p>
      <w:pPr>
        <w:spacing w:before="0" w:after="40" w:line="300" w:lineRule="exact"/>
        <w:jc w:val="left"/>
      </w:pPr>
      <w:r>
        <w:rPr>
          <w:rFonts w:ascii="Georgia" w:hAnsi="Georgia" w:cs="Georgia" w:eastAsia="Georgia"/>
          <w:b w:val="0"/>
          <w:i w:val="0"/>
          <w:sz w:val="20"/>
        </w:rPr>
        <w:t>60. ing thick cloud of dust fills your throat and inflames your eyes; and before you even… (page 10) [no printed headline]</w:t>
      </w:r>
    </w:p>
    <w:p>
      <w:pPr>
        <w:spacing w:before="0" w:after="40" w:line="300" w:lineRule="exact"/>
        <w:jc w:val="left"/>
      </w:pPr>
      <w:r>
        <w:rPr>
          <w:rFonts w:ascii="Georgia" w:hAnsi="Georgia" w:cs="Georgia" w:eastAsia="Georgia"/>
          <w:b w:val="0"/>
          <w:i w:val="0"/>
          <w:sz w:val="20"/>
        </w:rPr>
        <w:t>61. ing blasts of bombs falling on your (page 10)</w:t>
      </w:r>
    </w:p>
    <w:p>
      <w:pPr>
        <w:spacing w:before="0" w:after="40" w:line="300" w:lineRule="exact"/>
        <w:jc w:val="left"/>
      </w:pPr>
      <w:r>
        <w:rPr>
          <w:rFonts w:ascii="Georgia" w:hAnsi="Georgia" w:cs="Georgia" w:eastAsia="Georgia"/>
          <w:b w:val="0"/>
          <w:i w:val="0"/>
          <w:sz w:val="20"/>
        </w:rPr>
        <w:t>62. AFGHANISTAN — THEIR HELL-HOLE And a decade of conflict has left many dead. (page 10) [no printed headline]</w:t>
      </w:r>
    </w:p>
    <w:p>
      <w:pPr>
        <w:spacing w:before="0" w:after="40" w:line="300" w:lineRule="exact"/>
        <w:jc w:val="left"/>
      </w:pPr>
      <w:r>
        <w:rPr>
          <w:rFonts w:ascii="Georgia" w:hAnsi="Georgia" w:cs="Georgia" w:eastAsia="Georgia"/>
          <w:b w:val="0"/>
          <w:i w:val="0"/>
          <w:sz w:val="20"/>
        </w:rPr>
        <w:t>63. Case in point: early last March, in (page 10)</w:t>
      </w:r>
    </w:p>
    <w:p>
      <w:pPr>
        <w:spacing w:before="0" w:after="40" w:line="300" w:lineRule="exact"/>
        <w:jc w:val="left"/>
      </w:pPr>
      <w:r>
        <w:rPr>
          <w:rFonts w:ascii="Georgia" w:hAnsi="Georgia" w:cs="Georgia" w:eastAsia="Georgia"/>
          <w:b w:val="0"/>
          <w:i w:val="0"/>
          <w:sz w:val="20"/>
        </w:rPr>
        <w:t>64. THE U.S. STRATEGY - ITS DEFEAT AND WITHDRAWAL (page 11)</w:t>
      </w:r>
    </w:p>
    <w:p>
      <w:pPr>
        <w:spacing w:before="0" w:after="40" w:line="300" w:lineRule="exact"/>
        <w:jc w:val="left"/>
      </w:pPr>
      <w:r>
        <w:rPr>
          <w:rFonts w:ascii="Georgia" w:hAnsi="Georgia" w:cs="Georgia" w:eastAsia="Georgia"/>
          <w:b w:val="0"/>
          <w:i w:val="0"/>
          <w:sz w:val="20"/>
        </w:rPr>
        <w:t>65. groups fighting India. (page 11) [no printed headline]</w:t>
      </w:r>
    </w:p>
    <w:p>
      <w:pPr>
        <w:spacing w:before="0" w:after="40" w:line="300" w:lineRule="exact"/>
        <w:jc w:val="left"/>
      </w:pPr>
      <w:r>
        <w:rPr>
          <w:rFonts w:ascii="Georgia" w:hAnsi="Georgia" w:cs="Georgia" w:eastAsia="Georgia"/>
          <w:b w:val="0"/>
          <w:i w:val="0"/>
          <w:sz w:val="20"/>
        </w:rPr>
        <w:t>66. R4,000,000 TO EQUIP (page 11)</w:t>
      </w:r>
    </w:p>
    <w:p>
      <w:pPr>
        <w:spacing w:before="0" w:after="40" w:line="300" w:lineRule="exact"/>
        <w:jc w:val="left"/>
      </w:pPr>
      <w:r>
        <w:rPr>
          <w:rFonts w:ascii="Georgia" w:hAnsi="Georgia" w:cs="Georgia" w:eastAsia="Georgia"/>
          <w:b w:val="0"/>
          <w:i w:val="0"/>
          <w:sz w:val="20"/>
        </w:rPr>
        <w:t>67. THE ENEMY CONCEDES THE TOUGH REALITY OF FIGHTING THE TALIBAN (page 11)</w:t>
      </w:r>
    </w:p>
    <w:p>
      <w:pPr>
        <w:spacing w:before="0" w:after="40" w:line="300" w:lineRule="exact"/>
        <w:jc w:val="left"/>
      </w:pPr>
      <w:r>
        <w:rPr>
          <w:rFonts w:ascii="Georgia" w:hAnsi="Georgia" w:cs="Georgia" w:eastAsia="Georgia"/>
          <w:b w:val="0"/>
          <w:i w:val="0"/>
          <w:sz w:val="20"/>
        </w:rPr>
        <w:t>68. THE ENEMY CONCEDES THE TOUGH REALITY OF FIGHTING THE TALIBAN (page 11, 12)</w:t>
      </w:r>
    </w:p>
    <w:p>
      <w:pPr>
        <w:spacing w:before="0" w:after="40" w:line="300" w:lineRule="exact"/>
        <w:jc w:val="left"/>
      </w:pPr>
      <w:r>
        <w:rPr>
          <w:rFonts w:ascii="Georgia" w:hAnsi="Georgia" w:cs="Georgia" w:eastAsia="Georgia"/>
          <w:b w:val="0"/>
          <w:i w:val="0"/>
          <w:sz w:val="20"/>
        </w:rPr>
        <w:t>69. Q. Recently a respected Imaam in (page 12)</w:t>
      </w:r>
    </w:p>
    <w:p>
      <w:pPr>
        <w:spacing w:before="0" w:after="40" w:line="300" w:lineRule="exact"/>
        <w:jc w:val="left"/>
      </w:pPr>
      <w:r>
        <w:rPr>
          <w:rFonts w:ascii="Georgia" w:hAnsi="Georgia" w:cs="Georgia" w:eastAsia="Georgia"/>
          <w:b w:val="0"/>
          <w:i w:val="0"/>
          <w:sz w:val="20"/>
        </w:rPr>
        <w:t>70. On paper, 2011 is indeed a good year to start the troop drawdown and hand over partial… (page 12) [no printed headline]</w:t>
      </w:r>
    </w:p>
    <w:p>
      <w:r>
        <w:br w:type="page"/>
      </w:r>
    </w:p>
    <w:p>
      <w:pPr>
        <w:pStyle w:val="Heading1"/>
        <w:spacing w:before="360" w:after="200" w:line="300" w:lineRule="exact"/>
        <w:jc w:val="center"/>
      </w:pPr>
      <w:r>
        <w:rPr>
          <w:rFonts w:ascii="Georgia" w:hAnsi="Georgia" w:cs="Georgia" w:eastAsia="Georgia"/>
          <w:b/>
          <w:i w:val="0"/>
          <w:color w:val="1F3864"/>
          <w:sz w:val="32"/>
        </w:rPr>
        <w:t>THE BAND OF HAQ "There will ever remain a band from my Ummah fighting on the Haq until…</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BAND OF HAQ "There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HUMILIATING DEFEAT OF 'OPERATION HAMMER DOWN'</w:t>
      </w:r>
    </w:p>
    <w:p>
      <w:pPr>
        <w:spacing w:before="0" w:after="160" w:line="300" w:lineRule="exact"/>
        <w:jc w:val="center"/>
      </w:pPr>
      <w:r>
        <w:rPr>
          <w:rFonts w:ascii="Georgia" w:hAnsi="Georgia" w:cs="Georgia" w:eastAsia="Georgia"/>
          <w:b w:val="0"/>
          <w:i/>
          <w:sz w:val="16"/>
        </w:rPr>
        <w:t>Page 1, 3 of the original. Heading read from the printed headline artwork.</w:t>
      </w:r>
    </w:p>
    <w:p>
      <w:pPr>
        <w:spacing w:before="0" w:after="120" w:line="300" w:lineRule="exact"/>
        <w:jc w:val="both"/>
      </w:pPr>
      <w:r>
        <w:rPr>
          <w:rFonts w:ascii="Georgia" w:hAnsi="Georgia" w:cs="Georgia" w:eastAsia="Georgia"/>
          <w:b w:val="0"/>
          <w:i w:val="0"/>
          <w:sz w:val="22"/>
        </w:rPr>
        <w:t>The objective of the American 'Operation Hammer Down' was to destroy Taliban camps in the Pech Valley. However, this much-vaunted operation of the U.S. swaggers turned into a week -long life and death struggle for three U.S. army units. It was a fight which the Americans regretted – a fight from which, severely mauled by the Taliban, they had to withdraw and flee with their tails between their legs.</w:t>
      </w:r>
    </w:p>
    <w:p>
      <w:pPr>
        <w:spacing w:before="0" w:after="120" w:line="300" w:lineRule="exact"/>
        <w:jc w:val="both"/>
      </w:pPr>
      <w:r>
        <w:rPr>
          <w:rFonts w:ascii="Georgia" w:hAnsi="Georgia" w:cs="Georgia" w:eastAsia="Georgia"/>
          <w:b w:val="0"/>
          <w:i w:val="0"/>
          <w:sz w:val="22"/>
        </w:rPr>
        <w:t>It ended in utter failure and defeat for the U.S. forces. The U.S. troops were pinned down by intense Taliban fire in a steep canyon. Describing the futile battle, a western source, The Christian Science Monitor, states: "The soldiers of Havoc Company were rushing to the aid of an American unit pinned down by insurgents (i.e. Talibaan Mujahideen) in a steep-walled canyon of the Pech River Valley.</w:t>
      </w:r>
    </w:p>
    <w:p>
      <w:pPr>
        <w:spacing w:before="0" w:after="120" w:line="300" w:lineRule="exact"/>
        <w:jc w:val="both"/>
      </w:pPr>
      <w:r>
        <w:rPr>
          <w:rFonts w:ascii="Georgia" w:hAnsi="Georgia" w:cs="Georgia" w:eastAsia="Georgia"/>
          <w:b w:val="0"/>
          <w:i w:val="0"/>
          <w:sz w:val="22"/>
        </w:rPr>
        <w:t>As they headed toward a 10,000-foot ridgeline not long before midnight, they knew they were entering one of the toughest neighbourhoods in a country notorious for them. Below Havoc Company that June night were hundreds of insurgents, commanders estimate…….But as the large Chinook transport helicopter carrying the bulk of the unit's forces was preparing to land, it clipped a nearby tree line.</w:t>
      </w:r>
    </w:p>
    <w:p>
      <w:pPr>
        <w:spacing w:before="0" w:after="120" w:line="300" w:lineRule="exact"/>
        <w:jc w:val="both"/>
      </w:pPr>
      <w:r>
        <w:rPr>
          <w:rFonts w:ascii="Georgia" w:hAnsi="Georgia" w:cs="Georgia" w:eastAsia="Georgia"/>
          <w:b w:val="0"/>
          <w:i w:val="0"/>
          <w:sz w:val="22"/>
        </w:rPr>
        <w:t>Troops already on the ground watched in horror as it fell 80 feet and burst into flames.. Amazingly, none were killed. (It is standard U.S. policy to conceal its casualties, hence the 'amazement' comment – Al-Haq) But those who crawled out of the burning fuselage were to face the fight of their lives come daybreak. No longer would Havoc's mission be able to descend into an area that US commanders had nicknamed :the Gambir Jungle" to relieve the besieged 1st Platoon.</w:t>
      </w:r>
    </w:p>
    <w:p>
      <w:pPr>
        <w:spacing w:before="0" w:after="120" w:line="300" w:lineRule="exact"/>
        <w:jc w:val="both"/>
      </w:pPr>
      <w:r>
        <w:rPr>
          <w:rFonts w:ascii="Georgia" w:hAnsi="Georgia" w:cs="Georgia" w:eastAsia="Georgia"/>
          <w:b w:val="0"/>
          <w:i w:val="0"/>
          <w:sz w:val="22"/>
        </w:rPr>
        <w:t>Instead, it would stay on this high outcrop……………--a five-daylong brawl that, at one point, had the company commander asking his troops, "Can you hold your line?" ………As the US troops crossed it (i.e. a natural land bridge), a firefight began – one that would last four days. In the first 30 hours on the ground in Gambir, nearly half of the roughly 40 men in 1st Platoon would be wounded, and three would be killed, including its commander.</w:t>
      </w:r>
    </w:p>
    <w:p>
      <w:pPr>
        <w:spacing w:before="0" w:after="120" w:line="300" w:lineRule="exact"/>
        <w:jc w:val="both"/>
      </w:pPr>
      <w:r>
        <w:rPr>
          <w:rFonts w:ascii="Georgia" w:hAnsi="Georgia" w:cs="Georgia" w:eastAsia="Georgia"/>
          <w:b w:val="0"/>
          <w:i w:val="0"/>
          <w:sz w:val="22"/>
        </w:rPr>
        <w:t>By the end, the 1st would be "down to 15 guys", a soldier says, "We were what they call 'combat ineffective'." The initial firefight, however, was brief and some thought, final……The shooting had stopped. But then the attacks began in earnest, Never before had Lovelace wondered, "Am I going to make it back today?" Yet in the hours to come, he says, it was a question he would ask himself repeatedly. ------------------------------------------------ "Their fire was effective and devastatingly accurate." ------------------------------------------------ Some insurgent forces were shooting from beneath earth-coloured blankets that masked their signatures from US Apache gunships.</w:t>
      </w:r>
    </w:p>
    <w:p>
      <w:pPr>
        <w:spacing w:before="0" w:after="120" w:line="300" w:lineRule="exact"/>
        <w:jc w:val="both"/>
      </w:pPr>
      <w:r>
        <w:rPr>
          <w:rFonts w:ascii="Georgia" w:hAnsi="Georgia" w:cs="Georgia" w:eastAsia="Georgia"/>
          <w:b w:val="0"/>
          <w:i w:val="0"/>
          <w:sz w:val="22"/>
        </w:rPr>
        <w:t>Others had begun to flank US forces in a classic L-shaped ambush, maneuvering up around the platoon. Their fire was effective and devastatingly accurate. "Most of the guys who got shot, got shot in the neck, face…..", says Spe.Derrick Dickerson of 1st Platoon, his voice trailing off. As the ambush wore on, the toll on the 1st mounted. A company commander on the mission broke his ankle and had to be flown out.</w:t>
      </w:r>
    </w:p>
    <w:p>
      <w:pPr>
        <w:spacing w:before="0" w:after="120" w:line="300" w:lineRule="exact"/>
        <w:jc w:val="both"/>
      </w:pPr>
      <w:r>
        <w:rPr>
          <w:rFonts w:ascii="Georgia" w:hAnsi="Georgia" w:cs="Georgia" w:eastAsia="Georgia"/>
          <w:b w:val="0"/>
          <w:i w:val="0"/>
          <w:sz w:val="22"/>
        </w:rPr>
        <w:t>An Afghan Army soldier had been shot in the neck, and two other American soldiers had been shot in the neck and lip. And when the commander of the 1st Platoon went to higher ground to organize a medical evacuation, he was shot in the neck, too. "Everybody's yelling, "The LT is down", Dickerson says of the fatal shot. "It all happened so fast." Nearby, in the gulch that first stopped the American progress, another leader in the platoon was trying to load the body of an Afghan interpreter who had been killed onto a sling when he was shot in his hip. ……..One helicopter tried to land but was chased away by rocket-propelled grenade fire.</w:t>
      </w:r>
    </w:p>
    <w:p>
      <w:pPr>
        <w:spacing w:before="0" w:after="120" w:line="300" w:lineRule="exact"/>
        <w:jc w:val="both"/>
      </w:pPr>
      <w:r>
        <w:rPr>
          <w:rFonts w:ascii="Georgia" w:hAnsi="Georgia" w:cs="Georgia" w:eastAsia="Georgia"/>
          <w:b w:val="0"/>
          <w:i w:val="0"/>
          <w:sz w:val="22"/>
        </w:rPr>
        <w:t>US attack aircraft couldn't fire on insurgents for fear of hitting their own soldiers……Despite the seriousness of Kelly's injuries, the only opinion was to wait. "We couldn't move up that hill because we had no cover," says Dickerson. "We played dead and waited until dark, because that was the only option. Dark was more than three hours away." Now, in the full light of Sunday, it was clear that B Company's 1st Platoon was, in the words of one soldier, being "rocked".</w:t>
      </w:r>
    </w:p>
    <w:p>
      <w:pPr>
        <w:spacing w:before="0" w:after="120" w:line="300" w:lineRule="exact"/>
        <w:jc w:val="both"/>
      </w:pPr>
      <w:r>
        <w:rPr>
          <w:rFonts w:ascii="Georgia" w:hAnsi="Georgia" w:cs="Georgia" w:eastAsia="Georgia"/>
          <w:b w:val="0"/>
          <w:i w:val="0"/>
          <w:sz w:val="22"/>
        </w:rPr>
        <w:t>From a ridge some 500 yards away, the soldiers from B Company's 3rd Platoon, also a part of Operation Hammer Down, could see the battle raging between the 1st and the Taliban. (But, paralyzed by shock and fear they were reduced to impotency. They could not go to the aid of their comrades – Al -Haq) ------------------------------------------------ "We focused on keeping ourselves alive." ------------------------------------------------ "It was clear the enemy (i.e. the Taliban) were experienced fighters.</w:t>
      </w:r>
    </w:p>
    <w:p>
      <w:pPr>
        <w:spacing w:before="0" w:after="120" w:line="300" w:lineRule="exact"/>
        <w:jc w:val="both"/>
      </w:pPr>
      <w:r>
        <w:rPr>
          <w:rFonts w:ascii="Georgia" w:hAnsi="Georgia" w:cs="Georgia" w:eastAsia="Georgia"/>
          <w:b w:val="0"/>
          <w:i w:val="0"/>
          <w:sz w:val="22"/>
        </w:rPr>
        <w:t>They were using our tactics against us, basically," says Staff Sgt. Christopher Panter of the 3rd. "And they know our rules of engagement probably better than we do." ……….."It was a last stand kind of thing", as one soldier describes it. From then on, says Sgt. Elwyn Lovelace of the 1st, "We just kind of focused on keeping ourselves alive." Meanwhile, in the gulch, injured Staff Sgt.</w:t>
      </w:r>
    </w:p>
    <w:p>
      <w:pPr>
        <w:spacing w:before="0" w:after="120" w:line="300" w:lineRule="exact"/>
        <w:jc w:val="both"/>
      </w:pPr>
      <w:r>
        <w:rPr>
          <w:rFonts w:ascii="Georgia" w:hAnsi="Georgia" w:cs="Georgia" w:eastAsia="Georgia"/>
          <w:b w:val="0"/>
          <w:i w:val="0"/>
          <w:sz w:val="22"/>
        </w:rPr>
        <w:t>Nigel Kelly and the soldiers of the 1st working to save him remained vulnerable, with Taliban fighters all around. ….Slowly, as darkness fell, he and the other soldiers pulled Kelly up the gulch and to the rooftop of the kulat in hopes of having him airlifted to safety. A medavac chopper, under cover of night, came at last. For five minutes, it hovered above Kelly and the other soldiers.</w:t>
      </w:r>
    </w:p>
    <w:p>
      <w:pPr>
        <w:spacing w:before="0" w:after="120" w:line="300" w:lineRule="exact"/>
        <w:jc w:val="both"/>
      </w:pPr>
      <w:r>
        <w:rPr>
          <w:rFonts w:ascii="Georgia" w:hAnsi="Georgia" w:cs="Georgia" w:eastAsia="Georgia"/>
          <w:b w:val="0"/>
          <w:i w:val="0"/>
          <w:sz w:val="22"/>
        </w:rPr>
        <w:t>"But it couldn't land", Dickerson says. The area was too dangerous. "Once it left, probably about 10 minutes after that, Kelly died." By that night, senior commanders overseeing Operation Hammer Down had made a decision:…the 1st Platoon would hold the strong point and wait to be relieved by a new unit: Havoc Company. Just as the soldiers f the 1st had done the night before, Havoc Company was to land on a 10,000-foot ridgeline and move some 4000 feet down the mountain before sunrise.</w:t>
      </w:r>
    </w:p>
    <w:p>
      <w:pPr>
        <w:spacing w:before="0" w:after="120" w:line="300" w:lineRule="exact"/>
        <w:jc w:val="both"/>
      </w:pPr>
      <w:r>
        <w:rPr>
          <w:rFonts w:ascii="Georgia" w:hAnsi="Georgia" w:cs="Georgia" w:eastAsia="Georgia"/>
          <w:b w:val="0"/>
          <w:i w:val="0"/>
          <w:sz w:val="22"/>
        </w:rPr>
        <w:t>But by the early hours of sunrise, it was clear to commanders that Havoc Company would be forced to dig in and fight its own battle. First Havoc Company's Chinook crashed, and medics began calling for an alarming number of casualty evacuations.. Of the 57 troops from Havoc Company on the mission, 13 were injured during the hard landing and flown out in the hours before dawn.</w:t>
      </w:r>
    </w:p>
    <w:p>
      <w:pPr>
        <w:spacing w:before="0" w:after="120" w:line="300" w:lineRule="exact"/>
        <w:jc w:val="both"/>
      </w:pPr>
      <w:r>
        <w:rPr>
          <w:rFonts w:ascii="Georgia" w:hAnsi="Georgia" w:cs="Georgia" w:eastAsia="Georgia"/>
          <w:b w:val="0"/>
          <w:i w:val="0"/>
          <w:sz w:val="22"/>
        </w:rPr>
        <w:t>Then, at first light, the 44 US soldiers left felt the brunt of the insurgents' first salvo. A rocket-propelled grenade hit with a big huge boom, Litwinzak recalls. His intuition told him there was some strategy to the enemy barrages……The next attack was huge." ………. As the temperature dropped, soldiers stripped the helicopter for anything that would keep them warm.</w:t>
      </w:r>
    </w:p>
    <w:p>
      <w:pPr>
        <w:spacing w:before="0" w:after="120" w:line="300" w:lineRule="exact"/>
        <w:jc w:val="both"/>
      </w:pPr>
      <w:r>
        <w:rPr>
          <w:rFonts w:ascii="Georgia" w:hAnsi="Georgia" w:cs="Georgia" w:eastAsia="Georgia"/>
          <w:b w:val="0"/>
          <w:i w:val="0"/>
          <w:sz w:val="22"/>
        </w:rPr>
        <w:t>They tore the lining from the ceiling of the downed Chinook and wrapped themselves in it. Troops who brought extra socks used them on their hands and arms. Others wrapped bandages around their necks to keep out the cold. Everyone dispensed with modesty to sleep as close together as possible. …..A new unit would come to the aid of the stricken 1st Platoon - if it could arrive before daybreak. ------------------------------------------------ "Pounded by the Taliban, it was Heart wrenching." ------------------------------------------------ In the predawn hours, 3rd Platoon set off across the valley that separated their fellow soldiers in 1st Platoon.</w:t>
      </w:r>
    </w:p>
    <w:p>
      <w:pPr>
        <w:spacing w:before="0" w:after="120" w:line="300" w:lineRule="exact"/>
        <w:jc w:val="both"/>
      </w:pPr>
      <w:r>
        <w:rPr>
          <w:rFonts w:ascii="Georgia" w:hAnsi="Georgia" w:cs="Georgia" w:eastAsia="Georgia"/>
          <w:b w:val="0"/>
          <w:i w:val="0"/>
          <w:sz w:val="22"/>
        </w:rPr>
        <w:t>Two days earlier, they had watched with a sense of helplessness as the 1st had been pounded by insurgents. "It was heart wrenching," says a soldier. Now, they had the order to move in. It was not even a one-mile trek, but it was the hardest one that troops in the 3rd say they had yet experienced. But as the grim scramble over and around rocks progressed, the 3rd began to realize that it was being followed. ------------------------------------------------ "I thought we were all done." ------------------------------------------------ "We picked Taliban radio intelligence chatter that they had eyes on us.</w:t>
      </w:r>
    </w:p>
    <w:p>
      <w:pPr>
        <w:spacing w:before="0" w:after="120" w:line="300" w:lineRule="exact"/>
        <w:jc w:val="both"/>
      </w:pPr>
      <w:r>
        <w:rPr>
          <w:rFonts w:ascii="Georgia" w:hAnsi="Georgia" w:cs="Georgia" w:eastAsia="Georgia"/>
          <w:b w:val="0"/>
          <w:i w:val="0"/>
          <w:sz w:val="22"/>
        </w:rPr>
        <w:t>They were asking for permission to engage," says Staff Sgt. Christopher Panter. "That's when I thought we were all done," says 1st Lt. Cody Mossberg. A Taliban commander denied the fighters permission to shoot "because they didn't want to give away their location at night.," Mossberg says. For the third, the race to help the first had also become a race to save itself before sunrise.</w:t>
      </w:r>
    </w:p>
    <w:p>
      <w:pPr>
        <w:spacing w:before="0" w:after="120" w:line="300" w:lineRule="exact"/>
        <w:jc w:val="both"/>
      </w:pPr>
      <w:r>
        <w:rPr>
          <w:rFonts w:ascii="Georgia" w:hAnsi="Georgia" w:cs="Georgia" w:eastAsia="Georgia"/>
          <w:b w:val="0"/>
          <w:i w:val="0"/>
          <w:sz w:val="22"/>
        </w:rPr>
        <w:t>"If we'd been caught out there, there was no way to hide. We would have been sitting ducks," Mossberg says. ………Some 3000-plus feet up the mountainside, however, daylight brought not relief but a new wave of attacks against Havoc Company. The Taliban came to Havoc Company like "a bunch of guys coming to a street fight - with a whole bunch of different types of weapons," says Pfc.</w:t>
      </w:r>
    </w:p>
    <w:p>
      <w:pPr>
        <w:spacing w:before="0" w:after="120" w:line="300" w:lineRule="exact"/>
        <w:jc w:val="both"/>
      </w:pPr>
      <w:r>
        <w:rPr>
          <w:rFonts w:ascii="Georgia" w:hAnsi="Georgia" w:cs="Georgia" w:eastAsia="Georgia"/>
          <w:b w:val="0"/>
          <w:i w:val="0"/>
          <w:sz w:val="22"/>
        </w:rPr>
        <w:t>John Litwinzak. Then the rounds started hitting. "Our sandbags got shot up, a round hit a rock right in front of my face," he adds. The US commanders on the ground were worried. "By the second day, I was asking troops, 'Can you hold your line?' says Havoc Company commander. "I was concerned that the insurgents were going to push through." With the arrival of the 3rd Platoon in Gambir, the battle-weary 1st Platoon was at last set to leave.</w:t>
      </w:r>
    </w:p>
    <w:p>
      <w:pPr>
        <w:spacing w:before="0" w:after="120" w:line="300" w:lineRule="exact"/>
        <w:jc w:val="both"/>
      </w:pPr>
      <w:r>
        <w:rPr>
          <w:rFonts w:ascii="Georgia" w:hAnsi="Georgia" w:cs="Georgia" w:eastAsia="Georgia"/>
          <w:b w:val="0"/>
          <w:i w:val="0"/>
          <w:sz w:val="22"/>
        </w:rPr>
        <w:t>Nightfall again brought a freedom that day did not, and platoon members worked their way to the landing zone where they would be picked up, grasping at tree roots along the way to keep from sliding down the steep face of loose dirt and gravel. …….. In the rain, they began to descend to the landing zone, tripping and falling down a steep descent through thick underbush.</w:t>
      </w:r>
    </w:p>
    <w:p>
      <w:pPr>
        <w:spacing w:before="0" w:after="120" w:line="300" w:lineRule="exact"/>
        <w:jc w:val="both"/>
      </w:pPr>
      <w:r>
        <w:rPr>
          <w:rFonts w:ascii="Georgia" w:hAnsi="Georgia" w:cs="Georgia" w:eastAsia="Georgia"/>
          <w:b w:val="0"/>
          <w:i w:val="0"/>
          <w:sz w:val="22"/>
        </w:rPr>
        <w:t>They waited for evacuation until, as the rain increased, they got the news: The exfiltration (i.e. the humiliating retreat in the wake of failure and defeat –Al-Haq) had been called off because of the weather. They would not be departing that night. …………"We were crawling on all fours", says Litwinzak. "That night felt the coldest to me (on account of fear – fear of the Taliban which overwhelmed the brains and hearts of the brutal American aggressors – Al-Haq) ……..Some 24 hours later, finally boarding helicopters that would take them back to their base."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UPHEAVALS IN THE ARAB COUNTRIES</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"Both the killer and the killed will be in the Fire." With the exception of the Mujahideen fighting for the establishment on a Shariah State in Yemen, all the other upheavals which are rocking and destroying the Arab lands from Tunisia to Libya, have no relationship with Islam, and this includes Palestine, both the West Bank and Gaza under Hamas.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conflagration is fundamentally secularist which has no truck with Islam.</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conflagration is fundamentally secularist which has no truck with Islam. The antagonists killing one another come within the scope of the aforementioned Hadith of Rasulullah (sallallahu alayhi wasallam). None of the groups is fighting from an Islamic platform. The departure of the tyrants who had held their countries under their boots for decades, has merely given way for the rise of other forms of kufr governance.</w:t>
      </w:r>
    </w:p>
    <w:p>
      <w:pPr>
        <w:spacing w:before="0" w:after="120" w:line="300" w:lineRule="exact"/>
        <w:jc w:val="both"/>
      </w:pPr>
      <w:r>
        <w:rPr>
          <w:rFonts w:ascii="Georgia" w:hAnsi="Georgia" w:cs="Georgia" w:eastAsia="Georgia"/>
          <w:b w:val="0"/>
          <w:i w:val="0"/>
          <w:sz w:val="22"/>
        </w:rPr>
        <w:t>The opponents of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(Continued from AN EPIC BATTLE IN KABUL</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TALIBAN MUJAHI- DEEN DELIVER A SHATTERING AND HUMILIATING REBUFF On 13 September, 2011, according to Nato Commander Gen.John Allen, at least 27 were killed in the Afghan capital of Kabul by a heroic attack launched by a tiny band of between 7 and 10 Taliban Mujahideen. According to Taliban sources, much more than 16 were eliminated. The militarily deflated U.S. in frustration "blamed the Talibanaffiliated Haqqani network for Tuesday's multiple attacks on Kabul that left 16 people dead.</w:t>
      </w:r>
    </w:p>
    <w:p>
      <w:pPr>
        <w:spacing w:before="0" w:after="120" w:line="300" w:lineRule="exact"/>
        <w:jc w:val="both"/>
      </w:pPr>
      <w:r>
        <w:rPr>
          <w:rFonts w:ascii="Georgia" w:hAnsi="Georgia" w:cs="Georgia" w:eastAsia="Georgia"/>
          <w:b w:val="0"/>
          <w:i w:val="0"/>
          <w:sz w:val="22"/>
        </w:rPr>
        <w:t>General John R. Allen, the commander of NATO and US forces in Afghanistan, and Ryan Crocker, the US ambassador to the country, said that they believed the operation was launched by the Haqqani network, name after its leader (Maulana) Jalaluddin Haqqani. "We believe by virtue of the complexity of the attack and the way it was executed, that this probably was a Haqqani instigated attack," Allen said.</w:t>
      </w:r>
    </w:p>
    <w:p>
      <w:pPr>
        <w:spacing w:before="0" w:after="120" w:line="300" w:lineRule="exact"/>
        <w:jc w:val="both"/>
      </w:pPr>
      <w:r>
        <w:rPr>
          <w:rFonts w:ascii="Georgia" w:hAnsi="Georgia" w:cs="Georgia" w:eastAsia="Georgia"/>
          <w:b w:val="0"/>
          <w:i w:val="0"/>
          <w:sz w:val="22"/>
        </w:rPr>
        <w:t>Allen conceded that the hours of explosions and fierce gun battles were a propaganda victory for the Taliban. "I'll grant that they did get an IO (Information Operations) win," he said. "The marathon siege in Kabul's diplomatic enclave ended with the killing of two gunmen who had fought off Western and Afghan forces for 20 hours and showered rockets on em- bassies." The marathon siege in Kabul's diplomatic enclave ended with the killing of two gunmen who had fought off Western and Afghan forces for 20 hours and showered rockets on embassies.</w:t>
      </w:r>
    </w:p>
    <w:p>
      <w:pPr>
        <w:spacing w:before="0" w:after="120" w:line="300" w:lineRule="exact"/>
        <w:jc w:val="both"/>
      </w:pPr>
      <w:r>
        <w:rPr>
          <w:rFonts w:ascii="Georgia" w:hAnsi="Georgia" w:cs="Georgia" w:eastAsia="Georgia"/>
          <w:b w:val="0"/>
          <w:i w:val="0"/>
          <w:sz w:val="22"/>
        </w:rPr>
        <w:t>(Allahu Akbar!) The duo were the last survivors of a squad of about 10 fighters who launched the longest and most wide-ranging attack on the Afghan capital since the Taliban were ousted from power in 2001. The battle which centred on the US embassy, was part of a wider operation that included three suicide attacks in other parts of the city.</w:t>
      </w:r>
    </w:p>
    <w:p>
      <w:pPr>
        <w:spacing w:before="0" w:after="120" w:line="300" w:lineRule="exact"/>
        <w:jc w:val="both"/>
      </w:pPr>
      <w:r>
        <w:rPr>
          <w:rFonts w:ascii="Georgia" w:hAnsi="Georgia" w:cs="Georgia" w:eastAsia="Georgia"/>
          <w:b w:val="0"/>
          <w:i w:val="0"/>
          <w:sz w:val="22"/>
        </w:rPr>
        <w:t>Some of the fighters had positioned themselves in a part-built multi-storey building and launched their arrack on Tuesday afternoon firing towards the US and other embassies and the headquarters of NATO-led foreign forces. Crocker said that six or seven rockets had hit inside the embassy perimeter during the early hours of the attack. The operation took place as foreign troops start handing over security responsibilities to Afghan forces to pave the way for a full departure (a miserable retreat with their tails between their legs – Al-Haq) of NATO-led combat soldiers by the end of 2014.</w:t>
      </w:r>
    </w:p>
    <w:p>
      <w:pPr>
        <w:spacing w:before="0" w:after="120" w:line="300" w:lineRule="exact"/>
        <w:jc w:val="both"/>
      </w:pPr>
      <w:r>
        <w:rPr>
          <w:rFonts w:ascii="Georgia" w:hAnsi="Georgia" w:cs="Georgia" w:eastAsia="Georgia"/>
          <w:b w:val="0"/>
          <w:i w:val="0"/>
          <w:sz w:val="22"/>
        </w:rPr>
        <w:t>But the violence is at its worse level since US-backed Afghan forces toppled the Taliban government in late 2001. (This is a gross falsehood. The Taliban was not toppled by Afghan forces despite the full backing of the coalition of 50 countries. The Taliban withdrew from Kabul due to the merciless aeriel bombardment for which they had no defence.</w:t>
      </w:r>
    </w:p>
    <w:p>
      <w:pPr>
        <w:spacing w:before="0" w:after="120" w:line="300" w:lineRule="exact"/>
        <w:jc w:val="both"/>
      </w:pPr>
      <w:r>
        <w:rPr>
          <w:rFonts w:ascii="Georgia" w:hAnsi="Georgia" w:cs="Georgia" w:eastAsia="Georgia"/>
          <w:b w:val="0"/>
          <w:i w:val="0"/>
          <w:sz w:val="22"/>
        </w:rPr>
        <w:t>They made a tactical withdrawal to fight another day, and that Day has been a long Day of almost 11 years, leaving the enemy severely mauled and bleeding, and set for the great runAl-Haq) Afghan security forces backed by NATO and Afghan attack helicopters fought floor-by-floor in the multistorey building which six or seven fighters appeared to have boobytrapped. …..The group of fighters was armed with RPGs, AK-47 assault rifles and suicide bomb vests, a Taliban spokesman said.</w:t>
      </w:r>
    </w:p>
    <w:p>
      <w:pPr>
        <w:spacing w:before="0" w:after="120" w:line="300" w:lineRule="exact"/>
        <w:jc w:val="both"/>
      </w:pPr>
      <w:r>
        <w:rPr>
          <w:rFonts w:ascii="Georgia" w:hAnsi="Georgia" w:cs="Georgia" w:eastAsia="Georgia"/>
          <w:b w:val="0"/>
          <w:i w:val="0"/>
          <w:sz w:val="22"/>
        </w:rPr>
        <w:t>Explosions were interspersed with gunfire all afternoon on Tuesday and went past dawn on Wednesday. Karim Pakzad, a researcher at the IRIS think-tank in Paris, said: "These attacks needed organization, planning, bringing significant weapons….into the city and this can't be done if there isn't complicity with internal security forces. These areas are the most protected in Kabul." –Al-Jazeera Despite Kabul being the mostprotected, the centre having been transformed into a virtual barracks with blast concrete walls, etc., these kuffaar do not understand the meaning of Allah's statement: "They (these kuffaar) plot, and Allah too plots.</w:t>
      </w:r>
    </w:p>
    <w:p>
      <w:pPr>
        <w:spacing w:before="0" w:after="120" w:line="300" w:lineRule="exact"/>
        <w:jc w:val="both"/>
      </w:pPr>
      <w:r>
        <w:rPr>
          <w:rFonts w:ascii="Georgia" w:hAnsi="Georgia" w:cs="Georgia" w:eastAsia="Georgia"/>
          <w:b w:val="0"/>
          <w:i w:val="0"/>
          <w:sz w:val="22"/>
        </w:rPr>
        <w:t>And Allah is the best of plotters."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TOILETS WITH THEIR TAILS BETWEEN THEIR LEGS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Al Haq Bulletin 39 TACTICS Unable to defeat the Taliban in the battlefield, the cowardly US aggressors resort to systematic and brutal destruc- tion of the huts, villages and fields of village dwellers. Numerous residents have complained to Afghan and U.S. officials about the destruction. In an operation near to Kandahar, U.S. aircraft had dropped two dozen 2,000 pound bombs.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BRUTAL US TACTICS</w:t>
      </w:r>
    </w:p>
    <w:p>
      <w:pPr>
        <w:spacing w:before="0" w:after="160" w:line="300" w:lineRule="exact"/>
        <w:jc w:val="center"/>
      </w:pPr>
      <w:r>
        <w:rPr>
          <w:rFonts w:ascii="Georgia" w:hAnsi="Georgia" w:cs="Georgia" w:eastAsia="Georgia"/>
          <w:b w:val="0"/>
          <w:i/>
          <w:sz w:val="16"/>
        </w:rPr>
        <w:t>Page 2, 5 of the original</w:t>
      </w:r>
    </w:p>
    <w:p>
      <w:pPr>
        <w:spacing w:before="0" w:after="120" w:line="300" w:lineRule="exact"/>
        <w:jc w:val="both"/>
      </w:pPr>
      <w:r>
        <w:rPr>
          <w:rFonts w:ascii="Georgia" w:hAnsi="Georgia" w:cs="Georgia" w:eastAsia="Georgia"/>
          <w:b w:val="0"/>
          <w:i w:val="0"/>
          <w:sz w:val="22"/>
        </w:rPr>
        <w:t>In Zhari district, U.S. troops fired more than a dozen mine-clearing charges in a single day. Each charge clears a path of 100 yards long and 10 yards wide. Trees, huts, crops and anything in its path are utterly demolished. "Why do you have to destroy so many of our farms and homes?", a farmer in Arghanabad district asked a top NATO general at a recent meeting.</w:t>
      </w:r>
    </w:p>
    <w:p>
      <w:pPr>
        <w:spacing w:before="0" w:after="120" w:line="300" w:lineRule="exact"/>
        <w:jc w:val="both"/>
      </w:pPr>
      <w:r>
        <w:rPr>
          <w:rFonts w:ascii="Georgia" w:hAnsi="Georgia" w:cs="Georgia" w:eastAsia="Georgia"/>
          <w:b w:val="0"/>
          <w:i w:val="0"/>
          <w:sz w:val="22"/>
        </w:rPr>
        <w:t>While offering apologetic excuses in public, U.S. and NATO military comTHE BRUTAL US TACTICS manders say in private that this tactic of destruction "has a benefit beyond the elimination of insurgent bombs. By making people travel to the district governor's office to submit claims for damaged property, in effect, you are connecting the government to the people." This is one of the cruel, but utterly stupid tactics of the U.S. imperialists in their desperate attempt to compel the Afghan people to acknowledge and recognize the American-installed puppet government.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ditch and staying there for five hours.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It's the beginning of the end by Justin Raimondo, July 01, 2011 Critics of the war in Afghanistan are fond of asking: "What would victory look like? How will we know when we've won?" In view of the latest events in that war-torn country, it's fair to stand that question on its head and ask: What would defeat look like? It looks like this: as Afghan government officials gather in Kabul's fanciest hotel, the place where foreign journalists and other high mucka-mucks take up residence when in the capital, a group of Taliban fighters storms the lobby, kills at least 12 civilians and police officers, and sends Afghan officials scurrying for their lives.</w:t>
      </w:r>
    </w:p>
    <w:p>
      <w:pPr>
        <w:spacing w:before="0" w:after="120" w:line="300" w:lineRule="exact"/>
        <w:jc w:val="both"/>
      </w:pPr>
      <w:r>
        <w:rPr>
          <w:rFonts w:ascii="Georgia" w:hAnsi="Georgia" w:cs="Georgia" w:eastAsia="Georgia"/>
          <w:b w:val="0"/>
          <w:i w:val="0"/>
          <w:sz w:val="22"/>
        </w:rPr>
        <w:t>A five-hour gun battle ensues, which is ended only when NATO forces launch a helicopter attack on the assailants, strafing the hotel from the air. The Telegraph describes the scene: "Political governors, ministerial advisers and senior police officers described how they hid from the fighting. … The militants passed Maulawi Mohammadullah Orsadi, who heads the provincial council of Takhar, as he chatted with a senior judge in the hotel's forecourt, forcing him to do a double take as he spotted their guns and grenades.</w:t>
      </w:r>
    </w:p>
    <w:p>
      <w:pPr>
        <w:spacing w:before="0" w:after="120" w:line="300" w:lineRule="exact"/>
        <w:jc w:val="both"/>
      </w:pPr>
      <w:r>
        <w:rPr>
          <w:rFonts w:ascii="Georgia" w:hAnsi="Georgia" w:cs="Georgia" w:eastAsia="Georgia"/>
          <w:b w:val="0"/>
          <w:i w:val="0"/>
          <w:sz w:val="22"/>
        </w:rPr>
        <w:t>"'I counted at least eight rocketpropelled grenade rounds strapped to the back of one of them and they were in traditional clothes,' he said. 'As soon they passed us they began firing on the guards. The judge ran towards the lobby but we stayed and he was shot dead.' "Mr Orsadi survived by diving into a All over the hotel, dignitaries, who had come to the capital to discuss the future of Afghanistan's security, locked themselves in lavatories or hid under beds as the killing began." After ten years of fighting, of "nationbuilding," of telling ourselves that "progress" is being made – and racking up costs calculated in the trillions – we can't even ensure the security of Afghan government officials in their own "capital city." If that doesn't constitute a massive defeat, then I don't know what does.</w:t>
      </w:r>
    </w:p>
    <w:p>
      <w:pPr>
        <w:spacing w:before="0" w:after="120" w:line="300" w:lineRule="exact"/>
        <w:jc w:val="both"/>
      </w:pPr>
      <w:r>
        <w:rPr>
          <w:rFonts w:ascii="Georgia" w:hAnsi="Georgia" w:cs="Georgia" w:eastAsia="Georgia"/>
          <w:b w:val="0"/>
          <w:i w:val="0"/>
          <w:sz w:val="22"/>
        </w:rPr>
        <w:t>Even the smooth-talking President Obama, an expert at depicting the unpalatable as perfectly normal, seemed a bit shaken by news of the humiliating attack: "Despite claiming that the Afghan capital was 'much safer than it was,' Mr Obama said he expected attacks such as the one on the Intercontinental Hotel to continue for 'some time.' 'Keep in mind, the drawdown has not begun, so we understand that Afghanistan is a dangerous place, and the Taliban is still active and there will be events like this on occasion,' Mr Obama said." "A lot safer than it was" – when?</w:t>
      </w:r>
    </w:p>
    <w:p>
      <w:pPr>
        <w:spacing w:before="0" w:after="120" w:line="300" w:lineRule="exact"/>
        <w:jc w:val="both"/>
      </w:pPr>
      <w:r>
        <w:rPr>
          <w:rFonts w:ascii="Georgia" w:hAnsi="Georgia" w:cs="Georgia" w:eastAsia="Georgia"/>
          <w:b w:val="0"/>
          <w:i w:val="0"/>
          <w:sz w:val="22"/>
        </w:rPr>
        <w:t>Like the Russian commissars of yesteryear, the Obama administration has announced a minuscule and essentially meaningless "withdrawal" of some troops — which now, however, seems rather iffy. In spite of all the happy talk about the Afghans making the "transition" to "self-determination," the truth is that, eventually – again, just like their Russian predecessors – the Americans will be forced to acknowledge defeat.</w:t>
      </w:r>
    </w:p>
    <w:p>
      <w:pPr>
        <w:spacing w:before="0" w:after="120" w:line="300" w:lineRule="exact"/>
        <w:jc w:val="both"/>
      </w:pPr>
      <w:r>
        <w:rPr>
          <w:rFonts w:ascii="Georgia" w:hAnsi="Georgia" w:cs="Georgia" w:eastAsia="Georgia"/>
          <w:b w:val="0"/>
          <w:i w:val="0"/>
          <w:sz w:val="22"/>
        </w:rPr>
        <w:t>How long will that take? The Russians didn't hightail it out of there until their own system began to collapse at home: they, too, spent a decade fighting fierce Afghan resistance to their occupation, and in the end, as they snuck away, a Soviet commander told a Western reporter: "We came here with a very honorable task, and with open hearts.</w:t>
      </w:r>
    </w:p>
    <w:p>
      <w:pPr>
        <w:spacing w:before="0" w:after="120" w:line="300" w:lineRule="exact"/>
        <w:jc w:val="both"/>
      </w:pPr>
      <w:r>
        <w:rPr>
          <w:rFonts w:ascii="Georgia" w:hAnsi="Georgia" w:cs="Georgia" w:eastAsia="Georgia"/>
          <w:b w:val="0"/>
          <w:i w:val="0"/>
          <w:sz w:val="22"/>
        </w:rPr>
        <w:t>We are leaving with a sense of not having accomplished our mission to the end." An understatement, to say the least: within a few years, the Soviet-installed Marxist regime of "President" Mohammed Najibullah had collapsed, and Kabul was in rebel hands. It is worth recalling that, as the Red Army was being beaten on the battlefield, the Intercontinental Hotel – the hub of foreign journalists and Afghan government officials – was considered relatively safe, or at least safe enough for the Russians to have convened there a session of the "Afro-Asian Peoples Solidarity Organization" — whose 41 delegates were sent fleeing by a rebel rocket attack.</w:t>
      </w:r>
    </w:p>
    <w:p>
      <w:pPr>
        <w:spacing w:before="0" w:after="120" w:line="300" w:lineRule="exact"/>
        <w:jc w:val="both"/>
      </w:pPr>
      <w:r>
        <w:rPr>
          <w:rFonts w:ascii="Georgia" w:hAnsi="Georgia" w:cs="Georgia" w:eastAsia="Georgia"/>
          <w:b w:val="0"/>
          <w:i w:val="0"/>
          <w:sz w:val="22"/>
        </w:rPr>
        <w:t>That a similar propaganda exercise – an Afghan government conference on making the "transition" from dependence on the US to local control – was being staged by the Americans, some thirty years later, with similar results, underscores our stubborn refusal to learn from history. "We stand not for empire," intoned Obama in his recent Afghanistan speech, "but for selfdetermination." Somehow, the Afghans don't see it that way.</w:t>
      </w:r>
    </w:p>
    <w:p>
      <w:pPr>
        <w:spacing w:before="0" w:after="120" w:line="300" w:lineRule="exact"/>
        <w:jc w:val="both"/>
      </w:pPr>
      <w:r>
        <w:rPr>
          <w:rFonts w:ascii="Georgia" w:hAnsi="Georgia" w:cs="Georgia" w:eastAsia="Georgia"/>
          <w:b w:val="0"/>
          <w:i w:val="0"/>
          <w:sz w:val="22"/>
        </w:rPr>
        <w:t>Our empire, like that of the Soviets, is on the way out, inevitably receding before the tides of nationalism — and economic decline — on the home front. Yet still we persist in nurturing the illusion that we're in control, that we can manage the scope of the unfolding disaster and delay indefinitely the day when, like this Soviet official, we'll be forced to admit defeat: "'It's a defeat, no question about it,' an aide in the Communist Party's Central Committee told an American friend this week.</w:t>
      </w:r>
    </w:p>
    <w:p>
      <w:pPr>
        <w:spacing w:before="0" w:after="120" w:line="300" w:lineRule="exact"/>
        <w:jc w:val="both"/>
      </w:pPr>
      <w:r>
        <w:rPr>
          <w:rFonts w:ascii="Georgia" w:hAnsi="Georgia" w:cs="Georgia" w:eastAsia="Georgia"/>
          <w:b w:val="0"/>
          <w:i w:val="0"/>
          <w:sz w:val="22"/>
        </w:rPr>
        <w:t>'We had your experience in Vietnam right before our eyes, and we still went in like fools. The only thing we've been able to avoid is having to evacuate the last people from our Embassy in Kabul on helicopter skids.'" We had the Russian experience right before our eyes, as well as our own bitter memories of the Vietnam disaster, and yet we still went in — like even bigger fools.</w:t>
      </w:r>
    </w:p>
    <w:p>
      <w:pPr>
        <w:spacing w:before="0" w:after="120" w:line="300" w:lineRule="exact"/>
        <w:jc w:val="both"/>
      </w:pPr>
      <w:r>
        <w:rPr>
          <w:rFonts w:ascii="Georgia" w:hAnsi="Georgia" w:cs="Georgia" w:eastAsia="Georgia"/>
          <w:b w:val="0"/>
          <w:i w:val="0"/>
          <w:sz w:val="22"/>
        </w:rPr>
        <w:t>Not only did we go in, but we stayed in — long after the last remnants of al-Qaeda had fled — and attempted to set up a puppet government, confident we would succeed where the Soviets failed. Yet "President" Hamid Karzai – or whoever is in office when Kabul falls – will share Najibullah's fate, of that we can be sure. As to whether our imperial delusions will implode in the same way the Russians' did – and with the same rapidity – remains to be seen.</w:t>
      </w:r>
    </w:p>
    <w:p>
      <w:pPr>
        <w:spacing w:before="0" w:after="120" w:line="300" w:lineRule="exact"/>
        <w:jc w:val="both"/>
      </w:pPr>
      <w:r>
        <w:rPr>
          <w:rFonts w:ascii="Georgia" w:hAnsi="Georgia" w:cs="Georgia" w:eastAsia="Georgia"/>
          <w:b w:val="0"/>
          <w:i w:val="0"/>
          <w:sz w:val="22"/>
        </w:rPr>
        <w:t>However, I suspect – or, rather, fear – we'll know soon enough.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SECURITY</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"We've done terribly badly in providing security to the Afghan people and this is the greatest shortcoming of our government and of our international partners," he said. –Kerzai, the puppet President.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89 US TROOPS INJURED –</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UNDISCLOSED NUMBER KILLED A Taliban martyrdom attack on a US military base in Wardak province on 10 September 2011, injured 89 US troops according to US Army spokesman Ma- jor David Eastburn. The number of US military personnel killed was not disclosed. Of the 89 injured US troops, 59 were flown by helicopter to nearby military bases. A 6 metre hole was torn into the wall of the base by a truck laden with 9 tins of explosives.</w:t>
      </w:r>
    </w:p>
    <w:p>
      <w:pPr>
        <w:spacing w:before="0" w:after="120" w:line="300" w:lineRule="exact"/>
        <w:jc w:val="both"/>
      </w:pPr>
      <w:r>
        <w:rPr>
          <w:rFonts w:ascii="Georgia" w:hAnsi="Georgia" w:cs="Georgia" w:eastAsia="Georgia"/>
          <w:b w:val="0"/>
          <w:i w:val="0"/>
          <w:sz w:val="22"/>
        </w:rPr>
        <w:t>The Taliban also fired rockets at the US military base in Bagram. Two Afghan security guards were killed and seven wounded, including three US soldiers according to a western source. US Ambassador, Ryan Crocker conceded that many Americans in the US were tired of the ten-year war which is bleeding the U.S.A. General John Allen, the commander of foreign military forces in Afghanistan said: "The last 10 years have not been easy.</w:t>
      </w:r>
    </w:p>
    <w:p>
      <w:pPr>
        <w:spacing w:before="0" w:after="120" w:line="300" w:lineRule="exact"/>
        <w:jc w:val="both"/>
      </w:pPr>
      <w:r>
        <w:rPr>
          <w:rFonts w:ascii="Georgia" w:hAnsi="Georgia" w:cs="Georgia" w:eastAsia="Georgia"/>
          <w:b w:val="0"/>
          <w:i w:val="0"/>
          <w:sz w:val="22"/>
        </w:rPr>
        <w:t>Both the international coalition and Afghans have endured much hardship."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Working for UN</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It is not permissible for Muslims to work in any capacity for the evil conspiratorial organization called the United Nations. The UN is a satanic appendage of the U.S.A. Islam and Muslims cannot be served under such an evil kuffaar entity. Under guise of providing aid, this entity is involved in plots to undermine Islam and the Ummah. Just look!</w:t>
      </w:r>
    </w:p>
    <w:p>
      <w:pPr>
        <w:spacing w:before="0" w:after="120" w:line="300" w:lineRule="exact"/>
        <w:jc w:val="both"/>
      </w:pPr>
      <w:r>
        <w:rPr>
          <w:rFonts w:ascii="Georgia" w:hAnsi="Georgia" w:cs="Georgia" w:eastAsia="Georgia"/>
          <w:b w:val="0"/>
          <w:i w:val="0"/>
          <w:sz w:val="22"/>
        </w:rPr>
        <w:t>How quick this haraam body is in its endeavour to prosecute Bashir of Sudan and Ghaddafi of Libya. But not a word is breathed by this illegitimate body about the Israeli murderers, about the U.S.A. massacres all over the world. Muslims cannot work under kuffaar domination.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KUFR IS A SINGLE BREED</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KUFR IS A SINGLE BREED Before being installed as a puppet president by the white Yahood power clique in the U.S.A., Obama had proffered holy assurancegs for the closure of the Guantanamo torture camp. However, after becoming the president of the U.S.A., he went into reverse gear with his offer, and the Guantanamo camp of brutality established by the former president, Bush, worsened.</w:t>
      </w:r>
    </w:p>
    <w:p>
      <w:pPr>
        <w:spacing w:before="0" w:after="120" w:line="300" w:lineRule="exact"/>
        <w:jc w:val="both"/>
      </w:pPr>
      <w:r>
        <w:rPr>
          <w:rFonts w:ascii="Georgia" w:hAnsi="Georgia" w:cs="Georgia" w:eastAsia="Georgia"/>
          <w:b w:val="0"/>
          <w:i w:val="0"/>
          <w:sz w:val="22"/>
        </w:rPr>
        <w:t>The torture degenerated, and the camp gained greater notrietry for its brutality. Binyamin Mohammed, an Ethiopian Muslim and a citizen of Britain was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first detainee who was freed from Guantanamo since Obama became the president.</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first detainee who was freed from Guantanamo since Obama became the president. According to him, the guards at the torture facility were "taking their last revenge" After his abduction, Mohammed said that he was subjected to 'medieval torture' in Pakistan, Morocco and Kabul where America conducts secret, black torture dungeons. Guantanamo has worsened since the election of the puppet Obama.</w:t>
      </w:r>
    </w:p>
    <w:p>
      <w:pPr>
        <w:spacing w:before="0" w:after="120" w:line="300" w:lineRule="exact"/>
        <w:jc w:val="both"/>
      </w:pPr>
      <w:r>
        <w:rPr>
          <w:rFonts w:ascii="Georgia" w:hAnsi="Georgia" w:cs="Georgia" w:eastAsia="Georgia"/>
          <w:b w:val="0"/>
          <w:i w:val="0"/>
          <w:sz w:val="22"/>
        </w:rPr>
        <w:t>Obama's black skin and conciliatory rhetoric to audiences in Muslim countries had deceived the ignorant Muslim masses into believing that this character would be reversing all the injustices and cruel policies of Bush, Dick, Chen- ey &amp; Co. The naivety of the misled Muslims who had even applauded Obama, while not surprising, was extremely lamentable.</w:t>
      </w:r>
    </w:p>
    <w:p>
      <w:pPr>
        <w:spacing w:before="0" w:after="120" w:line="300" w:lineRule="exact"/>
        <w:jc w:val="both"/>
      </w:pPr>
      <w:r>
        <w:rPr>
          <w:rFonts w:ascii="Georgia" w:hAnsi="Georgia" w:cs="Georgia" w:eastAsia="Georgia"/>
          <w:b w:val="0"/>
          <w:i w:val="0"/>
          <w:sz w:val="22"/>
        </w:rPr>
        <w:t>In Islam there is a principle, Al-kufru millatun waahidatun, i.e. Kufr is a single breed. Whether the kufr is white, black, yellow or brown, it is all the same. The common denominator is hatred for Islam and Muslims, and the objective is to pillage the lands of Islam and plunder its natural resources and wealth. What is truly cause for surprise is that even 'educated' and 'experienced' Muslims were unable to understand that Obama, the Black American 'president', was a puppet who is forced to dance according to the tune of the clique who has installed him, hoping to whitewash the dirty and bloody face of America.</w:t>
      </w:r>
    </w:p>
    <w:p>
      <w:pPr>
        <w:spacing w:before="0" w:after="120" w:line="300" w:lineRule="exact"/>
        <w:jc w:val="both"/>
      </w:pPr>
      <w:r>
        <w:rPr>
          <w:rFonts w:ascii="Georgia" w:hAnsi="Georgia" w:cs="Georgia" w:eastAsia="Georgia"/>
          <w:b w:val="0"/>
          <w:i w:val="0"/>
          <w:sz w:val="22"/>
        </w:rPr>
        <w:t>But, the puppet has failed to achieve this objective. "O People of Imaan! Do not take the Yahood and Nasaara for friends…"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While the U.S.</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While the U.S. army propaganda machine insipidly and unconvincingly tried to portray the humiliating defeat of Operation Hammer Down as a 'victory', the soldiers of the three platoons who bore the brunt of the Taliban's onslaught, had the following to say: …."Sitting in an isolated outpost in the Pelch River Valley, soldiers from B Company's 1st and 3rd Platoons wrestle with the losses of the mission – and question what they had accomplished in seven days of hard fighting.</w:t>
      </w:r>
    </w:p>
    <w:p>
      <w:pPr>
        <w:spacing w:before="0" w:after="120" w:line="300" w:lineRule="exact"/>
        <w:jc w:val="both"/>
      </w:pPr>
      <w:r>
        <w:rPr>
          <w:rFonts w:ascii="Georgia" w:hAnsi="Georgia" w:cs="Georgia" w:eastAsia="Georgia"/>
          <w:b w:val="0"/>
          <w:i w:val="0"/>
          <w:sz w:val="22"/>
        </w:rPr>
        <w:t>"Our whole objective was to clear out a training camp," says Sgt.Paul Robertson of the 1st Platoon. "And we failed", interjects a soldier, who had been standing nearby, listening to the others tell the story. "I think we inadvertently did clear that camp out," says another with sol- dierly humor. "It was like, "Training camp dismissed, guys – sink or swim." For Sgt.</w:t>
      </w:r>
    </w:p>
    <w:p>
      <w:pPr>
        <w:spacing w:before="0" w:after="120" w:line="300" w:lineRule="exact"/>
        <w:jc w:val="both"/>
      </w:pPr>
      <w:r>
        <w:rPr>
          <w:rFonts w:ascii="Georgia" w:hAnsi="Georgia" w:cs="Georgia" w:eastAsia="Georgia"/>
          <w:b w:val="0"/>
          <w:i w:val="0"/>
          <w:sz w:val="22"/>
        </w:rPr>
        <w:t>Ridge Kaaekuahiwi of the 1st Platoon, the frustration comes from a fear that the dynamic did not change – that it was all for nothing. "When you really get down to it, we're not winning any fight," he says. "We're just fighting fighters." One month after the mission, an intelligence report on the Gambir Jungle indicated "increased Al-Qaeda and Pakistani presence" in area training camps – "an effort", it noted, "to resupply after Operation Hammer Down." (There is no Al-Qaeda which the U.S. hallucinates.</w:t>
      </w:r>
    </w:p>
    <w:p>
      <w:pPr>
        <w:spacing w:before="0" w:after="120" w:line="300" w:lineRule="exact"/>
        <w:jc w:val="both"/>
      </w:pPr>
      <w:r>
        <w:rPr>
          <w:rFonts w:ascii="Georgia" w:hAnsi="Georgia" w:cs="Georgia" w:eastAsia="Georgia"/>
          <w:b w:val="0"/>
          <w:i w:val="0"/>
          <w:sz w:val="22"/>
        </w:rPr>
        <w:t>It is the Taliban – the Rag Tag Army of Allah – who is knocking hell out of the Americans with its world coalition of aggressors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SUDANESE SELF -DECEPTION</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SUDANESE SELF -DECEPTION "You (O Allah!) bestow dominion (political power) to whomever You wish, and You snatch away pow- er from whomever You wish." (Qur'aan) Overnight, Sudan which yesterday was a huge country was reduced to less than half its former size with the lion's share of the oil wealth and natural resources going to the kuffaar south which became an independent country.</w:t>
      </w:r>
    </w:p>
    <w:p>
      <w:pPr>
        <w:spacing w:before="0" w:after="120" w:line="300" w:lineRule="exact"/>
        <w:jc w:val="both"/>
      </w:pPr>
      <w:r>
        <w:rPr>
          <w:rFonts w:ascii="Georgia" w:hAnsi="Georgia" w:cs="Georgia" w:eastAsia="Georgia"/>
          <w:b w:val="0"/>
          <w:i w:val="0"/>
          <w:sz w:val="22"/>
        </w:rPr>
        <w:t>The reduction of Sudan is a classical case of the elimination of sovereignty by Divine Decree as mentioned in the Qur'aanic aayat above, and in many Ahaadith of Rasulullah (sallallahu alayhi wasallam). Decades of oppression and cruelty and indifference to the Deen suddenly brought the calamity of elimination on the Muslim segment of the country.</w:t>
      </w:r>
    </w:p>
    <w:p>
      <w:pPr>
        <w:spacing w:before="0" w:after="120" w:line="300" w:lineRule="exact"/>
        <w:jc w:val="both"/>
      </w:pPr>
      <w:r>
        <w:rPr>
          <w:rFonts w:ascii="Georgia" w:hAnsi="Georgia" w:cs="Georgia" w:eastAsia="Georgia"/>
          <w:b w:val="0"/>
          <w:i w:val="0"/>
          <w:sz w:val="22"/>
        </w:rPr>
        <w:t>It matters not who the oppressor may be, Allah Ta'ala is always on the side of the mazloom (the oppressed). The Mashaaikh of Islam say: "A country can endure even with kufr, but not with zulm." Like a drowning man clutching at straws, just prior to the secession of the South, the president of Sudan unintelligently and irrationally threatened that the consequence of the South's secession would be the impo-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sition of Shariah Law.</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sition of Shariah Law. It is difficult to understand who the president, Basheer was trying to fool with this empty threat. On whom will Shariah Law be imposed? How can the imposition of Shariah Law on the remaining Muslim segment of Sudan (the North) deter the Christian South from its demand to establish a separate state? In making this threat, Basheer was perpetrating self-deception.</w:t>
      </w:r>
    </w:p>
    <w:p>
      <w:pPr>
        <w:spacing w:before="0" w:after="120" w:line="300" w:lineRule="exact"/>
        <w:jc w:val="both"/>
      </w:pPr>
      <w:r>
        <w:rPr>
          <w:rFonts w:ascii="Georgia" w:hAnsi="Georgia" w:cs="Georgia" w:eastAsia="Georgia"/>
          <w:b w:val="0"/>
          <w:i w:val="0"/>
          <w:sz w:val="22"/>
        </w:rPr>
        <w:t>Furthermore, is the Deen of Allah Ta'ala a bargaining chip? Is the imposition of Qur'aanic Law dependent on the secession of the non-Muslim inhabitants of the country? That is, if the Christians don't secede, there will be no Qur'aanic Law, but if they secede, Shariah Law will be imposed on the Muslim North. To whom exactly was this empty threat directed is difficult to fathom.</w:t>
      </w:r>
    </w:p>
    <w:p>
      <w:pPr>
        <w:spacing w:before="0" w:after="120" w:line="300" w:lineRule="exact"/>
        <w:jc w:val="both"/>
      </w:pPr>
      <w:r>
        <w:rPr>
          <w:rFonts w:ascii="Georgia" w:hAnsi="Georgia" w:cs="Georgia" w:eastAsia="Georgia"/>
          <w:b w:val="0"/>
          <w:i w:val="0"/>
          <w:sz w:val="22"/>
        </w:rPr>
        <w:t>The claim of imposing Shariah Law was also hollow and hypocritical. If the Sudanese Muslim regime was sincere in the desire for Islamic Law, what prevented it in all these years, and what has prevented it hitherto from imposing Allah's Law in the land? Now that the South has seceded, why has Basheer not fulfilled his pledge? How is it possible for men who govern in conflict with the Qur'aan and Sunnah to introduce the Shariah?</w:t>
      </w:r>
    </w:p>
    <w:p>
      <w:pPr>
        <w:spacing w:before="0" w:after="120" w:line="300" w:lineRule="exact"/>
        <w:jc w:val="both"/>
      </w:pPr>
      <w:r>
        <w:rPr>
          <w:rFonts w:ascii="Georgia" w:hAnsi="Georgia" w:cs="Georgia" w:eastAsia="Georgia"/>
          <w:b w:val="0"/>
          <w:i w:val="0"/>
          <w:sz w:val="22"/>
        </w:rPr>
        <w:t>The secession of the South is in fact an act of divine punishment for Sudan.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AGGRESSORS ARE COWARDS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Despite harbouring a massive aversion for the Taliban, General John R. Allen, commander of NATO and US forces in Afghanistan has been constrained by the heroic performance and shattering attack on NATO headquarters in the centre of Kabul by a handful of Mujahideen (between 7 and 10), to concede, albeit with a huge grudge: "I'll grant that they did get an IO (Information Operations) win." The U.S. boasts that its army is the largest and finest in the world.</w:t>
      </w:r>
    </w:p>
    <w:p>
      <w:pPr>
        <w:spacing w:before="0" w:after="120" w:line="300" w:lineRule="exact"/>
        <w:jc w:val="both"/>
      </w:pPr>
      <w:r>
        <w:rPr>
          <w:rFonts w:ascii="Georgia" w:hAnsi="Georgia" w:cs="Georgia" w:eastAsia="Georgia"/>
          <w:b w:val="0"/>
          <w:i w:val="0"/>
          <w:sz w:val="22"/>
        </w:rPr>
        <w:t>But in reality, the American army is a motley of cowards, drug addicts – men lacking in manhood, courage, honour and chivalry. An army that preys on woman, children, civilians, and pummels hamlets and little villages mercilessly from the safety of the clouds – men who torture and brutalize unarmed prisoners of war – men who ravage the modesty and chastity of chaste Muslim women – are never soldiers.</w:t>
      </w:r>
    </w:p>
    <w:p>
      <w:pPr>
        <w:spacing w:before="0" w:after="120" w:line="300" w:lineRule="exact"/>
        <w:jc w:val="both"/>
      </w:pPr>
      <w:r>
        <w:rPr>
          <w:rFonts w:ascii="Georgia" w:hAnsi="Georgia" w:cs="Georgia" w:eastAsia="Georgia"/>
          <w:b w:val="0"/>
          <w:i w:val="0"/>
          <w:sz w:val="22"/>
        </w:rPr>
        <w:t>They are hoodlums, gangsters – the worst specimens humankind has to offer. While non-Muslim civilians in the West have acknowledged the courage and performance of the Taliban Mujahideen in this attack, the Nato com- mander and the American ambassador in Kabul most unsoldierly struggled to play down the significance of the Taliban attack. Just a handful – seven or ten in the initial stage of the attack, then only two, were fighting the world's largest and so-called 'finest' army backed by a coalition of the armies of 50 countries with their massive arsenals of the most destructive weaponry which modern technology can offer.</w:t>
      </w:r>
    </w:p>
    <w:p>
      <w:pPr>
        <w:spacing w:before="0" w:after="120" w:line="300" w:lineRule="exact"/>
        <w:jc w:val="both"/>
      </w:pPr>
      <w:r>
        <w:rPr>
          <w:rFonts w:ascii="Georgia" w:hAnsi="Georgia" w:cs="Georgia" w:eastAsia="Georgia"/>
          <w:b w:val="0"/>
          <w:i w:val="0"/>
          <w:sz w:val="22"/>
        </w:rPr>
        <w:t>They battled and held at bay all the forces of aggression for 20 hours. Innumerable Nato, US and Afghan forces battled with two Taliban for 20 hours. Gunshiphelicopters hovered above firing into the building and a variety of heavy guns, etc. was employed by the enemy forces, yet the two Mujahideen, after 20 hours of heroically fighting, achieved the objective of their mission – Shahaadat (Martyrdom).</w:t>
      </w:r>
    </w:p>
    <w:p>
      <w:pPr>
        <w:spacing w:before="0" w:after="120" w:line="300" w:lineRule="exact"/>
        <w:jc w:val="both"/>
      </w:pPr>
      <w:r>
        <w:rPr>
          <w:rFonts w:ascii="Georgia" w:hAnsi="Georgia" w:cs="Georgia" w:eastAsia="Georgia"/>
          <w:b w:val="0"/>
          <w:i w:val="0"/>
          <w:sz w:val="22"/>
        </w:rPr>
        <w:t>It should be understood that the small band of Allah's Fighters were not trapped. They undertook the mission to gain shahaadat. They penetrated right into the lions den – into Nato headquarters in the very heart of Kabul barracks. Only men driven by lofty spiritual goals have the mettle to display such courage. They never flinched for a moment.</w:t>
      </w:r>
    </w:p>
    <w:p>
      <w:pPr>
        <w:spacing w:before="0" w:after="120" w:line="300" w:lineRule="exact"/>
        <w:jc w:val="both"/>
      </w:pPr>
      <w:r>
        <w:rPr>
          <w:rFonts w:ascii="Georgia" w:hAnsi="Georgia" w:cs="Georgia" w:eastAsia="Georgia"/>
          <w:b w:val="0"/>
          <w:i w:val="0"/>
          <w:sz w:val="22"/>
        </w:rPr>
        <w:t>About Mujahideen of this stat- ure, the Qur'aan Majeed states: "If among you there are twenty Sabiroon, they will defeat 200…" But in the vastly changed scenario of this modern era, Allah Ta'ala has showered greater mercy on some Mujahideen. He has pitted a small band against huge armies. There is simply no relationship and no equation from any angle whatsoever between the two Taliban heroes and the vast kuffaar army.</w:t>
      </w:r>
    </w:p>
    <w:p>
      <w:pPr>
        <w:spacing w:before="0" w:after="120" w:line="300" w:lineRule="exact"/>
        <w:jc w:val="both"/>
      </w:pPr>
      <w:r>
        <w:rPr>
          <w:rFonts w:ascii="Georgia" w:hAnsi="Georgia" w:cs="Georgia" w:eastAsia="Georgia"/>
          <w:b w:val="0"/>
          <w:i w:val="0"/>
          <w:sz w:val="22"/>
        </w:rPr>
        <w:t>But, there is one striking difference. The Saabir Mujaahid possesses spiritual fibre which the kuffaar forces can never even dream of understanding. They just are bereft of any concept of morality and spirituality. Thus, we see these Mujahideen courting death in the way the kuffaar forces court life. The Qur'aan has the following message for these courageous and honourable Mujahideen: "Verily, Allah has purchased from the Mu'mineen their lives and their wealth in exchange for Jannat.</w:t>
      </w:r>
    </w:p>
    <w:p>
      <w:pPr>
        <w:spacing w:before="0" w:after="120" w:line="300" w:lineRule="exact"/>
        <w:jc w:val="both"/>
      </w:pPr>
      <w:r>
        <w:rPr>
          <w:rFonts w:ascii="Georgia" w:hAnsi="Georgia" w:cs="Georgia" w:eastAsia="Georgia"/>
          <w:b w:val="0"/>
          <w:i w:val="0"/>
          <w:sz w:val="22"/>
        </w:rPr>
        <w:t>They fight in the Path of Allah; they kill and get killed. It (Jannat for them) is an incumbent promise on Allah (and it is) mentioned in the Tauraah, Injeel and Qur'aan." (Surah Taubah, aayat 111) The Ummah at this juncture of its abject humiliation and degeneration, is truly proud to have such heroes and Mujahideen in its ranks. May Allah Ta'ala grant the Taliban a resounding victory over the brutal forces of kufr and aggression.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BBC News correspondent, Quentin Sommerville, commenting on the Taliban attack on Nato…</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BBC News correspondent, Quentin Sommerville, commenting on the Taliban attack on Nato headquarters in Kabul, says: "The Taliban have shown consistently that they can attack right at the heart of the Afghan government and the international mission. It does not matter how secure those buildings are, the insurgents are still managing to cause chaos in the city. ……US marines were seen on the roof of the embassy building assessing the situation and checking (whether) their defences were robust.</w:t>
      </w:r>
    </w:p>
    <w:p>
      <w:pPr>
        <w:spacing w:before="0" w:after="120" w:line="300" w:lineRule="exact"/>
        <w:jc w:val="both"/>
      </w:pPr>
      <w:r>
        <w:rPr>
          <w:rFonts w:ascii="Georgia" w:hAnsi="Georgia" w:cs="Georgia" w:eastAsia="Georgia"/>
          <w:b w:val="0"/>
          <w:i w:val="0"/>
          <w:sz w:val="22"/>
        </w:rPr>
        <w:t>Military helicopters, including Black Hawks, flew over the area. Another eyewitness, Himanshu Sharma, told BBC: "I thought it would be over in a few minutes, but then one hour and then two hours and then three hours passed – it was just not stopping. The gunshots were increasing, and their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KABUL ATTACK - BBC COMMENT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intensity was increasing. They were using more deadly weapons. There is no security at all in Kabul. This is the safest area, and if we are not safe here, then we are not safe anywhere in Afghanistan." The centre of Kabul, the capital city of Afghanistan where Nato and U.S.A. coalition headquarters are located, has been converted into a vitual barracks with huge concrete blast walls, barbwire fortifications and numerous checkpoints.</w:t>
      </w:r>
    </w:p>
    <w:p>
      <w:pPr>
        <w:spacing w:before="0" w:after="120" w:line="300" w:lineRule="exact"/>
        <w:jc w:val="both"/>
      </w:pPr>
      <w:r>
        <w:rPr>
          <w:rFonts w:ascii="Georgia" w:hAnsi="Georgia" w:cs="Georgia" w:eastAsia="Georgia"/>
          <w:b w:val="0"/>
          <w:i w:val="0"/>
          <w:sz w:val="22"/>
        </w:rPr>
        <w:t>The cowardly U.S.A. and Nato aggressors with the puppet Kerzai regime whose reign extends to the backyard of his residence, are all hemmed in by their own fortifications while the Taliban roam and control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80% of the country, and attack the invaders right inside their fortifications with…</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80% of the country, and attack the invaders right inside their fortifications with impunity. Thus we see the practical materialization of the following Qur'aanic aayat: "They (the kuffaar: the Americans, Nato and the 50 country coalition in this case) are unable to fight you with their coalition, except from within fortified barracks and from behind (blast) walls.</w:t>
      </w:r>
    </w:p>
    <w:p>
      <w:pPr>
        <w:spacing w:before="0" w:after="120" w:line="300" w:lineRule="exact"/>
        <w:jc w:val="both"/>
      </w:pPr>
      <w:r>
        <w:rPr>
          <w:rFonts w:ascii="Georgia" w:hAnsi="Georgia" w:cs="Georgia" w:eastAsia="Georgia"/>
          <w:b w:val="0"/>
          <w:i w:val="0"/>
          <w:sz w:val="22"/>
        </w:rPr>
        <w:t>You think that they are a united coalition whilst (in reality) their hearts are rent asunder (for they harbour mutual hatred for one another). That is because they are a brainless people (who lack intelligence and discernment)."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UPHEAVALS IN THE ARAB COUNTRIES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Saddam Husain, Zeinul Abideen, Hosni Mubarak and Ghadhaafi, are clamouring and killing for the kaafir system called 'democracy'. Yemen is the sole exception. Whilst this is our appraisal of the scenario as it appears on the ground, we should not forget that the true Actor and Dispenser is Allah Azza Wa Jal. The Qur'aan Majeed states: "Say: 'Allah is the King of all dominion.</w:t>
      </w:r>
    </w:p>
    <w:p>
      <w:pPr>
        <w:spacing w:before="0" w:after="120" w:line="300" w:lineRule="exact"/>
        <w:jc w:val="both"/>
      </w:pPr>
      <w:r>
        <w:rPr>
          <w:rFonts w:ascii="Georgia" w:hAnsi="Georgia" w:cs="Georgia" w:eastAsia="Georgia"/>
          <w:b w:val="0"/>
          <w:i w:val="0"/>
          <w:sz w:val="22"/>
        </w:rPr>
        <w:t>You (O Allah) grant honour to whomever You desire, and You humiliate whomever You desire. You bestow political power to whomever You wish and you snatch away power from whomever You wish." "And, not a leaf falls (from a tree), but He is aware of it." Every one of the astronomical trillions and trillions of leaves on the astronomical number of trees on earth, which changes direction in the breeze and drops off from a tree, does so as a consequence of the direct intervention of Allah Azza Wa Jal.</w:t>
      </w:r>
    </w:p>
    <w:p>
      <w:pPr>
        <w:spacing w:before="0" w:after="120" w:line="300" w:lineRule="exact"/>
        <w:jc w:val="both"/>
      </w:pPr>
      <w:r>
        <w:rPr>
          <w:rFonts w:ascii="Georgia" w:hAnsi="Georgia" w:cs="Georgia" w:eastAsia="Georgia"/>
          <w:b w:val="0"/>
          <w:i w:val="0"/>
          <w:sz w:val="22"/>
        </w:rPr>
        <w:t>The conflagration and upheavals we are witnessing are the effects of Allah's decree. It is among the Ways (Sunnats) of Allah Ta'ala, to destroy a tyrant with another tyrant, or one kufr system with another kufr system. Then, He destroys the victorious kufr system with Islam. The Qur'aan and Rasulullah (sallallahu alayhi wasallam) have made it crystal clear that when the Ummah turns its back on the Deen and slides into incorrigible fisq and fujoor, then Allah Ta'ala by way of punishment, overwhelms them (Muslims) with the tyranny of the kuffaar.</w:t>
      </w:r>
    </w:p>
    <w:p>
      <w:pPr>
        <w:spacing w:before="0" w:after="120" w:line="300" w:lineRule="exact"/>
        <w:jc w:val="both"/>
      </w:pPr>
      <w:r>
        <w:rPr>
          <w:rFonts w:ascii="Georgia" w:hAnsi="Georgia" w:cs="Georgia" w:eastAsia="Georgia"/>
          <w:b w:val="0"/>
          <w:i w:val="0"/>
          <w:sz w:val="22"/>
        </w:rPr>
        <w:t>Brutal kuffaar are appointed as rulers to pummel and terrorize the transgressing Muslims. Just as earthquakes, volcanic eruptions, tsunamis, hurricanes, droughts, etc. are forms of divine chastisement, so too is kuffaar domination a form of Allah's punishment. Stating this fact with clarity, the Qur'aan Majeed says: "… We sent against you (O Bani Israaeel!) Our servants who were powerful in warfare, then they penetrated (your) homes………..so that they disfigure your faces, and they invaded the Musjid (i.e.</w:t>
      </w:r>
    </w:p>
    <w:p>
      <w:pPr>
        <w:spacing w:before="0" w:after="120" w:line="300" w:lineRule="exact"/>
        <w:jc w:val="both"/>
      </w:pPr>
      <w:r>
        <w:rPr>
          <w:rFonts w:ascii="Georgia" w:hAnsi="Georgia" w:cs="Georgia" w:eastAsia="Georgia"/>
          <w:b w:val="0"/>
          <w:i w:val="0"/>
          <w:sz w:val="22"/>
        </w:rPr>
        <w:t>Musjidul Aqsa), and they utterly destroyed whatever they overran." (Surah Bani Israaeel) These verses refer to the invasion of Jerusalem by the kuffaar who destroyed the land, Musjidul Aqsa and enslaved tens of thousands of the Ummah of that time, viz., Bani Israaeel. The phrase, 'Our servants' refer to the kuffaar whom Allah Ta'ala sent to punish the Muslims of the time.</w:t>
      </w:r>
    </w:p>
    <w:p>
      <w:pPr>
        <w:spacing w:before="0" w:after="120" w:line="300" w:lineRule="exact"/>
        <w:jc w:val="both"/>
      </w:pPr>
      <w:r>
        <w:rPr>
          <w:rFonts w:ascii="Georgia" w:hAnsi="Georgia" w:cs="Georgia" w:eastAsia="Georgia"/>
          <w:b w:val="0"/>
          <w:i w:val="0"/>
          <w:sz w:val="22"/>
        </w:rPr>
        <w:t>Therefore, reviling and shouting curses on America is puerile and futile. The imperative need for Muslims is to understand that the tyranny of the kuffaar is Allah's punishment for our wanton disobedience and flagrant perpetration of every evil which western civilization has offered us. We have appointed the western kuffaar to be our leaders in life, so Allah Ta'ala has appointed them to be our rulers to brutalize and punish us.</w:t>
      </w:r>
    </w:p>
    <w:p>
      <w:pPr>
        <w:spacing w:before="0" w:after="120" w:line="300" w:lineRule="exact"/>
        <w:jc w:val="both"/>
      </w:pPr>
      <w:r>
        <w:rPr>
          <w:rFonts w:ascii="Georgia" w:hAnsi="Georgia" w:cs="Georgia" w:eastAsia="Georgia"/>
          <w:b w:val="0"/>
          <w:i w:val="0"/>
          <w:sz w:val="22"/>
        </w:rPr>
        <w:t>This is the simple explanation underlying the conflagration which is destroying the Muslim lands in the Middle East.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PLIGHT</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All the fortifications, security and armed forces of America and its coalition of 50 countries are unable to bring safety and security to even central Kabul, the main headquarters of the invaders. Commenting on the assassination of Burhanuddin Rabbaani, a former president of Pakistan, Amirullah Shah, a former antiTaliban Afghan intelligence chief said: "The attacks showed the government's failure in protecting highprofile figure." Rabbaani was assassinated in central Kabul on 20 September 2011.</w:t>
      </w:r>
    </w:p>
    <w:p>
      <w:pPr>
        <w:spacing w:before="0" w:after="120" w:line="300" w:lineRule="exact"/>
        <w:jc w:val="both"/>
      </w:pPr>
      <w:r>
        <w:rPr>
          <w:rFonts w:ascii="Georgia" w:hAnsi="Georgia" w:cs="Georgia" w:eastAsia="Georgia"/>
          <w:b w:val="0"/>
          <w:i w:val="0"/>
          <w:sz w:val="22"/>
        </w:rPr>
        <w:t>The assassination further highlights the impotency of the invaders with their massive firepower to secure even a few streets in the heart of Kabul.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STINGING, HUMILIATING BLOW TO THE U.S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 TALIBAN DOWNS U.S. HELICOPTER – ELIMINATES 31 U.S. SPECIAL FORCES AND 7 AFGHAN COMMANDOS The supposedly elite Navy Seals who had staged the farcical raid alleged to have 'killed' the long-dead Osama Bin Ladin, were delivered a shattering and a humiliating defeat by the Taliban who shot down the Chinook helicopter in Wardak Province. The whole miserable gang of navy seals was eliminated when the Taliban shot down the heli-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STINGING, HUMILIATING BLOW TO THE U.S</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copter. The enactment of this stinging blow was so public that for once the U.S. and Nato could not deny the humiliating loss they had suffered at the hands of the Taliban. Obama had made a flabby attempt to play down the Taliban strike by casting doubt on the cause of the helicopters crash. Thus he initially said: "The helicopter was apparently shot down." While initially neither the US nor Nato had confirmed the cause of the helicopter's downing, witnesses, officials of the Afghan puppet government and the Taliban confirmed that the helicopter was shot down.</w:t>
      </w:r>
    </w:p>
    <w:p>
      <w:pPr>
        <w:spacing w:before="0" w:after="120" w:line="300" w:lineRule="exact"/>
        <w:jc w:val="both"/>
      </w:pPr>
      <w:r>
        <w:rPr>
          <w:rFonts w:ascii="Georgia" w:hAnsi="Georgia" w:cs="Georgia" w:eastAsia="Georgia"/>
          <w:b w:val="0"/>
          <w:i w:val="0"/>
          <w:sz w:val="22"/>
        </w:rPr>
        <w:t>In the face of overwhelming evidence, an official of NATO told the New York Times that the Taliban had shot down the helicopter with a rocket- propelled grenade. The US Special Forces on board the helicopter, who were killed, were from Seal Team Six, the same unit which had supposedly 'killed' Osama Bin Ladin. The Taliban shot down the helicopter after U.S. and Afghan troops attacked a house wherein the Taliban were having a meeting.</w:t>
      </w:r>
    </w:p>
    <w:p>
      <w:pPr>
        <w:spacing w:before="0" w:after="120" w:line="300" w:lineRule="exact"/>
        <w:jc w:val="both"/>
      </w:pPr>
      <w:r>
        <w:rPr>
          <w:rFonts w:ascii="Georgia" w:hAnsi="Georgia" w:cs="Georgia" w:eastAsia="Georgia"/>
          <w:b w:val="0"/>
          <w:i w:val="0"/>
          <w:sz w:val="22"/>
        </w:rPr>
        <w:t>Reporting on the episode, Associated Press said: "The casualties are believed to be the largest loss of life in the history of SEAL Team 6, officially called the Navy Special Warfare Development Group. The team is considered the best of the best among the already elite SEALs, which number 3000 personnel." (Alhamdulillah! The best of the best of America's Special Forces were humbled and humiliated by Allah's Rag Tag Army – Al-Haq).</w:t>
      </w:r>
    </w:p>
    <w:p>
      <w:pPr>
        <w:spacing w:before="0" w:after="120" w:line="300" w:lineRule="exact"/>
        <w:jc w:val="both"/>
      </w:pPr>
      <w:r>
        <w:rPr>
          <w:rFonts w:ascii="Georgia" w:hAnsi="Georgia" w:cs="Georgia" w:eastAsia="Georgia"/>
          <w:b w:val="0"/>
          <w:i w:val="0"/>
          <w:sz w:val="22"/>
        </w:rPr>
        <w:t>This is not the first time that the Taliban had eliminated US Navy Seals. During June 2005, the Taliban had shot down a helicopter carrying Navy Seals in Kunar Province on a mission to rescue four SEALs under Taliban attack. Sixteen SEALS perished when the helicopter was shot down. In addition, three of the four trapped SEALs were also killed whilst the fourth one was wounded.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AMERICAN BRUTALITY A STINGING, HUMILIATING BLOW TO THE U.S. 'AND TORTURE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EXCERPTS FROM A RE- PORT ON U.S. BRUTALITY – RUMSFIELD, BUSH &amp; CO. LIABLE FOR ARREST * "Major General Antonio Taguba, who led the official Army investigation into Abu Ghraib, said in his report: "There is no longer any doubt as to whether the Bush administration has committed war crimes. The only question is whether those who ordered the use of torture will be held to account." * The young farmer's name was Dilawar.</w:t>
      </w:r>
    </w:p>
    <w:p>
      <w:pPr>
        <w:spacing w:before="0" w:after="120" w:line="300" w:lineRule="exact"/>
        <w:jc w:val="both"/>
      </w:pPr>
      <w:r>
        <w:rPr>
          <w:rFonts w:ascii="Georgia" w:hAnsi="Georgia" w:cs="Georgia" w:eastAsia="Georgia"/>
          <w:b w:val="0"/>
          <w:i w:val="0"/>
          <w:sz w:val="22"/>
        </w:rPr>
        <w:t>The New York Times reported: "Four days before his death on the eve of the Muslim holiday of Id al-Fitr (Dilawar was arrested)……. The UK Guardian reports: "Guards at Bagram routinely kneed prisoners in their thighs – a blow called a 'peroneal strike'. Whenever a guard did this to Dilawar, he would cry out, "Allah! Allah!" Some guards apparently found this amusing, and would strike him repeatedly to show off the behaviour to buddies..</w:t>
      </w:r>
    </w:p>
    <w:p>
      <w:pPr>
        <w:spacing w:before="0" w:after="120" w:line="300" w:lineRule="exact"/>
        <w:jc w:val="both"/>
      </w:pPr>
      <w:r>
        <w:rPr>
          <w:rFonts w:ascii="Georgia" w:hAnsi="Georgia" w:cs="Georgia" w:eastAsia="Georgia"/>
          <w:b w:val="0"/>
          <w:i w:val="0"/>
          <w:sz w:val="22"/>
        </w:rPr>
        <w:t>One military policeman told investigators, 'Everybody heard him cry out and thought it was funny… It went on over a 24-hour period, and I would think that it was over 100 strikes." Dilawar was shackled from the ceiling much of the time, with his feet barely able to touch the ground. On the last day of his life, after 4 days at Bagram, an interpreter who was present said his legs were bouncing uncontrollably as he sat in a plastic chair.</w:t>
      </w:r>
    </w:p>
    <w:p>
      <w:pPr>
        <w:spacing w:before="0" w:after="120" w:line="300" w:lineRule="exact"/>
        <w:jc w:val="both"/>
      </w:pPr>
      <w:r>
        <w:rPr>
          <w:rFonts w:ascii="Georgia" w:hAnsi="Georgia" w:cs="Georgia" w:eastAsia="Georgia"/>
          <w:b w:val="0"/>
          <w:i w:val="0"/>
          <w:sz w:val="22"/>
        </w:rPr>
        <w:t>He had been chained by the wrists to the top of his cell for much of the previous four days. At the interrogators' behest, a guard tried to force the young man to his knees. But his legs, which had been pummelled by guards for several days, could no longer bend. An interrogator told Mr. Dilawar that he could see a doctor after they finished with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he was finally sent back to his cell, though, the guards were instructed to only…</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When he was finally sent back to his cell, though, the guards were instructed to only chain the prisoner back to the ceiling. The next time the prison medic saw Dilawar a few hours later, he was dead, his head lolled to one side and his body beginning to stiffen." There is evidence that, unable to support his weight on tiptoe for the days on end he was chained to the ceiling, Dilawar's arms dislocated, and they flapped around uselessly when he was taken down for interrogation.</w:t>
      </w:r>
    </w:p>
    <w:p>
      <w:pPr>
        <w:spacing w:before="0" w:after="120" w:line="300" w:lineRule="exact"/>
        <w:jc w:val="both"/>
      </w:pPr>
      <w:r>
        <w:rPr>
          <w:rFonts w:ascii="Georgia" w:hAnsi="Georgia" w:cs="Georgia" w:eastAsia="Georgia"/>
          <w:b w:val="0"/>
          <w:i w:val="0"/>
          <w:sz w:val="22"/>
        </w:rPr>
        <w:t>The National Catholic Reporter writes: "They flapped like a bird's broken wings." * Binyamin Mohammed was seized by the Pakistani Forces in April 2002 and turned over to the Americans for a $5,000 bounty. He was held for more than five years without charge or trial in Bagram Air Force Base, Guantanamo Bay, and third country "black" sites.</w:t>
      </w:r>
    </w:p>
    <w:p>
      <w:pPr>
        <w:spacing w:before="0" w:after="120" w:line="300" w:lineRule="exact"/>
        <w:jc w:val="both"/>
      </w:pPr>
      <w:r>
        <w:rPr>
          <w:rFonts w:ascii="Georgia" w:hAnsi="Georgia" w:cs="Georgia" w:eastAsia="Georgia"/>
          <w:b w:val="0"/>
          <w:i w:val="0"/>
          <w:sz w:val="22"/>
        </w:rPr>
        <w:t>In his diary he describes being flown by a US government plane to a prison in Morocco. He writes: "They cut off my clothes with some kind of doctor's scalpel. I was naked. I tried to put on a brave face. But maybe I was going to be raped. Maybe they'd electrocute me. Maybe they'd castrate me…One of them took my penis in his hand and began to make cuts.</w:t>
      </w:r>
    </w:p>
    <w:p>
      <w:pPr>
        <w:spacing w:before="0" w:after="120" w:line="300" w:lineRule="exact"/>
        <w:jc w:val="both"/>
      </w:pPr>
      <w:r>
        <w:rPr>
          <w:rFonts w:ascii="Georgia" w:hAnsi="Georgia" w:cs="Georgia" w:eastAsia="Georgia"/>
          <w:b w:val="0"/>
          <w:i w:val="0"/>
          <w:sz w:val="22"/>
        </w:rPr>
        <w:t>He did it once, and they stood still for maybe a minute, watching my reaction. I was in agony. They must have done this 20 or 30 times, in maybe two hours. There was blood all over. They cut all over my private parts…….I was in Morocco for 18 months. Once they began this, they would do it to me about once a month. One time I asked a guard: 'What's the point of this?</w:t>
      </w:r>
    </w:p>
    <w:p>
      <w:pPr>
        <w:spacing w:before="0" w:after="120" w:line="300" w:lineRule="exact"/>
        <w:jc w:val="both"/>
      </w:pPr>
      <w:r>
        <w:rPr>
          <w:rFonts w:ascii="Georgia" w:hAnsi="Georgia" w:cs="Georgia" w:eastAsia="Georgia"/>
          <w:b w:val="0"/>
          <w:i w:val="0"/>
          <w:sz w:val="22"/>
        </w:rPr>
        <w:t>I've got nothing I can say to them. I've told them everything I possibly could.' He replied: "As far as I know, its just to degrade you. So when you leave here, you'll have these scars and you'll never forget. So you'll always fear doing anything but what the US wants." US Judge Gladys Kessler, in her findings on Binyam made in relation to a Guantanamo prisoner's petition, found Binyamin exceedingly credible.</w:t>
      </w:r>
    </w:p>
    <w:p>
      <w:pPr>
        <w:spacing w:before="0" w:after="120" w:line="300" w:lineRule="exact"/>
        <w:jc w:val="both"/>
      </w:pPr>
      <w:r>
        <w:rPr>
          <w:rFonts w:ascii="Georgia" w:hAnsi="Georgia" w:cs="Georgia" w:eastAsia="Georgia"/>
          <w:b w:val="0"/>
          <w:i w:val="0"/>
          <w:sz w:val="22"/>
        </w:rPr>
        <w:t>She wrote: "His genitals were mutilated. He was deprived of sleep and food. He was summarily transported from one foreign prison to another. Captors held him in stress positions for days at a time. He was forced to listen to piercingly loud music and the screams of other prisoners while locked in a pitchblack cell. All the while, he was forced to inculpate himself and others in plots to imperil Americans.</w:t>
      </w:r>
    </w:p>
    <w:p>
      <w:pPr>
        <w:spacing w:before="0" w:after="120" w:line="300" w:lineRule="exact"/>
        <w:jc w:val="both"/>
      </w:pPr>
      <w:r>
        <w:rPr>
          <w:rFonts w:ascii="Georgia" w:hAnsi="Georgia" w:cs="Georgia" w:eastAsia="Georgia"/>
          <w:b w:val="0"/>
          <w:i w:val="0"/>
          <w:sz w:val="22"/>
        </w:rPr>
        <w:t>The government does not dispute this evidence." * The U.K. Guardian writes: "The sexual humiliation of Iraqi prisoners at Abu Ghraib prison was not an invention of maverick guards, but part of a system of ill-treatment and degradation used by special forces soldiers that is now being disseminated among ordinary troops and contractors who do not know what they are doing, according to British military sources." * "In the report on the CIA paramilitary Special Activities Division detainees were "taken to their cells by strong people who wore black outfits, masks that covered their whole faces, and dark visors over their eyes." * "Mayer writes that a former member of a C.I.A. transport team has described the takeout of prisoners as: 'a carefully choreographed twenty-minute routine, during which a suspect was hog-tied, stripped naked, photographed, hooded, sedated with anal suppositories, placed in diapers, and transported by plane to a secret location.' A person involved in the Council of Europe inquiry, referring to cavity searches and the frequent use of suppositories, likened the treatment to sodomy.</w:t>
      </w:r>
    </w:p>
    <w:p>
      <w:pPr>
        <w:spacing w:before="0" w:after="120" w:line="300" w:lineRule="exact"/>
        <w:jc w:val="both"/>
      </w:pPr>
      <w:r>
        <w:rPr>
          <w:rFonts w:ascii="Georgia" w:hAnsi="Georgia" w:cs="Georgia" w:eastAsia="Georgia"/>
          <w:b w:val="0"/>
          <w:i w:val="0"/>
          <w:sz w:val="22"/>
        </w:rPr>
        <w:t>It was used to absolutely strip the detainee of any dignity. It breaks down someone's sense of impenetrability." (Ralph Lopez, Global Research, 20 September 2011) This is merely the tip of the iceberg of brutality and torture which are the specialities of the Special Forces of the U.S.A. Western writers have written considerably on the savagery of U.S.A. and British forces who are sadists of a sub-bestial class.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WILL THE U.S.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SAVAGES BE AR- RESTED? The savagery with which Bush &amp; his clique of barbarians had executed their torture on innocent defenceless victims has appalled all decent people in the western world. Moves are underway to have Bush, Rumsfield and the clique of Satanists arrested and tried for war crimes. In this regard, Global Research, September 20, 2011, writes: "Former Secretary of Defense Donald Rumsfield has been stripped of legal immunity for acts of torture against US citizens authorized while he was in office.</w:t>
      </w:r>
    </w:p>
    <w:p>
      <w:pPr>
        <w:spacing w:before="0" w:after="120" w:line="300" w:lineRule="exact"/>
        <w:jc w:val="both"/>
      </w:pPr>
      <w:r>
        <w:rPr>
          <w:rFonts w:ascii="Georgia" w:hAnsi="Georgia" w:cs="Georgia" w:eastAsia="Georgia"/>
          <w:b w:val="0"/>
          <w:i w:val="0"/>
          <w:sz w:val="22"/>
        </w:rPr>
        <w:t>The 7th Circuit court made the ruling in the case of two American contractors who were tortured by the US military in Iraq after uncovering a smuggling ring within an Iraqi security company. ……Awareness is growing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that Bush-era crimes went far beyond mere waterboarding.</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that Bush-era crimes went far beyond mere waterboarding. Republican Senator Lindsey Graham told reporters in 2004 of the photos withheld by the Defense Department from Abu Ghraib, "The American public needs to understand, we're talking about rape and murder here… We're not just talking about giving people a humiliating experience. We're talking about rape and murder and some very serious charges." And journalist Seymour Hersh says: "Boys were sodomized with the cameras rolling.</w:t>
      </w:r>
    </w:p>
    <w:p>
      <w:pPr>
        <w:spacing w:before="0" w:after="120" w:line="300" w:lineRule="exact"/>
        <w:jc w:val="both"/>
      </w:pPr>
      <w:r>
        <w:rPr>
          <w:rFonts w:ascii="Georgia" w:hAnsi="Georgia" w:cs="Georgia" w:eastAsia="Georgia"/>
          <w:b w:val="0"/>
          <w:i w:val="0"/>
          <w:sz w:val="22"/>
        </w:rPr>
        <w:t>And the worst above all of that is the soundtrack of the boys shrieking that your government has." Rumsfield resigned days before the criminal complaint was filed in Germany in which the American general who commanded the military police battalion at Abu Ghraib had promised to testify. In the criminal complaint filed in Germany against Rumsfeld, General Karpinski submitted 17 pages of testimony and offered to appear before the German prosecutor as a witness.</w:t>
      </w:r>
    </w:p>
    <w:p>
      <w:pPr>
        <w:spacing w:before="0" w:after="120" w:line="300" w:lineRule="exact"/>
        <w:jc w:val="both"/>
      </w:pPr>
      <w:r>
        <w:rPr>
          <w:rFonts w:ascii="Georgia" w:hAnsi="Georgia" w:cs="Georgia" w:eastAsia="Georgia"/>
          <w:b w:val="0"/>
          <w:i w:val="0"/>
          <w:sz w:val="22"/>
        </w:rPr>
        <w:t>The 7th Circuit ruling is the latest in a growing number of legal actions involving hundreds of former prisoners and torture victims filed in courts around the world. Criminal complaints have been filed against Rumsfeld and other Bush administration officials in Germany, France and Spain. Former President Bush recently curbed travel to Switzerland due to fear of arrest following criminal complaints lodged in Geneva.</w:t>
      </w:r>
    </w:p>
    <w:p>
      <w:pPr>
        <w:spacing w:before="0" w:after="120" w:line="300" w:lineRule="exact"/>
        <w:jc w:val="both"/>
      </w:pPr>
      <w:r>
        <w:rPr>
          <w:rFonts w:ascii="Georgia" w:hAnsi="Georgia" w:cs="Georgia" w:eastAsia="Georgia"/>
          <w:b w:val="0"/>
          <w:i w:val="0"/>
          <w:sz w:val="22"/>
        </w:rPr>
        <w:t>"His avoiding the handcuffs.", Reed Brody, counsel for Human Rights Watch, told Reuters. And the Mayor of London threatened Bush with arrest for war crimes earlier this year should he ever set foot in his city, saying that were he to land in London to "flog his memoirs", that "the real trouble - the Bush point of view – is that he might never see Texas again."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NATO FUEL TANKERS DESTROYED</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NATO FUEL TANKERS DESTROYED Attacking and destroying US coalition and Nato fuel and supply tankers and trucks are causing major disruptions in the supply of fuel, equipment and other provisions for the invaders. Hitherto, hundreds of such vehicles have been destroyed by the Taliban. The seriousness of the position has compelled the U.S. to seek alternative supply routes, especially via Tajikstan.</w:t>
      </w:r>
    </w:p>
    <w:p>
      <w:pPr>
        <w:spacing w:before="0" w:after="120" w:line="300" w:lineRule="exact"/>
        <w:jc w:val="both"/>
      </w:pPr>
      <w:r>
        <w:rPr>
          <w:rFonts w:ascii="Georgia" w:hAnsi="Georgia" w:cs="Georgia" w:eastAsia="Georgia"/>
          <w:b w:val="0"/>
          <w:i w:val="0"/>
          <w:sz w:val="22"/>
        </w:rPr>
        <w:t>The coalition of invaders has miserably failed to protect the supply line. Most of the supplies and equipment for the troops of the invaders have to pass through Pakistan. In one of the latest attacks, 16 fuel tankers carrying oil for NATO were gutted by a bomb in Pakistan's northwest. This is a latest attack in a string of such attacks. The police official said: "Sixteen tankers were completely destroyed.</w:t>
      </w:r>
    </w:p>
    <w:p>
      <w:pPr>
        <w:spacing w:before="0" w:after="120" w:line="300" w:lineRule="exact"/>
        <w:jc w:val="both"/>
      </w:pPr>
      <w:r>
        <w:rPr>
          <w:rFonts w:ascii="Georgia" w:hAnsi="Georgia" w:cs="Georgia" w:eastAsia="Georgia"/>
          <w:b w:val="0"/>
          <w:i w:val="0"/>
          <w:sz w:val="22"/>
        </w:rPr>
        <w:t>We are trying to move away the other tankers."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SUSPECTING TREACHERY - TALIBAN SCUTTLE NEGOTIATIONS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The clandestine peace talks initiated by America smacks of treachery. All movements, including the Taliban, have their quota of traitors which at times are embedded in the top echelons of the leadership. The assassination of Burhanuddin Rabbaani, the latest inbetween negotiator, by the Taliban, and the unknown whereabouts of the Talib, Tayeb Agha, a very close associate of Mullah Omar, who was present at three meetings held in Germany and Qatar at the behest of the U.S.A., lends credibility to the Taliban's aversion for negotiating with the enemy at this stage of the Jihad.</w:t>
      </w:r>
    </w:p>
    <w:p>
      <w:pPr>
        <w:spacing w:before="0" w:after="120" w:line="300" w:lineRule="exact"/>
        <w:jc w:val="both"/>
      </w:pPr>
      <w:r>
        <w:rPr>
          <w:rFonts w:ascii="Georgia" w:hAnsi="Georgia" w:cs="Georgia" w:eastAsia="Georgia"/>
          <w:b w:val="0"/>
          <w:i w:val="0"/>
          <w:sz w:val="22"/>
        </w:rPr>
        <w:t>Whilst some at the helm may be inclined to a negotiated settlement with the enemy, the Taliban Movement as such –the rank and file and the commanders who are actively pursuing the Jihad in the battlefields, are in no mood for talks with the brutal enemy, for right now the U.S. has its tail between its legs, hence its over-eagerness with talks with a group which it had termed 'bandits'.</w:t>
      </w:r>
    </w:p>
    <w:p>
      <w:pPr>
        <w:spacing w:before="0" w:after="120" w:line="300" w:lineRule="exact"/>
        <w:jc w:val="both"/>
      </w:pPr>
      <w:r>
        <w:rPr>
          <w:rFonts w:ascii="Georgia" w:hAnsi="Georgia" w:cs="Georgia" w:eastAsia="Georgia"/>
          <w:b w:val="0"/>
          <w:i w:val="0"/>
          <w:sz w:val="22"/>
        </w:rPr>
        <w:t>Reporting on the secret talks, Dean Nelsom, Ben Farber in Kabul, of The Daily Telegraph writes: SECRET PEACE TALKS BETWEEN US AND TALI- BAN COLLAPSE By Dean Nelson, Ben Farmer in Kabul 9:00PM BST 10 Aug 2011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breakdown in the talks at such an early stage has led to recriminations and claims…</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breakdown in the talks at such an early stage has led to recriminations and claims that the details of the meetings and the identity of the Taliban's chief negotiator were deliberately leaked by 'paranoid' Afghan government figures. Absolute confidentiality had been a key condition for the meetings which were held in Germany and Qatar earlier this year between Tayeb Agha, Taliban leader Mullah Omar's former private secretary, and senior officials from the US State Department and Central Intelligence Agency.</w:t>
      </w:r>
    </w:p>
    <w:p>
      <w:pPr>
        <w:spacing w:before="0" w:after="120" w:line="300" w:lineRule="exact"/>
        <w:jc w:val="both"/>
      </w:pPr>
      <w:r>
        <w:rPr>
          <w:rFonts w:ascii="Georgia" w:hAnsi="Georgia" w:cs="Georgia" w:eastAsia="Georgia"/>
          <w:b w:val="0"/>
          <w:i w:val="0"/>
          <w:sz w:val="22"/>
        </w:rPr>
        <w:t>The meetings were chaired by Michael Steiner, Germany's special representative for Afghanistan and Pakistan. The talks were described as a preliminary exercise aimed at agreeing a series of confidence-building measures to persuade the Taliban that the United States and its allies are serious about a negotiated settlement, sources close to the talks told The Daily Telegraph.</w:t>
      </w:r>
    </w:p>
    <w:p>
      <w:pPr>
        <w:spacing w:before="0" w:after="120" w:line="300" w:lineRule="exact"/>
        <w:jc w:val="both"/>
      </w:pPr>
      <w:r>
        <w:rPr>
          <w:rFonts w:ascii="Georgia" w:hAnsi="Georgia" w:cs="Georgia" w:eastAsia="Georgia"/>
          <w:b w:val="0"/>
          <w:i w:val="0"/>
          <w:sz w:val="22"/>
        </w:rPr>
        <w:t>They said Taliban leaders were extremely nervous about entering talks because of widespread scepticism among their own commanders who believed the Americans were only seeking dialogue to divide their movement and fears that any discussions would damage their own credibility. But after only three sessions details of two meetings in Germany and one in Qatar – held in March and April - were leaked to the Washington Post and Der Spiegel news magazine which named Tayeb Agha as the key Taliban negotiator.</w:t>
      </w:r>
    </w:p>
    <w:p>
      <w:pPr>
        <w:spacing w:before="0" w:after="120" w:line="300" w:lineRule="exact"/>
        <w:jc w:val="both"/>
      </w:pPr>
      <w:r>
        <w:rPr>
          <w:rFonts w:ascii="Georgia" w:hAnsi="Georgia" w:cs="Georgia" w:eastAsia="Georgia"/>
          <w:b w:val="0"/>
          <w:i w:val="0"/>
          <w:sz w:val="22"/>
        </w:rPr>
        <w:t>According to diplomatic sources and others close to the talks, Tayeb Agha has not been seen since and American officials have not been able to contact him through intermediaries in Quetta and Peshawar in Pakistan, where he is believed to live. "The talks were a big deal, the real thing. I hope people will learn the lesson on the importance of confidentiality in the early stages.</w:t>
      </w:r>
    </w:p>
    <w:p>
      <w:pPr>
        <w:spacing w:before="0" w:after="120" w:line="300" w:lineRule="exact"/>
        <w:jc w:val="both"/>
      </w:pPr>
      <w:r>
        <w:rPr>
          <w:rFonts w:ascii="Georgia" w:hAnsi="Georgia" w:cs="Georgia" w:eastAsia="Georgia"/>
          <w:b w:val="0"/>
          <w:i w:val="0"/>
          <w:sz w:val="22"/>
        </w:rPr>
        <w:t>People in the US are horrified about what has happened," said one source close to the talks. Sources in Kabul confirmed the talks appeared to have been "blown out of the water" by the publicity. After years of the Taliban rejecting Hamid Karzai's overtures, news of contact with a senior aide to Mullah Omar had kindled cautious hope in Kabul.</w:t>
      </w:r>
    </w:p>
    <w:p>
      <w:pPr>
        <w:spacing w:before="0" w:after="120" w:line="300" w:lineRule="exact"/>
        <w:jc w:val="both"/>
      </w:pPr>
      <w:r>
        <w:rPr>
          <w:rFonts w:ascii="Georgia" w:hAnsi="Georgia" w:cs="Georgia" w:eastAsia="Georgia"/>
          <w:b w:val="0"/>
          <w:i w:val="0"/>
          <w:sz w:val="22"/>
        </w:rPr>
        <w:t>Abdul Hakim Mujahid, the Taliban's former envoy to the United Nations and now a member of Mr Karzai's High Peace Council, told the Daily Telegraph in June that the contacts were "helpful". He said: "[Tayeb Agha] is still very close to Mullah Mohammad Omar, it's a good sign. Not only close to Mullah Omar, but also close to Pakistan." American officials had understood the need for complete confidentiality but decided President Hamid Karzai's government had to be kept informed of developments.</w:t>
      </w:r>
    </w:p>
    <w:p>
      <w:pPr>
        <w:spacing w:before="0" w:after="120" w:line="300" w:lineRule="exact"/>
        <w:jc w:val="both"/>
      </w:pPr>
      <w:r>
        <w:rPr>
          <w:rFonts w:ascii="Georgia" w:hAnsi="Georgia" w:cs="Georgia" w:eastAsia="Georgia"/>
          <w:b w:val="0"/>
          <w:i w:val="0"/>
          <w:sz w:val="22"/>
        </w:rPr>
        <w:t>Michael Semple, the former deputy European Union representative in Kabul and a leading expert on Taliban thinking, said the disclosure of the talks and the identification of Tayeb Agha was regarded as damaging by the insurgents. "The Taliban have long claimed that they will drive the foreigners out by force before contemplating talks. They need a period of confidential contact to satisfy themselves that there is something serious on offer to warrant them taking the big step of acknowledging that negotiations have to start now and not after things have been settled on the battlefield," he said.</w:t>
      </w:r>
    </w:p>
    <w:p>
      <w:pPr>
        <w:spacing w:before="0" w:after="120" w:line="300" w:lineRule="exact"/>
        <w:jc w:val="both"/>
      </w:pPr>
      <w:r>
        <w:rPr>
          <w:rFonts w:ascii="Georgia" w:hAnsi="Georgia" w:cs="Georgia" w:eastAsia="Georgia"/>
          <w:b w:val="0"/>
          <w:i w:val="0"/>
          <w:sz w:val="22"/>
        </w:rPr>
        <w:t>"When the fact that talks had taken place and the identity of the Taliban envoy were leaked the Taliban shifted into their version of damage control. The leadership put it about that the contacts were nothing out of the ordinary. They were just routine discussions about prisoner releases, which a movement at war has to undertake periodically.</w:t>
      </w:r>
    </w:p>
    <w:p>
      <w:pPr>
        <w:spacing w:before="0" w:after="120" w:line="300" w:lineRule="exact"/>
        <w:jc w:val="both"/>
      </w:pPr>
      <w:r>
        <w:rPr>
          <w:rFonts w:ascii="Georgia" w:hAnsi="Georgia" w:cs="Georgia" w:eastAsia="Georgia"/>
          <w:b w:val="0"/>
          <w:i w:val="0"/>
          <w:sz w:val="22"/>
        </w:rPr>
        <w:t>"It is hardly surprising that the Taliban chose to downplay the significance of Tayyab Agha's mission. In terms of progress towards negotiations which might end the war, it has proved a case of one step forward and two steps back," he added.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DEFEAT OF THE U.S. &amp; NATO</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Way back in 2001 when the agressors - U.S.A with its coalition of 50 countries – thought that they had finally and conclusively eliminated the Mujahideen, Bush and his clique wrote off the Taliban as handful of bandits. However, after more than a decade of resolute defiance and heroic fighting which humbled the invaders, the enemy sees no option for a solution to provide an 'honourable' exit other than to open talks with Allah's Rag Tag Army – the Taliban.</w:t>
      </w:r>
    </w:p>
    <w:p>
      <w:pPr>
        <w:spacing w:before="0" w:after="120" w:line="300" w:lineRule="exact"/>
        <w:jc w:val="both"/>
      </w:pPr>
      <w:r>
        <w:rPr>
          <w:rFonts w:ascii="Georgia" w:hAnsi="Georgia" w:cs="Georgia" w:eastAsia="Georgia"/>
          <w:b w:val="0"/>
          <w:i w:val="0"/>
          <w:sz w:val="22"/>
        </w:rPr>
        <w:t>Such talks have been taking place discreetly over the past couple of years, and very earnestly during the course of this year. That such a brutal enemy wielding massive military power which is further buttressed by a coalition of the armies of several dozen countries, is prepared to sit down and negotiate 'peace' terms with a 'handful of bandits', displays the precarious position in which the U.S. finds itself sinking into unknown depths of destruction.</w:t>
      </w:r>
    </w:p>
    <w:p>
      <w:pPr>
        <w:spacing w:before="0" w:after="120" w:line="300" w:lineRule="exact"/>
        <w:jc w:val="both"/>
      </w:pPr>
      <w:r>
        <w:rPr>
          <w:rFonts w:ascii="Georgia" w:hAnsi="Georgia" w:cs="Georgia" w:eastAsia="Georgia"/>
          <w:b w:val="0"/>
          <w:i w:val="0"/>
          <w:sz w:val="22"/>
        </w:rPr>
        <w:t>Recently when some Afghan government officials deliberately leaked information of these talks between the U.S. and the Taliban held in Germany and Qatar, the negotiations were officially called off due to the acute embarrassment to America. Despite the ostensible breakdown of the negotiations, talks are still continuing surreptitiously. However, the assassination of Burhanuddin Rabbaani, the go between negotiator – demonstrated the Taliban's unwillingness to negotiate with the enemy at this time when they (the Taliban) are riding on the crest of a wave in their Jihad against the U.S. enemy.</w:t>
      </w:r>
    </w:p>
    <w:p>
      <w:pPr>
        <w:spacing w:before="0" w:after="120" w:line="300" w:lineRule="exact"/>
        <w:jc w:val="both"/>
      </w:pPr>
      <w:r>
        <w:rPr>
          <w:rFonts w:ascii="Georgia" w:hAnsi="Georgia" w:cs="Georgia" w:eastAsia="Georgia"/>
          <w:b w:val="0"/>
          <w:i w:val="0"/>
          <w:sz w:val="22"/>
        </w:rPr>
        <w:t>Rabbaani's assassination dealt a severe blow to the negotiations.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MASSIVE EXPLOSION - TALIBAN ATTACK PLOUGHS TRAIL OF ENEMY DESTRUCTION</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On September 10, 2011, in Wardak Province, the Taliban targeted an American military centre in Sayidabad district. A truck laden with 10,000 kg of explosives was detonated. The U.S. bastion was razed to the ground by the resultant explosions. According to Taliban sources there were hundreds of American casualties and huge material losses.</w:t>
      </w:r>
    </w:p>
    <w:p>
      <w:pPr>
        <w:spacing w:before="0" w:after="120" w:line="300" w:lineRule="exact"/>
        <w:jc w:val="both"/>
      </w:pPr>
      <w:r>
        <w:rPr>
          <w:rFonts w:ascii="Georgia" w:hAnsi="Georgia" w:cs="Georgia" w:eastAsia="Georgia"/>
          <w:b w:val="0"/>
          <w:i w:val="0"/>
          <w:sz w:val="22"/>
        </w:rPr>
        <w:t>However, the U.S. admitted to only 80 of its troops injured. It is official U.S. policy to downplay and conceal the extent of the casualties suffered. Even if the Taliban figure is an 'exaggeration' as claimed by the enemy (U.S.A. and NATO), the concession that 80 of their troops were injured, conveys the extent of the damage caused by the Taliban attack carried out by a lone Mujahid driving the truck.</w:t>
      </w:r>
    </w:p>
    <w:p>
      <w:pPr>
        <w:spacing w:before="0" w:after="120" w:line="300" w:lineRule="exact"/>
        <w:jc w:val="both"/>
      </w:pPr>
      <w:r>
        <w:rPr>
          <w:rFonts w:ascii="Georgia" w:hAnsi="Georgia" w:cs="Georgia" w:eastAsia="Georgia"/>
          <w:b w:val="0"/>
          <w:i w:val="0"/>
          <w:sz w:val="22"/>
        </w:rPr>
        <w:t>Reporting the successful attack, Taliban sources said: "The American military centre in Sayyidabad was a well-protected military base. Surveillance aircraft were hovering over the centre around the clock. An air balloon valued at $20 million kept watch over the adjacent neighbourhood within a radius of 15 km., and constantly took pictures of the area.</w:t>
      </w:r>
    </w:p>
    <w:p>
      <w:pPr>
        <w:spacing w:before="0" w:after="120" w:line="300" w:lineRule="exact"/>
        <w:jc w:val="both"/>
      </w:pPr>
      <w:r>
        <w:rPr>
          <w:rFonts w:ascii="Georgia" w:hAnsi="Georgia" w:cs="Georgia" w:eastAsia="Georgia"/>
          <w:b w:val="0"/>
          <w:i w:val="0"/>
          <w:sz w:val="22"/>
        </w:rPr>
        <w:t>Notwithstanding all the security measures, when the time for Allah's aid arrived, all of these devilish security measures failed to protect them, both in the air and on the land. All their military equipment was paralyzed. A single Mujahid inflicted heavy and historical casualties on the enemy, killing and injuring about 250 Americans. An independent journalist and eye witness who have contacts with the Islamic Emirate, says on condition of anonymity, that when the explosives-loaded truck approached the gate of the military base, the Mujahid dexterously approached his target The district headquarter buildings and security outposts became heaps of debris in the wake of the colossal and deafening explosion.</w:t>
      </w:r>
    </w:p>
    <w:p>
      <w:pPr>
        <w:spacing w:before="0" w:after="120" w:line="300" w:lineRule="exact"/>
        <w:jc w:val="both"/>
      </w:pPr>
      <w:r>
        <w:rPr>
          <w:rFonts w:ascii="Georgia" w:hAnsi="Georgia" w:cs="Georgia" w:eastAsia="Georgia"/>
          <w:b w:val="0"/>
          <w:i w:val="0"/>
          <w:sz w:val="22"/>
        </w:rPr>
        <w:t>When the dust settled, there was no trace of any standing building, neither in the American military centre nor in the outpost. Those heavy and tall blast blocks and walls erected for security were no more. The air balloon laid topsy turvy. Soon after the explosion, ambulance helicopters were airlifting casualties until late in the evening in 16 sorties.</w:t>
      </w:r>
    </w:p>
    <w:p>
      <w:pPr>
        <w:spacing w:before="0" w:after="120" w:line="300" w:lineRule="exact"/>
        <w:jc w:val="both"/>
      </w:pPr>
      <w:r>
        <w:rPr>
          <w:rFonts w:ascii="Georgia" w:hAnsi="Georgia" w:cs="Georgia" w:eastAsia="Georgia"/>
          <w:b w:val="0"/>
          <w:i w:val="0"/>
          <w:sz w:val="22"/>
        </w:rPr>
        <w:t>According to eyewitnesses only 6 persons survived. The Taliban issued a clear message by way of the Sayyidabad attack, that they consider it their right to avenge the blood of Afghans."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BUSH, RUMSFELD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CHIEF OF STAFF DAMNS THE CLIQUE OF SATANISTS – BUSH, RUMSFELD, CHENEY &amp; CO. Former Secretary of State Colin Powell's Chief-of-Staff Col. Lawrence Wilkerson summarised on MSNBC earlier this year that soon, Saudi Arabia and Israel will be "the only two countries Cheney, Rumsfeld and the rest will travel to." According to Wilkerson 'authorization' for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abuse went to the very top of the United States government.</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abuse went to the very top of the United States government. In a signed declaration in support of torture plaintiffs in a civil suit naming Rumsfeld in the US District Court for the District of Columbia, Col. Wilkerson, one of Rumsfeld's most vociferous critics, stated: "I am willing to testify in person regarding the content of this declaration, should that be necessary." That declaration, among other things, affirmed that a documentary on the chilling murder of a 22-year-old Afghan farmer and a taxi driver in Afghanistan was 'accurate." (Global Research)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ATTACKS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MUJAHIDEEN Mujahideen attacks on the enemy forces of the U.S.A. and NATO, are daily episodes and too numerous to report. The following are some headlines issued by the Taliban. * 50 US AND AFGHAN SOLDIERS KILLED: After a bloody battle of several days with the Mujahideen of Nuristan and Kunar Province, the district of Watpur was completely cleared of US-NATO forces, and their Afghan puppets.</w:t>
      </w:r>
    </w:p>
    <w:p>
      <w:pPr>
        <w:spacing w:before="0" w:after="120" w:line="300" w:lineRule="exact"/>
        <w:jc w:val="both"/>
      </w:pPr>
      <w:r>
        <w:rPr>
          <w:rFonts w:ascii="Georgia" w:hAnsi="Georgia" w:cs="Georgia" w:eastAsia="Georgia"/>
          <w:b w:val="0"/>
          <w:i w:val="0"/>
          <w:sz w:val="22"/>
        </w:rPr>
        <w:t>The enemy forces suffering heavy losses abandoned the district. In addition to the 50 killed, 3 helicopters were shot down. Subsequent to the defeat suffered by the invaders on the ground, the area was bombarded from the air for days. Houses were flattened and many civilians were killed. 13 Mujahideen were martyred and 10 wounded. * 17 KILLED, 9 VEHICLES DESTROYED IN GHAZNI: The Mujahideen staged an attack on a US military supply convoy in Andar district of Ghazni Province. 17 security forces were killed, many wounded and 9 enemy vehicles destroyed. * 11 US-NATO INVADERS KILLED, 7 WOUNDED, 5 TANKS DESTROYED: In a clash with Mujahideen in Sarhawzah district of Patkita Province, 5 enemy tanks were wrecked, 7 enemy forces killed, and 2 Mujahideen martyred. * ENEMY VEHICLE ELIMINATED: A land mine planted by the Mujahideen in Shanjoe's Qayyum Kala area ripped through a police veicle killing and wounding all aboard. * US TANK DESTROYED: In Qari Sada area of Marjah district, Mujahideen blew apart a US patrol tank, killing and wounding all aboard.</w:t>
      </w:r>
    </w:p>
    <w:p>
      <w:pPr>
        <w:spacing w:before="0" w:after="120" w:line="300" w:lineRule="exact"/>
        <w:jc w:val="both"/>
      </w:pPr>
      <w:r>
        <w:rPr>
          <w:rFonts w:ascii="Georgia" w:hAnsi="Georgia" w:cs="Georgia" w:eastAsia="Georgia"/>
          <w:b w:val="0"/>
          <w:i w:val="0"/>
          <w:sz w:val="22"/>
        </w:rPr>
        <w:t>Another 2 US soldiers on foot patrol were killed in a bomb attack. * 8 ANA PUPPETS KILLED: Mujahideen eliminated 8 members of ANA (Afghan National Army) in Zhiri's Nalgham area while 6 were wounded. * 4 US INVADERS KILLED IN SANGIN: In Sarwan Kala's Piegaw area, Sangin, 4 US troops were killed in an IED attack. * US BASE ATTACKED: Mujahideen attacked an American base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Arghanabad district's Surkh Sang area.</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Arghanabad district's Surkh Sang area. The casualties could not be ascertained. * HEAVY FIGHTING IN MAIWAND: A report from Maiwand district says that heavy fighting broke out when Mujahideen attacked US invaders who landed in Kala Shamir's Mandozo area by helicopters. The invaders suffered many casualties in the ensuing fire fights. * IED KILLS 7 PUPPET POLICE: Seven Afghan police of the U.S. puppet regime were killed when an IED tore through their vehicle near Delaram district while on the Kandahar-Heart highway. * DRONE SHOT DOWN: In Zabul Province's Arghanabad distrivt, Mujahideen shot down a drone in Surkh Sang area. * 10 JOINT ENEMY PERSONNEL KILLED IN FARYAB: Mujahideen attacked three security posts located near to the Arab Bazaar area of Khawaja Manusa.</w:t>
      </w:r>
    </w:p>
    <w:p>
      <w:pPr>
        <w:spacing w:before="0" w:after="120" w:line="300" w:lineRule="exact"/>
        <w:jc w:val="both"/>
      </w:pPr>
      <w:r>
        <w:rPr>
          <w:rFonts w:ascii="Georgia" w:hAnsi="Georgia" w:cs="Georgia" w:eastAsia="Georgia"/>
          <w:b w:val="0"/>
          <w:i w:val="0"/>
          <w:sz w:val="22"/>
        </w:rPr>
        <w:t>In the attack 4 ISAF and 6 ANA soldiers were killed. Several others were wounded. The check posts were completely destroyed and three Zaranj motorbikes were seized. No Mujahideen were killed or even injured in the operation. * SPY PLANE DOWNED: Mujahideen shot down a pilotless U.S. spy plane in Kunar province, Khas district. * UAV SHOT DOWN: In Injeel district of Herat province, Mujahideen shot down an unmanned aerial vehicle (UAV) of ISAF. * 17 POLICEMEN KILLED: In a two hour long fight, the Mujahideen killed 17 policemen in Juzhan province. * THREE FRENCH TROOPS KILLED: Three French troops were killed and two wounded in an hour long clash with the Mujahideen.. * U.S.</w:t>
      </w:r>
    </w:p>
    <w:p>
      <w:pPr>
        <w:spacing w:before="0" w:after="120" w:line="300" w:lineRule="exact"/>
        <w:jc w:val="both"/>
      </w:pPr>
      <w:r>
        <w:rPr>
          <w:rFonts w:ascii="Georgia" w:hAnsi="Georgia" w:cs="Georgia" w:eastAsia="Georgia"/>
          <w:b w:val="0"/>
          <w:i w:val="0"/>
          <w:sz w:val="22"/>
        </w:rPr>
        <w:t>TANK DESTROYED - 5 AMERICANS KILLED: An IED attack destroyed a U.S. tank and killed 5 American soldiers in Charkh district. * 4 NATO TROOPS KILLED – TANK DESTROYED: "In Sayebad district, Mujahideen blew up a NATO tank, killing 4 of its troops. The above are cited as samples of the innumerable attacks staged by the Taliban.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19 KILLED IN TALIBAN AS- SAULT</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19 KILLED IN TALIBAN AS- SAULT BBC NEWS reports: " At least 19 people are dead and many are injured after militants in Afghanistan stormed the provincial governor's compound in Parwan. Powerful explosions followed bursts of gunfire were heard in the provincial capital, Charikar, an hour's drive north-west of Kabul. The governor, Abdul Basir Salangi, told media from inside the compound that up to six suicide bombers had struck.</w:t>
      </w:r>
    </w:p>
    <w:p>
      <w:pPr>
        <w:spacing w:before="0" w:after="120" w:line="300" w:lineRule="exact"/>
        <w:jc w:val="both"/>
      </w:pPr>
      <w:r>
        <w:rPr>
          <w:rFonts w:ascii="Georgia" w:hAnsi="Georgia" w:cs="Georgia" w:eastAsia="Georgia"/>
          <w:b w:val="0"/>
          <w:i w:val="0"/>
          <w:sz w:val="22"/>
        </w:rPr>
        <w:t>The Taliban said they carried out the attack which lasted at least an hour. A suicide car bomb was detonated, after which five other militants wearing bomb vests broke into the compound, police said. "They managed to get inside the compound to the halls. The fighting went on for one hour." Fighting was so fierce that government forces were sometimes just a metre from their attackers.</w:t>
      </w:r>
    </w:p>
    <w:p>
      <w:pPr>
        <w:spacing w:before="0" w:after="120" w:line="300" w:lineRule="exact"/>
        <w:jc w:val="both"/>
      </w:pPr>
      <w:r>
        <w:rPr>
          <w:rFonts w:ascii="Georgia" w:hAnsi="Georgia" w:cs="Georgia" w:eastAsia="Georgia"/>
          <w:b w:val="0"/>
          <w:i w:val="0"/>
          <w:sz w:val="22"/>
        </w:rPr>
        <w:t>A meeting of security chiefs was under way when Sunday's attack occurred. Local police and intelligence chiefs were present, along with advisers from the international coalition."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TACTICS SPARK PANIC</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TALIBAN TACTICS SPARK PANIC "The killing of General Mohammed Daud Daud, the police commander for northern Afghanistan by a suicide bomber who infiltrated security wearing a police uniform, highlights a recent change in Taliban tactics, says the BBC's Bilal Sarwary in Kabul. Attacks by rogue soldiers or police and Taliban infiltrators have increased in frequency and ambition in recent months, say Afghan officials, and have sparked panic among President Hamid Karazai and his government. …..</w:t>
      </w:r>
    </w:p>
    <w:p>
      <w:pPr>
        <w:spacing w:before="0" w:after="120" w:line="300" w:lineRule="exact"/>
        <w:jc w:val="both"/>
      </w:pPr>
      <w:r>
        <w:rPr>
          <w:rFonts w:ascii="Georgia" w:hAnsi="Georgia" w:cs="Georgia" w:eastAsia="Georgia"/>
          <w:b w:val="0"/>
          <w:i w:val="0"/>
          <w:sz w:val="22"/>
        </w:rPr>
        <w:t>Until earlier this year, such attacks were sporadic and largely ignored by the authorities and the media. But when a militant dressed as a soldier managed to get past the fortified walls of the defence ministry headquarters in Kabul in April killing several soldiers before being shot dead, the government panicked. "The insurgents struck the very heart of the government," an official close to President Karzai told the BBC.</w:t>
      </w:r>
    </w:p>
    <w:p>
      <w:pPr>
        <w:spacing w:before="0" w:after="120" w:line="300" w:lineRule="exact"/>
        <w:jc w:val="both"/>
      </w:pPr>
      <w:r>
        <w:rPr>
          <w:rFonts w:ascii="Georgia" w:hAnsi="Georgia" w:cs="Georgia" w:eastAsia="Georgia"/>
          <w:b w:val="0"/>
          <w:i w:val="0"/>
          <w:sz w:val="22"/>
        </w:rPr>
        <w:t>A senior general with the country;s interior ministry said suicide attacks by rogue soldiers was like a recurring nightmare. The only difference is that these nightmares turn into reality."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DARING ATTACK</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BBC NEWS reporting on the Taliban's tactics of launching attacks on high profile officials in the very heart of the enemy fortifications, says: "One of the most audacious of these attacks was on a team of US Special Forces, which was teaching Afghan soldiers how to fire mortars in the eastern province of Nagarhar. During a break from the training, an Afghan named Ezatullah, who had served with the border police for three years and had a spotless record, offered tea to the American trainers.</w:t>
      </w:r>
    </w:p>
    <w:p>
      <w:pPr>
        <w:spacing w:before="0" w:after="120" w:line="300" w:lineRule="exact"/>
        <w:jc w:val="both"/>
      </w:pPr>
      <w:r>
        <w:rPr>
          <w:rFonts w:ascii="Georgia" w:hAnsi="Georgia" w:cs="Georgia" w:eastAsia="Georgia"/>
          <w:b w:val="0"/>
          <w:i w:val="0"/>
          <w:sz w:val="22"/>
        </w:rPr>
        <w:t>The trainers relaxed, put their weapons down and removed their flak jackets waiting for the tea to arrive. It was then that Ezatullah opened fire, killing six of the Americans on the spot. Afghan policemen then killed Ezatullah. General Amarkhel said that investigators later found songs promoting Taliban activities on his mobile phone. The Taliban had recruited Ezatullah some time ago said General Amarkhel.</w:t>
      </w:r>
    </w:p>
    <w:p>
      <w:pPr>
        <w:spacing w:before="0" w:after="120" w:line="300" w:lineRule="exact"/>
        <w:jc w:val="both"/>
      </w:pPr>
      <w:r>
        <w:rPr>
          <w:rFonts w:ascii="Georgia" w:hAnsi="Georgia" w:cs="Georgia" w:eastAsia="Georgia"/>
          <w:b w:val="0"/>
          <w:i w:val="0"/>
          <w:sz w:val="22"/>
        </w:rPr>
        <w:t>The 'special' training received by the US Special Forces did not avail them against the lone Mujahid.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CHECKPOINT DESTROYED</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In an attack by the Taliban on a police checkpoint near to the city of Lashkargah in southern Afghanistan, eight policemen were killed, three wounded and one is missing. NATO had handed over this area to the Afghan puppet government when it withdrew its troops. The Taliban exercises considerable control in this area.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 AND DISGRACE</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"(O Allah!) You grant honour to whomever You wish, and you disgrace whomever You wish." (Baqarah) Top officials of Hosni Mubarak's regime have been convicted and jailed. Mubarak's Minister of Information was convicted on charges of corruption and jailed for seven years. Others also jailed are the former Minister of Interior and Tourism, the chief of state television and other high-ranking government personnel.</w:t>
      </w:r>
    </w:p>
    <w:p>
      <w:pPr>
        <w:spacing w:before="0" w:after="120" w:line="300" w:lineRule="exact"/>
        <w:jc w:val="both"/>
      </w:pPr>
      <w:r>
        <w:rPr>
          <w:rFonts w:ascii="Georgia" w:hAnsi="Georgia" w:cs="Georgia" w:eastAsia="Georgia"/>
          <w:b w:val="0"/>
          <w:i w:val="0"/>
          <w:sz w:val="22"/>
        </w:rPr>
        <w:t>Mubaarak himself is in jail awaiting his fate. These were 'powerful' men who ruled Egypt with a brutal grip, persecuting and torturing those who dared to speak up against Mubarak's injustice and tyranny. Overnight, Allah Azza Wa Jal had these 'high' and 'mighty' miniatures of Fir'oun deposed and imprisoned. Every nation, group and individual has a set term decreed by Allah Azza Wa Jal.</w:t>
      </w:r>
    </w:p>
    <w:p>
      <w:pPr>
        <w:spacing w:before="0" w:after="120" w:line="300" w:lineRule="exact"/>
        <w:jc w:val="both"/>
      </w:pPr>
      <w:r>
        <w:rPr>
          <w:rFonts w:ascii="Georgia" w:hAnsi="Georgia" w:cs="Georgia" w:eastAsia="Georgia"/>
          <w:b w:val="0"/>
          <w:i w:val="0"/>
          <w:sz w:val="22"/>
        </w:rPr>
        <w:t>When the final moment arrives, it will not be delayed by a moment.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MUJAHIDEEN IN ACTION</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MUJAHIDEEN IN ACTION "….Friday's strike was a three-phase attack, intelligence sources told the BBC. First, a suicide attacker detonated his explosive vest at a square in western Kabul where police were guarding a key intersection. Ten minutes later, a suicide car bomber detonated his vehicle outside the front gate of the British Council, destroying a wall, which allowed the attackers into the compound.</w:t>
      </w:r>
    </w:p>
    <w:p>
      <w:pPr>
        <w:spacing w:before="0" w:after="120" w:line="300" w:lineRule="exact"/>
        <w:jc w:val="both"/>
      </w:pPr>
      <w:r>
        <w:rPr>
          <w:rFonts w:ascii="Georgia" w:hAnsi="Georgia" w:cs="Georgia" w:eastAsia="Georgia"/>
          <w:b w:val="0"/>
          <w:i w:val="0"/>
          <w:sz w:val="22"/>
        </w:rPr>
        <w:t>A number of Afghan policemen were feared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have been buried in the rubble.</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to have been buried in the rubble. As the area was evacuated as many as nine insurgents armed with rocketpropelled grenades, heavy machine guns and AK-47s started firing as they ran towards the British Council building. Afghan and Nepalese guards fought the attackers until help arrived in the form of Afghan commandos and New Zealand special forces.</w:t>
      </w:r>
    </w:p>
    <w:p>
      <w:pPr>
        <w:spacing w:before="0" w:after="120" w:line="300" w:lineRule="exact"/>
        <w:jc w:val="both"/>
      </w:pPr>
      <w:r>
        <w:rPr>
          <w:rFonts w:ascii="Georgia" w:hAnsi="Georgia" w:cs="Georgia" w:eastAsia="Georgia"/>
          <w:b w:val="0"/>
          <w:i w:val="0"/>
          <w:sz w:val="22"/>
        </w:rPr>
        <w:t>A lone injured gunman managed to hold out in an area protected by armoured doors and glass before he was killed eight hours after the attack began." Allahu Akbar!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AMERICANS ARE HATED</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 farmer in a volatile district in the north-eastern province of Kunduz told the BBC: "As far as I am concerned, the American forces didn't make a difference to me and my village. So if they leave it won't affect me. They supported militias, commanders who kill, rape and loot here. They are hated for that at my village."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HEAVY ARMOURED TANKS = A SIGN OF DESPERATION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In a desperate attempt to stem the tide of defeat, the U.S. has deployed the most heavily armoured battle tanks for the first time against the Taliban. The Washington Post reported: "The U.S. military is sending a contingent of heavily armoured battle tanks to Afghanistan for the first time in the nineyear war, a shift that signals a further escalation in the aggressive tactics that have been employed by American forces this fall to attack the Taliban." COMMENT: Despite its massive armoury of the most destructive weaponry which its technology can offer, and despite its formidable airforce, the U.S., NATO and their coalition of 50 countries have miserably failed to subdue the Taliban.</w:t>
      </w:r>
    </w:p>
    <w:p>
      <w:pPr>
        <w:spacing w:before="0" w:after="120" w:line="300" w:lineRule="exact"/>
        <w:jc w:val="both"/>
      </w:pPr>
      <w:r>
        <w:rPr>
          <w:rFonts w:ascii="Georgia" w:hAnsi="Georgia" w:cs="Georgia" w:eastAsia="Georgia"/>
          <w:b w:val="0"/>
          <w:i w:val="0"/>
          <w:sz w:val="22"/>
        </w:rPr>
        <w:t>On the contrary, the Taliban have delivered shattering blows and rebuffs to the invaders. Their murderous aerial bombardments, use of chemical bombs, long range guns, armoured vehicles of a variety of kind, and a large variety of other military equipment, have not brought victory for the U.S. aggressors. On the contrary, the Taliban have driven these kuffaar marauders from almost the entire countryside, and now the Taliban attack is concentrated on the cities where the U.S. and NATO have their headquarters.</w:t>
      </w:r>
    </w:p>
    <w:p>
      <w:pPr>
        <w:spacing w:before="0" w:after="120" w:line="300" w:lineRule="exact"/>
        <w:jc w:val="both"/>
      </w:pPr>
      <w:r>
        <w:rPr>
          <w:rFonts w:ascii="Georgia" w:hAnsi="Georgia" w:cs="Georgia" w:eastAsia="Georgia"/>
          <w:b w:val="0"/>
          <w:i w:val="0"/>
          <w:sz w:val="22"/>
        </w:rPr>
        <w:t>The introduction of the latest battle tanks signifies the abject weakness and de- feat of the sophisticated U.S. and NATO forces and of all their Special and Elite forces against Allah's 'Rag Tag Army' - the Taliban - who are fighting the superpowers with small arms. May Allah Ta'ala grant them a resounding victory over the vile and brutal enemy whose speciality it is to pummel and destroy hamlets, little farming villages and peasants from the air with merciless bombardments.</w:t>
      </w:r>
    </w:p>
    <w:p>
      <w:pPr>
        <w:spacing w:before="0" w:after="120" w:line="300" w:lineRule="exact"/>
        <w:jc w:val="both"/>
      </w:pPr>
      <w:r>
        <w:rPr>
          <w:rFonts w:ascii="Georgia" w:hAnsi="Georgia" w:cs="Georgia" w:eastAsia="Georgia"/>
          <w:b w:val="0"/>
          <w:i w:val="0"/>
          <w:sz w:val="22"/>
        </w:rPr>
        <w:t>Continuing, the Washington Post says: "The deployment of a company of M1 Abram tanks, which will be fielded by the Marines in the country's southwest, will allow ground forces to target insurgents from a greater distance – and with more of a lethal punch – than is possible from any other U.S. military vehicle. The 68-ton tanks are propelled by a jet engine and equipped with a 120mm main gun that can destroy a house more than a mile away." COMMENT: The company of 68-ton hunks whose guns can destroy a house more than a mile away, has not brought any succour to the U.S. and NATO militaries.</w:t>
      </w:r>
    </w:p>
    <w:p>
      <w:pPr>
        <w:spacing w:before="0" w:after="120" w:line="300" w:lineRule="exact"/>
        <w:jc w:val="both"/>
      </w:pPr>
      <w:r>
        <w:rPr>
          <w:rFonts w:ascii="Georgia" w:hAnsi="Georgia" w:cs="Georgia" w:eastAsia="Georgia"/>
          <w:b w:val="0"/>
          <w:i w:val="0"/>
          <w:sz w:val="22"/>
        </w:rPr>
        <w:t>This report of the Washington Post was written on 19 November 2010. Almost a year after the deployment of the murderous tanks, almost all kuffaar forces have retreated from the interior and taken refuge in city barracks, fortifications and behind concrete blast walls where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are currently hitting these cowards who prey on women and children.</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Taliban are currently hitting these cowards who prey on women and children. The heavy armoured battle tanks have proven futile against the Taliban who are on the stampede sowing havoc among the ranks of coalition forces. Whilst the tanks were introduced to strike at the Taliban far away from the cities, the Taliban are striking in the cities.</w:t>
      </w:r>
    </w:p>
    <w:p>
      <w:pPr>
        <w:spacing w:before="0" w:after="120" w:line="300" w:lineRule="exact"/>
        <w:jc w:val="both"/>
      </w:pPr>
      <w:r>
        <w:rPr>
          <w:rFonts w:ascii="Georgia" w:hAnsi="Georgia" w:cs="Georgia" w:eastAsia="Georgia"/>
          <w:b w:val="0"/>
          <w:i w:val="0"/>
          <w:sz w:val="22"/>
        </w:rPr>
        <w:t>Thus the tanks are used only to destroy the simple homes and hamlets of countryside dwellers to drive fear into them. But all is in vain. No amount of armour, bombardment, humvees, tanks, etc., will save America's skin. Continuing its report, the Washington Post says: "A U.S. officer familiar with the decision said the tanks will be used initially in parts of northern Helmand province, where the Marines have been engaged in intense combat against resilient Taliban cells that typically are armed with assault rifles, rocket-propelled grenades and homemade bombs.</w:t>
      </w:r>
    </w:p>
    <w:p>
      <w:pPr>
        <w:spacing w:before="0" w:after="120" w:line="300" w:lineRule="exact"/>
        <w:jc w:val="both"/>
      </w:pPr>
      <w:r>
        <w:rPr>
          <w:rFonts w:ascii="Georgia" w:hAnsi="Georgia" w:cs="Georgia" w:eastAsia="Georgia"/>
          <w:b w:val="0"/>
          <w:i w:val="0"/>
          <w:sz w:val="22"/>
        </w:rPr>
        <w:t>"The tanks bring awe, shock and firepower," the officer said Although the officer acknowledged that the use of tanks this many years into the war could be seen as a sign of desperation by some Afghans and Americans, he said they will provide the Marines with an important new tool in missions to flush out pockets of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surgent fighters." COMMENT: In fact, the introduction of the tanks is not only a sign of…</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surgent fighters." COMMENT: In fact, the introduction of the tanks is not only a sign of desperation. It is a sign of the impending defeat and humiliation which stare the U.S. and NATO in the face, hence these enemies are pushing for the establishment of a Taliban office in Qatar for pursuing 'peace' talks. These kuffaar have no option but to concede the 'resilience' of the Taliban fighters and the virtual impossibility of fighting them hand to hand.</w:t>
      </w:r>
    </w:p>
    <w:p>
      <w:pPr>
        <w:spacing w:before="0" w:after="120" w:line="300" w:lineRule="exact"/>
        <w:jc w:val="both"/>
      </w:pPr>
      <w:r>
        <w:rPr>
          <w:rFonts w:ascii="Georgia" w:hAnsi="Georgia" w:cs="Georgia" w:eastAsia="Georgia"/>
          <w:b w:val="0"/>
          <w:i w:val="0"/>
          <w:sz w:val="22"/>
        </w:rPr>
        <w:t>The Marines, the Seals and all their Elite and Special Forces forget about their specialist training and their super weapons when they are on the ground facing the Taliban whose only weapons are the assault rifles and RPGs. The Auliya have said that the power of the Muslim is in his heart while the power of the kaafir and munaafiq is in his hand.</w:t>
      </w:r>
    </w:p>
    <w:p>
      <w:pPr>
        <w:spacing w:before="0" w:after="120" w:line="300" w:lineRule="exact"/>
        <w:jc w:val="both"/>
      </w:pPr>
      <w:r>
        <w:rPr>
          <w:rFonts w:ascii="Georgia" w:hAnsi="Georgia" w:cs="Georgia" w:eastAsia="Georgia"/>
          <w:b w:val="0"/>
          <w:i w:val="0"/>
          <w:sz w:val="22"/>
        </w:rPr>
        <w:t>Against the formidable spiritual power of the heart, the physical power of the hand lapses into paralysis. Alhamdulillah! The Rag Tag Army of Allah Azza Wa Jal is never awed, never shocked and never daunted by the firepower and the huge hunks of the battle tanks of the U.S. The Taliban have their ways of dealing with these tanks.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TORTURE OF THE BRITISH COWARDS</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TORTURE OF THE BRITISH COWARDS A torture episode in Iraq enacted by the British: "….Even the moment of Baha Mousa's arrest has never been truly investigated. Colonel Daoud Mousa – for Baha's father was a senior police officer, permitted by the British to carry a pistol and wear a blue uniform, hardly the father of a terrorist – actually saw his boy after his arrest, lying under orders on the floor of the hotel in which he worked.</w:t>
      </w:r>
    </w:p>
    <w:p>
      <w:pPr>
        <w:spacing w:before="0" w:after="120" w:line="300" w:lineRule="exact"/>
        <w:jc w:val="both"/>
      </w:pPr>
      <w:r>
        <w:rPr>
          <w:rFonts w:ascii="Georgia" w:hAnsi="Georgia" w:cs="Georgia" w:eastAsia="Georgia"/>
          <w:b w:val="0"/>
          <w:i w:val="0"/>
          <w:sz w:val="22"/>
        </w:rPr>
        <w:t>The soldiers had found some weapons – perfectly normal in Basra where almost every household contained guns – but what the British didn't want to talk about just then was that Baha had told his father that several British troops had opened the hotel's safe and had stuffed currency into their pockets. That, Colonel Mousa believed, was the real reason he was killed.</w:t>
      </w:r>
    </w:p>
    <w:p>
      <w:pPr>
        <w:spacing w:before="0" w:after="120" w:line="300" w:lineRule="exact"/>
        <w:jc w:val="both"/>
      </w:pPr>
      <w:r>
        <w:rPr>
          <w:rFonts w:ascii="Georgia" w:hAnsi="Georgia" w:cs="Georgia" w:eastAsia="Georgia"/>
          <w:b w:val="0"/>
          <w:i w:val="0"/>
          <w:sz w:val="22"/>
        </w:rPr>
        <w:t>Baha had been a snitch. He was a witness to theft. When I went to see one of Baha's friends – newly released by his British killers – he appeared to have lost a kidney to the treatment he had received. He wept, His face was blue with bruises. Baha Mousa's nose was broken. There was blood above the corpse's mouth. The skin had been ripped off his wrists.</w:t>
      </w:r>
    </w:p>
    <w:p>
      <w:pPr>
        <w:spacing w:before="0" w:after="120" w:line="300" w:lineRule="exact"/>
        <w:jc w:val="both"/>
      </w:pPr>
      <w:r>
        <w:rPr>
          <w:rFonts w:ascii="Georgia" w:hAnsi="Georgia" w:cs="Georgia" w:eastAsia="Georgia"/>
          <w:b w:val="0"/>
          <w:i w:val="0"/>
          <w:sz w:val="22"/>
        </w:rPr>
        <w:t>According to his friend, Baha had been crying and pleading for his life from beneath his hood. "They gave us the names of footballers and cursed us with them as they attacked us, " he said. "They were kick-boxing us in the chest and between the legs and in the back…." Baha's friend said. "He kept asking them to take the bag off and said he was suffocating.</w:t>
      </w:r>
    </w:p>
    <w:p>
      <w:pPr>
        <w:spacing w:before="0" w:after="120" w:line="300" w:lineRule="exact"/>
        <w:jc w:val="both"/>
      </w:pPr>
      <w:r>
        <w:rPr>
          <w:rFonts w:ascii="Georgia" w:hAnsi="Georgia" w:cs="Georgia" w:eastAsia="Georgia"/>
          <w:b w:val="0"/>
          <w:i w:val="0"/>
          <w:sz w:val="22"/>
        </w:rPr>
        <w:t>But they laughed at him and kicked him more.." (Robert Fisk) This is the standard practice of the security forces of the cowardly British and U.S. kuffaar. Their sadism shames even devils and barbarians.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PAKISTAN REJECTS U.S. DEMAND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Maulana Jalaluddin Haqqaani with his approximately one thousand Mujahideen has been actively involved in Jihaad for many decades. His role against the Soviets was pivotal, and today it is the same against the U.S. and its coalition of aggressors. Today, Maulana Jalaluddin Haqqaani, due to old age, is not very active in the battlefield. However, his son, Siraajuddin has proven to be a stalwart of Jihad just as his father.</w:t>
      </w:r>
    </w:p>
    <w:p>
      <w:pPr>
        <w:spacing w:before="0" w:after="120" w:line="300" w:lineRule="exact"/>
        <w:jc w:val="both"/>
      </w:pPr>
      <w:r>
        <w:rPr>
          <w:rFonts w:ascii="Georgia" w:hAnsi="Georgia" w:cs="Georgia" w:eastAsia="Georgia"/>
          <w:b w:val="0"/>
          <w:i w:val="0"/>
          <w:sz w:val="22"/>
        </w:rPr>
        <w:t>The Haqqaani Movement is being led now by Sirajuddin. He is sowing havoc in the ranks of America and NATO. Unable to defeat these Mujahiddin in the battlefield, America is now threatening and demanding Pakistan to take action against Maulana Jalauddin and his Mujahideen. However, Pakistan – the government, the military and all institutions – has firmly rebutted the demand of the U.S.</w:t>
      </w:r>
    </w:p>
    <w:p>
      <w:pPr>
        <w:spacing w:before="0" w:after="120" w:line="300" w:lineRule="exact"/>
        <w:jc w:val="both"/>
      </w:pPr>
      <w:r>
        <w:rPr>
          <w:rFonts w:ascii="Georgia" w:hAnsi="Georgia" w:cs="Georgia" w:eastAsia="Georgia"/>
          <w:b w:val="0"/>
          <w:i w:val="0"/>
          <w:sz w:val="22"/>
        </w:rPr>
        <w:t>Aljazeerah reports as follows: "Pakistani politicians have rejected US allegations that its military was supporting the Haqqani network and have thrown their support behind the country's most powerful institution in its diplomatic confrontation with the US. The claims by Admiral Mike Mullen led to a crisis-like atmosphere in Islamabad, with fears of US military action uppermost in many minds.</w:t>
      </w:r>
    </w:p>
    <w:p>
      <w:pPr>
        <w:spacing w:before="0" w:after="120" w:line="300" w:lineRule="exact"/>
        <w:jc w:val="both"/>
      </w:pPr>
      <w:r>
        <w:rPr>
          <w:rFonts w:ascii="Georgia" w:hAnsi="Georgia" w:cs="Georgia" w:eastAsia="Georgia"/>
          <w:b w:val="0"/>
          <w:i w:val="0"/>
          <w:sz w:val="22"/>
        </w:rPr>
        <w:t>Yousuf Raza Gilani, Pakistan's prime minister, summoned the country's political party leaders to a meeting to discuss the US claims about the country's spy agency, the Inter-Services Intelligence Directorate, or ISI, and perceived threats of an attack. They agreed to a vaguely worded resolution late on Thursday that called for peace with fighters in Afghanistan, an apparent rejection of US demands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that the Pakistani army attack the Haqqani network.</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that the Pakistani army attack the Haqqani network. In a perceived effort to relieve tensions between US-Pakistan relations, President Barack Obama did not endorse Mullen's comments, instead choosing to state that the intelligence on the nature of the relationship between the ISI and the Haqqani network is "not as clear". "The intelligence is not as clear as we might like in terms to what exactly that relationship is," Obama said on Friday in a radio interview.</w:t>
      </w:r>
    </w:p>
    <w:p>
      <w:pPr>
        <w:spacing w:before="0" w:after="120" w:line="300" w:lineRule="exact"/>
        <w:jc w:val="both"/>
      </w:pPr>
      <w:r>
        <w:rPr>
          <w:rFonts w:ascii="Georgia" w:hAnsi="Georgia" w:cs="Georgia" w:eastAsia="Georgia"/>
          <w:b w:val="0"/>
          <w:i w:val="0"/>
          <w:sz w:val="22"/>
        </w:rPr>
        <w:t>A message of reassurance, that "there will be no [US] boots on the ground" in Pakistan, was communicated to [the Pakistanis]", an unnamed senior US official told the Reuters news agency on Friday. Main enemy The Haqqani network, which is reportedly based in Pakistan and has close relations with the Taliban, are thought to have introduced suicide bombing to Afghanistan.</w:t>
      </w:r>
    </w:p>
    <w:p>
      <w:pPr>
        <w:spacing w:before="0" w:after="120" w:line="300" w:lineRule="exact"/>
        <w:jc w:val="both"/>
      </w:pPr>
      <w:r>
        <w:rPr>
          <w:rFonts w:ascii="Georgia" w:hAnsi="Georgia" w:cs="Georgia" w:eastAsia="Georgia"/>
          <w:b w:val="0"/>
          <w:i w:val="0"/>
          <w:sz w:val="22"/>
        </w:rPr>
        <w:t>US officials say the group is based on the Pakistani side of the border and is responsible for much of the violence in Afghanistan. They have long talked with Islamabad about links between Pakistan and the Haqqani network, but those discussions were mostly held in private, in the hope that the South Asian country could gradually be persuaded to sever the purported ties with the group.</w:t>
      </w:r>
    </w:p>
    <w:p>
      <w:pPr>
        <w:spacing w:before="0" w:after="120" w:line="300" w:lineRule="exact"/>
        <w:jc w:val="both"/>
      </w:pPr>
      <w:r>
        <w:rPr>
          <w:rFonts w:ascii="Georgia" w:hAnsi="Georgia" w:cs="Georgia" w:eastAsia="Georgia"/>
          <w:b w:val="0"/>
          <w:i w:val="0"/>
          <w:sz w:val="22"/>
        </w:rPr>
        <w:t>But Mullen, American's most senior military official, seemed to signal a new approach with his claims made last Friday, calling the Haqqani network a "veritable arm" of the ISI. 'Baseless' allegations Pakistani officials responded to Washington's change in tone with Thursday's resolution, saying Mullen's comments were "baseless" and hurt the country's co-operation with the US, echoing the line taken by the government and the army.</w:t>
      </w:r>
    </w:p>
    <w:p>
      <w:pPr>
        <w:spacing w:before="0" w:after="120" w:line="300" w:lineRule="exact"/>
        <w:jc w:val="both"/>
      </w:pPr>
      <w:r>
        <w:rPr>
          <w:rFonts w:ascii="Georgia" w:hAnsi="Georgia" w:cs="Georgia" w:eastAsia="Georgia"/>
          <w:b w:val="0"/>
          <w:i w:val="0"/>
          <w:sz w:val="22"/>
        </w:rPr>
        <w:t>The resolution went on to say the US should seek dialogue with Pakistanis in the tribal regions close to Afghanistan, in a reference to fighters there battling the Pakistani state. Such a position has long been popular with religious parties, whose rhetoric paints the US - not the Taliban and alQaeda - as the main enemy facing the country.</w:t>
      </w:r>
    </w:p>
    <w:p>
      <w:pPr>
        <w:spacing w:before="0" w:after="120" w:line="300" w:lineRule="exact"/>
        <w:jc w:val="both"/>
      </w:pPr>
      <w:r>
        <w:rPr>
          <w:rFonts w:ascii="Georgia" w:hAnsi="Georgia" w:cs="Georgia" w:eastAsia="Georgia"/>
          <w:b w:val="0"/>
          <w:i w:val="0"/>
          <w:sz w:val="22"/>
        </w:rPr>
        <w:t>Few expected the delegates to stake out a position that challenged the army, which largely formulates the country's foreign policy, so their rhetoric was mostly symbolic. Still, it was a signal to the US that the country's elected representatives supported the military, and as such will do nothing to ease strains with the US. The resolution also referenced veiled US threats of unilateral action against the Haqqanis if Pakistan does not act, saying the "the Pakistani nation affirms its full solidarity and support for the armed forces of Pakistan in defeating any threat to national security".</w:t>
      </w:r>
    </w:p>
    <w:p>
      <w:pPr>
        <w:spacing w:before="0" w:after="120" w:line="300" w:lineRule="exact"/>
        <w:jc w:val="both"/>
      </w:pPr>
      <w:r>
        <w:rPr>
          <w:rFonts w:ascii="Georgia" w:hAnsi="Georgia" w:cs="Georgia" w:eastAsia="Georgia"/>
          <w:b w:val="0"/>
          <w:i w:val="0"/>
          <w:sz w:val="22"/>
        </w:rPr>
        <w:t>Suspected US drone attack The Islamabad meeting was addressed by Lieutenant-General Ahmed Shuja Pasha, the head of the ISI, who was quoted as saying that his organisation was in contact with the Haqqani's "political wing". "The ISI chief explained that Haqqani network has three or more wings and we have no links with its militant wing but we keep liaison with its political wing for peace in Afghanistan," Imran Khan, a leading politician, said after the meeting broke up."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 SLAVE OF THE U.S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In subservience to its master, the U.S.A., the king of Saudi Arabia, has abandoned many institutions of the Shariah to conform with the kufr demands of the feminist movements spawned by the western kuffaar. King Abdullah recently announced, in total disregard of the Shariah's law of Hijaab (Purdah), that women will be given the right to join the Shura (Advisory) Council, and participate in municipal elections.</w:t>
      </w:r>
    </w:p>
    <w:p>
      <w:pPr>
        <w:spacing w:before="0" w:after="120" w:line="300" w:lineRule="exact"/>
        <w:jc w:val="both"/>
      </w:pPr>
      <w:r>
        <w:rPr>
          <w:rFonts w:ascii="Georgia" w:hAnsi="Georgia" w:cs="Georgia" w:eastAsia="Georgia"/>
          <w:b w:val="0"/>
          <w:i w:val="0"/>
          <w:sz w:val="22"/>
        </w:rPr>
        <w:t>Dancing to the tune of his master, America, the Saudi king said: "Because we refuse to marginalise women in society in all roles that comply with the shariah, we have decided after deliberation with our senior ulama (sic!) to involve women in the Shura Council…" The establishment 'ulama' of Saudi Arabia are prime examples of the Ulama-e-Soo' (evil ulama) who betray Allah Ta'ala, His Rasool and the Ummah by selling the Deen for a miserable worldly price paid to them by the Saudi king.</w:t>
      </w:r>
    </w:p>
    <w:p>
      <w:pPr>
        <w:spacing w:before="0" w:after="120" w:line="300" w:lineRule="exact"/>
        <w:jc w:val="both"/>
      </w:pPr>
      <w:r>
        <w:rPr>
          <w:rFonts w:ascii="Georgia" w:hAnsi="Georgia" w:cs="Georgia" w:eastAsia="Georgia"/>
          <w:b w:val="0"/>
          <w:i w:val="0"/>
          <w:sz w:val="22"/>
        </w:rPr>
        <w:t>The 'fatwas' of these evil ulama are corrupt rubbish ordered by the king to justify the implementation of American immoral policies and institutions. In effect, the wayward miscreant implied by the ghutha he has disgorged at America's behest that the Qur'aan, Rasulullah (sallallahu alayhi wasallam), the Sahaabah and the entire Ummah of fourteen centuries have committed a grave injustice to women for having debarred them from conducting themselves as males.</w:t>
      </w:r>
    </w:p>
    <w:p>
      <w:pPr>
        <w:spacing w:before="0" w:after="120" w:line="300" w:lineRule="exact"/>
        <w:jc w:val="both"/>
      </w:pPr>
      <w:r>
        <w:rPr>
          <w:rFonts w:ascii="Georgia" w:hAnsi="Georgia" w:cs="Georgia" w:eastAsia="Georgia"/>
          <w:b w:val="0"/>
          <w:i w:val="0"/>
          <w:sz w:val="22"/>
        </w:rPr>
        <w:t>The Saudi American puppet by his stupid statement conveys that the Qur'aan in declaring: "Men are the rulers over women…" has erred, Nauthubillah, and that Rasulullah (sallallahu alayhi wasallam) has 'marginalised – whatever this rubbish means – women when he commanded: "Relegate them (women) to the back in the way Allah has relegated them to the back)." With one decree of ghutha, to appease the U.S. the Saudi king has rejected the Shariah's entire institution of Hijaab which even his immediate predecessors, his father and brothers, had vigourously enforced.</w:t>
      </w:r>
    </w:p>
    <w:p>
      <w:pPr>
        <w:spacing w:before="0" w:after="120" w:line="300" w:lineRule="exact"/>
        <w:jc w:val="both"/>
      </w:pPr>
      <w:r>
        <w:rPr>
          <w:rFonts w:ascii="Georgia" w:hAnsi="Georgia" w:cs="Georgia" w:eastAsia="Georgia"/>
          <w:b w:val="0"/>
          <w:i w:val="0"/>
          <w:sz w:val="22"/>
        </w:rPr>
        <w:t>The king has opened the doors wide for the introduction of zina and immorality which his decree is importing from the U.S.A. While Saudi Arabia's rapid drift from the Deen is lamentable, it is not surprising. After all, the stage has to be set for Arab women to gyrate around idols as predicted by Rasulullah (sallallahu alayhi wasallam). The lot of initiating idolatry and immorality in the sacred Land of Hijaaz has befallen King Abdullah.</w:t>
      </w:r>
    </w:p>
    <w:p>
      <w:pPr>
        <w:spacing w:before="0" w:after="120" w:line="300" w:lineRule="exact"/>
        <w:jc w:val="both"/>
      </w:pPr>
      <w:r>
        <w:rPr>
          <w:rFonts w:ascii="Georgia" w:hAnsi="Georgia" w:cs="Georgia" w:eastAsia="Georgia"/>
          <w:b w:val="0"/>
          <w:i w:val="0"/>
          <w:sz w:val="22"/>
        </w:rPr>
        <w:t>The king is labouring under a colossal misapprehension that the U.S.A. will be his saviour when the very people whom he is emancipating from the sacred fetters of the Shariah rally to eliminate him. He is destined to follow Hosni Mubarak and his ilk of tyrants. The king is also dwelling in massive self-deception to believe that the U.S. will be able to save his regime in the event of an external attack.</w:t>
      </w:r>
    </w:p>
    <w:p>
      <w:pPr>
        <w:spacing w:before="0" w:after="120" w:line="300" w:lineRule="exact"/>
        <w:jc w:val="both"/>
      </w:pPr>
      <w:r>
        <w:rPr>
          <w:rFonts w:ascii="Georgia" w:hAnsi="Georgia" w:cs="Georgia" w:eastAsia="Georgia"/>
          <w:b w:val="0"/>
          <w:i w:val="0"/>
          <w:sz w:val="22"/>
        </w:rPr>
        <w:t>The Saudi rulers are obsessed with a possible Iranian attack. The relationship between America and Saudi Arabia is artificial and will evaporate whenever it suits the interests of the king's bosom friend, the U.S.A. Total U.S. control over the oil wealth of Saudi Arabia is being spearheaded by the murtaddah feminist movement spawned by America.</w:t>
      </w:r>
    </w:p>
    <w:p>
      <w:pPr>
        <w:spacing w:before="0" w:after="120" w:line="300" w:lineRule="exact"/>
        <w:jc w:val="both"/>
      </w:pPr>
      <w:r>
        <w:rPr>
          <w:rFonts w:ascii="Georgia" w:hAnsi="Georgia" w:cs="Georgia" w:eastAsia="Georgia"/>
          <w:b w:val="0"/>
          <w:i w:val="0"/>
          <w:sz w:val="22"/>
        </w:rPr>
        <w:t>These murtaddah feminists are the seeds of the elimination of the Saudi regime and the tools for the furtherance of the conspiracies of the West against Islam. All women who clamour for 'equality' with males in domains outside the confines of the home are murtaddahs (heretics – beyond the pale of Islam), for they scorn and reject every divine restriction of Islam's institution of Hijaab.</w:t>
      </w:r>
    </w:p>
    <w:p>
      <w:pPr>
        <w:spacing w:before="0" w:after="120" w:line="300" w:lineRule="exact"/>
        <w:jc w:val="both"/>
      </w:pPr>
      <w:r>
        <w:rPr>
          <w:rFonts w:ascii="Georgia" w:hAnsi="Georgia" w:cs="Georgia" w:eastAsia="Georgia"/>
          <w:b w:val="0"/>
          <w:i w:val="0"/>
          <w:sz w:val="22"/>
        </w:rPr>
        <w:t>They stupidly and ludicrously ape the immoral women of the West. Since the king has ignored Rasulullah's precept: "Never will prosper a nation who assigns its affairs to a woman.", King Abdullah has written the death sentence of his regime with his own hands.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SUICIDE OF U.S. SOLDIERS - EFFECTS OF THE IMMORAL WARS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SUICIDE CLAIMS MORE U.S. MILITARY LIVES THAN THE AFGHAN WAR (Extracts from a report by James Cogan, August 13, 2011, Global Re- search) "American military personnel are continuing to take their own lives in unprecedented numbers, as the wars in Afghanistan and Iraq drag on. By late November, at least 334 members of the armed forces had committed suicide in 2009, more than the 319 who were killed in Afghanistan or the 150 who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died in Iraq.</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died in Iraq. For every death, at least five members of the armed forces were hospitalised for attempting to take their life……The Defence Survey of HealthRelated Behaviors also found "dangerous levels" of alcohol abuse and the illicit use of drugs has seriously impacted on the physical and mental health of the victims. The suicide figures for serving personnel are only one indication.</w:t>
      </w:r>
    </w:p>
    <w:p>
      <w:pPr>
        <w:spacing w:before="0" w:after="120" w:line="300" w:lineRule="exact"/>
        <w:jc w:val="both"/>
      </w:pPr>
      <w:r>
        <w:rPr>
          <w:rFonts w:ascii="Georgia" w:hAnsi="Georgia" w:cs="Georgia" w:eastAsia="Georgia"/>
          <w:b w:val="0"/>
          <w:i w:val="0"/>
          <w:sz w:val="22"/>
        </w:rPr>
        <w:t>The most alarming statistics are those on mental illness related to the hundreds of thousands of veterans of the two wars who have left the military and sought to reintegrate into civilian life. ……As many as 20 to 30 percent of veterans suffer some degree of Post Traumatic Stress Disorder (PTSD), hindering their ability to hold jobs, maintain relationships, overcome substance abuse, and in some cases, maintain their will to live. …….Since its 24-hour, seven-days a week suicide hotline was belatedly established in July 2007, it has counselled over 185,000 veterans or their families and claims to have prevented at least 5,000 suicides.</w:t>
      </w:r>
    </w:p>
    <w:p>
      <w:pPr>
        <w:spacing w:before="0" w:after="120" w:line="300" w:lineRule="exact"/>
        <w:jc w:val="both"/>
      </w:pPr>
      <w:r>
        <w:rPr>
          <w:rFonts w:ascii="Georgia" w:hAnsi="Georgia" w:cs="Georgia" w:eastAsia="Georgia"/>
          <w:b w:val="0"/>
          <w:i w:val="0"/>
          <w:sz w:val="22"/>
        </w:rPr>
        <w:t>People who served in either Iraq or Afghanistan make up a growing proportion of the 6,400 veterans that VA estimates take their own lives each year. American society will continue to pay for the harm caused by the Iraq and Afghan wars for decades to come. There is a growing medical consensus that a significant factor in PTSD is actual physical damage to the brain.</w:t>
      </w:r>
    </w:p>
    <w:p>
      <w:pPr>
        <w:spacing w:before="0" w:after="120" w:line="300" w:lineRule="exact"/>
        <w:jc w:val="both"/>
      </w:pPr>
      <w:r>
        <w:rPr>
          <w:rFonts w:ascii="Georgia" w:hAnsi="Georgia" w:cs="Georgia" w:eastAsia="Georgia"/>
          <w:b w:val="0"/>
          <w:i w:val="0"/>
          <w:sz w:val="22"/>
        </w:rPr>
        <w:t>De- velopments in vehicle and body armour, combined with advances in medical treatment, have enabled thousands of soldiers to survive bomb blasts that might have taken their lives in earlier conflicts. They survive with trauma to their brain however. The Defence Centers of Excellenace for Psychological Health and Traumatic Brain Injury estimated in early 2009 that between 45,000 to 90,000 veterans of the two wars had been left with "severe and lasting symptoms" of brain injury.</w:t>
      </w:r>
    </w:p>
    <w:p>
      <w:pPr>
        <w:spacing w:before="0" w:after="120" w:line="300" w:lineRule="exact"/>
        <w:jc w:val="both"/>
      </w:pPr>
      <w:r>
        <w:rPr>
          <w:rFonts w:ascii="Georgia" w:hAnsi="Georgia" w:cs="Georgia" w:eastAsia="Georgia"/>
          <w:b w:val="0"/>
          <w:i w:val="0"/>
          <w:sz w:val="22"/>
        </w:rPr>
        <w:t>Overall, the Defence Department estimates that as many as 20 percent of veterans had suffered some degree of brain injury due to bomb blasts while in Iraq or Afghanistan – a staggering 360,000 men and women."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DEADLY TALIBAN ATTACK ON POLICE HQ</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BBC NEWS reports: A Taliban raid on the southern Afghan city of Kandahar has killed 19 people, including 15 policemen, officials say. Militants armed with suicide bombs, guns and rocket-propelled grenades struck the police headquarters in the city centre. Explosions shook the area as Afghan security forces battled the attackers for several hours.</w:t>
      </w:r>
    </w:p>
    <w:p>
      <w:pPr>
        <w:spacing w:before="0" w:after="120" w:line="300" w:lineRule="exact"/>
        <w:jc w:val="both"/>
      </w:pPr>
      <w:r>
        <w:rPr>
          <w:rFonts w:ascii="Georgia" w:hAnsi="Georgia" w:cs="Georgia" w:eastAsia="Georgia"/>
          <w:b w:val="0"/>
          <w:i w:val="0"/>
          <w:sz w:val="22"/>
        </w:rPr>
        <w:t>Dozens of people were reported injured in the attack on the city. The Nato-led International Security Assistance Force said besides the 15 policemen, one Afghan intelligence official, two Afghan soldiers and two civilians were killed. It began with several explosions near the headquarters of the provincial police. Several militants wearing explosives vests then occupied a multistorey wedding venue opposite the police headquarters and rained machine gun fire and grenades down on the police.</w:t>
      </w:r>
    </w:p>
    <w:p>
      <w:pPr>
        <w:spacing w:before="0" w:after="120" w:line="300" w:lineRule="exact"/>
        <w:jc w:val="both"/>
      </w:pPr>
      <w:r>
        <w:rPr>
          <w:rFonts w:ascii="Georgia" w:hAnsi="Georgia" w:cs="Georgia" w:eastAsia="Georgia"/>
          <w:b w:val="0"/>
          <w:i w:val="0"/>
          <w:sz w:val="22"/>
        </w:rPr>
        <w:t>There have been a number of assassinations and suicide attacks in Kandahar in recent months despite the presence of thousands of international troops in the province.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HOW THE U.S. PLANS TO MAINTAIN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The U.S. conspiracy for maintaining its presence at Bagram airbase requires perpetual strife, anarchy, and internecine warfare in Afghanistan. As long as the Afghans perpetuate their infighting, the U.S. is guaranteed resident rights at Bagram airbase. It will therefore be in the colonial interests of the U.S. to ensure that it keeps the various Afghan groups well supplied with weapons to sustain the blood-letting in Afghanistan.</w:t>
      </w:r>
    </w:p>
    <w:p>
      <w:pPr>
        <w:spacing w:before="0" w:after="120" w:line="300" w:lineRule="exact"/>
        <w:jc w:val="both"/>
      </w:pPr>
      <w:r>
        <w:rPr>
          <w:rFonts w:ascii="Georgia" w:hAnsi="Georgia" w:cs="Georgia" w:eastAsia="Georgia"/>
          <w:b w:val="0"/>
          <w:i w:val="0"/>
          <w:sz w:val="22"/>
        </w:rPr>
        <w:t>This satanic plot is designed to keep the Taliban fighting the Afghan army and the puppet government created by the U.S. As long as they fight and kill one another, America will feel safe in Bagram. America cannot afford the focus of the warring factions to be diverted to Bagram. It is not far-fetched to theorize that in the event of the Taliban lacking adequate weapons to hold itself against the Afghan army, the U.S. will unhesitatingly employ Pakistan's Interservice Intelligence Agency (I.S.A ) to act as a conduit to provide the necessary weaponry, etc. for sustaining the conflagration.</w:t>
      </w:r>
    </w:p>
    <w:p>
      <w:pPr>
        <w:spacing w:before="0" w:after="120" w:line="300" w:lineRule="exact"/>
        <w:jc w:val="both"/>
      </w:pPr>
      <w:r>
        <w:rPr>
          <w:rFonts w:ascii="Georgia" w:hAnsi="Georgia" w:cs="Georgia" w:eastAsia="Georgia"/>
          <w:b w:val="0"/>
          <w:i w:val="0"/>
          <w:sz w:val="22"/>
        </w:rPr>
        <w:t>This is the game of the U.S. in Iraq today. The anarchy in Iraq is a well-planned conspiracy of the U.S.A. By arming the various groups and tribes, the high temperature of the fighting is maintained. As long as Iraqis kill Iraqis in the cities, the West is able to peacefully siphon off the oil. The oil wells are all under U.S. so-called 'protection'.</w:t>
      </w:r>
    </w:p>
    <w:p>
      <w:pPr>
        <w:spacing w:before="0" w:after="120" w:line="300" w:lineRule="exact"/>
        <w:jc w:val="both"/>
      </w:pPr>
      <w:r>
        <w:rPr>
          <w:rFonts w:ascii="Georgia" w:hAnsi="Georgia" w:cs="Georgia" w:eastAsia="Georgia"/>
          <w:b w:val="0"/>
          <w:i w:val="0"/>
          <w:sz w:val="22"/>
        </w:rPr>
        <w:t>While Iraqis are busy mutually slitting their own throats, the U.S. is busy pumping out and pirating the oil to bail out its hopeless economy sliding wildly into an abyss of bankruptcy. The only way the U.S. will leave Bagram is if the Taliban can militarily dislodge the aggressors. There is no other way. But that time too will arrive, Insha'Allah.</w:t>
      </w:r>
    </w:p>
    <w:p>
      <w:pPr>
        <w:spacing w:before="0" w:after="120" w:line="300" w:lineRule="exact"/>
        <w:jc w:val="both"/>
      </w:pPr>
      <w:r>
        <w:rPr>
          <w:rFonts w:ascii="Georgia" w:hAnsi="Georgia" w:cs="Georgia" w:eastAsia="Georgia"/>
          <w:b w:val="0"/>
          <w:i w:val="0"/>
          <w:sz w:val="22"/>
        </w:rPr>
        <w:t>The ultimate decree is Allah's.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INVADERS ARE PERISHING</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"More foreign troops in Afghanistan were killed in April and May of this year, the early stages of the fighting season, than in the same months of any year of the decade-long conflict. The death toll for international forces in April and May was 110. (This is the under-stated 'official' figure. Their casualties are substantially higher – Al-Haq) Since they announced the start of the offensive in late April this year, the Taliban and other rebels have launched a string of high-profile attacks.</w:t>
      </w:r>
    </w:p>
    <w:p>
      <w:pPr>
        <w:spacing w:before="0" w:after="120" w:line="300" w:lineRule="exact"/>
        <w:jc w:val="both"/>
      </w:pPr>
      <w:r>
        <w:rPr>
          <w:rFonts w:ascii="Georgia" w:hAnsi="Georgia" w:cs="Georgia" w:eastAsia="Georgia"/>
          <w:b w:val="0"/>
          <w:i w:val="0"/>
          <w:sz w:val="22"/>
        </w:rPr>
        <w:t>A total of 711 troops from NATO-led International Security Assistance Force (ISAF) were killed last year." (Agence France-Presse)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INVASION WAS TO ELIMINATE THE TALIBAN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When the U.S., Nato and their gangs of marauders invaded Afghanistan in 2001, their declared objective arrogantly trumped was to eliminate the Taliban 'terrorists'. Their slogans and clichés were designed to burnish their image as saviours of the world from the scourge of 'terrorism' – the hue with which they relentlessly struggled to portray the Taliban.</w:t>
      </w:r>
    </w:p>
    <w:p>
      <w:pPr>
        <w:spacing w:before="0" w:after="120" w:line="300" w:lineRule="exact"/>
        <w:jc w:val="both"/>
      </w:pPr>
      <w:r>
        <w:rPr>
          <w:rFonts w:ascii="Georgia" w:hAnsi="Georgia" w:cs="Georgia" w:eastAsia="Georgia"/>
          <w:b w:val="0"/>
          <w:i w:val="0"/>
          <w:sz w:val="22"/>
        </w:rPr>
        <w:t>Never would they speak to these 'terrorists' and 'bandits'. The sole objective was to destroy and annihilate the Taliban. But their nascence of the adversary who was arraigned against them in the battlefield has today constrained these aggressors to eat their words and sue for peace. They are begging for peace. On the other hand, the Taliban are currently in no mood for negotiations and peace-talks.</w:t>
      </w:r>
    </w:p>
    <w:p>
      <w:pPr>
        <w:spacing w:before="0" w:after="120" w:line="300" w:lineRule="exact"/>
        <w:jc w:val="both"/>
      </w:pPr>
      <w:r>
        <w:rPr>
          <w:rFonts w:ascii="Georgia" w:hAnsi="Georgia" w:cs="Georgia" w:eastAsia="Georgia"/>
          <w:b w:val="0"/>
          <w:i w:val="0"/>
          <w:sz w:val="22"/>
        </w:rPr>
        <w:t>They are riding on the crest of a wave leading to victory and defeat for the U.S., NATO and the gang of almost 50 countries constituting the coalition. Thus, they eliminated Rabbaani who was appointed by the U.S. to negotiate with the Taliban. Recently, just a couple of days after the U.S. wooing the 'terrorists' in desperate bids for negotiations, the Taliban staged an audacious attack on the InterContinental hotel in Kabul where about 50 foreigners, including U.S. government and military personnel, were killed and wounded.</w:t>
      </w:r>
    </w:p>
    <w:p>
      <w:pPr>
        <w:spacing w:before="0" w:after="120" w:line="300" w:lineRule="exact"/>
        <w:jc w:val="both"/>
      </w:pPr>
      <w:r>
        <w:rPr>
          <w:rFonts w:ascii="Georgia" w:hAnsi="Georgia" w:cs="Georgia" w:eastAsia="Georgia"/>
          <w:b w:val="0"/>
          <w:i w:val="0"/>
          <w:sz w:val="22"/>
        </w:rPr>
        <w:t>The hotel owned by the state was hosting delegates who were attending an Afghan security conference when the Taliban struck. Armed with rocketpropelled grenades, AK-47 Assault rifles and other weapons, they stormed the fortified hotel. The Taliban have also escalated the Jihad with daily attacks in the heart of U.S. and Nato headquarters in the capital city, Kabul.</w:t>
      </w:r>
    </w:p>
    <w:p>
      <w:pPr>
        <w:spacing w:before="0" w:after="120" w:line="300" w:lineRule="exact"/>
        <w:jc w:val="both"/>
      </w:pPr>
      <w:r>
        <w:rPr>
          <w:rFonts w:ascii="Georgia" w:hAnsi="Georgia" w:cs="Georgia" w:eastAsia="Georgia"/>
          <w:b w:val="0"/>
          <w:i w:val="0"/>
          <w:sz w:val="22"/>
        </w:rPr>
        <w:t>Days before this attack, Associated Press reported: "Earlier on Tuesday, officials from the US, Pakistan and Afghanistan met in the capital to discuss prospects for making peace with the Taliban insurgents to end the nearly decade-long war. "The fact that we are discussing reconciliation in great detail is success and progress, but challenges remain and we are reminded of that on an almost daily basis by violence", Jawed Ludin, Afghanistan's deputy foreign minister, said at a news conference.</w:t>
      </w:r>
    </w:p>
    <w:p>
      <w:pPr>
        <w:spacing w:before="0" w:after="120" w:line="300" w:lineRule="exact"/>
        <w:jc w:val="both"/>
      </w:pPr>
      <w:r>
        <w:rPr>
          <w:rFonts w:ascii="Georgia" w:hAnsi="Georgia" w:cs="Georgia" w:eastAsia="Georgia"/>
          <w:b w:val="0"/>
          <w:i w:val="0"/>
          <w:sz w:val="22"/>
        </w:rPr>
        <w:t>The attack (i.e. on the hotel) occurred nearly a week after President Barack Obama announced he was withdrawing 33,000 US troops from Afghanistan and would end the American combat role by the end of 2014. It (the attack) took place the day before a con- ference was scheduled in Kabul to discuss plans for Afghan security forces to take the lead for securing an increasing number of areas of the country." Behind the scenes endeavours have been continuing to bring the Taliban to the negotiating table, and now the U.S. desire is for a Taliban office to operate in Qatar.</w:t>
      </w:r>
    </w:p>
    <w:p>
      <w:pPr>
        <w:spacing w:before="0" w:after="120" w:line="300" w:lineRule="exact"/>
        <w:jc w:val="both"/>
      </w:pPr>
      <w:r>
        <w:rPr>
          <w:rFonts w:ascii="Georgia" w:hAnsi="Georgia" w:cs="Georgia" w:eastAsia="Georgia"/>
          <w:b w:val="0"/>
          <w:i w:val="0"/>
          <w:sz w:val="22"/>
        </w:rPr>
        <w:t>That America is so keen to make peace with the 'terrorists' whom they had vowed to eliminate testifies to the defeat which the U.S. has sobered up to accept. When the Muslim army is on the way to victory, then peace with the enemy is not permissible. The only option for the enemy is to accept defeat. The Qur'aan Majeed states: "Do not weaken (your) resolve nor call towards peace.</w:t>
      </w:r>
    </w:p>
    <w:p>
      <w:pPr>
        <w:spacing w:before="0" w:after="120" w:line="300" w:lineRule="exact"/>
        <w:jc w:val="both"/>
      </w:pPr>
      <w:r>
        <w:rPr>
          <w:rFonts w:ascii="Georgia" w:hAnsi="Georgia" w:cs="Georgia" w:eastAsia="Georgia"/>
          <w:b w:val="0"/>
          <w:i w:val="0"/>
          <w:sz w:val="22"/>
        </w:rPr>
        <w:t>You (O Mu'mineen!) will be victorious Allah is with you, and He will not allow your deeds to go to waste." (Aayat 35, Surah Muhammad).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BRUTALITY OF THE U.S. COWARDS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 'BRAVERY' OF TARGETING UNARMED CIVILIANS (Ahmed Barqawi, Active Post) How easily the value of a human life diminishes when the victims are "merely" Afghan civilians? And how impetuously the collective loss of innocent lives in that miserable part of the world can be written off as "collateral damage"; a rather callous catchphrase that sure gets tossed around casually by imperial powers to validate their own crimes and further anesthetize world public opinion.</w:t>
      </w:r>
    </w:p>
    <w:p>
      <w:pPr>
        <w:spacing w:before="0" w:after="120" w:line="300" w:lineRule="exact"/>
        <w:jc w:val="both"/>
      </w:pPr>
      <w:r>
        <w:rPr>
          <w:rFonts w:ascii="Georgia" w:hAnsi="Georgia" w:cs="Georgia" w:eastAsia="Georgia"/>
          <w:b w:val="0"/>
          <w:i w:val="0"/>
          <w:sz w:val="22"/>
        </w:rPr>
        <w:t>We were told that bin Laden was caught in Pakistan, executed and his corpse was thrown into the sea, yet somewhere in a remote and impoverished village in southwest Afghanistan children are still being ravaged everyday by the overpowering reality of an ongoing foreign occupation, drone warfare, and all sorts of "intelligent weapons" run by not so intelligent Western politicians.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ing thick cloud of dust fills your throat and inflames your eyes; and before you even…</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ing thick cloud of dust fills your throat and inflames your eyes; and before you even think what to make of what's happening, a second bomb is dropped to finish off what the first one didn't. You feel the ground beneath you rattle and entire walls collapse before an ominous silence takes over; no screaming, not even a breathing sound is heard in a house full of people. .. only the buzzing noise of a NATO fighter jet (which by now you know by heart) fading into the distance.</w:t>
      </w:r>
    </w:p>
    <w:p>
      <w:pPr>
        <w:spacing w:before="0" w:after="120" w:line="300" w:lineRule="exact"/>
        <w:jc w:val="both"/>
      </w:pPr>
      <w:r>
        <w:rPr>
          <w:rFonts w:ascii="Georgia" w:hAnsi="Georgia" w:cs="Georgia" w:eastAsia="Georgia"/>
          <w:b w:val="0"/>
          <w:i w:val="0"/>
          <w:sz w:val="22"/>
        </w:rPr>
        <w:t>You realize that in a matter of minutes your whole world has violently changed, and in a very horrible way. This is not some far-fetched scenario or one of those only-in-the-movies moments; this is exactly what happened late last month, on May 28th. Just before midnight, an unwarranted NATO air raid targeted two civilian houses in a rural area of Afghanistan's Helmand province, killing two women and twelve children (including a two-year-old baby); allegedly mistaking them for -- well, what else other than "Taliban insurgents". why was my house bombed?" Sadly death has become a very compelling commodity in Afghanistan; especially the type that comes from above with such brutal inevitability.</w:t>
      </w:r>
    </w:p>
    <w:p>
      <w:pPr>
        <w:spacing w:before="0" w:after="120" w:line="300" w:lineRule="exact"/>
        <w:jc w:val="both"/>
      </w:pPr>
      <w:r>
        <w:rPr>
          <w:rFonts w:ascii="Georgia" w:hAnsi="Georgia" w:cs="Georgia" w:eastAsia="Georgia"/>
          <w:b w:val="0"/>
          <w:i w:val="0"/>
          <w:sz w:val="22"/>
        </w:rPr>
        <w:t>As bereaved family members and neighbors of the victims were franticly scavenging through the rubble of the two destroyed residential compounds, searching for the scattered remains of their loved ones, International Security Assistance Force (ISAF) Commander for the southwest region of Afghanistan, Maj. Gen. John Toolan, said in an attempt to justify the unjustifiable: "I ask that the Afghan people continue to trust and assist their security forces, so that together we can stop the senseless killing brought upon us by an enemy who wants to exploit the Afghan people through fear and violence." But isn't that exactly what the United States is doing?</w:t>
      </w:r>
    </w:p>
    <w:p>
      <w:pPr>
        <w:spacing w:before="0" w:after="120" w:line="300" w:lineRule="exact"/>
        <w:jc w:val="both"/>
      </w:pPr>
      <w:r>
        <w:rPr>
          <w:rFonts w:ascii="Georgia" w:hAnsi="Georgia" w:cs="Georgia" w:eastAsia="Georgia"/>
          <w:b w:val="0"/>
          <w:i w:val="0"/>
          <w:sz w:val="22"/>
        </w:rPr>
        <w:t>Exploiting entire nations through excessive military might and intimidation solely to nourish its pathological hegemonic ambitions and further advance its geopolitical interests in Southeast Asia and the Middle East? Toolan, General David Petraeus issued a carefully worded statement; not offering an investigation, but a brief apology stating that "these deaths should never have happened"; that the bloody episode was a result of a "miscommunication" between the aircrew and the troops on the ground who -- and this is the best bit -- identified children under the age of twelve as "armed and dangerous militants".</w:t>
      </w:r>
    </w:p>
    <w:p>
      <w:pPr>
        <w:spacing w:before="0" w:after="120" w:line="300" w:lineRule="exact"/>
        <w:jc w:val="both"/>
      </w:pPr>
      <w:r>
        <w:rPr>
          <w:rFonts w:ascii="Georgia" w:hAnsi="Georgia" w:cs="Georgia" w:eastAsia="Georgia"/>
          <w:b w:val="0"/>
          <w:i w:val="0"/>
          <w:sz w:val="22"/>
        </w:rPr>
        <w:t>That statement was the only justice General Petraeus could afford to the victims' families. With the increasing toll of civilians killed from NATO operations in the country it is hard to believe that Western coalition forces cannot possibly avoid casualties among innocent civilians; especially with all the high-tech laser guided missiles, "smart" bombs, and advanced assault weaponry with so-called "pinpoint accuracy." Not to mention of course the untold numbers of onthe-ground intelligence-gathering units and collaborators; but, hey, then again it could be just the thrill of flying a state-of-the-art military aircraft over a civilian population, combined with the intoxication of enjoying the god-like power in deciding with the push of a button who will die and who will live.</w:t>
      </w:r>
    </w:p>
    <w:p>
      <w:pPr>
        <w:spacing w:before="0" w:after="120" w:line="300" w:lineRule="exact"/>
        <w:jc w:val="both"/>
      </w:pPr>
      <w:r>
        <w:rPr>
          <w:rFonts w:ascii="Georgia" w:hAnsi="Georgia" w:cs="Georgia" w:eastAsia="Georgia"/>
          <w:b w:val="0"/>
          <w:i w:val="0"/>
          <w:sz w:val="22"/>
        </w:rPr>
        <w:t>The "bravery" of an armed foreign soldier targeting defenseless children from a Black Hawk helicopter is astonishing indeed.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ing blasts of bombs falling on your</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Imagine being abruptly awoken in the middle of the night to the deafening blasts of bombs falling on your house; you take a couple of seconds to try and shake yourself out of this awful dream, but the shrieking sounds of your children screaming themselves hoarse leaves no room for doubt that it is real. The scorch- Nour Agha, the grief-stricken father, was a first-hand witness to the savage killing of his entire family.</w:t>
      </w:r>
    </w:p>
    <w:p>
      <w:pPr>
        <w:spacing w:before="0" w:after="120" w:line="300" w:lineRule="exact"/>
        <w:jc w:val="both"/>
      </w:pPr>
      <w:r>
        <w:rPr>
          <w:rFonts w:ascii="Georgia" w:hAnsi="Georgia" w:cs="Georgia" w:eastAsia="Georgia"/>
          <w:b w:val="0"/>
          <w:i w:val="0"/>
          <w:sz w:val="22"/>
        </w:rPr>
        <w:t>He reportedly said: "My house was bombarded in the middle of the night and my children were killed. The Taliban were far away from my home, TALIBAN ON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 — THEIR HELL-HOLE And a decade of conflict has left many dead.</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AFGHANISTAN — THEIR HELL-HOLE And a decade of conflict has left many dead. The UN says that more than 10,000 civilians have died in violence in the past five years alone. More than 2,500 international troops have been killed—most of them American. The conflict has already surpassed Vietnam to become the longest war in US history. (BBC News) MOVE In recent months Afghanistan has seen a string of brazen assaults on major cities and military targets as well as high profile assassinations, such as the killing last month of Afghan peace envoy and former president Burhanuddin Rabbani.</w:t>
      </w:r>
    </w:p>
    <w:p>
      <w:pPr>
        <w:spacing w:before="0" w:after="120" w:line="300" w:lineRule="exact"/>
        <w:jc w:val="both"/>
      </w:pPr>
      <w:r>
        <w:rPr>
          <w:rFonts w:ascii="Georgia" w:hAnsi="Georgia" w:cs="Georgia" w:eastAsia="Georgia"/>
          <w:b w:val="0"/>
          <w:i w:val="0"/>
          <w:sz w:val="22"/>
        </w:rPr>
        <w:t>Mr Karzai said that it was a "serious shortcoming" that the Taliban were able to launch such spectacular attacks. (BBC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Case in point: early last March, in</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typical NATO fashion, ISAF forces "accidentally" killed nine Afghan children (aged 7 to 12) while they were collecting wood to heat their homes in a mountainous area in Kunar Province. And just like Maj. Gen. DEFEAT After a decade of fighting in Afghanistan, retired Army General Stanley McChrystal estimated that the coalition was "a little better than" half way to achieving its military ambitions, adding that the US began the war with a "frighteningly simplistic" view.</w:t>
      </w:r>
    </w:p>
    <w:p>
      <w:pPr>
        <w:spacing w:before="0" w:after="120" w:line="300" w:lineRule="exact"/>
        <w:jc w:val="both"/>
      </w:pPr>
      <w:r>
        <w:rPr>
          <w:rFonts w:ascii="Georgia" w:hAnsi="Georgia" w:cs="Georgia" w:eastAsia="Georgia"/>
          <w:b w:val="0"/>
          <w:i w:val="0"/>
          <w:sz w:val="22"/>
        </w:rPr>
        <w:t>(BBC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U.S. STRATEGY - ITS DEFEAT AND WITHDRAWAL</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Defeated on the battlefields of the Afghan Jihad, the U.S. as well as its coalition partners in aggression and brutality, have announced their phased withdrawal, and to end combat operations. More than ten years of war at a monthly cost of $10 billion – a staggering $6 trillion since the brutal invasion – the U.S., Nato and its coalition partners have sobered up to realize that the Taliban are indefatiguable Mujahideen who have delivered not only shattering rebuffs to the armies of the world's superpowers, but have convincingly exploded the myth of the 'invincibility' of U.S. and NATO militaries.</w:t>
      </w:r>
    </w:p>
    <w:p>
      <w:pPr>
        <w:spacing w:before="0" w:after="120" w:line="300" w:lineRule="exact"/>
        <w:jc w:val="both"/>
      </w:pPr>
      <w:r>
        <w:rPr>
          <w:rFonts w:ascii="Georgia" w:hAnsi="Georgia" w:cs="Georgia" w:eastAsia="Georgia"/>
          <w:b w:val="0"/>
          <w:i w:val="0"/>
          <w:sz w:val="22"/>
        </w:rPr>
        <w:t>The Taliban have demonstrated conclusively the superiority of the power of Imaan, and the eternal truth of the Qur'aan Shareef which states: With a bankrupt economy, thousands of its soldiers killed and maimed, innumerable suicides of military personnel driven to insanity by the Iraq and Afghan wars, humiliation of its elite and special forces at the hands of the rustic Talibaan Mujahideen, and hundreds of thousands of war veterans suffering from various degrees of madness, the U.S. is like an injured whimpering dog blaming Pakistan for its woes.</w:t>
      </w:r>
    </w:p>
    <w:p>
      <w:pPr>
        <w:spacing w:before="0" w:after="120" w:line="300" w:lineRule="exact"/>
        <w:jc w:val="both"/>
      </w:pPr>
      <w:r>
        <w:rPr>
          <w:rFonts w:ascii="Georgia" w:hAnsi="Georgia" w:cs="Georgia" w:eastAsia="Georgia"/>
          <w:b w:val="0"/>
          <w:i w:val="0"/>
          <w:sz w:val="22"/>
        </w:rPr>
        <w:t>"They (kuffaar) cannot fight you with their coalition except from inside fortified barracks or from behind (blast) walls (as is the case in Afghani- stan and Iraq). You think that they (their coalition) is a united front, whilst (in reality) their hearts are torn asunder (each one having mistrust and aversion for the other). That is because they are people without intelligence." The reality on the ground, namely, defeat upon defeat on the battlefields, have brought about the cessation of combat operations.</w:t>
      </w:r>
    </w:p>
    <w:p>
      <w:pPr>
        <w:spacing w:before="0" w:after="120" w:line="300" w:lineRule="exact"/>
        <w:jc w:val="both"/>
      </w:pPr>
      <w:r>
        <w:rPr>
          <w:rFonts w:ascii="Georgia" w:hAnsi="Georgia" w:cs="Georgia" w:eastAsia="Georgia"/>
          <w:b w:val="0"/>
          <w:i w:val="0"/>
          <w:sz w:val="22"/>
        </w:rPr>
        <w:t>The decision has been imposed on the U.S. by the Taliban who roam freely across the greater part of the country. They control most of Afghanistan, and have established their writ. The frantic attempts to engage the Taliban in negotiations is abundant testimony for the defeat of the U.S. superpower and NATO. While the U.S. will withdraw its forces from the fighting zones and cease combat operations, it has no intention of abandoning the Bagram airbase which it has developed into one of its largest military bases in the world.</w:t>
      </w:r>
    </w:p>
    <w:p>
      <w:pPr>
        <w:spacing w:before="0" w:after="120" w:line="300" w:lineRule="exact"/>
        <w:jc w:val="both"/>
      </w:pPr>
      <w:r>
        <w:rPr>
          <w:rFonts w:ascii="Georgia" w:hAnsi="Georgia" w:cs="Georgia" w:eastAsia="Georgia"/>
          <w:b w:val="0"/>
          <w:i w:val="0"/>
          <w:sz w:val="22"/>
        </w:rPr>
        <w:t>Despite the quagmire into which the U.S. has sunk in Afghanistan, it is not prepared to abandon the Bagram airbase which is vital for it in case of war with China and Russia. The other vital consideration which does not allow the U.S. to abandon Bagram is the important gas pipeline planned to run through Central Asia, Afghanistan and Pakistan.</w:t>
      </w:r>
    </w:p>
    <w:p>
      <w:pPr>
        <w:spacing w:before="0" w:after="120" w:line="300" w:lineRule="exact"/>
        <w:jc w:val="both"/>
      </w:pPr>
      <w:r>
        <w:rPr>
          <w:rFonts w:ascii="Georgia" w:hAnsi="Georgia" w:cs="Georgia" w:eastAsia="Georgia"/>
          <w:b w:val="0"/>
          <w:i w:val="0"/>
          <w:sz w:val="22"/>
        </w:rPr>
        <w:t>Commenting on this issue, Al Jazeera, citing Pepe Escobar of the Asia Times, writes: "It all comes back, once again, to Pipelinestan – and one of its outstanding chimeras – the Turkmenistan / Afghanistan /Pakistan (TAP) gas pipeline. The U.S. corporate media simply refuse to cover what is one of the most important stories of the early 21st century.</w:t>
      </w:r>
    </w:p>
    <w:p>
      <w:pPr>
        <w:spacing w:before="0" w:after="120" w:line="300" w:lineRule="exact"/>
        <w:jc w:val="both"/>
      </w:pPr>
      <w:r>
        <w:rPr>
          <w:rFonts w:ascii="Georgia" w:hAnsi="Georgia" w:cs="Georgia" w:eastAsia="Georgia"/>
          <w:b w:val="0"/>
          <w:i w:val="0"/>
          <w:sz w:val="22"/>
        </w:rPr>
        <w:t>Washington has badly wanted TAP since the mid-1990s, when the Clinton administration was negotiating with the Taliban; the talks broke down because of transit fees, even before 9/11, when the Bush administration decided to change the rhetoric from 'a carpet of gold' to a 'carpet of bombs'. TAP is a classic Pipelinestan gambit; the US supporting the flow of gas from Central Asia to global markets, bypassing both Iran and Russia.</w:t>
      </w:r>
    </w:p>
    <w:p>
      <w:pPr>
        <w:spacing w:before="0" w:after="120" w:line="300" w:lineRule="exact"/>
        <w:jc w:val="both"/>
      </w:pPr>
      <w:r>
        <w:rPr>
          <w:rFonts w:ascii="Georgia" w:hAnsi="Georgia" w:cs="Georgia" w:eastAsia="Georgia"/>
          <w:b w:val="0"/>
          <w:i w:val="0"/>
          <w:sz w:val="22"/>
        </w:rPr>
        <w:t>If it ever gets built, it will cost over $10 billion. It needs a totally pacified Afghanistan – still another chimera – and a Pakistani government totally implicated in Afghanistan's security, still a no-no as long as Islamabad's policy is to have Afghanistan as its 'strategic depth', a vassal state, in long-term confrontation mindset against India.</w:t>
      </w:r>
    </w:p>
    <w:p>
      <w:pPr>
        <w:spacing w:before="0" w:after="120" w:line="300" w:lineRule="exact"/>
        <w:jc w:val="both"/>
      </w:pPr>
      <w:r>
        <w:rPr>
          <w:rFonts w:ascii="Georgia" w:hAnsi="Georgia" w:cs="Georgia" w:eastAsia="Georgia"/>
          <w:b w:val="0"/>
          <w:i w:val="0"/>
          <w:sz w:val="22"/>
        </w:rPr>
        <w:t>Washington is getting desperate because it knows the Pakistani military will always support the Taliban as much as they support hardcore Islamist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groups fighting India.</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groups fighting India. Its mind-boggling that 10 years and $5.4 trillion dollars later, the situation is exactly the same. Washington still badly wants 'its' pipeline – which in fact will be a winning game mostly for commodity traders, global finance majors and Western energy giants. This whole saga might have been accomplished without a superpower bankrupting itself, and without immense, atrocious, sustained loss of life." COMMENT: It is costing the U.S. $10 billion a month in Afghanistan to sustain its murderous presence which is leading to defeat and humiliation.</w:t>
      </w:r>
    </w:p>
    <w:p>
      <w:pPr>
        <w:spacing w:before="0" w:after="120" w:line="300" w:lineRule="exact"/>
        <w:jc w:val="both"/>
      </w:pPr>
      <w:r>
        <w:rPr>
          <w:rFonts w:ascii="Georgia" w:hAnsi="Georgia" w:cs="Georgia" w:eastAsia="Georgia"/>
          <w:b w:val="0"/>
          <w:i w:val="0"/>
          <w:sz w:val="22"/>
        </w:rPr>
        <w:t>The objective of the pipeline could have been achieved 15 years ago when America was negotiating with the Taliban who were the government at that time. The talks broke down on account of miserliness. The U.S. was not prepared to pay the transit or whatever other fees the Taliban were stipulating for the passage of the pipeline through Afghanistan.</w:t>
      </w:r>
    </w:p>
    <w:p>
      <w:pPr>
        <w:spacing w:before="0" w:after="120" w:line="300" w:lineRule="exact"/>
        <w:jc w:val="both"/>
      </w:pPr>
      <w:r>
        <w:rPr>
          <w:rFonts w:ascii="Georgia" w:hAnsi="Georgia" w:cs="Georgia" w:eastAsia="Georgia"/>
          <w:b w:val="0"/>
          <w:i w:val="0"/>
          <w:sz w:val="22"/>
        </w:rPr>
        <w:t>Greed blights the intelligence of the cleverest men. Instead of the colossal waste, misery and bankruptcy which have ensued in the wake of America's invasion of Afghanistan, the U.S. would have made billions of dollars in profit over the years if it had accepted the Taliban's monetary demand.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R4,000,000 TO EQUIP</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 DOG It costs almost R4,000,000 to train and equip a dog for deployment in Afghanistan. Fitted with bullet-proof vests and a variety of sophisticated equipment, the dogs have been called on to assist the elite forces of the U.S. in the losing battle against the Taliban. All the elite and special forces of the U.S. with their Seals and Dogs have failed against the Taliban with their Moun- tain technology.</w:t>
      </w:r>
    </w:p>
    <w:p>
      <w:pPr>
        <w:spacing w:before="0" w:after="120" w:line="300" w:lineRule="exact"/>
        <w:jc w:val="both"/>
      </w:pPr>
      <w:r>
        <w:rPr>
          <w:rFonts w:ascii="Georgia" w:hAnsi="Georgia" w:cs="Georgia" w:eastAsia="Georgia"/>
          <w:b w:val="0"/>
          <w:i w:val="0"/>
          <w:sz w:val="22"/>
        </w:rPr>
        <w:t>The Mountain technology of the Taliban testifies to the truth of the Qur'aan: "It is not you (O Muhammad!) who flung the pebbles when you did so. But it was Allah Who flung the pebbles (and struck down the forces of the Mushrikeen)." Victory and defeat are the decrees of Allah Azza Wa Jal. The duty of the Mujahid is merely to offer his services and life in the Path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ENEMY CONCEDES THE TOUGH REALITY OF FIGHTING THE TALIBAN</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THE BEST TESTIMONY IS THE TESTIMONY OF THE ENEMY (Report by BBC NEWS) "After 10 years in Afghanistan a vicious guerrilla war still rages in the Upper Gereshk valley, which US marines are in the process of handing back to British forces. It has only just turned 07:00 and it's already pushing 35C (95F). The three litres of warm water you drank at dawn have already soaked into your flak vest.</w:t>
      </w:r>
    </w:p>
    <w:p>
      <w:pPr>
        <w:spacing w:before="0" w:after="120" w:line="300" w:lineRule="exact"/>
        <w:jc w:val="both"/>
      </w:pPr>
      <w:r>
        <w:rPr>
          <w:rFonts w:ascii="Georgia" w:hAnsi="Georgia" w:cs="Georgia" w:eastAsia="Georgia"/>
          <w:b w:val="0"/>
          <w:i w:val="0"/>
          <w:sz w:val="22"/>
        </w:rPr>
        <w:t>The patrol advances slowly, inching through poppy fields like their lives depended on it. Suddenly a massive explosion rips through the air less than 50m behind. The Taliban have boobytrapped the right-hand gate of the compound with a grenade and an IED (improvised explosive device) during the night. By chance we exited by the left gate. Twenty-one-year-old Dustin Weier picks himself up and leads with a metal detector sweeping this way and that, followed by a dog handler with a black Labrador called Moxi.</w:t>
      </w:r>
    </w:p>
    <w:p>
      <w:pPr>
        <w:spacing w:before="0" w:after="120" w:line="300" w:lineRule="exact"/>
        <w:jc w:val="both"/>
      </w:pPr>
      <w:r>
        <w:rPr>
          <w:rFonts w:ascii="Georgia" w:hAnsi="Georgia" w:cs="Georgia" w:eastAsia="Georgia"/>
          <w:b w:val="0"/>
          <w:i w:val="0"/>
          <w:sz w:val="22"/>
        </w:rPr>
        <w:t>Both are there to detect the countless other IEDs buried just inches under the dry, lumpy soil, and they're not always successful. The patrol follows directly in their footsteps, a safe path indicated by baby powder 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ENEMY CONCEDES THE TOUGH REALITY OF FIGHTING THE TALIBAN</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bottle-tops placed on the dirt. "Straight line 10 yards until you get to the bottle-top, then turn and come directly to me," the message is whispered from one man to the next down the line. To deviate a few inches could result in a pressure-plate being compressed and the baritone boom of 20kg of silvery-grey homemade explosive exploding underfoot.</w:t>
      </w:r>
    </w:p>
    <w:p>
      <w:pPr>
        <w:spacing w:before="0" w:after="120" w:line="300" w:lineRule="exact"/>
        <w:jc w:val="both"/>
      </w:pPr>
      <w:r>
        <w:rPr>
          <w:rFonts w:ascii="Georgia" w:hAnsi="Georgia" w:cs="Georgia" w:eastAsia="Georgia"/>
          <w:b w:val="0"/>
          <w:i w:val="0"/>
          <w:sz w:val="22"/>
        </w:rPr>
        <w:t>It's happened twice in the last four days, three times if you count that near miss. Around here that makes it a good week. The sun is beginning to burn as the patrol pushes 150m across an open field when the Taliban open up from tree lines to the west. One marine drops instantly, shot in the lower back. "I'm hit," he shouts as he falls to the ground.</w:t>
      </w:r>
    </w:p>
    <w:p>
      <w:pPr>
        <w:spacing w:before="0" w:after="120" w:line="300" w:lineRule="exact"/>
        <w:jc w:val="both"/>
      </w:pPr>
      <w:r>
        <w:rPr>
          <w:rFonts w:ascii="Georgia" w:hAnsi="Georgia" w:cs="Georgia" w:eastAsia="Georgia"/>
          <w:b w:val="0"/>
          <w:i w:val="0"/>
          <w:sz w:val="22"/>
        </w:rPr>
        <w:t>The rest of the squad returns fire. Time compresses as a thousand bullets make an impossible noise. But instead of the insurgents ghosting away before the marines can take aim or helicopter gunships arrive, they increase their rate of fire. Sustained, accurate gunfire rips through the patrol and the Americans are forced to retreat to safety, running through a wall of gunshots from the west that are joined by fire from the east.</w:t>
      </w:r>
    </w:p>
    <w:p>
      <w:pPr>
        <w:spacing w:before="0" w:after="120" w:line="300" w:lineRule="exact"/>
        <w:jc w:val="both"/>
      </w:pPr>
      <w:r>
        <w:rPr>
          <w:rFonts w:ascii="Georgia" w:hAnsi="Georgia" w:cs="Georgia" w:eastAsia="Georgia"/>
          <w:b w:val="0"/>
          <w:i w:val="0"/>
          <w:sz w:val="22"/>
        </w:rPr>
        <w:t>A well-executed complex ambush. Sucking mud It's the brazenness of the Taliban that is unexpected - within 20 minutes they are throwing grenades from hidden positions just a few metres from the patrol and firing others from low-slung launchers. The grenades dance towards the landing zone as a medevac helicopter lands to pick up the casualty.</w:t>
      </w:r>
    </w:p>
    <w:p>
      <w:pPr>
        <w:spacing w:before="0" w:after="120" w:line="300" w:lineRule="exact"/>
        <w:jc w:val="both"/>
      </w:pPr>
      <w:r>
        <w:rPr>
          <w:rFonts w:ascii="Georgia" w:hAnsi="Georgia" w:cs="Georgia" w:eastAsia="Georgia"/>
          <w:b w:val="0"/>
          <w:i w:val="0"/>
          <w:sz w:val="22"/>
        </w:rPr>
        <w:t>And it's like that every single day. The war in Helmand isn't supposed to be like this, not now. With good security gains being made in the district centres of Marjeh, Garmser, Now Zad, Nad Ali and Musa Qalah, on paper things look like they're going to plan. In the ploughed fields and thick tree lines of Upper Gereshk valley and up north to Sangin, a place where British forces lost a third of their total casualties in Helmand, the war still rages and it has caused terrible damage to the US Marines, who have been fighting an unseen and determined foe.</w:t>
      </w:r>
    </w:p>
    <w:p>
      <w:pPr>
        <w:spacing w:before="0" w:after="120" w:line="300" w:lineRule="exact"/>
        <w:jc w:val="both"/>
      </w:pPr>
      <w:r>
        <w:rPr>
          <w:rFonts w:ascii="Georgia" w:hAnsi="Georgia" w:cs="Georgia" w:eastAsia="Georgia"/>
          <w:b w:val="0"/>
          <w:i w:val="0"/>
          <w:sz w:val="22"/>
        </w:rPr>
        <w:t>"This is our Vietnam," say the marines of 3rd Battalion, 4th Regiment, who by mid-September had taken 90 casualties since they deployed in April, including five killed in action. "Every time we leave the wire we get shot at or find an IED, either with our engineers or by treading on it. The Taliban have freedom of movement and we can't engage until they've engaged us first.</w:t>
      </w:r>
    </w:p>
    <w:p>
      <w:pPr>
        <w:spacing w:before="0" w:after="120" w:line="300" w:lineRule="exact"/>
        <w:jc w:val="both"/>
      </w:pPr>
      <w:r>
        <w:rPr>
          <w:rFonts w:ascii="Georgia" w:hAnsi="Georgia" w:cs="Georgia" w:eastAsia="Georgia"/>
          <w:b w:val="0"/>
          <w:i w:val="0"/>
          <w:sz w:val="22"/>
        </w:rPr>
        <w:t>Sometimes it's hard to see what we're supposed to accomplish out here." Intelligence suggest this area was home to the Afghan Army 93rd Brigade in the 1990s and that elements of this old unit form the core of the fighters here - veterans of combat, well-armed and tactically minded. Ferocity In a bad week, injuries are sustained almost every day.</w:t>
      </w:r>
    </w:p>
    <w:p>
      <w:pPr>
        <w:spacing w:before="0" w:after="120" w:line="300" w:lineRule="exact"/>
        <w:jc w:val="both"/>
      </w:pPr>
      <w:r>
        <w:rPr>
          <w:rFonts w:ascii="Georgia" w:hAnsi="Georgia" w:cs="Georgia" w:eastAsia="Georgia"/>
          <w:b w:val="0"/>
          <w:i w:val="0"/>
          <w:sz w:val="22"/>
        </w:rPr>
        <w:t>The 2nd Platoon is just 50m outside its patrol base when it is attacked by accurate machine-gun fire. One marine is killed after four rounds hit him in a tight grouping just below the collarbone and another strikes him in the back. As his comrades scramble on top of a building to return fire, an IED placed on the roof blows up, amputating the limbs of a machinegunner.</w:t>
      </w:r>
    </w:p>
    <w:p>
      <w:pPr>
        <w:spacing w:before="0" w:after="120" w:line="300" w:lineRule="exact"/>
        <w:jc w:val="both"/>
      </w:pPr>
      <w:r>
        <w:rPr>
          <w:rFonts w:ascii="Georgia" w:hAnsi="Georgia" w:cs="Georgia" w:eastAsia="Georgia"/>
          <w:b w:val="0"/>
          <w:i w:val="0"/>
          <w:sz w:val="22"/>
        </w:rPr>
        <w:t>The marine behind him has his clothes ripped off completely by the force of the blast and suffers concussion. That platoon takes a total of six casualties in one day - the medevac helicopters clattering constantly overhead. One day later, a marine is hit by a sniper round in the side, it bounces off his fifth vertebra and exits under his right arm.</w:t>
      </w:r>
    </w:p>
    <w:p>
      <w:pPr>
        <w:spacing w:before="0" w:after="120" w:line="300" w:lineRule="exact"/>
        <w:jc w:val="both"/>
      </w:pPr>
      <w:r>
        <w:rPr>
          <w:rFonts w:ascii="Georgia" w:hAnsi="Georgia" w:cs="Georgia" w:eastAsia="Georgia"/>
          <w:b w:val="0"/>
          <w:i w:val="0"/>
          <w:sz w:val="22"/>
        </w:rPr>
        <w:t>Forty-eight hours after that, the 3rd Platoon is manning a position in an orchard when a round whistles in and catches one of them directly above his bulletproof vest - one inch above his heart. A week later, a grenade lands in the middle of a secure compound, wounding three marines on their way to dinner. The ferocity of the Taliban attacks is such that one of the battalion's two rifle companies, Lima Company, redeployed its troops to observation posts within a few hundred metres of the company's main base.</w:t>
      </w:r>
    </w:p>
    <w:p>
      <w:pPr>
        <w:spacing w:before="0" w:after="120" w:line="300" w:lineRule="exact"/>
        <w:jc w:val="both"/>
      </w:pPr>
      <w:r>
        <w:rPr>
          <w:rFonts w:ascii="Georgia" w:hAnsi="Georgia" w:cs="Georgia" w:eastAsia="Georgia"/>
          <w:b w:val="0"/>
          <w:i w:val="0"/>
          <w:sz w:val="22"/>
        </w:rPr>
        <w:t>The patrol bases a kilometre away had been abandoned, rations and supplies burned to deny them to the enemy, insurgents visible on the roofs of the compounds within minutes of the last marine leaving. This isn't the progressive Helmand you sometimes hear about in the news. "I see this place like Garmser two years ago," says Lt Col Robert Piddock, the Battalion Commander at Combat Outpost Ouellette.</w:t>
      </w:r>
    </w:p>
    <w:p>
      <w:pPr>
        <w:spacing w:before="0" w:after="120" w:line="300" w:lineRule="exact"/>
        <w:jc w:val="both"/>
      </w:pPr>
      <w:r>
        <w:rPr>
          <w:rFonts w:ascii="Georgia" w:hAnsi="Georgia" w:cs="Georgia" w:eastAsia="Georgia"/>
          <w:b w:val="0"/>
          <w:i w:val="0"/>
          <w:sz w:val="22"/>
        </w:rPr>
        <w:t>"We expected this level of activity. Third Battalion 5th Regiment had a tough time in Sangin last deployment [the unit took more than 225 casualties] and that's where we're at now. Casualties happen, we're an infantry battalion." There were also less than a handful of Afghan local police to watch the newlybuilt Route 611 between Gereshk and Sangin, and the men of Lima Company found themselves running out of options on a battlefield where the Taliban appeared to have the upper hand.</w:t>
      </w:r>
    </w:p>
    <w:p>
      <w:pPr>
        <w:spacing w:before="0" w:after="120" w:line="300" w:lineRule="exact"/>
        <w:jc w:val="both"/>
      </w:pPr>
      <w:r>
        <w:rPr>
          <w:rFonts w:ascii="Georgia" w:hAnsi="Georgia" w:cs="Georgia" w:eastAsia="Georgia"/>
          <w:b w:val="0"/>
          <w:i w:val="0"/>
          <w:sz w:val="22"/>
        </w:rPr>
        <w:t>Taliban chatter "I deployed here with the Royal Marines 40 Commando in 2007 and not a lot has changed," says Captain Andrew Terrell. "The situation is no better. The people here are not fed up with the fighting, they've not reached the limit of what they're willing to accept from the Taliban. It's easier for them to move out of the area and hope it settles down, but they don't look much further than tomorrow." You hear the Taliban on the radio.</w:t>
      </w:r>
    </w:p>
    <w:p>
      <w:pPr>
        <w:spacing w:before="0" w:after="120" w:line="300" w:lineRule="exact"/>
        <w:jc w:val="both"/>
      </w:pPr>
      <w:r>
        <w:rPr>
          <w:rFonts w:ascii="Georgia" w:hAnsi="Georgia" w:cs="Georgia" w:eastAsia="Georgia"/>
          <w:b w:val="0"/>
          <w:i w:val="0"/>
          <w:sz w:val="22"/>
        </w:rPr>
        <w:t>Every unit carries with them Afghan interpreters listening in on their communications on a transceiver. It's a strange thing, to be listening to the Taliban while they chatter all day. Normally they spend most of their time talking about nothing, lots of hellos and goodbyes, waiting for the marines to make a move. But as soon as a patrol leaves base, their tone changes.</w:t>
      </w:r>
    </w:p>
    <w:p>
      <w:pPr>
        <w:spacing w:before="0" w:after="120" w:line="300" w:lineRule="exact"/>
        <w:jc w:val="both"/>
      </w:pPr>
      <w:r>
        <w:rPr>
          <w:rFonts w:ascii="Georgia" w:hAnsi="Georgia" w:cs="Georgia" w:eastAsia="Georgia"/>
          <w:b w:val="0"/>
          <w:i w:val="0"/>
          <w:sz w:val="22"/>
        </w:rPr>
        <w:t>"The Americans are leaving, be ready to move into positions in 15 minutes," the insurgents will say. They know the marines are listening and sometimes it will be a foil. But often it isn't, and after a sustained contact you can hear the Taliban discuss their casualties over the radio. Dark humour By 13:00 it's so hot nobody can move. Only the freshwater crabs that live in the irrigation canals venture out of their muddy holes to feed.</w:t>
      </w:r>
    </w:p>
    <w:p>
      <w:pPr>
        <w:spacing w:before="0" w:after="120" w:line="300" w:lineRule="exact"/>
        <w:jc w:val="both"/>
      </w:pPr>
      <w:r>
        <w:rPr>
          <w:rFonts w:ascii="Georgia" w:hAnsi="Georgia" w:cs="Georgia" w:eastAsia="Georgia"/>
          <w:b w:val="0"/>
          <w:i w:val="0"/>
          <w:sz w:val="22"/>
        </w:rPr>
        <w:t>The skies above resonate with the distant buzz of Reaper drones and the slash and burp of jet fighters on a gun run. I ask the Battalion Commander how much pressure there is to get a "result" in this corner of Helmand. "There is a danger that we do something here that isn't sustainable," says Lt Col Piddock. "If Task Force Helmand take over our battlespace, they won't have the num- bers we do.</w:t>
      </w:r>
    </w:p>
    <w:p>
      <w:pPr>
        <w:spacing w:before="0" w:after="120" w:line="300" w:lineRule="exact"/>
        <w:jc w:val="both"/>
      </w:pPr>
      <w:r>
        <w:rPr>
          <w:rFonts w:ascii="Georgia" w:hAnsi="Georgia" w:cs="Georgia" w:eastAsia="Georgia"/>
          <w:b w:val="0"/>
          <w:i w:val="0"/>
          <w:sz w:val="22"/>
        </w:rPr>
        <w:t>A counter-insurgency fight is a long road and we'll leave this place better than when we arrived, but at some point you have to start talking about leaving." The British are now returning to the place that gave them so many nightmares in the past, and they are likely to need at least a battalion of highly motivated Afghan Army soldiers to have enough troops to secure the ground.</w:t>
      </w:r>
    </w:p>
    <w:p>
      <w:pPr>
        <w:spacing w:before="0" w:after="120" w:line="300" w:lineRule="exact"/>
        <w:jc w:val="both"/>
      </w:pPr>
      <w:r>
        <w:rPr>
          <w:rFonts w:ascii="Georgia" w:hAnsi="Georgia" w:cs="Georgia" w:eastAsia="Georgia"/>
          <w:b w:val="0"/>
          <w:i w:val="0"/>
          <w:sz w:val="22"/>
        </w:rPr>
        <w:t>"If I lose both legs and both arms to an IED," announces a sergeant, shortly after the platoon evacuates a tripleamputee, "if one of you bastards doesn't finish me off, then I'm going to get on my electric wheelchair back home and, using a Stars and Stripes pennant with my chin to control the joystick, drive myself out onto a freeway and finish the job." The next morning 3rd Platoon make its way through thick brush to occupy a new observation post, the branches slapping at their faces, boots slipping in the mud.</w:t>
      </w:r>
    </w:p>
    <w:p>
      <w:pPr>
        <w:spacing w:before="0" w:after="120" w:line="300" w:lineRule="exact"/>
        <w:jc w:val="both"/>
      </w:pPr>
      <w:r>
        <w:rPr>
          <w:rFonts w:ascii="Georgia" w:hAnsi="Georgia" w:cs="Georgia" w:eastAsia="Georgia"/>
          <w:b w:val="0"/>
          <w:i w:val="0"/>
          <w:sz w:val="22"/>
        </w:rPr>
        <w:t>The Taliban has flooded the fields to make movement more difficult, and the canals that channel water to the crops are deep and sheer sided. The engineers enter the compound first, sweeping for IEDs and booby-traps. It's a big, solid building, high walls with room for everyone. There's a vineyard loaded with sour, unripe grapes and two fresh-water wells - an ideal platoon base.</w:t>
      </w:r>
    </w:p>
    <w:p>
      <w:pPr>
        <w:spacing w:before="0" w:after="120" w:line="300" w:lineRule="exact"/>
        <w:jc w:val="both"/>
      </w:pPr>
      <w:r>
        <w:rPr>
          <w:rFonts w:ascii="Georgia" w:hAnsi="Georgia" w:cs="Georgia" w:eastAsia="Georgia"/>
          <w:b w:val="0"/>
          <w:i w:val="0"/>
          <w:sz w:val="22"/>
        </w:rPr>
        <w:t>Marines scale the walls and locate look-out points. An Afghan interpreter is helping move sandbags when a highvelocity shot cracks through the air. "Medic!" Not 20 minutes into a new base and already the place is zeroed by a sniper. The bullet has entered the Afghan's left shoulder and exited straight out through his back with little tissue damage, the vivid purple entry wound clearly visible below his collarbone.</w:t>
      </w:r>
    </w:p>
    <w:p>
      <w:pPr>
        <w:spacing w:before="0" w:after="120" w:line="300" w:lineRule="exact"/>
        <w:jc w:val="both"/>
      </w:pPr>
      <w:r>
        <w:rPr>
          <w:rFonts w:ascii="Georgia" w:hAnsi="Georgia" w:cs="Georgia" w:eastAsia="Georgia"/>
          <w:b w:val="0"/>
          <w:i w:val="0"/>
          <w:sz w:val="22"/>
        </w:rPr>
        <w:t>The squad return fire towards the location of the shooter, firing rockets into the position and a patrol quickly pushes out to look for a body or evidence they scored a hit. Nothing is found, no trace of the sniper, and radio chatter is heard that the Taliban have eyes on the patrol and are preparing to attack again. The war in Helmand isn't supposed to be like this, not now.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Recently a respected Imaam in</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say that today Jihad is Fardh-e-Ain. Is this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appears that they are unaware of the meaning of Fardh-e-Ain which is an act which is compulsory on every Muslim, male and female, e.g. the Fardh Salaat and Saum. It is compulsory on every Muslim to perform the five daily Salaat and to fast during the month of Ramadhaan. There are more than one and half billion Muslims on earth. If Jihad had to be Fardh-e-Ain, it will follow that every man and woman of the Ummah must compulsorily participate in Jihad. There never was such a situation in the history of Islam nor will there ever develop such a scenario. Where and how should a billion people engage in Jihad? Must the billion go to Afghanistan or to Chechnya where valid Jihad is being waged, or should the billion go to Palestine where there is no valid Jihad? Is it sensible to even suggest that if the billion does not converge on Afghanistan or Chechnya, they all will be guilty of the gravest sin of abandoning a Fardh-e-Ain act of ibaadat? Those who peddle the Fardh-e -Ain slogan do not know what they are talking. They lack Islamic knowledge. Even in Afghanistan, Jihad is not Fardh-e-Ain for the Afghans. The Mujahideen do not require canon fodder. They are fighting a powerful enemy. But they do not need 10 million men and women to destroy themselves in vain. In fact, the Taliban are not in need of numbers, for crowds hamper the Jihad. Neither could 10 million be correctly armed, nor are they trained for conducting warfare. It is neither rationally possible, nor logically nor logistically possible for 10 million to converge on the battlefields. They can only be canon fodder, and this is not the objective of Jihad. Now when there is no shortage of Mujahideen, the claim of Fardh-e-Ain is baseless and senseless. Jihad becomes Fardh-e-Ain on particular groups/communities in specific circumstances. In general, Jihad is Fardh-e-Kifaayah, and this is the obligation of Islamic states. But there are no Islamic states in this era. All Muslim lands are governed by kuffaar governments and rulers. However, the Taliban are admirably upholding the banner of Jihad. Rasulullah (sallallahu alayhi wasallam) said: "Jihad will continue until the Day of Qiyaamah."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group, Al-Shabab of Somalia waging a valid Jihad?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Al-Shabab claims that their objective is the establishment of a Shar'i state. They are therefore fighting a valid Jihad.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heard that Imaam Mahdi is already born. Is this true?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Allah knows best. The Shariah is silent on the time of his birth and appearance. The Shariah has left this information in the dark. Whatever the Shariah has left ambiguous, should be left ambiguous. Baseless predictions do not serve any beneficial purpose.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Who will come first: Imaam Mahdi or Nabi Isaa (alayhis salaam)?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Both will be in the same age. However, Imaam Mahdi (alayhis salaam) will appear first. Shortly thereafter Nabi Isaa (alayhis salaam) will descend from the heaven. He will appear in Damascus.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Who is Dajjaal? Will he be a human being?</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Dajjaal will be a human being. He will be an embodiment of Satanism. The letters kaaf, faa and raa will be inscribed on his forehead, and he will have one large, hideously protruding eye.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Where will Imaam Mahdi (alayhis salaam) appear?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Imaam Mahdi (alayhis salaam) will be discovered by some Ulama and Abdaal whilst he will be making Tawaaf of Baitullah. They will make the announcement and take the oath of allegiance on his hands. Should Imaam Mahdi (alayhis salaam) appear while the current rulers are at the helm in Arabia, we are sure that the establishment Ulama-e-Soo' will be the first to declare him as a 'terrorist', And appeal to the U.S. for protection. The Saudis, if they happen to be in power at that time, will most certainly try to apprehend him. But Allah's aid will be with Imaam Mahdi (alayhis salaam). He will quickly eliminate the oppressors and with his army, he will swiftly eliminate all the evil rulers in the Muslim lands where he will be passing through. He will establish Islam in the way the Sahaabah had achieved.</w:t>
      </w:r>
    </w:p>
    <w:p>
      <w:pPr>
        <w:spacing w:before="0" w:after="120" w:line="300" w:lineRule="exact"/>
        <w:jc w:val="both"/>
      </w:pPr>
      <w:r>
        <w:rPr>
          <w:rFonts w:ascii="Georgia" w:hAnsi="Georgia" w:cs="Georgia" w:eastAsia="Georgia"/>
          <w:b w:val="0"/>
          <w:i w:val="0"/>
          <w:sz w:val="22"/>
        </w:rPr>
        <w:t>our city joined the rebels in Libya and during the fighting he was martyred. The Imaam went to Libya to assist in the fight against Ghadafi. His intention was to help free Muslims from oppression. I have personally known the Imaam for many years. His desire was to fight in the Path of Allah. My questions are: Is the Jihad in Libya legitimate?</w:t>
      </w:r>
    </w:p>
    <w:p>
      <w:pPr>
        <w:spacing w:before="0" w:after="120" w:line="300" w:lineRule="exact"/>
        <w:jc w:val="both"/>
      </w:pPr>
      <w:r>
        <w:rPr>
          <w:rFonts w:ascii="Georgia" w:hAnsi="Georgia" w:cs="Georgia" w:eastAsia="Georgia"/>
          <w:b w:val="0"/>
          <w:i w:val="0"/>
          <w:sz w:val="22"/>
        </w:rPr>
        <w:t>Can one make dua against Ghadafi and his forces? A. The conflagration in Libya is not a valid Shar'i Jihad. The rebels who have now installed themselves as the government with the aid of the West are not contemplating the establishment of Islamic law. However, so far, the new rulers appear to be the lesser evil. Ghadafi was not a Muslim. He was an avowed enemy of the Deen.</w:t>
      </w:r>
    </w:p>
    <w:p>
      <w:pPr>
        <w:spacing w:before="0" w:after="120" w:line="300" w:lineRule="exact"/>
        <w:jc w:val="both"/>
      </w:pPr>
      <w:r>
        <w:rPr>
          <w:rFonts w:ascii="Georgia" w:hAnsi="Georgia" w:cs="Georgia" w:eastAsia="Georgia"/>
          <w:b w:val="0"/>
          <w:i w:val="0"/>
          <w:sz w:val="22"/>
        </w:rPr>
        <w:t>His removal has opened the door for those who wish to practise the Shariah. The people of the Deen should now take maximum advantage of the freedom of religion to implement programmes of the Deen for Deeni ta'leem and moral reformation which were forbidden during the tyrannical reign of Ghadafi. It is not possible for people of the Deen to unite with the secularists in a kuffaar system of government.</w:t>
      </w:r>
    </w:p>
    <w:p>
      <w:pPr>
        <w:spacing w:before="0" w:after="120" w:line="300" w:lineRule="exact"/>
        <w:jc w:val="both"/>
      </w:pPr>
      <w:r>
        <w:rPr>
          <w:rFonts w:ascii="Georgia" w:hAnsi="Georgia" w:cs="Georgia" w:eastAsia="Georgia"/>
          <w:b w:val="0"/>
          <w:i w:val="0"/>
          <w:sz w:val="22"/>
        </w:rPr>
        <w:t>The new rulers are merely substituting one system of kufr with another system of kufr. Those who have fought against Ghadafi for the sake of establishing a western system of kufr government come within the purview of the Hadith: "The killer and the killed will be in the Fire." As for the Imaam, may Allah Ta'ala grant him the lofty mansions of the Shuhada.</w:t>
      </w:r>
    </w:p>
    <w:p>
      <w:pPr>
        <w:spacing w:before="0" w:after="120" w:line="300" w:lineRule="exact"/>
        <w:jc w:val="both"/>
      </w:pPr>
      <w:r>
        <w:rPr>
          <w:rFonts w:ascii="Georgia" w:hAnsi="Georgia" w:cs="Georgia" w:eastAsia="Georgia"/>
          <w:b w:val="0"/>
          <w:i w:val="0"/>
          <w:sz w:val="22"/>
        </w:rPr>
        <w:t>Since his intention was sin- cere, it is hoped that he has gained shahaadat. And Allah knows best. In view of the scenario being so murky, there being no clear direction, dua should be in general for those whose intention is to serve Allah Ta'ala. Dua should also be made for the guidance of all the Muslims who are embroiled in the anarchy and internecine killing and destruction which are benefiting the enemies of Islam and of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 paper, 2011 is indeed a good year to start the troop drawdown and hand over partial…</w:t>
      </w:r>
    </w:p>
    <w:p>
      <w:pPr>
        <w:spacing w:before="0" w:after="160" w:line="300" w:lineRule="exact"/>
        <w:jc w:val="center"/>
      </w:pPr>
      <w:r>
        <w:rPr>
          <w:rFonts w:ascii="Georgia" w:hAnsi="Georgia" w:cs="Georgia" w:eastAsia="Georgia"/>
          <w:b w:val="0"/>
          <w:i/>
          <w:sz w:val="16"/>
        </w:rPr>
        <w:t>Page 12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 paper, 2011 is indeed a good year to start the troop drawdown and hand over partial control to the Afghan Army. But paper is never much use when you are up to your knees in sucking mud, and enemy snipers are shooting your comrades almost at will.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