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Al-Haq Bulletin No. 80</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458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BAND OF HAQ</w:t>
      </w:r>
    </w:p>
    <w:p>
      <w:pPr>
        <w:spacing w:before="0" w:after="120" w:line="300" w:lineRule="exact"/>
        <w:jc w:val="both"/>
      </w:pPr>
      <w:r>
        <w:rPr>
          <w:rFonts w:ascii="Georgia" w:hAnsi="Georgia" w:cs="Georgia" w:eastAsia="Georgia"/>
          <w:b w:val="0"/>
          <w:i w:val="0"/>
          <w:sz w:val="22"/>
        </w:rPr>
        <w:t>"There will ever remain a band from my Ummah fighting on the Haq until the Day of Qiyaamah. Those who oppose them and those who do not aid them, will not be able to harm them." (Hadith)</w:t>
      </w:r>
    </w:p>
    <w:p>
      <w:r>
        <w:br w:type="page"/>
      </w:r>
    </w:p>
    <w:p>
      <w:pPr>
        <w:pStyle w:val="Heading1"/>
        <w:spacing w:before="360" w:after="200" w:line="300" w:lineRule="exact"/>
        <w:jc w:val="center"/>
      </w:pPr>
      <w:r>
        <w:rPr>
          <w:rFonts w:ascii="Georgia" w:hAnsi="Georgia" w:cs="Georgia" w:eastAsia="Georgia"/>
          <w:b/>
          <w:i w:val="0"/>
          <w:color w:val="1F3864"/>
          <w:sz w:val="32"/>
        </w:rPr>
        <w:t>SPIDERS &amp; SHADOWS</w:t>
      </w:r>
    </w:p>
    <w:p>
      <w:pPr>
        <w:spacing w:before="120" w:after="120" w:line="300" w:lineRule="exact"/>
        <w:ind w:left="720" w:right="720"/>
        <w:jc w:val="center"/>
      </w:pPr>
      <w:r>
        <w:rPr>
          <w:rFonts w:ascii="Georgia" w:hAnsi="Georgia" w:cs="Georgia" w:eastAsia="Georgia"/>
          <w:b w:val="0"/>
          <w:i/>
          <w:sz w:val="22"/>
        </w:rPr>
        <w:t>"The similitude of those who take as protectors others besides Allah is like a spider which spins a web. Verily, the frailest (weakest) of homes is the web of a spider."</w:t>
      </w:r>
    </w:p>
    <w:p>
      <w:pPr>
        <w:spacing w:before="120" w:after="120" w:line="300" w:lineRule="exact"/>
        <w:ind w:left="720" w:right="720"/>
        <w:jc w:val="center"/>
      </w:pPr>
      <w:r>
        <w:rPr>
          <w:rFonts w:ascii="Georgia" w:hAnsi="Georgia" w:cs="Georgia" w:eastAsia="Georgia"/>
          <w:b w:val="0"/>
          <w:i/>
          <w:sz w:val="22"/>
        </w:rPr>
        <w:t>(Al-Ankaboot, Aayat 41)</w:t>
      </w:r>
    </w:p>
    <w:p>
      <w:pPr>
        <w:spacing w:before="0" w:after="120" w:line="300" w:lineRule="exact"/>
        <w:jc w:val="both"/>
      </w:pPr>
      <w:r>
        <w:rPr>
          <w:rFonts w:ascii="Georgia" w:hAnsi="Georgia" w:cs="Georgia" w:eastAsia="Georgia"/>
          <w:b w:val="0"/>
          <w:i w:val="0"/>
          <w:sz w:val="22"/>
        </w:rPr>
        <w:t>Trump, the USA, the international community phantom, Egypt, Qatar, Saudi Arabia and Turkey to whom Hamas is looking askance are all spiders spinning the flimsiest webs which Hamas regards to be the bulwarks for protecting it and the Palestinians against the brutal US-Israeli aggression and genocide in the making.</w:t>
      </w:r>
    </w:p>
    <w:p>
      <w:pPr>
        <w:spacing w:before="0" w:after="120" w:line="300" w:lineRule="exact"/>
        <w:jc w:val="both"/>
      </w:pPr>
      <w:r>
        <w:rPr>
          <w:rFonts w:ascii="Georgia" w:hAnsi="Georgia" w:cs="Georgia" w:eastAsia="Georgia"/>
          <w:b w:val="0"/>
          <w:i w:val="0"/>
          <w:sz w:val="22"/>
        </w:rPr>
        <w:t>Hamas, the Palestinians and the Ummah as a whole have not understood the massive upheavals and conflagration in Palestine. It appears that their Imaan has become excessively indurated with the kufr culture of the western kuffaar, hence they miserably fail to understand the warnings of the Qur'aan and Ahaadith.</w:t>
      </w:r>
    </w:p>
    <w:p>
      <w:pPr>
        <w:spacing w:before="0" w:after="120" w:line="300" w:lineRule="exact"/>
        <w:jc w:val="both"/>
      </w:pPr>
      <w:r>
        <w:rPr>
          <w:rFonts w:ascii="Georgia" w:hAnsi="Georgia" w:cs="Georgia" w:eastAsia="Georgia"/>
          <w:b w:val="0"/>
          <w:i w:val="0"/>
          <w:sz w:val="22"/>
        </w:rPr>
        <w:t>Although it is no secret that Trump is the designer and engineer of the genocide, Hamas still stupidly believes that this evil Shaitaan and the other boguses with their spider webs can or will save the Palestinians from the Yahudi brutality and aggression.</w:t>
      </w:r>
    </w:p>
    <w:p>
      <w:pPr>
        <w:spacing w:before="0" w:after="120" w:line="300" w:lineRule="exact"/>
        <w:jc w:val="both"/>
      </w:pPr>
      <w:r>
        <w:rPr>
          <w:rFonts w:ascii="Georgia" w:hAnsi="Georgia" w:cs="Georgia" w:eastAsia="Georgia"/>
          <w:b w:val="0"/>
          <w:i w:val="0"/>
          <w:sz w:val="22"/>
        </w:rPr>
        <w:t>In a speech commemorating the 38th anniversary of the founding of Hamas, al-Hayya emphasized the importance of continuing efforts to halt hostilities, particularly by completing the delivery of humanitarian aid and reopening the Rafah crossing.</w:t>
      </w:r>
    </w:p>
    <w:p>
      <w:pPr>
        <w:spacing w:before="0" w:after="120" w:line="300" w:lineRule="exact"/>
        <w:jc w:val="both"/>
      </w:pPr>
      <w:r>
        <w:rPr>
          <w:rFonts w:ascii="Georgia" w:hAnsi="Georgia" w:cs="Georgia" w:eastAsia="Georgia"/>
          <w:b w:val="0"/>
          <w:i w:val="0"/>
          <w:sz w:val="22"/>
        </w:rPr>
        <w:t>He also stressed the need to implement the ceasefire agreement, calling on the US administration, and specifically President Donald Trump, to pressure the occupation into compliance.</w:t>
      </w:r>
    </w:p>
    <w:p>
      <w:pPr>
        <w:spacing w:before="0" w:after="120" w:line="300" w:lineRule="exact"/>
        <w:jc w:val="both"/>
      </w:pPr>
      <w:r>
        <w:rPr>
          <w:rFonts w:ascii="Georgia" w:hAnsi="Georgia" w:cs="Georgia" w:eastAsia="Georgia"/>
          <w:b w:val="0"/>
          <w:i w:val="0"/>
          <w:sz w:val="22"/>
        </w:rPr>
        <w:t>How can Hamas expect the Engineer of the Genocide, Trump the brutal clown, to pressure Israel into compliance when he (Trump) is in reality the chief of the plot to exterminate the Palestinians and to capture Gazzah and its huge mines of wealth for himself? Hamas is displaying extreme naivety to say the least.</w:t>
      </w:r>
    </w:p>
    <w:p>
      <w:pPr>
        <w:spacing w:before="0" w:after="120" w:line="300" w:lineRule="exact"/>
        <w:jc w:val="both"/>
      </w:pPr>
      <w:r>
        <w:rPr>
          <w:rFonts w:ascii="Georgia" w:hAnsi="Georgia" w:cs="Georgia" w:eastAsia="Georgia"/>
          <w:b w:val="0"/>
          <w:i w:val="0"/>
          <w:sz w:val="22"/>
        </w:rPr>
        <w:t>From day one, Israel did not observe the terms of the ceasefire. The ceasefire violations have been incrementally increasing on a daily basis. This was expected. Despite the ongoing genocide the Chief of the Plot of Genocide stupidly claims that the ceasefire is holding. It is not that the 'ceasefire' is holding. The fact is that there never was a valid ceasefire from the very beginning in which Hamas stupidly believes</w:t>
      </w:r>
    </w:p>
    <w:p>
      <w:pPr>
        <w:spacing w:before="0" w:after="120" w:line="300" w:lineRule="exact"/>
        <w:jc w:val="both"/>
      </w:pPr>
      <w:r>
        <w:rPr>
          <w:rFonts w:ascii="Georgia" w:hAnsi="Georgia" w:cs="Georgia" w:eastAsia="Georgia"/>
          <w:b w:val="0"/>
          <w:i w:val="0"/>
          <w:sz w:val="22"/>
        </w:rPr>
        <w:t>By the 'ceasefire' holding, Trump means that Hamas has laid down its arms and is strictly complying regardless of the blatant violations of Israel. It is absolutely ridiculous for Hamas to believe that Trump can save the Palestinians. Allah Ta'ala warns us repeatedly in the Qur'aan Majeed that the Yahood and Nasaara cannot be trusted and that their only objective is the destruction of Islam and the Ummah.</w:t>
      </w:r>
    </w:p>
    <w:p>
      <w:pPr>
        <w:spacing w:before="120" w:after="40" w:line="300" w:lineRule="exact"/>
        <w:jc w:val="both"/>
      </w:pPr>
      <w:r>
        <w:rPr>
          <w:rFonts w:ascii="Georgia" w:hAnsi="Georgia" w:cs="Georgia" w:eastAsia="Georgia"/>
          <w:b/>
          <w:i/>
          <w:sz w:val="22"/>
        </w:rPr>
        <w:t>"There is no calamity/ misfortune (befalling anyone) except with the permission of Allah. He who believes in Allah, Allah guides his heart. And Allah is aware of everything. Obey Allah and obey the Rasool. If you turn away (from the Deen), then on Our Messengers is only the Clear Delivery (of the Message of Allah). Allah: there is no deity but He, and on Allah should the Mu'minoon have trust."</w:t>
      </w:r>
    </w:p>
    <w:p>
      <w:pPr>
        <w:spacing w:before="120" w:after="40" w:line="300" w:lineRule="exact"/>
        <w:jc w:val="both"/>
      </w:pPr>
      <w:r>
        <w:rPr>
          <w:rFonts w:ascii="Georgia" w:hAnsi="Georgia" w:cs="Georgia" w:eastAsia="Georgia"/>
          <w:b/>
          <w:i/>
          <w:sz w:val="22"/>
        </w:rPr>
        <w:t>(At-Taghaabun, 11, 12 &amp; 13)</w:t>
      </w:r>
    </w:p>
    <w:p>
      <w:pPr>
        <w:spacing w:before="120" w:after="40" w:line="300" w:lineRule="exact"/>
        <w:jc w:val="both"/>
      </w:pPr>
      <w:r>
        <w:rPr>
          <w:rFonts w:ascii="Georgia" w:hAnsi="Georgia" w:cs="Georgia" w:eastAsia="Georgia"/>
          <w:b/>
          <w:i/>
          <w:sz w:val="22"/>
        </w:rPr>
        <w:t>"Do not follow the kaafireen and the munaafiqeen. Ignore their harassment and repose trust on Allah. Allah suffices as a Helper."</w:t>
      </w:r>
    </w:p>
    <w:p>
      <w:pPr>
        <w:spacing w:before="120" w:after="40" w:line="300" w:lineRule="exact"/>
        <w:jc w:val="both"/>
      </w:pPr>
      <w:r>
        <w:rPr>
          <w:rFonts w:ascii="Georgia" w:hAnsi="Georgia" w:cs="Georgia" w:eastAsia="Georgia"/>
          <w:b/>
          <w:i/>
          <w:sz w:val="22"/>
        </w:rPr>
        <w:t>(Al-Ahzaab, Aayat 48)</w:t>
      </w:r>
    </w:p>
    <w:p>
      <w:pPr>
        <w:spacing w:before="0" w:after="120" w:line="300" w:lineRule="exact"/>
        <w:jc w:val="both"/>
      </w:pPr>
      <w:r>
        <w:rPr>
          <w:rFonts w:ascii="Georgia" w:hAnsi="Georgia" w:cs="Georgia" w:eastAsia="Georgia"/>
          <w:b w:val="0"/>
          <w:i w:val="0"/>
          <w:sz w:val="22"/>
        </w:rPr>
        <w:t>It does not behove true Muslims to understand that their enemies can ever be their helpers and save them from the calamities befalling them. These calamities are the Athaab of Allah Ta'ala. All the spiders together are hopeless and helpless. They cannot aid the Ummah. The Palestinians have lost the Road leading to Allah Ta'ala. They are stranded and astray, hence they plod the path of deviation and deception appealing to the scoundrel barbarians who are massacring them.</w:t>
      </w:r>
    </w:p>
    <w:p>
      <w:pPr>
        <w:spacing w:before="120" w:after="120" w:line="300" w:lineRule="exact"/>
        <w:ind w:left="720" w:right="720"/>
        <w:jc w:val="center"/>
      </w:pPr>
      <w:r>
        <w:rPr>
          <w:rFonts w:ascii="Georgia" w:hAnsi="Georgia" w:cs="Georgia" w:eastAsia="Georgia"/>
          <w:b w:val="0"/>
          <w:i/>
          <w:sz w:val="22"/>
        </w:rPr>
        <w:t>"Despite these challenges, the Resistance leader maintained, the longstanding Israeli narrative has collapsed, new convictions have emerged among rising Palestinian elites, and the Palestinian people and Resistance have achieved a series of strategic victories, such as breaking the myth of strategic deterrence, exposing Israeli claims, taking its leaders and soldiers to international courts, and revealing its grim image to the world."</w:t>
      </w:r>
    </w:p>
    <w:p>
      <w:pPr>
        <w:spacing w:before="0" w:after="120" w:line="300" w:lineRule="exact"/>
        <w:jc w:val="both"/>
      </w:pPr>
      <w:r>
        <w:rPr>
          <w:rFonts w:ascii="Georgia" w:hAnsi="Georgia" w:cs="Georgia" w:eastAsia="Georgia"/>
          <w:b w:val="0"/>
          <w:i w:val="0"/>
          <w:sz w:val="22"/>
        </w:rPr>
        <w:t>Hamas dwells in deception and confusion. The Israeli narrative has not collapsed. What has totally collapsed is the Palestinian people and their land. But the Palestinians who have drifted far, very far from Islam miserably fail to understand the cause of their misery, humiliation and defeat. On the contrary, Hamas is dwelling in a myth. All the colossal suffering of the Palestinians has not opened their eyes. Instead of turning unto Allah Ta'ala with repentance and renewing the Pledge of Obedience, they look at the enemies for succour, aid and salvation. Indeed they have become spiritually blind, deaf and dumb.</w:t>
      </w:r>
    </w:p>
    <w:p>
      <w:pPr>
        <w:spacing w:before="0" w:after="120" w:line="300" w:lineRule="exact"/>
        <w:jc w:val="both"/>
      </w:pPr>
      <w:r>
        <w:rPr>
          <w:rFonts w:ascii="Georgia" w:hAnsi="Georgia" w:cs="Georgia" w:eastAsia="Georgia"/>
          <w:b w:val="0"/>
          <w:i w:val="0"/>
          <w:sz w:val="22"/>
        </w:rPr>
        <w:t>The 'international court' is another enemy spider. Its verdicts are as flimsy as the spider's web mentioned in the Qur'aan Majeed. Its verdicts are not worth the price of toilet paper. But Hamas and others are stupidly proclaiming the international courts' stupid verdict to be a great victory when on the battlefield of Jihad they have suffered tremendous losses and defeats. The defeat is due to Allah Ta'ala withholding His Nusrat (Aid) from the treacherous Muslims.</w:t>
      </w:r>
    </w:p>
    <w:p>
      <w:pPr>
        <w:spacing w:before="120" w:after="40" w:line="300" w:lineRule="exact"/>
        <w:jc w:val="both"/>
      </w:pPr>
      <w:r>
        <w:rPr>
          <w:rFonts w:ascii="Georgia" w:hAnsi="Georgia" w:cs="Georgia" w:eastAsia="Georgia"/>
          <w:b/>
          <w:i/>
          <w:sz w:val="22"/>
        </w:rPr>
        <w:t>"If Allah aids you, no one can then defeat you. And, if He abandons you, then who is there to help you besides Him. On Allah should the Mu'minoon have trust."</w:t>
      </w:r>
    </w:p>
    <w:p>
      <w:pPr>
        <w:spacing w:before="120" w:after="40" w:line="300" w:lineRule="exact"/>
        <w:jc w:val="both"/>
      </w:pPr>
      <w:r>
        <w:rPr>
          <w:rFonts w:ascii="Georgia" w:hAnsi="Georgia" w:cs="Georgia" w:eastAsia="Georgia"/>
          <w:b/>
          <w:i/>
          <w:sz w:val="22"/>
        </w:rPr>
        <w:t>(Aal-e-Imraan, Aayat 160)</w:t>
      </w:r>
    </w:p>
    <w:p>
      <w:pPr>
        <w:spacing w:before="0" w:after="120" w:line="300" w:lineRule="exact"/>
        <w:jc w:val="both"/>
      </w:pPr>
      <w:r>
        <w:rPr>
          <w:rFonts w:ascii="Georgia" w:hAnsi="Georgia" w:cs="Georgia" w:eastAsia="Georgia"/>
          <w:b w:val="0"/>
          <w:i w:val="0"/>
          <w:sz w:val="22"/>
        </w:rPr>
        <w:t>How can Muslims have trust on Allah Ta'ala when they have abandoned Islam? Since they have abandoned Islam, Allah Ta'ala has abandoned them, and the consequence of Divine Abandonment is bootlicking the kuffaar enemies, and that is precisely what Hamas is doing in Qatar and Egypt, and with its stupid appeal to Trump who is the Architect and Executor of the genocide.</w:t>
      </w:r>
    </w:p>
    <w:p>
      <w:pPr>
        <w:spacing w:before="120" w:after="120" w:line="300" w:lineRule="exact"/>
        <w:ind w:left="720" w:right="720"/>
        <w:jc w:val="center"/>
      </w:pPr>
      <w:r>
        <w:rPr>
          <w:rFonts w:ascii="Georgia" w:hAnsi="Georgia" w:cs="Georgia" w:eastAsia="Georgia"/>
          <w:b w:val="0"/>
          <w:i/>
          <w:sz w:val="22"/>
        </w:rPr>
        <w:t>"In his closing remarks, al-Hayya stressed the importance of strengthening national unity, restoring the Palestinian Liberation Organization's standing, and pursuing legal accountability against the occupation and politically isolating it. He called for action at the regional and international levels to expand support for the Palestinian cause."</w:t>
      </w:r>
    </w:p>
    <w:p>
      <w:pPr>
        <w:spacing w:before="0" w:after="120" w:line="300" w:lineRule="exact"/>
        <w:jc w:val="both"/>
      </w:pPr>
      <w:r>
        <w:rPr>
          <w:rFonts w:ascii="Georgia" w:hAnsi="Georgia" w:cs="Georgia" w:eastAsia="Georgia"/>
          <w:b w:val="0"/>
          <w:i w:val="0"/>
          <w:sz w:val="22"/>
        </w:rPr>
        <w:t>An empty pipedream. Stupid people speak of 'unity'. There can never be unity based on kufr and the law of Taaghoot. Palestinians fighting Palestinians from the very inception of the birth of Hamas, has only worsened incrementally. True unity is a bounty which only Allah Ta'ala can bestow, and He grants it to only His obedient servants.</w:t>
      </w:r>
    </w:p>
    <w:p>
      <w:pPr>
        <w:spacing w:before="0" w:after="120" w:line="300" w:lineRule="exact"/>
        <w:jc w:val="both"/>
      </w:pPr>
      <w:r>
        <w:rPr>
          <w:rFonts w:ascii="Georgia" w:hAnsi="Georgia" w:cs="Georgia" w:eastAsia="Georgia"/>
          <w:b w:val="0"/>
          <w:i w:val="0"/>
          <w:sz w:val="22"/>
        </w:rPr>
        <w:t>The 'legal accountability' and 'politically isolating' the enemy are bunkum and stupidities of which Hamas dreams. The enemies of Islam are all in cahoots with the Yahoodi barbarians. The goal of all kuffaar is the destruction of Islam. What has this international spider done for the benefit of the Palestinians since the inception of Israel? As long as the gaze is on the enemies for protection and friendship, the Wrath of Allah Ta'ala will remain on the Palestinians.</w:t>
      </w:r>
    </w:p>
    <w:p>
      <w:pPr>
        <w:spacing w:before="120" w:after="40" w:line="300" w:lineRule="exact"/>
        <w:jc w:val="both"/>
      </w:pPr>
      <w:r>
        <w:rPr>
          <w:rFonts w:ascii="Georgia" w:hAnsi="Georgia" w:cs="Georgia" w:eastAsia="Georgia"/>
          <w:b/>
          <w:i/>
          <w:sz w:val="22"/>
        </w:rPr>
        <w:t>"O People of Imaan! If you follow the kuffaar, they will turn you on your heels (to renege from Islam), then you will become the great losers.</w:t>
      </w:r>
    </w:p>
    <w:p>
      <w:pPr>
        <w:spacing w:before="120" w:after="40" w:line="300" w:lineRule="exact"/>
        <w:jc w:val="both"/>
      </w:pPr>
      <w:r>
        <w:rPr>
          <w:rFonts w:ascii="Georgia" w:hAnsi="Georgia" w:cs="Georgia" w:eastAsia="Georgia"/>
          <w:b/>
          <w:i/>
          <w:sz w:val="22"/>
        </w:rPr>
        <w:t>In fact (only) Allah is your Protector, and</w:t>
      </w:r>
    </w:p>
    <w:p>
      <w:pPr>
        <w:spacing w:before="120" w:after="40" w:line="300" w:lineRule="exact"/>
        <w:jc w:val="both"/>
      </w:pPr>
      <w:r>
        <w:rPr>
          <w:rFonts w:ascii="Georgia" w:hAnsi="Georgia" w:cs="Georgia" w:eastAsia="Georgia"/>
          <w:b/>
          <w:i/>
          <w:sz w:val="22"/>
        </w:rPr>
        <w:t>He is the best of helpers."</w:t>
      </w:r>
    </w:p>
    <w:p>
      <w:pPr>
        <w:spacing w:before="120" w:after="40" w:line="300" w:lineRule="exact"/>
        <w:jc w:val="both"/>
      </w:pPr>
      <w:r>
        <w:rPr>
          <w:rFonts w:ascii="Georgia" w:hAnsi="Georgia" w:cs="Georgia" w:eastAsia="Georgia"/>
          <w:b/>
          <w:i/>
          <w:sz w:val="22"/>
        </w:rPr>
        <w:t>(Aal-e-Imraan, 149, 150)</w:t>
      </w:r>
    </w:p>
    <w:p>
      <w:pPr>
        <w:spacing w:before="0" w:after="120" w:line="300" w:lineRule="exact"/>
        <w:jc w:val="both"/>
      </w:pPr>
      <w:r>
        <w:rPr>
          <w:rFonts w:ascii="Georgia" w:hAnsi="Georgia" w:cs="Georgia" w:eastAsia="Georgia"/>
          <w:b w:val="0"/>
          <w:i w:val="0"/>
          <w:sz w:val="22"/>
        </w:rPr>
        <w:t>But Alas! Muslims do not understand this Assurance of Allah Azza Wa Jal. In fact they no longer believe in the Qur'aan, hence they seek the friendship and protection of their enemies - those very enemies who are plotting their destruction.</w:t>
      </w:r>
    </w:p>
    <w:p>
      <w:pPr>
        <w:spacing w:before="120" w:after="40" w:line="300" w:lineRule="exact"/>
        <w:jc w:val="both"/>
      </w:pPr>
      <w:r>
        <w:rPr>
          <w:rFonts w:ascii="Georgia" w:hAnsi="Georgia" w:cs="Georgia" w:eastAsia="Georgia"/>
          <w:b/>
          <w:i/>
          <w:sz w:val="22"/>
        </w:rPr>
        <w:t>"O People of Imaan! If you aid Allah (i.e. His Deen), He will aid you and</w:t>
      </w:r>
    </w:p>
    <w:p>
      <w:pPr>
        <w:spacing w:before="120" w:after="40" w:line="300" w:lineRule="exact"/>
        <w:jc w:val="both"/>
      </w:pPr>
      <w:r>
        <w:rPr>
          <w:rFonts w:ascii="Georgia" w:hAnsi="Georgia" w:cs="Georgia" w:eastAsia="Georgia"/>
          <w:b/>
          <w:i/>
          <w:sz w:val="22"/>
        </w:rPr>
        <w:t>He will plant your feet firmly (against your enemies).'</w:t>
      </w:r>
    </w:p>
    <w:p>
      <w:pPr>
        <w:spacing w:before="120" w:after="40" w:line="300" w:lineRule="exact"/>
        <w:jc w:val="both"/>
      </w:pPr>
      <w:r>
        <w:rPr>
          <w:rFonts w:ascii="Georgia" w:hAnsi="Georgia" w:cs="Georgia" w:eastAsia="Georgia"/>
          <w:b/>
          <w:i/>
          <w:sz w:val="22"/>
        </w:rPr>
        <w:t>(Muhammad, Aayat 7)</w:t>
      </w:r>
    </w:p>
    <w:p>
      <w:pPr>
        <w:spacing w:before="120" w:after="40" w:line="300" w:lineRule="exact"/>
        <w:jc w:val="both"/>
      </w:pPr>
      <w:r>
        <w:rPr>
          <w:rFonts w:ascii="Georgia" w:hAnsi="Georgia" w:cs="Georgia" w:eastAsia="Georgia"/>
          <w:b/>
          <w:i/>
          <w:sz w:val="22"/>
        </w:rPr>
        <w:t>"Do not become cowardly and do not call for peace (ceasefire). You will be victorious. Allah is with you, and He will not negate your deeds."</w:t>
      </w:r>
    </w:p>
    <w:p>
      <w:pPr>
        <w:spacing w:before="120" w:after="40" w:line="300" w:lineRule="exact"/>
        <w:jc w:val="both"/>
      </w:pPr>
      <w:r>
        <w:rPr>
          <w:rFonts w:ascii="Georgia" w:hAnsi="Georgia" w:cs="Georgia" w:eastAsia="Georgia"/>
          <w:b/>
          <w:i/>
          <w:sz w:val="22"/>
        </w:rPr>
        <w:t>(Muhammad, Aayat 35)</w:t>
      </w:r>
    </w:p>
    <w:p>
      <w:pPr>
        <w:spacing w:before="0" w:after="120" w:line="300" w:lineRule="exact"/>
        <w:jc w:val="both"/>
      </w:pPr>
      <w:r>
        <w:rPr>
          <w:rFonts w:ascii="Georgia" w:hAnsi="Georgia" w:cs="Georgia" w:eastAsia="Georgia"/>
          <w:b w:val="0"/>
          <w:i w:val="0"/>
          <w:sz w:val="22"/>
        </w:rPr>
        <w:t>Deficency of Imaan or lack of Imaan induces cowardice which constrains bootlicking the kuffaar, hence the 'ceasefire' never was a ceasefire. It was Trump's plot to secure the capitulation, surrender and defeat of Hamas. The current purring attitude of Hamas borders on bootlicking. The solution is to firstly understand the cause of the humiliation, then to administer the correct remedy which is prescribed in the Qur'aan and Sunnah. But this is possible only if there is genuine belief in the Qur'aan. Alas! The Qur'aan and the Sunnah have been shoved into antiquity by the Ummah all over the world, hence the only methodology Muslims understand in this era is Bootlicking the enemies.</w:t>
      </w:r>
    </w:p>
    <w:p>
      <w:pPr>
        <w:spacing w:before="120" w:after="120" w:line="300" w:lineRule="exact"/>
        <w:ind w:left="720" w:right="720"/>
        <w:jc w:val="center"/>
      </w:pPr>
      <w:r>
        <w:rPr>
          <w:rFonts w:ascii="Georgia" w:hAnsi="Georgia" w:cs="Georgia" w:eastAsia="Georgia"/>
          <w:b w:val="0"/>
          <w:i/>
          <w:sz w:val="22"/>
        </w:rPr>
        <w:t>"He also expressed gratitude to all who have supported the Palestinian people and stood with their cause, especially mediators in Egypt, Qatar, and Türkiye, affirming that Hamas "will remain loyal to its goals of liberating Palestine.""</w:t>
      </w:r>
    </w:p>
    <w:p>
      <w:pPr>
        <w:spacing w:before="0" w:after="120" w:line="300" w:lineRule="exact"/>
        <w:jc w:val="both"/>
      </w:pPr>
      <w:r>
        <w:rPr>
          <w:rFonts w:ascii="Georgia" w:hAnsi="Georgia" w:cs="Georgia" w:eastAsia="Georgia"/>
          <w:b w:val="0"/>
          <w:i w:val="0"/>
          <w:sz w:val="22"/>
        </w:rPr>
        <w:t>Expressing gratitude to the spiders for mirages and stupid assurances, is pure bootlicking the enemies. None of these so-called Muslim states has done anything or is capable of doing anything to stop the genocide. All of these vile spider scoundrels remain idle spectators while tens of thousands of Muslims are massacred and wounded right in front of their eyes. This Rubbish is unable to even persuade Israel to open the way for the food trucks to relieve the starving Palestinians. They sit in their offices disgorging stupid, ineffective and deceptive resolutions and statements full of sound and fury, but signifying nil. And all of these rascal spiders dance to the tune of the Chief Plotter, the Clown Trump.</w:t>
      </w:r>
    </w:p>
    <w:p>
      <w:pPr>
        <w:spacing w:before="120" w:after="120" w:line="300" w:lineRule="exact"/>
        <w:ind w:left="720" w:right="720"/>
        <w:jc w:val="center"/>
      </w:pPr>
      <w:r>
        <w:rPr>
          <w:rFonts w:ascii="Georgia" w:hAnsi="Georgia" w:cs="Georgia" w:eastAsia="Georgia"/>
          <w:b w:val="0"/>
          <w:i/>
          <w:sz w:val="22"/>
        </w:rPr>
        <w:t>"The movement emphasized that it has adhered to all the terms of the ceasefire agreement, while the occupation continues to violate it daily, highlighting 'Israel's' failure to respect ceasefire agreements. Hamas called on mediators and the US administration to pressure the occupation into implementing the agreement and to condemn its ongoing systematic breaches."</w:t>
      </w:r>
    </w:p>
    <w:p>
      <w:pPr>
        <w:spacing w:before="0" w:after="120" w:line="300" w:lineRule="exact"/>
        <w:jc w:val="both"/>
      </w:pPr>
      <w:r>
        <w:rPr>
          <w:rFonts w:ascii="Georgia" w:hAnsi="Georgia" w:cs="Georgia" w:eastAsia="Georgia"/>
          <w:b w:val="0"/>
          <w:i w:val="0"/>
          <w:sz w:val="22"/>
        </w:rPr>
        <w:t>This adherence by Hamas is the effect of bootlicking. It is indeed stupid for Hamas to even suggest that the "US administration should pressure the occupation forces to comply with the ceasefire terms". It is stupid because the Yahood are violating all the terms with reckless impunity at the command of the US.</w:t>
      </w:r>
    </w:p>
    <w:p>
      <w:pPr>
        <w:spacing w:before="120" w:after="120" w:line="300" w:lineRule="exact"/>
        <w:ind w:left="720" w:right="720"/>
        <w:jc w:val="center"/>
      </w:pPr>
      <w:r>
        <w:rPr>
          <w:rFonts w:ascii="Georgia" w:hAnsi="Georgia" w:cs="Georgia" w:eastAsia="Georgia"/>
          <w:b w:val="0"/>
          <w:i/>
          <w:sz w:val="22"/>
        </w:rPr>
        <w:t>"Hamas called on the Arab and Islamic nations, including leaders, governments, peoples, and organizations, to take urgent action and exert all possible efforts to pressure the occupation to end its aggression, reopen crossings, deliver aid, and immediately implement relief, shelter, and reconstruction plans to provide natural living needs for more than two million Palestinians."</w:t>
      </w:r>
    </w:p>
    <w:p>
      <w:pPr>
        <w:spacing w:before="0" w:after="120" w:line="300" w:lineRule="exact"/>
        <w:jc w:val="both"/>
      </w:pPr>
      <w:r>
        <w:rPr>
          <w:rFonts w:ascii="Georgia" w:hAnsi="Georgia" w:cs="Georgia" w:eastAsia="Georgia"/>
          <w:b w:val="0"/>
          <w:i w:val="0"/>
          <w:sz w:val="22"/>
        </w:rPr>
        <w:t>It appears that al-Hayya, the Hamas leader who issued this statement has become senile. His call on the spider governments of the so-called 'Islamic' countries is ludicrous mullock. Some of these countries are complicit with Israel against Hamas. And, all of them are impotent and absolutely hopeless from the military perspective. Their armed forces are capable of only oppressing and persecuting their own civilian populations. All of these Rubbish Spiders have been silent, impotent spectators for more than two years since the very beginning of the brutal genocide.</w:t>
      </w:r>
    </w:p>
    <w:p>
      <w:pPr>
        <w:spacing w:before="0" w:after="120" w:line="300" w:lineRule="exact"/>
        <w:jc w:val="both"/>
      </w:pPr>
      <w:r>
        <w:rPr>
          <w:rFonts w:ascii="Georgia" w:hAnsi="Georgia" w:cs="Georgia" w:eastAsia="Georgia"/>
          <w:b w:val="0"/>
          <w:i w:val="0"/>
          <w:sz w:val="22"/>
        </w:rPr>
        <w:t>Instead of calling on Allah Azza Wa Jal, the senile leader of the 'Resistance' calls on spiders and shadows for help. But the Help of Allah Azza Wa Jal has a price, and that price is Taa-at and Ibaadat (Obedience and Worship). Rasulullah (Sallallahu alayhi wasallam) said:</w:t>
      </w:r>
    </w:p>
    <w:p>
      <w:pPr>
        <w:spacing w:before="120" w:after="40" w:line="300" w:lineRule="exact"/>
        <w:jc w:val="both"/>
      </w:pPr>
      <w:r>
        <w:rPr>
          <w:rFonts w:ascii="Georgia" w:hAnsi="Georgia" w:cs="Georgia" w:eastAsia="Georgia"/>
          <w:b/>
          <w:i/>
          <w:sz w:val="22"/>
        </w:rPr>
        <w:t>"Whatever is by Allah is procurable by means of Obedience."</w:t>
      </w:r>
    </w:p>
    <w:p>
      <w:pPr>
        <w:spacing w:before="0" w:after="120" w:line="300" w:lineRule="exact"/>
        <w:jc w:val="both"/>
      </w:pPr>
      <w:r>
        <w:rPr>
          <w:rFonts w:ascii="Georgia" w:hAnsi="Georgia" w:cs="Georgia" w:eastAsia="Georgia"/>
          <w:b w:val="0"/>
          <w:i w:val="0"/>
          <w:sz w:val="22"/>
        </w:rPr>
        <w:t>But instead of Obedience to Allah Ta'ala, Muslims are bootlicking the kuffaar and obsequiously begging the enemy for aid. Indeed, treachery has convoluted and destroyed the thinking ability of Muslims, hence they resort to pure, disgraceful truckling and bootlicking without having the haziest idea that they are grovelling in humiliation at the feet of the Yahood and Nasaaraa enemies.</w:t>
      </w:r>
    </w:p>
    <w:p>
      <w:pPr>
        <w:spacing w:before="120" w:after="120" w:line="300" w:lineRule="exact"/>
        <w:ind w:left="720" w:right="720"/>
        <w:jc w:val="center"/>
      </w:pPr>
      <w:r>
        <w:rPr>
          <w:rFonts w:ascii="Georgia" w:hAnsi="Georgia" w:cs="Georgia" w:eastAsia="Georgia"/>
          <w:b w:val="0"/>
          <w:i/>
          <w:sz w:val="22"/>
        </w:rPr>
        <w:t>"The movement stressed that the liberation of Palestinian detainees remains a top national priority and expressed concern over the international silence on their just cause, calling on the international community and human rights organizations to pressure the occupation to stop its crimes against them."</w:t>
      </w:r>
    </w:p>
    <w:p>
      <w:pPr>
        <w:spacing w:before="0" w:after="120" w:line="300" w:lineRule="exact"/>
        <w:jc w:val="both"/>
      </w:pPr>
      <w:r>
        <w:rPr>
          <w:rFonts w:ascii="Georgia" w:hAnsi="Georgia" w:cs="Georgia" w:eastAsia="Georgia"/>
          <w:b w:val="0"/>
          <w:i w:val="0"/>
          <w:sz w:val="22"/>
        </w:rPr>
        <w:t>Hamas has learnt nothing from the 'international silence". Hamas stupidly calls on the spider 'international community'. How silly! Hamas has not learnt any lesson from the deafening silence of the devil's 'international community' since the inception of the genocide more than two years ago. All of these miserable scoundrel spiders who constitute the 'international community' are the poodles and lackeys of Trump who boots them around. All dance to the tune of the US Clown who is the chief plotter of the genocide.</w:t>
      </w:r>
    </w:p>
    <w:p>
      <w:pPr>
        <w:spacing w:before="120" w:after="40" w:line="300" w:lineRule="exact"/>
        <w:jc w:val="both"/>
      </w:pPr>
      <w:r>
        <w:rPr>
          <w:rFonts w:ascii="Georgia" w:hAnsi="Georgia" w:cs="Georgia" w:eastAsia="Georgia"/>
          <w:b/>
          <w:i/>
          <w:sz w:val="22"/>
        </w:rPr>
        <w:t>"Have you not seen those who think that they have Imaan (belief)</w:t>
      </w:r>
    </w:p>
    <w:p>
      <w:pPr>
        <w:spacing w:before="120" w:after="40" w:line="300" w:lineRule="exact"/>
        <w:jc w:val="both"/>
      </w:pPr>
      <w:r>
        <w:rPr>
          <w:rFonts w:ascii="Georgia" w:hAnsi="Georgia" w:cs="Georgia" w:eastAsia="Georgia"/>
          <w:b/>
          <w:i/>
          <w:sz w:val="22"/>
        </w:rPr>
        <w:t>in that which has been revealed to you and that which was revealed before you? They desire adjudication from Taaghoot (Shaitaan) whilst having been commanded to reject him."</w:t>
      </w:r>
    </w:p>
    <w:p>
      <w:pPr>
        <w:spacing w:before="120" w:after="40" w:line="300" w:lineRule="exact"/>
        <w:jc w:val="both"/>
      </w:pPr>
      <w:r>
        <w:rPr>
          <w:rFonts w:ascii="Georgia" w:hAnsi="Georgia" w:cs="Georgia" w:eastAsia="Georgia"/>
          <w:b/>
          <w:i/>
          <w:sz w:val="22"/>
        </w:rPr>
        <w:t>(An-Nisaa', Aayat 60)</w:t>
      </w:r>
    </w:p>
    <w:p>
      <w:r>
        <w:br w:type="page"/>
      </w:r>
    </w:p>
    <w:p>
      <w:pPr>
        <w:pStyle w:val="Heading1"/>
        <w:spacing w:before="360" w:after="200" w:line="300" w:lineRule="exact"/>
        <w:jc w:val="center"/>
      </w:pPr>
      <w:r>
        <w:rPr>
          <w:rFonts w:ascii="Georgia" w:hAnsi="Georgia" w:cs="Georgia" w:eastAsia="Georgia"/>
          <w:b/>
          <w:i w:val="0"/>
          <w:color w:val="1F3864"/>
          <w:sz w:val="32"/>
        </w:rPr>
        <w:t>"FIGHT THEM!"</w:t>
      </w:r>
    </w:p>
    <w:p>
      <w:pPr>
        <w:spacing w:before="0" w:after="120" w:line="300" w:lineRule="exact"/>
        <w:jc w:val="both"/>
      </w:pPr>
      <w:r>
        <w:rPr>
          <w:rFonts w:ascii="Georgia" w:hAnsi="Georgia" w:cs="Georgia" w:eastAsia="Georgia"/>
          <w:b w:val="0"/>
          <w:i w:val="0"/>
          <w:sz w:val="22"/>
        </w:rPr>
        <w:t>Says Allah Azza Wa Jal:</w:t>
      </w:r>
    </w:p>
    <w:p>
      <w:pPr>
        <w:spacing w:before="120" w:after="40" w:line="300" w:lineRule="exact"/>
        <w:jc w:val="both"/>
      </w:pPr>
      <w:r>
        <w:rPr>
          <w:rFonts w:ascii="Georgia" w:hAnsi="Georgia" w:cs="Georgia" w:eastAsia="Georgia"/>
          <w:b/>
          <w:i/>
          <w:sz w:val="22"/>
        </w:rPr>
        <w:t>"Fight them (the Mushrikeen, Yahood &amp; Nasaaraa).</w:t>
      </w:r>
    </w:p>
    <w:p>
      <w:pPr>
        <w:spacing w:before="120" w:after="40" w:line="300" w:lineRule="exact"/>
        <w:jc w:val="both"/>
      </w:pPr>
      <w:r>
        <w:rPr>
          <w:rFonts w:ascii="Georgia" w:hAnsi="Georgia" w:cs="Georgia" w:eastAsia="Georgia"/>
          <w:b/>
          <w:i/>
          <w:sz w:val="22"/>
        </w:rPr>
        <w:t>Allah will punish them by your hands, and humiliate them, and He will aid you against them. He will cure the hearts of the</w:t>
      </w:r>
    </w:p>
    <w:p>
      <w:pPr>
        <w:spacing w:before="120" w:after="40" w:line="300" w:lineRule="exact"/>
        <w:jc w:val="both"/>
      </w:pPr>
      <w:r>
        <w:rPr>
          <w:rFonts w:ascii="Georgia" w:hAnsi="Georgia" w:cs="Georgia" w:eastAsia="Georgia"/>
          <w:b/>
          <w:i/>
          <w:sz w:val="22"/>
        </w:rPr>
        <w:t>Mu'mineen (of fear)."</w:t>
      </w:r>
    </w:p>
    <w:p>
      <w:pPr>
        <w:spacing w:before="120" w:after="40" w:line="300" w:lineRule="exact"/>
        <w:jc w:val="both"/>
      </w:pPr>
      <w:r>
        <w:rPr>
          <w:rFonts w:ascii="Georgia" w:hAnsi="Georgia" w:cs="Georgia" w:eastAsia="Georgia"/>
          <w:b/>
          <w:i/>
          <w:sz w:val="22"/>
        </w:rPr>
        <w:t>(At-Taubah, Aayat 14)</w:t>
      </w:r>
    </w:p>
    <w:p>
      <w:pPr>
        <w:spacing w:before="0" w:after="120" w:line="300" w:lineRule="exact"/>
        <w:jc w:val="both"/>
      </w:pPr>
      <w:r>
        <w:rPr>
          <w:rFonts w:ascii="Georgia" w:hAnsi="Georgia" w:cs="Georgia" w:eastAsia="Georgia"/>
          <w:b w:val="0"/>
          <w:i w:val="0"/>
          <w:sz w:val="22"/>
        </w:rPr>
        <w:t>When Muslims are no longer Mu'mineen, they are deprived of the wonderful tidings declared for them by Allah Azza Wa Jal. When they lack the mettle that goes into the constitution of the Mu'mineen, they will correspondingly lack the spiritual stamina (Roohaaniyat) to answer the Call of Allah to fight the kuffaar and not to beg for stupid, hollow and deceptive 'ceasefires'.</w:t>
      </w:r>
    </w:p>
    <w:p>
      <w:pPr>
        <w:spacing w:before="0" w:after="120" w:line="300" w:lineRule="exact"/>
        <w:jc w:val="both"/>
      </w:pPr>
      <w:r>
        <w:rPr>
          <w:rFonts w:ascii="Georgia" w:hAnsi="Georgia" w:cs="Georgia" w:eastAsia="Georgia"/>
          <w:b w:val="0"/>
          <w:i w:val="0"/>
          <w:sz w:val="22"/>
        </w:rPr>
        <w:t>Muslims today are no longer Mu'mineen. They come within the scope of the Qur'aanic Aayat:</w:t>
      </w:r>
    </w:p>
    <w:p>
      <w:pPr>
        <w:spacing w:before="120" w:after="120" w:line="300" w:lineRule="exact"/>
        <w:ind w:left="720" w:right="720"/>
        <w:jc w:val="center"/>
      </w:pPr>
      <w:r>
        <w:rPr>
          <w:rFonts w:ascii="Georgia" w:hAnsi="Georgia" w:cs="Georgia" w:eastAsia="Georgia"/>
          <w:b w:val="0"/>
          <w:i/>
          <w:sz w:val="22"/>
        </w:rPr>
        <w:t>"Say: 'You have no Imaan. Rather say: 'We are 'muslims',because verily Imaan has not entered into your hearts.</w:t>
      </w:r>
    </w:p>
    <w:p>
      <w:pPr>
        <w:spacing w:before="120" w:after="120" w:line="300" w:lineRule="exact"/>
        <w:ind w:left="720" w:right="720"/>
        <w:jc w:val="center"/>
      </w:pPr>
      <w:r>
        <w:rPr>
          <w:rFonts w:ascii="Georgia" w:hAnsi="Georgia" w:cs="Georgia" w:eastAsia="Georgia"/>
          <w:b w:val="0"/>
          <w:i/>
          <w:sz w:val="22"/>
        </w:rPr>
        <w:t>If indeed you obey Allah and His Rasool, He will not let your good deeds go to waste in any way whatever.</w:t>
      </w:r>
    </w:p>
    <w:p>
      <w:pPr>
        <w:spacing w:before="0" w:after="120" w:line="300" w:lineRule="exact"/>
        <w:jc w:val="both"/>
      </w:pPr>
      <w:r>
        <w:rPr>
          <w:rFonts w:ascii="Georgia" w:hAnsi="Georgia" w:cs="Georgia" w:eastAsia="Georgia"/>
          <w:b w:val="0"/>
          <w:i w:val="0"/>
          <w:sz w:val="22"/>
        </w:rPr>
        <w:t>Verily, Allah is Most Forgiving, Most Merciful."</w:t>
      </w:r>
    </w:p>
    <w:p>
      <w:pPr>
        <w:spacing w:before="0" w:after="120" w:line="300" w:lineRule="exact"/>
        <w:jc w:val="both"/>
      </w:pPr>
      <w:r>
        <w:rPr>
          <w:rFonts w:ascii="Georgia" w:hAnsi="Georgia" w:cs="Georgia" w:eastAsia="Georgia"/>
          <w:b w:val="0"/>
          <w:i w:val="0"/>
          <w:sz w:val="22"/>
        </w:rPr>
        <w:t>(Al-Hujuraat, Aayat 14)</w:t>
      </w:r>
    </w:p>
    <w:p>
      <w:pPr>
        <w:spacing w:before="0" w:after="120" w:line="300" w:lineRule="exact"/>
        <w:jc w:val="both"/>
      </w:pPr>
      <w:r>
        <w:rPr>
          <w:rFonts w:ascii="Georgia" w:hAnsi="Georgia" w:cs="Georgia" w:eastAsia="Georgia"/>
          <w:b w:val="0"/>
          <w:i w:val="0"/>
          <w:sz w:val="22"/>
        </w:rPr>
        <w:t>This was the state of the 'imaan' of the A'raab (ignorant village folk) during the initial stage of Islam, and this is the lamentable condition of the 'imaan' of the vast majority of the Ummah today. Thus, fear for the kuffaar and bootlicking the kuffaar are two salient features of the Muslims of this era.</w:t>
      </w:r>
    </w:p>
    <w:p>
      <w:pPr>
        <w:spacing w:before="0" w:after="120" w:line="300" w:lineRule="exact"/>
        <w:jc w:val="both"/>
      </w:pPr>
      <w:r>
        <w:rPr>
          <w:rFonts w:ascii="Georgia" w:hAnsi="Georgia" w:cs="Georgia" w:eastAsia="Georgia"/>
          <w:b w:val="0"/>
          <w:i w:val="0"/>
          <w:sz w:val="22"/>
        </w:rPr>
        <w:t>There is therefore no conundrum – no mystery – underlying the success of the kuffaar who are pummelling Muslims and perpetrating the genocide of the Ummah. Muslims are no longer Mu'mineen, hence the Promise of Allah to provide succour does not apply to us.</w:t>
      </w:r>
    </w:p>
    <w:p>
      <w:pPr>
        <w:spacing w:before="0" w:after="120" w:line="300" w:lineRule="exact"/>
        <w:jc w:val="both"/>
      </w:pPr>
      <w:r>
        <w:rPr>
          <w:rFonts w:ascii="Georgia" w:hAnsi="Georgia" w:cs="Georgia" w:eastAsia="Georgia"/>
          <w:b w:val="0"/>
          <w:i w:val="0"/>
          <w:sz w:val="22"/>
        </w:rPr>
        <w:t>The submission to the 'ceasefire' is in fact glaring bootlicking compelled by fear for the kuffaar which is due to the elimination of fear for Allah Ta'ala from our hearts. Thus, Rasulullah (Sallallahu alayhi wasallam) predicted that when the Ummah becomes 'Ghuthaa'</w:t>
      </w:r>
    </w:p>
    <w:p>
      <w:pPr>
        <w:spacing w:before="0" w:after="120" w:line="300" w:lineRule="exact"/>
        <w:jc w:val="both"/>
      </w:pPr>
      <w:r>
        <w:rPr>
          <w:rFonts w:ascii="Georgia" w:hAnsi="Georgia" w:cs="Georgia" w:eastAsia="Georgia"/>
          <w:b w:val="0"/>
          <w:i w:val="0"/>
          <w:sz w:val="22"/>
        </w:rPr>
        <w:t>(Rubbish) then:</w:t>
      </w:r>
    </w:p>
    <w:p>
      <w:pPr>
        <w:spacing w:before="120" w:after="40" w:line="300" w:lineRule="exact"/>
        <w:jc w:val="both"/>
      </w:pPr>
      <w:r>
        <w:rPr>
          <w:rFonts w:ascii="Georgia" w:hAnsi="Georgia" w:cs="Georgia" w:eastAsia="Georgia"/>
          <w:b/>
          <w:i/>
          <w:sz w:val="22"/>
        </w:rPr>
        <w:t>"Allah will remove from the hearts of the kuffaar fear for Muslims, and Allah will cast Wahan in the hearts of Muslims."</w:t>
      </w:r>
    </w:p>
    <w:p>
      <w:pPr>
        <w:spacing w:before="0" w:after="120" w:line="300" w:lineRule="exact"/>
        <w:jc w:val="both"/>
      </w:pPr>
      <w:r>
        <w:rPr>
          <w:rFonts w:ascii="Georgia" w:hAnsi="Georgia" w:cs="Georgia" w:eastAsia="Georgia"/>
          <w:b w:val="0"/>
          <w:i w:val="0"/>
          <w:sz w:val="22"/>
        </w:rPr>
        <w:t>Wahan is fear and cowardice which are the effect of detestation for Maut and love for the dunya.</w:t>
      </w:r>
    </w:p>
    <w:p>
      <w:r>
        <w:br w:type="page"/>
      </w:r>
    </w:p>
    <w:p>
      <w:pPr>
        <w:pStyle w:val="Heading1"/>
        <w:spacing w:before="360" w:after="200" w:line="300" w:lineRule="exact"/>
        <w:jc w:val="center"/>
      </w:pPr>
      <w:r>
        <w:rPr>
          <w:rFonts w:ascii="Georgia" w:hAnsi="Georgia" w:cs="Georgia" w:eastAsia="Georgia"/>
          <w:b/>
          <w:i w:val="0"/>
          <w:color w:val="1F3864"/>
          <w:sz w:val="32"/>
        </w:rPr>
        <w:t>IT IS ALLAH'S DECREE</w:t>
      </w:r>
    </w:p>
    <w:p>
      <w:pPr>
        <w:spacing w:before="0" w:after="120" w:line="300" w:lineRule="exact"/>
        <w:jc w:val="both"/>
      </w:pPr>
      <w:r>
        <w:rPr>
          <w:rFonts w:ascii="Georgia" w:hAnsi="Georgia" w:cs="Georgia" w:eastAsia="Georgia"/>
          <w:b w:val="0"/>
          <w:i w:val="0"/>
          <w:sz w:val="22"/>
        </w:rPr>
        <w:t>In the final analysis, the political and social upheavals in Palestine are the decrees of Allah Azza Wa Jal. The plots and conspiracies of Trump and Israel are operating according to Divine Plan. Allah Ta'ala says in the Qur'aan Majeed:</w:t>
      </w:r>
    </w:p>
    <w:p>
      <w:pPr>
        <w:spacing w:before="120" w:after="120" w:line="300" w:lineRule="exact"/>
        <w:ind w:left="720" w:right="720"/>
        <w:jc w:val="center"/>
      </w:pPr>
      <w:r>
        <w:rPr>
          <w:rFonts w:ascii="Georgia" w:hAnsi="Georgia" w:cs="Georgia" w:eastAsia="Georgia"/>
          <w:b w:val="0"/>
          <w:i/>
          <w:sz w:val="22"/>
        </w:rPr>
        <w:t>"They plot and Allah (also) plots. And, Allah is the best of plotters."</w:t>
      </w:r>
    </w:p>
    <w:p>
      <w:pPr>
        <w:spacing w:before="120" w:after="120" w:line="300" w:lineRule="exact"/>
        <w:ind w:left="720" w:right="720"/>
        <w:jc w:val="center"/>
      </w:pPr>
      <w:r>
        <w:rPr>
          <w:rFonts w:ascii="Georgia" w:hAnsi="Georgia" w:cs="Georgia" w:eastAsia="Georgia"/>
          <w:b w:val="0"/>
          <w:i/>
          <w:sz w:val="22"/>
        </w:rPr>
        <w:t>"They plotted while their plot is by Allah. Verily their plot is of such (devilish magnitude) that displaces even mountains."</w:t>
      </w:r>
    </w:p>
    <w:p>
      <w:pPr>
        <w:spacing w:before="0" w:after="120" w:line="300" w:lineRule="exact"/>
        <w:jc w:val="both"/>
      </w:pPr>
      <w:r>
        <w:rPr>
          <w:rFonts w:ascii="Georgia" w:hAnsi="Georgia" w:cs="Georgia" w:eastAsia="Georgia"/>
          <w:b w:val="0"/>
          <w:i w:val="0"/>
          <w:sz w:val="22"/>
        </w:rPr>
        <w:t>The pernicious schemes and plots of the Yahood and Nasaara have a divine trajectory. Their conspiracies will succeed only as directed by the decree of Allah Azza Wa Jal. It must come to an end. Only Allah Azza Wa Jal decides and decrees.</w:t>
      </w:r>
    </w:p>
    <w:p>
      <w:pPr>
        <w:spacing w:before="0" w:after="120" w:line="300" w:lineRule="exact"/>
        <w:jc w:val="both"/>
      </w:pPr>
      <w:r>
        <w:rPr>
          <w:rFonts w:ascii="Georgia" w:hAnsi="Georgia" w:cs="Georgia" w:eastAsia="Georgia"/>
          <w:b w:val="0"/>
          <w:i w:val="0"/>
          <w:sz w:val="22"/>
        </w:rPr>
        <w:t>The obligation of Muslims is to only resort to moral reformation, spiritual elevation, Ibaadat and Taa-at. The result is with Allah Ta'ala.</w:t>
      </w:r>
    </w:p>
    <w:p>
      <w:pPr>
        <w:spacing w:before="0" w:after="120" w:line="300" w:lineRule="exact"/>
        <w:jc w:val="both"/>
      </w:pPr>
      <w:r>
        <w:rPr>
          <w:rFonts w:ascii="Georgia" w:hAnsi="Georgia" w:cs="Georgia" w:eastAsia="Georgia"/>
          <w:b w:val="0"/>
          <w:i w:val="0"/>
          <w:sz w:val="22"/>
        </w:rPr>
        <w:t>"The successful ending is for the Muttaqeen."</w:t>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The basis of Muslim victory and success is Taqwa, and Taqwa is the effect of Ibaadat (worship) and Taa-at (Obedience), and this was the secret of the victories of the Sahaabah.</w:t>
      </w:r>
    </w:p>
    <w:p>
      <w:r>
        <w:br w:type="page"/>
      </w:r>
    </w:p>
    <w:p>
      <w:pPr>
        <w:pStyle w:val="Heading1"/>
        <w:spacing w:before="360" w:after="200" w:line="300" w:lineRule="exact"/>
        <w:jc w:val="center"/>
      </w:pPr>
      <w:r>
        <w:rPr>
          <w:rFonts w:ascii="Georgia" w:hAnsi="Georgia" w:cs="Georgia" w:eastAsia="Georgia"/>
          <w:b/>
          <w:i w:val="0"/>
          <w:color w:val="1F3864"/>
          <w:sz w:val="32"/>
        </w:rPr>
        <w:t>Hundreds of US flights cancelled as regulator orders cuts to air traffic</w:t>
      </w:r>
    </w:p>
    <w:p>
      <w:pPr>
        <w:spacing w:before="120" w:after="120" w:line="300" w:lineRule="exact"/>
        <w:ind w:left="720" w:right="720"/>
        <w:jc w:val="center"/>
      </w:pPr>
      <w:r>
        <w:rPr>
          <w:rFonts w:ascii="Georgia" w:hAnsi="Georgia" w:cs="Georgia" w:eastAsia="Georgia"/>
          <w:b w:val="0"/>
          <w:i/>
          <w:sz w:val="22"/>
        </w:rPr>
        <w:t>The Federal Aviation Administration is cutting air traffic by 10 percent due to a shortage of air traffic controllers.</w:t>
      </w:r>
    </w:p>
    <w:p>
      <w:pPr>
        <w:spacing w:before="0" w:after="120" w:line="300" w:lineRule="exact"/>
        <w:jc w:val="both"/>
      </w:pPr>
      <w:r>
        <w:rPr>
          <w:rFonts w:ascii="Georgia" w:hAnsi="Georgia" w:cs="Georgia" w:eastAsia="Georgia"/>
          <w:b w:val="0"/>
          <w:i w:val="0"/>
          <w:sz w:val="22"/>
        </w:rPr>
        <w:t>By Erin Hale Published On 7 Nov 2025</w:t>
      </w:r>
    </w:p>
    <w:p>
      <w:pPr>
        <w:spacing w:before="0" w:after="120" w:line="300" w:lineRule="exact"/>
        <w:jc w:val="both"/>
      </w:pPr>
      <w:r>
        <w:rPr>
          <w:rFonts w:ascii="Georgia" w:hAnsi="Georgia" w:cs="Georgia" w:eastAsia="Georgia"/>
          <w:b w:val="0"/>
          <w:i w:val="0"/>
          <w:sz w:val="22"/>
        </w:rPr>
        <w:t>Hundreds of flights across the US have been cancelled following an order from the Federal Aviation Administration (FAA) to temporarily cut air traffic by 10 percent at the country's 40 largest airports to maintain safety amid a shortage of air traffic controllers due to the government shutdown.</w:t>
      </w:r>
    </w:p>
    <w:p>
      <w:pPr>
        <w:spacing w:before="0" w:after="120" w:line="300" w:lineRule="exact"/>
        <w:jc w:val="both"/>
      </w:pPr>
      <w:r>
        <w:rPr>
          <w:rFonts w:ascii="Georgia" w:hAnsi="Georgia" w:cs="Georgia" w:eastAsia="Georgia"/>
          <w:b w:val="0"/>
          <w:i w:val="0"/>
          <w:sz w:val="22"/>
        </w:rPr>
        <w:t>More than 790 flights scheduled for Friday were cut from airline schedules, according to FlightAware, a website that tracks flight disruptions.</w:t>
      </w:r>
    </w:p>
    <w:p>
      <w:pPr>
        <w:spacing w:before="0" w:after="120" w:line="300" w:lineRule="exact"/>
        <w:jc w:val="both"/>
      </w:pPr>
      <w:r>
        <w:rPr>
          <w:rFonts w:ascii="Georgia" w:hAnsi="Georgia" w:cs="Georgia" w:eastAsia="Georgia"/>
          <w:b w:val="0"/>
          <w:i w:val="0"/>
          <w:sz w:val="22"/>
        </w:rPr>
        <w:t>That number, already four times higher than Thursday's daily total of cancellations, was likely to keep climbing, while almost 500 have been cancelled for Saturday so far, according to the website.</w:t>
      </w:r>
    </w:p>
    <w:p>
      <w:pPr>
        <w:spacing w:before="0" w:after="120" w:line="300" w:lineRule="exact"/>
        <w:jc w:val="both"/>
      </w:pPr>
      <w:r>
        <w:rPr>
          <w:rFonts w:ascii="Georgia" w:hAnsi="Georgia" w:cs="Georgia" w:eastAsia="Georgia"/>
          <w:b w:val="0"/>
          <w:i w:val="0"/>
          <w:sz w:val="22"/>
        </w:rPr>
        <w:t>The FAA issued its order on Thursday in response to the growing number of absences by air traffic controllers amid the record-breaking US government shutdown, as Republicans and Democrats remain locked in a standoff in Congress over legislation to fund government services.</w:t>
      </w:r>
    </w:p>
    <w:p>
      <w:pPr>
        <w:spacing w:before="0" w:after="120" w:line="300" w:lineRule="exact"/>
        <w:jc w:val="both"/>
      </w:pPr>
      <w:r>
        <w:rPr>
          <w:rFonts w:ascii="Georgia" w:hAnsi="Georgia" w:cs="Georgia" w:eastAsia="Georgia"/>
          <w:b w:val="0"/>
          <w:i w:val="0"/>
          <w:sz w:val="22"/>
        </w:rPr>
        <w:t>"Since the beginning of the shutdown, controllers have been working without pay," the FAA order said.</w:t>
      </w:r>
    </w:p>
    <w:p>
      <w:pPr>
        <w:spacing w:before="0" w:after="120" w:line="300" w:lineRule="exact"/>
        <w:jc w:val="both"/>
      </w:pPr>
      <w:r>
        <w:rPr>
          <w:rFonts w:ascii="Georgia" w:hAnsi="Georgia" w:cs="Georgia" w:eastAsia="Georgia"/>
          <w:b w:val="0"/>
          <w:i w:val="0"/>
          <w:sz w:val="22"/>
        </w:rPr>
        <w:t>"This has resulted in increased reports of strain on the system from both pilots and air traffic controllers. This past weekend, there were 2,740 delays at various airports," it said.</w:t>
      </w:r>
    </w:p>
    <w:p>
      <w:pPr>
        <w:spacing w:before="0" w:after="120" w:line="300" w:lineRule="exact"/>
        <w:jc w:val="both"/>
      </w:pPr>
      <w:r>
        <w:rPr>
          <w:rFonts w:ascii="Georgia" w:hAnsi="Georgia" w:cs="Georgia" w:eastAsia="Georgia"/>
          <w:b w:val="0"/>
          <w:i w:val="0"/>
          <w:sz w:val="22"/>
        </w:rPr>
        <w:t>US Transportation Secretary Sean Duffy said the decision to cancel flights was a proactive safety decision rather than a political measure as the shutdown enters its 38th day on Friday.</w:t>
      </w:r>
    </w:p>
    <w:p>
      <w:pPr>
        <w:spacing w:before="0" w:after="120" w:line="300" w:lineRule="exact"/>
        <w:jc w:val="both"/>
      </w:pPr>
      <w:r>
        <w:rPr>
          <w:rFonts w:ascii="Georgia" w:hAnsi="Georgia" w:cs="Georgia" w:eastAsia="Georgia"/>
          <w:b w:val="0"/>
          <w:i w:val="0"/>
          <w:sz w:val="22"/>
        </w:rPr>
        <w:t>"My department has many responsibilities, but our number one job is safety. This isn't about politics – it's about assessing the data and alleviating building risk in the system as controllers continue to work without pay," Duffy said. …</w:t>
      </w:r>
    </w:p>
    <w:p>
      <w:pPr>
        <w:spacing w:before="0" w:after="120" w:line="300" w:lineRule="exact"/>
        <w:jc w:val="both"/>
      </w:pPr>
      <w:r>
        <w:rPr>
          <w:rFonts w:ascii="Georgia" w:hAnsi="Georgia" w:cs="Georgia" w:eastAsia="Georgia"/>
          <w:b w:val="0"/>
          <w:i w:val="0"/>
          <w:sz w:val="22"/>
        </w:rPr>
        <w:t>FAA Administrator Bryan Bedford said his department would not hesitate to take "further action", suggesting further cuts to flights could be made down the road.</w:t>
      </w:r>
    </w:p>
    <w:p>
      <w:pPr>
        <w:spacing w:before="0" w:after="120" w:line="300" w:lineRule="exact"/>
        <w:jc w:val="both"/>
      </w:pPr>
      <w:r>
        <w:rPr>
          <w:rFonts w:ascii="Georgia" w:hAnsi="Georgia" w:cs="Georgia" w:eastAsia="Georgia"/>
          <w:b w:val="0"/>
          <w:i w:val="0"/>
          <w:sz w:val="22"/>
        </w:rPr>
        <w:t>The FAA decision puts renewed pressure on Senate Democrats, who are blocking a government spending bill over healthcare spending, as the US is preparing for its busiest travel days of the year at the end of November.</w:t>
      </w:r>
    </w:p>
    <w:p>
      <w:pPr>
        <w:spacing w:before="0" w:after="120" w:line="300" w:lineRule="exact"/>
        <w:jc w:val="both"/>
      </w:pPr>
      <w:r>
        <w:rPr>
          <w:rFonts w:ascii="Georgia" w:hAnsi="Georgia" w:cs="Georgia" w:eastAsia="Georgia"/>
          <w:b w:val="0"/>
          <w:i w:val="0"/>
          <w:sz w:val="22"/>
        </w:rPr>
        <w:t>The FAA employed just over 14,000 air traffic controllers in fiscal year 2024, according to its website.</w:t>
      </w:r>
    </w:p>
    <w:p>
      <w:pPr>
        <w:spacing w:before="0" w:after="120" w:line="300" w:lineRule="exact"/>
        <w:jc w:val="both"/>
      </w:pPr>
      <w:r>
        <w:rPr>
          <w:rFonts w:ascii="Georgia" w:hAnsi="Georgia" w:cs="Georgia" w:eastAsia="Georgia"/>
          <w:b w:val="0"/>
          <w:i w:val="0"/>
          <w:sz w:val="22"/>
        </w:rPr>
        <w:t>They are among the 730,000 "essential" federal employees who have been working without pay for the past five weeks, while another 670,000 have been furloughed, according to the Washington, DC-based Bipartisan Policy Center.</w:t>
      </w:r>
    </w:p>
    <w:p>
      <w:r>
        <w:br w:type="page"/>
      </w:r>
    </w:p>
    <w:p>
      <w:pPr>
        <w:pStyle w:val="Heading1"/>
        <w:spacing w:before="360" w:after="200" w:line="300" w:lineRule="exact"/>
        <w:jc w:val="center"/>
      </w:pPr>
      <w:r>
        <w:rPr>
          <w:rFonts w:ascii="Georgia" w:hAnsi="Georgia" w:cs="Georgia" w:eastAsia="Georgia"/>
          <w:b/>
          <w:i w:val="0"/>
          <w:color w:val="1F3864"/>
          <w:sz w:val="32"/>
        </w:rPr>
        <w:t>THE OBJECTIVE OF THE GAZZAH GENOCIDE</w:t>
      </w:r>
    </w:p>
    <w:p>
      <w:pPr>
        <w:spacing w:before="0" w:after="120" w:line="300" w:lineRule="exact"/>
        <w:jc w:val="both"/>
      </w:pPr>
      <w:r>
        <w:rPr>
          <w:rFonts w:ascii="Georgia" w:hAnsi="Georgia" w:cs="Georgia" w:eastAsia="Georgia"/>
          <w:b w:val="0"/>
          <w:i w:val="0"/>
          <w:sz w:val="22"/>
        </w:rPr>
        <w:t>America, added to its spiritual and moral bankruptcy, is currently bankrupt financially as well. The US is sustaining its deceptive empire with the wealth it pirates and siphons off from the 'third' world countries which in fact are the wealthiest lands although their moron people remain unaware. The US is also sustained by trillions of dollars acquired from the bootlicking Arab states. It is precisely for this reason that the Clown Trump heaps accolades upon accolades on the cardboard regimes of its puppet states.</w:t>
      </w:r>
    </w:p>
    <w:p>
      <w:pPr>
        <w:spacing w:before="0" w:after="120" w:line="300" w:lineRule="exact"/>
        <w:jc w:val="both"/>
      </w:pPr>
      <w:r>
        <w:rPr>
          <w:rFonts w:ascii="Georgia" w:hAnsi="Georgia" w:cs="Georgia" w:eastAsia="Georgia"/>
          <w:b w:val="0"/>
          <w:i w:val="0"/>
          <w:sz w:val="22"/>
        </w:rPr>
        <w:t>The Murtad Bootlicker of Saudi Arabia who was recently hosted and flattered by the Clown Trump at the White House, presented Trump with a gift of about half a trillion dollars. With his mouth watering for the boodle, Trump began flattering the Murtad MBS even more. This flattering bloated the evil nafs of the MBS Murtad so much that he promptly raised the gift to a trillion dollars. This is the villainy in which these Bootlickers indulge whilst there brethren at their doorstep are starving and being eliminated by the Yahood-Nasaaraa genocide in which all of these bootlicking Arab states are complicit.</w:t>
      </w:r>
    </w:p>
    <w:p>
      <w:pPr>
        <w:spacing w:before="0" w:after="120" w:line="300" w:lineRule="exact"/>
        <w:jc w:val="both"/>
      </w:pPr>
      <w:r>
        <w:rPr>
          <w:rFonts w:ascii="Georgia" w:hAnsi="Georgia" w:cs="Georgia" w:eastAsia="Georgia"/>
          <w:b w:val="0"/>
          <w:i w:val="0"/>
          <w:sz w:val="22"/>
        </w:rPr>
        <w:t>The Gaza genocide has been carefully and cunningly plotted by the US for only one reason - to drain Gaza of its potential wealth which the West has discovered lying treasured under the sands of Gazzah.</w:t>
      </w:r>
    </w:p>
    <w:p>
      <w:pPr>
        <w:spacing w:before="0" w:after="120" w:line="300" w:lineRule="exact"/>
        <w:jc w:val="both"/>
      </w:pPr>
      <w:r>
        <w:rPr>
          <w:rFonts w:ascii="Georgia" w:hAnsi="Georgia" w:cs="Georgia" w:eastAsia="Georgia"/>
          <w:b w:val="0"/>
          <w:i w:val="0"/>
          <w:sz w:val="22"/>
        </w:rPr>
        <w:t>The Yahood of the surrogate state, Israel, are being employed by the US to execute the conspiracy. The genocide being perpetrated by both the US and Israel is a symbiotic conspiracy between the two barbaric Murderers, each one having a different agenda, nevertheless, the brutality benefits both. While the two sub-human barbarians have different objectives, the target of both is Gazzah – to clear Gazzah of its people, hence the genocide.</w:t>
      </w:r>
    </w:p>
    <w:p>
      <w:pPr>
        <w:spacing w:before="0" w:after="120" w:line="300" w:lineRule="exact"/>
        <w:jc w:val="both"/>
      </w:pPr>
      <w:r>
        <w:rPr>
          <w:rFonts w:ascii="Georgia" w:hAnsi="Georgia" w:cs="Georgia" w:eastAsia="Georgia"/>
          <w:b w:val="0"/>
          <w:i w:val="0"/>
          <w:sz w:val="22"/>
        </w:rPr>
        <w:t>The objective of the Yahood is to establish their 'greater israel' plot. The objective of Trump is to claim Gazzah for himself. The treasures under the sands of Gazzah are the focus of the Clown Barbarian Trump. Once the genocide has been accomplished, the two barbarians will develop a system for the attainment of both goals.</w:t>
      </w:r>
    </w:p>
    <w:p>
      <w:pPr>
        <w:spacing w:before="0" w:after="120" w:line="300" w:lineRule="exact"/>
        <w:jc w:val="both"/>
      </w:pPr>
      <w:r>
        <w:rPr>
          <w:rFonts w:ascii="Georgia" w:hAnsi="Georgia" w:cs="Georgia" w:eastAsia="Georgia"/>
          <w:b w:val="0"/>
          <w:i w:val="0"/>
          <w:sz w:val="22"/>
        </w:rPr>
        <w:t>The repeated shifting of the population of Gazzah from pillar to post is necessary for accomplishing the genocide. While shunting the people from A to B, then to C, then back to B, etc., appears to be aimless, it is in fact part of the pernicious devilish plot to uproot and exterminate the entire population of Gazzah.</w:t>
      </w:r>
    </w:p>
    <w:p>
      <w:pPr>
        <w:spacing w:before="0" w:after="120" w:line="300" w:lineRule="exact"/>
        <w:jc w:val="both"/>
      </w:pPr>
      <w:r>
        <w:rPr>
          <w:rFonts w:ascii="Georgia" w:hAnsi="Georgia" w:cs="Georgia" w:eastAsia="Georgia"/>
          <w:b w:val="0"/>
          <w:i w:val="0"/>
          <w:sz w:val="22"/>
        </w:rPr>
        <w:t>The brutal occupation aggressors issue the instruction to vacate from an area and proceed to another area. Once the people have partly moved, the bombing commences and the entire area is brutally divested and reduced to rubble along with innumerable people murdered. Then the instruction is given to move from the imaginary 'safe' locality. The bombing is executed in the former 'safe' locality. This pattern of shunting the people and devastating the area is designed to 'cleanse' Palestine from its people.</w:t>
      </w:r>
    </w:p>
    <w:p>
      <w:pPr>
        <w:spacing w:before="0" w:after="120" w:line="300" w:lineRule="exact"/>
        <w:jc w:val="both"/>
      </w:pPr>
      <w:r>
        <w:rPr>
          <w:rFonts w:ascii="Georgia" w:hAnsi="Georgia" w:cs="Georgia" w:eastAsia="Georgia"/>
          <w:b w:val="0"/>
          <w:i w:val="0"/>
          <w:sz w:val="22"/>
        </w:rPr>
        <w:t>The misery of the brutality which the homeless people are undergoing will ultimately compel them to leave Gazzah, and later the whole of Palestine. Towards this end, Israel is currently aiding in the exodus of the people by arranging aircrafts to transport Palestinians to other countries, and the exodus is via Israeli airports.</w:t>
      </w:r>
    </w:p>
    <w:p>
      <w:pPr>
        <w:spacing w:before="0" w:after="120" w:line="300" w:lineRule="exact"/>
        <w:jc w:val="both"/>
      </w:pPr>
      <w:r>
        <w:rPr>
          <w:rFonts w:ascii="Georgia" w:hAnsi="Georgia" w:cs="Georgia" w:eastAsia="Georgia"/>
          <w:b w:val="0"/>
          <w:i w:val="0"/>
          <w:sz w:val="22"/>
        </w:rPr>
        <w:t>Trump had made it quite manifest in the early stage of the genocide that he wants Gazzah for himself. It is to become his 'private' property which he will develop into a modern holiday resort vying with the other US surrogate gulf states.</w:t>
      </w:r>
    </w:p>
    <w:p>
      <w:pPr>
        <w:spacing w:before="0" w:after="120" w:line="300" w:lineRule="exact"/>
        <w:jc w:val="both"/>
      </w:pPr>
      <w:r>
        <w:rPr>
          <w:rFonts w:ascii="Georgia" w:hAnsi="Georgia" w:cs="Georgia" w:eastAsia="Georgia"/>
          <w:b w:val="0"/>
          <w:i w:val="0"/>
          <w:sz w:val="22"/>
        </w:rPr>
        <w:t>Just recently the evil Clown stated that the US knows best how to effect the reconstruction of Gazzah. Thousands of US citizens, contractors and the like will pour into Gazzah to effect the reconstruction and to pirate the wealth. Meanwhile Trump will grant Israel the nominal establishment of 'greater israel' while the US will be the real force and master behind the scenes just as it is with these puppet gulf states, all being under US control, guidance and command.</w:t>
      </w:r>
    </w:p>
    <w:p>
      <w:r>
        <w:br w:type="page"/>
      </w:r>
    </w:p>
    <w:p>
      <w:pPr>
        <w:pStyle w:val="Heading1"/>
        <w:spacing w:before="360" w:after="200" w:line="300" w:lineRule="exact"/>
        <w:jc w:val="center"/>
      </w:pPr>
      <w:r>
        <w:rPr>
          <w:rFonts w:ascii="Georgia" w:hAnsi="Georgia" w:cs="Georgia" w:eastAsia="Georgia"/>
          <w:b/>
          <w:i w:val="0"/>
          <w:color w:val="1F3864"/>
          <w:sz w:val="32"/>
        </w:rPr>
        <w:t>YA'JOOJ &amp; MA'JOOJ</w:t>
      </w:r>
    </w:p>
    <w:p>
      <w:pPr>
        <w:spacing w:before="0" w:after="120" w:line="300" w:lineRule="exact"/>
        <w:jc w:val="both"/>
      </w:pPr>
      <w:r>
        <w:rPr>
          <w:rFonts w:ascii="Georgia" w:hAnsi="Georgia" w:cs="Georgia" w:eastAsia="Georgia"/>
          <w:b w:val="0"/>
          <w:i w:val="0"/>
          <w:sz w:val="22"/>
        </w:rPr>
        <w:t>Modernist zindeeqs (heretics who are kaafir without realizing their kufr) proffer some weird ideas regarding the two Ya'jooj &amp; Majooj tribes whom Zul Qarnain had imprisoned behind some mountains by sealing the gap with a solid steel wall according to the Qur'aan Majeed.</w:t>
      </w:r>
    </w:p>
    <w:p>
      <w:pPr>
        <w:spacing w:before="0" w:after="120" w:line="300" w:lineRule="exact"/>
        <w:jc w:val="both"/>
      </w:pPr>
      <w:r>
        <w:rPr>
          <w:rFonts w:ascii="Georgia" w:hAnsi="Georgia" w:cs="Georgia" w:eastAsia="Georgia"/>
          <w:b w:val="0"/>
          <w:i w:val="0"/>
          <w:sz w:val="22"/>
        </w:rPr>
        <w:t>While abstaining from blatantly rejecting the Qur'aanic verses confirming the episode of Zul Qarnain, Ya'jooj &amp; Majooj and the steel barrier constructed by Zul Qarnain, the zindeeqs proffer stupid theories which are untenable and in total conflict with the Qur'aan and the Saheeh Ahaadith. The heretics promote the idea of the steel barrier having disintegrated / demolished and the two tribes having been released centuries or millennia ago.</w:t>
      </w:r>
    </w:p>
    <w:p>
      <w:pPr>
        <w:spacing w:before="0" w:after="120" w:line="300" w:lineRule="exact"/>
        <w:jc w:val="both"/>
      </w:pPr>
      <w:r>
        <w:rPr>
          <w:rFonts w:ascii="Georgia" w:hAnsi="Georgia" w:cs="Georgia" w:eastAsia="Georgia"/>
          <w:b w:val="0"/>
          <w:i w:val="0"/>
          <w:sz w:val="22"/>
        </w:rPr>
        <w:t>These theories are blatant kufr. Rasulullah (Sallallahu alayhi wasallam) had explicitly mentioned the order/ sequence of the occurrences of the Major Signs of Qiyaamah (Alaamaatul Kubra). The sequence is: First Imaam Mahdi (Alayhis salaam) will appear, then Dajjaal will appear, then Nabi Isaa (Alayhis salaam) will descend from the heaven, then Ya'jooj &amp; Majooj will emerge by breaking through the barrier. Ya'jooj &amp; Majooj will flourish during the era of Nabi Isaa (Alayhis salaam).</w:t>
      </w:r>
    </w:p>
    <w:p>
      <w:pPr>
        <w:spacing w:before="0" w:after="120" w:line="300" w:lineRule="exact"/>
        <w:jc w:val="both"/>
      </w:pPr>
      <w:r>
        <w:rPr>
          <w:rFonts w:ascii="Georgia" w:hAnsi="Georgia" w:cs="Georgia" w:eastAsia="Georgia"/>
          <w:b w:val="0"/>
          <w:i w:val="0"/>
          <w:sz w:val="22"/>
        </w:rPr>
        <w:t>The deviate zindeeqs have no valid, logical and Islamic explanation for this order of events explicitly stated by our Nabi (Sallallahu alayhi wasallam).</w:t>
      </w:r>
    </w:p>
    <w:p>
      <w:pPr>
        <w:spacing w:before="0" w:after="120" w:line="300" w:lineRule="exact"/>
        <w:jc w:val="both"/>
      </w:pPr>
      <w:r>
        <w:rPr>
          <w:rFonts w:ascii="Georgia" w:hAnsi="Georgia" w:cs="Georgia" w:eastAsia="Georgia"/>
          <w:b w:val="0"/>
          <w:i w:val="0"/>
          <w:sz w:val="22"/>
        </w:rPr>
        <w:t>A detailed explanation of this Sign of Qiyaamah has been published by The Majlis. The booklet, Ya'jooj is available on the website of The Majlis.</w:t>
      </w:r>
    </w:p>
    <w:p>
      <w:pPr>
        <w:spacing w:before="0" w:after="120" w:line="300" w:lineRule="exact"/>
        <w:jc w:val="both"/>
      </w:pPr>
      <w:r>
        <w:rPr>
          <w:rFonts w:ascii="Georgia" w:hAnsi="Georgia" w:cs="Georgia" w:eastAsia="Georgia"/>
          <w:b w:val="0"/>
          <w:i w:val="0"/>
          <w:sz w:val="22"/>
        </w:rPr>
        <w:t>https://themajlis.co.za/books/ yajooj-and-majooj-the-kufr-denial-of-modernist/</w:t>
      </w:r>
    </w:p>
    <w:p>
      <w:r>
        <w:br w:type="page"/>
      </w:r>
    </w:p>
    <w:p>
      <w:pPr>
        <w:pStyle w:val="Heading1"/>
        <w:spacing w:before="360" w:after="200" w:line="300" w:lineRule="exact"/>
        <w:jc w:val="center"/>
      </w:pPr>
      <w:r>
        <w:rPr>
          <w:rFonts w:ascii="Georgia" w:hAnsi="Georgia" w:cs="Georgia" w:eastAsia="Georgia"/>
          <w:b/>
          <w:i w:val="0"/>
          <w:color w:val="1F3864"/>
          <w:sz w:val="32"/>
        </w:rPr>
        <w:t>«FIGHT THEIR COALITION"</w:t>
      </w:r>
    </w:p>
    <w:p>
      <w:pPr>
        <w:spacing w:before="120" w:after="120" w:line="300" w:lineRule="exact"/>
        <w:ind w:left="720" w:right="720"/>
        <w:jc w:val="center"/>
      </w:pPr>
      <w:r>
        <w:rPr>
          <w:rFonts w:ascii="Georgia" w:hAnsi="Georgia" w:cs="Georgia" w:eastAsia="Georgia"/>
          <w:b w:val="0"/>
          <w:i/>
          <w:sz w:val="22"/>
        </w:rPr>
        <w:t>"Fight the coalition (all of them) of the mushrikeen just as they fight all of you, and know that Allah is with the Muttaqeen."</w:t>
      </w:r>
    </w:p>
    <w:p>
      <w:pPr>
        <w:spacing w:before="120" w:after="120" w:line="300" w:lineRule="exact"/>
        <w:ind w:left="720" w:right="720"/>
        <w:jc w:val="center"/>
      </w:pPr>
      <w:r>
        <w:rPr>
          <w:rFonts w:ascii="Georgia" w:hAnsi="Georgia" w:cs="Georgia" w:eastAsia="Georgia"/>
          <w:b w:val="0"/>
          <w:i/>
          <w:sz w:val="22"/>
        </w:rPr>
        <w:t>(At-Taubah, Aayat 36)</w:t>
      </w:r>
    </w:p>
    <w:p>
      <w:pPr>
        <w:spacing w:before="0" w:after="120" w:line="300" w:lineRule="exact"/>
        <w:jc w:val="both"/>
      </w:pPr>
      <w:r>
        <w:rPr>
          <w:rFonts w:ascii="Georgia" w:hAnsi="Georgia" w:cs="Georgia" w:eastAsia="Georgia"/>
          <w:b w:val="0"/>
          <w:i w:val="0"/>
          <w:sz w:val="22"/>
        </w:rPr>
        <w:t>The ability to fight the coalition of the kuffaar powers is reliant on Taqwa. Allah Ta'ala states that He is with the Muttaqeen. Minus Taqwa, the Nusrat of Allah Ta'ala will not be forthcoming.</w:t>
      </w:r>
    </w:p>
    <w:p>
      <w:pPr>
        <w:spacing w:before="0" w:after="120" w:line="300" w:lineRule="exact"/>
        <w:jc w:val="both"/>
      </w:pPr>
      <w:r>
        <w:rPr>
          <w:rFonts w:ascii="Georgia" w:hAnsi="Georgia" w:cs="Georgia" w:eastAsia="Georgia"/>
          <w:b w:val="0"/>
          <w:i w:val="0"/>
          <w:sz w:val="22"/>
        </w:rPr>
        <w:t>Taqwa is the effect of obedience and ibaadat. The Shariah and the Sunnah are the essential requisites for Muslim success and victory. When Muslims lack Taqwa, their profession becomes bootlicking.</w:t>
      </w:r>
    </w:p>
    <w:p>
      <w:r>
        <w:br w:type="page"/>
      </w:r>
    </w:p>
    <w:p>
      <w:pPr>
        <w:pStyle w:val="Heading1"/>
        <w:spacing w:before="360" w:after="200" w:line="300" w:lineRule="exact"/>
        <w:jc w:val="center"/>
      </w:pPr>
      <w:r>
        <w:rPr>
          <w:rFonts w:ascii="Georgia" w:hAnsi="Georgia" w:cs="Georgia" w:eastAsia="Georgia"/>
          <w:b/>
          <w:i w:val="0"/>
          <w:color w:val="1F3864"/>
          <w:sz w:val="32"/>
        </w:rPr>
        <w:t>TAQDEER &amp; TAWAKKUL</w:t>
      </w:r>
    </w:p>
    <w:p>
      <w:pPr>
        <w:spacing w:before="120" w:after="40" w:line="300" w:lineRule="exact"/>
        <w:jc w:val="both"/>
      </w:pPr>
      <w:r>
        <w:rPr>
          <w:rFonts w:ascii="Georgia" w:hAnsi="Georgia" w:cs="Georgia" w:eastAsia="Georgia"/>
          <w:b/>
          <w:i/>
          <w:sz w:val="22"/>
        </w:rPr>
        <w:t>"Say: Never will befall us anything except that which Allah has decreed for us. He is our Protector, and on Allah should the Mu'minoon have tawakkul.</w:t>
      </w:r>
    </w:p>
    <w:p>
      <w:pPr>
        <w:spacing w:before="120" w:after="40" w:line="300" w:lineRule="exact"/>
        <w:jc w:val="both"/>
      </w:pPr>
      <w:r>
        <w:rPr>
          <w:rFonts w:ascii="Georgia" w:hAnsi="Georgia" w:cs="Georgia" w:eastAsia="Georgia"/>
          <w:b/>
          <w:i/>
          <w:sz w:val="22"/>
        </w:rPr>
        <w:t>(At-Taubah, Aayat 51)</w:t>
      </w:r>
    </w:p>
    <w:p>
      <w:pPr>
        <w:spacing w:before="0" w:after="120" w:line="300" w:lineRule="exact"/>
        <w:jc w:val="both"/>
      </w:pPr>
      <w:r>
        <w:rPr>
          <w:rFonts w:ascii="Georgia" w:hAnsi="Georgia" w:cs="Georgia" w:eastAsia="Georgia"/>
          <w:b w:val="0"/>
          <w:i w:val="0"/>
          <w:sz w:val="22"/>
        </w:rPr>
        <w:t>Whatever calamity has befallen the Muslims of Palestine, is the decree of Allah Ta'ala from which there is no escape. The only solution for the misery is:</w:t>
      </w:r>
    </w:p>
    <w:p>
      <w:pPr>
        <w:spacing w:before="120" w:after="120" w:line="300" w:lineRule="exact"/>
        <w:ind w:left="720" w:right="720"/>
        <w:jc w:val="center"/>
      </w:pPr>
      <w:r>
        <w:rPr>
          <w:rFonts w:ascii="Georgia" w:hAnsi="Georgia" w:cs="Georgia" w:eastAsia="Georgia"/>
          <w:b w:val="0"/>
          <w:i/>
          <w:sz w:val="22"/>
        </w:rPr>
        <w:t>"Turn to your Rabb (with repentance) and submit to Him (with adoption of the Shariah) before there comes to you the Punishment, then you will not be aided.</w:t>
      </w:r>
    </w:p>
    <w:p>
      <w:pPr>
        <w:spacing w:before="120" w:after="120" w:line="300" w:lineRule="exact"/>
        <w:ind w:left="720" w:right="720"/>
        <w:jc w:val="center"/>
      </w:pPr>
      <w:r>
        <w:rPr>
          <w:rFonts w:ascii="Georgia" w:hAnsi="Georgia" w:cs="Georgia" w:eastAsia="Georgia"/>
          <w:b w:val="0"/>
          <w:i/>
          <w:sz w:val="22"/>
        </w:rPr>
        <w:t>And, follow the most beautiful (Shariah) which has been revealed to you from your Rabb before there comes to you the Punishment suddenly without you even realizing."</w:t>
      </w:r>
    </w:p>
    <w:p>
      <w:pPr>
        <w:spacing w:before="120" w:after="120" w:line="300" w:lineRule="exact"/>
        <w:ind w:left="720" w:right="720"/>
        <w:jc w:val="center"/>
      </w:pPr>
      <w:r>
        <w:rPr>
          <w:rFonts w:ascii="Georgia" w:hAnsi="Georgia" w:cs="Georgia" w:eastAsia="Georgia"/>
          <w:b w:val="0"/>
          <w:i/>
          <w:sz w:val="22"/>
        </w:rPr>
        <w:t>(Az-Zumar, 54, 55)</w:t>
      </w:r>
    </w:p>
    <w:p>
      <w:pPr>
        <w:spacing w:before="0" w:after="120" w:line="300" w:lineRule="exact"/>
        <w:jc w:val="both"/>
      </w:pPr>
      <w:r>
        <w:rPr>
          <w:rFonts w:ascii="Georgia" w:hAnsi="Georgia" w:cs="Georgia" w:eastAsia="Georgia"/>
          <w:b w:val="0"/>
          <w:i w:val="0"/>
          <w:sz w:val="22"/>
        </w:rPr>
        <w:t>All the bootlicking and begging for ceasefire will be of no avail. The Athaab will run its prescribed course decreed by Allah Azza Wa Jal.</w:t>
      </w:r>
    </w:p>
    <w:p>
      <w:r>
        <w:br w:type="page"/>
      </w:r>
    </w:p>
    <w:p>
      <w:pPr>
        <w:spacing w:before="0" w:after="120" w:line="300" w:lineRule="exact"/>
        <w:jc w:val="both"/>
      </w:pPr>
      <w:r>
        <w:rPr>
          <w:rFonts w:ascii="Georgia" w:hAnsi="Georgia" w:cs="Georgia" w:eastAsia="Georgia"/>
          <w:b w:val="0"/>
          <w:i w:val="0"/>
          <w:sz w:val="22"/>
        </w:rPr>
        <w:t>By Al Mayadeen English Source: Israeli media Today 09:01 28/11/2025</w:t>
      </w:r>
    </w:p>
    <w:p>
      <w:pPr>
        <w:spacing w:before="0" w:after="120" w:line="300" w:lineRule="exact"/>
        <w:jc w:val="both"/>
      </w:pPr>
      <w:r>
        <w:rPr>
          <w:rFonts w:ascii="Georgia" w:hAnsi="Georgia" w:cs="Georgia" w:eastAsia="Georgia"/>
          <w:b w:val="0"/>
          <w:i w:val="0"/>
          <w:sz w:val="22"/>
        </w:rPr>
        <w:t>Thirteen Israeli troops were injured on Friday during an overnight incursion into the Syrian village of Beit Jinn, in the Damascus countryside.</w:t>
      </w:r>
    </w:p>
    <w:p>
      <w:pPr>
        <w:spacing w:before="0" w:after="120" w:line="300" w:lineRule="exact"/>
        <w:jc w:val="both"/>
      </w:pPr>
      <w:r>
        <w:rPr>
          <w:rFonts w:ascii="Georgia" w:hAnsi="Georgia" w:cs="Georgia" w:eastAsia="Georgia"/>
          <w:b w:val="0"/>
          <w:i w:val="0"/>
          <w:sz w:val="22"/>
        </w:rPr>
        <w:t>Among the thirteen injured were three critically wounded in confrontations that broke out with locals, Israeli media outlets reported. Reports indicate three Israeli soldiers were critically injured in the overnight raid, as Israeli occupation forces attempted to detain and abduct several individuals from Beit Jinn, whom they claim are affiliates of the Islamic Group.</w:t>
      </w:r>
    </w:p>
    <w:p>
      <w:pPr>
        <w:spacing w:before="0" w:after="120" w:line="300" w:lineRule="exact"/>
        <w:jc w:val="both"/>
      </w:pPr>
      <w:r>
        <w:rPr>
          <w:rFonts w:ascii="Georgia" w:hAnsi="Georgia" w:cs="Georgia" w:eastAsia="Georgia"/>
          <w:b w:val="0"/>
          <w:i w:val="0"/>
          <w:sz w:val="22"/>
        </w:rPr>
        <w:t>Details of the confrontations</w:t>
      </w:r>
    </w:p>
    <w:p>
      <w:pPr>
        <w:spacing w:before="0" w:after="120" w:line="300" w:lineRule="exact"/>
        <w:jc w:val="both"/>
      </w:pPr>
      <w:r>
        <w:rPr>
          <w:rFonts w:ascii="Georgia" w:hAnsi="Georgia" w:cs="Georgia" w:eastAsia="Georgia"/>
          <w:b w:val="0"/>
          <w:i w:val="0"/>
          <w:sz w:val="22"/>
        </w:rPr>
        <w:t>Elite troops from the 55th Paratroopers Brigade of the 98th Elite Division raided the town of Beit Jinn, which is located just a few hundred meters from the United Nations Disengagement Observer Force (UNDOF) Zone. During their attempt to detain some of the individuals, gunfire broke out from locals, forcing a withdrawal.</w:t>
      </w:r>
    </w:p>
    <w:p>
      <w:pPr>
        <w:spacing w:before="0" w:after="120" w:line="300" w:lineRule="exact"/>
        <w:jc w:val="both"/>
      </w:pPr>
      <w:r>
        <w:rPr>
          <w:rFonts w:ascii="Georgia" w:hAnsi="Georgia" w:cs="Georgia" w:eastAsia="Georgia"/>
          <w:b w:val="0"/>
          <w:i w:val="0"/>
          <w:sz w:val="22"/>
        </w:rPr>
        <w:t>An Israeli Humvee vehicle used in the incursion was subsequently left behind. Then, according to Israeli reports, the Israeli Air Force raided the area and bombed the abandoned vehicle. Among the three seriously injured troops were two officers of the 55th Brigade.</w:t>
      </w:r>
    </w:p>
    <w:p>
      <w:pPr>
        <w:spacing w:before="0" w:after="120" w:line="300" w:lineRule="exact"/>
        <w:jc w:val="both"/>
      </w:pPr>
      <w:r>
        <w:rPr>
          <w:rFonts w:ascii="Georgia" w:hAnsi="Georgia" w:cs="Georgia" w:eastAsia="Georgia"/>
          <w:b w:val="0"/>
          <w:i w:val="0"/>
          <w:sz w:val="22"/>
        </w:rPr>
        <w:t>Israeli occupation forces said they detained three individuals during the raid, but the ensuing confrontations and Israeli strikes left at least 13 people dead and 25 others injured in the Syrian village. According to the Syrian News Channel, several others remain trapped beneath the rubble left by the bombardment.</w:t>
      </w:r>
    </w:p>
    <w:p>
      <w:r>
        <w:br w:type="page"/>
      </w:r>
    </w:p>
    <w:p>
      <w:pPr>
        <w:pStyle w:val="Heading1"/>
        <w:spacing w:before="360" w:after="200" w:line="300" w:lineRule="exact"/>
        <w:jc w:val="center"/>
      </w:pPr>
      <w:r>
        <w:rPr>
          <w:rFonts w:ascii="Georgia" w:hAnsi="Georgia" w:cs="Georgia" w:eastAsia="Georgia"/>
          <w:b/>
          <w:i w:val="0"/>
          <w:color w:val="1F3864"/>
          <w:sz w:val="32"/>
        </w:rPr>
        <w:t>KUFFAAR ARE MURDERERS, NOT SOLDIERS</w:t>
      </w:r>
    </w:p>
    <w:p>
      <w:pPr>
        <w:spacing w:before="120" w:after="40" w:line="300" w:lineRule="exact"/>
        <w:jc w:val="both"/>
      </w:pPr>
      <w:r>
        <w:rPr>
          <w:rFonts w:ascii="Georgia" w:hAnsi="Georgia" w:cs="Georgia" w:eastAsia="Georgia"/>
          <w:b/>
          <w:i/>
          <w:sz w:val="22"/>
        </w:rPr>
        <w:t>"They (the kuffaar) with their coalition cannot fight you (Mu'mineen) except from fortified barracks or from behind walls. That is because they are a people who lack understanding."</w:t>
      </w:r>
    </w:p>
    <w:p>
      <w:pPr>
        <w:spacing w:before="120" w:after="40" w:line="300" w:lineRule="exact"/>
        <w:jc w:val="both"/>
      </w:pPr>
      <w:r>
        <w:rPr>
          <w:rFonts w:ascii="Georgia" w:hAnsi="Georgia" w:cs="Georgia" w:eastAsia="Georgia"/>
          <w:b/>
          <w:i/>
          <w:sz w:val="22"/>
        </w:rPr>
        <w:t>(Qur'aan)</w:t>
      </w:r>
    </w:p>
    <w:p>
      <w:pPr>
        <w:spacing w:before="0" w:after="120" w:line="300" w:lineRule="exact"/>
        <w:jc w:val="both"/>
      </w:pPr>
      <w:r>
        <w:rPr>
          <w:rFonts w:ascii="Georgia" w:hAnsi="Georgia" w:cs="Georgia" w:eastAsia="Georgia"/>
          <w:b w:val="0"/>
          <w:i w:val="0"/>
          <w:sz w:val="22"/>
        </w:rPr>
        <w:t>This Qur'aanic truth was demonstrated on innumerable occasions. The recent defeat of the US and its coalition by a 'rag-tag' Taliban group in Afghanistan testifies for the veracity of this Qur'aanic aayat.</w:t>
      </w:r>
    </w:p>
    <w:p>
      <w:pPr>
        <w:spacing w:before="0" w:after="120" w:line="300" w:lineRule="exact"/>
        <w:jc w:val="both"/>
      </w:pPr>
      <w:r>
        <w:rPr>
          <w:rFonts w:ascii="Georgia" w:hAnsi="Georgia" w:cs="Georgia" w:eastAsia="Georgia"/>
          <w:b w:val="0"/>
          <w:i w:val="0"/>
          <w:sz w:val="22"/>
        </w:rPr>
        <w:t>The wounding and fleeing of elite Israeli troops stated in the report on this page, is further evidence for the truth of the Qur'aan. A little reflection on the details of this episode will confirm the veracity of the Aayat.</w:t>
      </w:r>
    </w:p>
    <w:p>
      <w:pPr>
        <w:spacing w:before="0" w:after="120" w:line="300" w:lineRule="exact"/>
        <w:jc w:val="both"/>
      </w:pPr>
      <w:r>
        <w:rPr>
          <w:rFonts w:ascii="Georgia" w:hAnsi="Georgia" w:cs="Georgia" w:eastAsia="Georgia"/>
          <w:b w:val="0"/>
          <w:i w:val="0"/>
          <w:sz w:val="22"/>
        </w:rPr>
        <w:t>A large number of elite Israeli troops with the best weaponry invade the village. The village folk with their paucity of obsolete rifles confronted the Israeli murderers. In the ensuring battle, 13 elite troops were wounded, three critically.</w:t>
      </w:r>
    </w:p>
    <w:p>
      <w:pPr>
        <w:spacing w:before="0" w:after="120" w:line="300" w:lineRule="exact"/>
        <w:jc w:val="both"/>
      </w:pPr>
      <w:r>
        <w:rPr>
          <w:rFonts w:ascii="Georgia" w:hAnsi="Georgia" w:cs="Georgia" w:eastAsia="Georgia"/>
          <w:b w:val="0"/>
          <w:i w:val="0"/>
          <w:sz w:val="22"/>
        </w:rPr>
        <w:t>In addition, the entire Israeli force of the 98th Elite Division fled the scene. They even abandoned their Humee armoured vehicle. Furthermore, these cowards dared not return with even a larger force for fear of again being defeated. They were unable to retrieve the Humvee. What they did was to call in the airforce. Unable to take their Humvee, they bombed it from the air, and likewise did they devastate the village from the safety of their "fortified barracks" – planes in this case.</w:t>
      </w:r>
    </w:p>
    <w:p>
      <w:pPr>
        <w:spacing w:before="0" w:after="120" w:line="300" w:lineRule="exact"/>
        <w:jc w:val="both"/>
      </w:pPr>
      <w:r>
        <w:rPr>
          <w:rFonts w:ascii="Georgia" w:hAnsi="Georgia" w:cs="Georgia" w:eastAsia="Georgia"/>
          <w:b w:val="0"/>
          <w:i w:val="0"/>
          <w:sz w:val="22"/>
        </w:rPr>
        <w:t>Bombing, murdering and destroying from the safety of their planes is the only kind of war tactic they are capable of. On the ground, they can invade villages with tanks covered by bombing aircraft to massacre mainly women and children. They are not capable of fighting pitched battles with Muslims despite the current extreme Imaani deficiency of the Muslim fighters.</w:t>
      </w:r>
    </w:p>
    <w:p>
      <w:r>
        <w:br w:type="page"/>
      </w:r>
    </w:p>
    <w:p>
      <w:pPr>
        <w:pStyle w:val="Heading1"/>
        <w:spacing w:before="360" w:after="200" w:line="300" w:lineRule="exact"/>
        <w:jc w:val="center"/>
      </w:pPr>
      <w:r>
        <w:rPr>
          <w:rFonts w:ascii="Georgia" w:hAnsi="Georgia" w:cs="Georgia" w:eastAsia="Georgia"/>
          <w:b/>
          <w:i w:val="0"/>
          <w:color w:val="1F3864"/>
          <w:sz w:val="32"/>
        </w:rPr>
        <w:t>THE SHARIAH REGIME</w:t>
      </w:r>
    </w:p>
    <w:p>
      <w:pPr>
        <w:spacing w:before="120" w:after="40" w:line="300" w:lineRule="exact"/>
        <w:jc w:val="both"/>
      </w:pPr>
      <w:r>
        <w:rPr>
          <w:rFonts w:ascii="Georgia" w:hAnsi="Georgia" w:cs="Georgia" w:eastAsia="Georgia"/>
          <w:b/>
          <w:i/>
          <w:sz w:val="22"/>
        </w:rPr>
        <w:t>"They (the Muttaqeen) are those who, if We grant them authority on earth, they establish Salaat, pay Zakaat, command virtue and prohibit evil. And the final result (of success)</w:t>
      </w:r>
    </w:p>
    <w:p>
      <w:pPr>
        <w:spacing w:before="120" w:after="40" w:line="300" w:lineRule="exact"/>
        <w:jc w:val="both"/>
      </w:pPr>
      <w:r>
        <w:rPr>
          <w:rFonts w:ascii="Georgia" w:hAnsi="Georgia" w:cs="Georgia" w:eastAsia="Georgia"/>
          <w:b/>
          <w:i/>
          <w:sz w:val="22"/>
        </w:rPr>
        <w:t>is with Allah."</w:t>
      </w:r>
    </w:p>
    <w:p>
      <w:pPr>
        <w:spacing w:before="120" w:after="40" w:line="300" w:lineRule="exact"/>
        <w:jc w:val="both"/>
      </w:pPr>
      <w:r>
        <w:rPr>
          <w:rFonts w:ascii="Georgia" w:hAnsi="Georgia" w:cs="Georgia" w:eastAsia="Georgia"/>
          <w:b/>
          <w:i/>
          <w:sz w:val="22"/>
        </w:rPr>
        <w:t>(Al-Hajj, 41)</w:t>
      </w:r>
    </w:p>
    <w:p>
      <w:pPr>
        <w:spacing w:before="0" w:after="120" w:line="300" w:lineRule="exact"/>
        <w:jc w:val="both"/>
      </w:pPr>
      <w:r>
        <w:rPr>
          <w:rFonts w:ascii="Georgia" w:hAnsi="Georgia" w:cs="Georgia" w:eastAsia="Georgia"/>
          <w:b w:val="0"/>
          <w:i w:val="0"/>
          <w:sz w:val="22"/>
        </w:rPr>
        <w:t>The very first obligation of the Islamic State is to establish Salaat, the Fundamental Pillar upholding the Edifice of Islam. A regime which does not rule according to the Shariah is kaafir. It is a regime which governs according to the law of Taaghoot.</w:t>
      </w:r>
    </w:p>
    <w:p>
      <w:pPr>
        <w:spacing w:before="120" w:after="40" w:line="300" w:lineRule="exact"/>
        <w:jc w:val="both"/>
      </w:pPr>
      <w:r>
        <w:rPr>
          <w:rFonts w:ascii="Georgia" w:hAnsi="Georgia" w:cs="Georgia" w:eastAsia="Georgia"/>
          <w:b/>
          <w:i/>
          <w:sz w:val="22"/>
        </w:rPr>
        <w:t>"Whoever does not adjudicate according to that (Law) which Allah has revealed, verily they are indeed kaafiroon."</w:t>
      </w:r>
    </w:p>
    <w:p>
      <w:pPr>
        <w:spacing w:before="120" w:after="40" w:line="300" w:lineRule="exact"/>
        <w:jc w:val="both"/>
      </w:pPr>
      <w:r>
        <w:rPr>
          <w:rFonts w:ascii="Georgia" w:hAnsi="Georgia" w:cs="Georgia" w:eastAsia="Georgia"/>
          <w:b/>
          <w:i/>
          <w:sz w:val="22"/>
        </w:rPr>
        <w:t>(Al-Maaidah, Aayat 44)</w:t>
      </w:r>
    </w:p>
    <w:p>
      <w:pPr>
        <w:spacing w:before="0" w:after="120" w:line="300" w:lineRule="exact"/>
        <w:jc w:val="both"/>
      </w:pPr>
      <w:r>
        <w:rPr>
          <w:rFonts w:ascii="Georgia" w:hAnsi="Georgia" w:cs="Georgia" w:eastAsia="Georgia"/>
          <w:b w:val="0"/>
          <w:i w:val="0"/>
          <w:sz w:val="22"/>
        </w:rPr>
        <w:t>Hamas was founded and established on the fundamental of establishing a Shariah State. However, after Allah Ta'ala granted them authority in Gazzah, they reneged from their solemn pledge and adopted the law of Taaghoot, the consequences of which are today being experienced bitterly.</w:t>
      </w:r>
    </w:p>
    <w:p>
      <w:pPr>
        <w:spacing w:before="0" w:after="120" w:line="300" w:lineRule="exact"/>
        <w:jc w:val="both"/>
      </w:pPr>
      <w:r>
        <w:rPr>
          <w:rFonts w:ascii="Georgia" w:hAnsi="Georgia" w:cs="Georgia" w:eastAsia="Georgia"/>
          <w:b w:val="0"/>
          <w:i w:val="0"/>
          <w:sz w:val="22"/>
        </w:rPr>
        <w:t>Some years ago, Hamas mowed down a Shaikh with his followers on the Day of Jumuah right inside the Musjid. The Shaikh was demanding the institution of Shariah Law. Hamas perceived the Shaikh's demand a threat to its authority, hence it conveniently became 'halaal' to shed the blood of numerous Muslim brothers who were clamouring for the Law of Allah Ta'ala.</w:t>
      </w:r>
    </w:p>
    <w:p>
      <w:pPr>
        <w:spacing w:before="0" w:after="120" w:line="300" w:lineRule="exact"/>
        <w:jc w:val="both"/>
      </w:pPr>
      <w:r>
        <w:rPr>
          <w:rFonts w:ascii="Georgia" w:hAnsi="Georgia" w:cs="Georgia" w:eastAsia="Georgia"/>
          <w:b w:val="0"/>
          <w:i w:val="0"/>
          <w:sz w:val="22"/>
        </w:rPr>
        <w:t>While Hamas could not find common ground with the Shaikh and those demanding the Law of Allah Ta'ala, Hamas is perfectly at home with the worst enemies of Allah Ta'ala, namely Palestinian atheists. One of the 'resistance' groups co-operating with Hamas is the Marxist atheists. These vile atheist followers of shaitaan are like a pile of faeces in a bucket of water. They are not just a couple of drops of urine in the water. But Hamas tolerates and accepts them.</w:t>
      </w:r>
    </w:p>
    <w:p>
      <w:pPr>
        <w:spacing w:before="0" w:after="120" w:line="300" w:lineRule="exact"/>
        <w:jc w:val="both"/>
      </w:pPr>
      <w:r>
        <w:rPr>
          <w:rFonts w:ascii="Georgia" w:hAnsi="Georgia" w:cs="Georgia" w:eastAsia="Georgia"/>
          <w:b w:val="0"/>
          <w:i w:val="0"/>
          <w:sz w:val="22"/>
        </w:rPr>
        <w:t>Throughout its rule of Gazzah, Hamas made no attempts to exterminate these atheists. Only those calling for the Law of Allah were exterminated brutally. Now they are tasting the consequences.</w:t>
      </w:r>
    </w:p>
    <w:p>
      <w:pPr>
        <w:spacing w:before="0" w:after="120" w:line="300" w:lineRule="exact"/>
        <w:jc w:val="both"/>
      </w:pPr>
      <w:r>
        <w:rPr>
          <w:rFonts w:ascii="Georgia" w:hAnsi="Georgia" w:cs="Georgia" w:eastAsia="Georgia"/>
          <w:b w:val="0"/>
          <w:i w:val="0"/>
          <w:sz w:val="22"/>
        </w:rPr>
        <w:t>Nowadays, innumerable 'Muslims' who profess to be Muslims are in reality kuffaar. That is why they find common ground with the kuffaar and derive pleasure licking their boots most disgracefully.</w:t>
      </w:r>
    </w:p>
    <w:p>
      <w:r>
        <w:br w:type="page"/>
      </w:r>
    </w:p>
    <w:p>
      <w:pPr>
        <w:pStyle w:val="Heading1"/>
        <w:spacing w:before="360" w:after="200" w:line="300" w:lineRule="exact"/>
        <w:jc w:val="center"/>
      </w:pPr>
      <w:r>
        <w:rPr>
          <w:rFonts w:ascii="Georgia" w:hAnsi="Georgia" w:cs="Georgia" w:eastAsia="Georgia"/>
          <w:b/>
          <w:i w:val="0"/>
          <w:color w:val="1F3864"/>
          <w:sz w:val="32"/>
        </w:rPr>
        <w:t>IT IS HIS DECREE</w:t>
      </w:r>
    </w:p>
    <w:p>
      <w:pPr>
        <w:spacing w:before="120" w:after="40" w:line="300" w:lineRule="exact"/>
        <w:jc w:val="both"/>
      </w:pPr>
      <w:r>
        <w:rPr>
          <w:rFonts w:ascii="Georgia" w:hAnsi="Georgia" w:cs="Georgia" w:eastAsia="Georgia"/>
          <w:b/>
          <w:i/>
          <w:sz w:val="22"/>
        </w:rPr>
        <w:t>"There is no calamity/ misfortune (befalling anyone) except with the permission of Allah. He who believes in Allah, Allah guides his heart. And Allah is aware of everything. Obey Allah and obey the Rasool. If you turn away (from the Deen), then on Our Messengers is only the Clear Delivery (of the Message of Allah). Allah! There is no deity but He, and on Allah should the Mu'minoon have trust."</w:t>
      </w:r>
    </w:p>
    <w:p>
      <w:pPr>
        <w:spacing w:before="120" w:after="40" w:line="300" w:lineRule="exact"/>
        <w:jc w:val="both"/>
      </w:pPr>
      <w:r>
        <w:rPr>
          <w:rFonts w:ascii="Georgia" w:hAnsi="Georgia" w:cs="Georgia" w:eastAsia="Georgia"/>
          <w:b/>
          <w:i/>
          <w:sz w:val="22"/>
        </w:rPr>
        <w:t>(At-Taghaabun, 11, 12 &amp; 13)</w:t>
      </w:r>
    </w:p>
    <w:p>
      <w:pPr>
        <w:spacing w:before="0" w:after="120" w:line="300" w:lineRule="exact"/>
        <w:jc w:val="both"/>
      </w:pPr>
      <w:r>
        <w:rPr>
          <w:rFonts w:ascii="Georgia" w:hAnsi="Georgia" w:cs="Georgia" w:eastAsia="Georgia"/>
          <w:b w:val="0"/>
          <w:i w:val="0"/>
          <w:sz w:val="22"/>
        </w:rPr>
        <w:t>The Athaab of Allah Azza Wa Jal on the Palestinian Muslims will run its divinely prescribed course. No one can change the trajectory of the Prescription of Allah Ta'ala. "Never will you find for the Sunnah of Allah a change." (Qur'aan)</w:t>
      </w:r>
    </w:p>
    <w:p>
      <w:pPr>
        <w:spacing w:before="120" w:after="120" w:line="300" w:lineRule="exact"/>
        <w:ind w:left="720" w:right="720"/>
        <w:jc w:val="center"/>
      </w:pPr>
      <w:r>
        <w:rPr>
          <w:rFonts w:ascii="Georgia" w:hAnsi="Georgia" w:cs="Georgia" w:eastAsia="Georgia"/>
          <w:b w:val="0"/>
          <w:i/>
          <w:sz w:val="22"/>
        </w:rPr>
        <w:t>"Everything is recorded in a Clear Kitaab." (Qur'aan)</w:t>
      </w:r>
    </w:p>
    <w:p>
      <w:r>
        <w:br w:type="page"/>
      </w:r>
    </w:p>
    <w:p>
      <w:pPr>
        <w:pStyle w:val="Heading1"/>
        <w:spacing w:before="360" w:after="200" w:line="300" w:lineRule="exact"/>
        <w:jc w:val="center"/>
      </w:pPr>
      <w:r>
        <w:rPr>
          <w:rFonts w:ascii="Georgia" w:hAnsi="Georgia" w:cs="Georgia" w:eastAsia="Georgia"/>
          <w:b/>
          <w:i w:val="0"/>
          <w:color w:val="1F3864"/>
          <w:sz w:val="32"/>
        </w:rPr>
        <w:t>ONLY HE EMPOWERS</w:t>
      </w:r>
    </w:p>
    <w:p>
      <w:pPr>
        <w:spacing w:before="0" w:after="120" w:line="300" w:lineRule="exact"/>
        <w:jc w:val="both"/>
      </w:pPr>
      <w:r>
        <w:rPr>
          <w:rFonts w:ascii="Georgia" w:hAnsi="Georgia" w:cs="Georgia" w:eastAsia="Georgia"/>
          <w:b w:val="0"/>
          <w:i w:val="0"/>
          <w:sz w:val="22"/>
        </w:rPr>
        <w:t>Say (O Muhammad!): 'O Allah! Maalikal Mulk (i.e. King and Owner of the entire earth, sovereignty and power)! You bestow Mulk (country/sovereignty/ domination)</w:t>
      </w:r>
    </w:p>
    <w:p>
      <w:pPr>
        <w:spacing w:before="0" w:after="120" w:line="300" w:lineRule="exact"/>
        <w:jc w:val="both"/>
      </w:pPr>
      <w:r>
        <w:rPr>
          <w:rFonts w:ascii="Georgia" w:hAnsi="Georgia" w:cs="Georgia" w:eastAsia="Georgia"/>
          <w:b w:val="0"/>
          <w:i w:val="0"/>
          <w:sz w:val="22"/>
        </w:rPr>
        <w:t>to whomever You will, and You snatch away Mulk from whomever You will. You grant honour to whomever You will, and You disgrace whomever You will. In Your Hand is all goodness. Verily, You are All-Powerful over all things."</w:t>
      </w:r>
    </w:p>
    <w:p>
      <w:pPr>
        <w:spacing w:before="0" w:after="120" w:line="300" w:lineRule="exact"/>
        <w:jc w:val="both"/>
      </w:pPr>
      <w:r>
        <w:rPr>
          <w:rFonts w:ascii="Georgia" w:hAnsi="Georgia" w:cs="Georgia" w:eastAsia="Georgia"/>
          <w:b w:val="0"/>
          <w:i w:val="0"/>
          <w:sz w:val="22"/>
        </w:rPr>
        <w:t>(Aal-e-Imraan, Aayat 26)</w:t>
      </w:r>
    </w:p>
    <w:p>
      <w:r>
        <w:br w:type="page"/>
      </w:r>
    </w:p>
    <w:p>
      <w:pPr>
        <w:pStyle w:val="Heading1"/>
        <w:spacing w:before="360" w:after="200" w:line="300" w:lineRule="exact"/>
        <w:jc w:val="center"/>
      </w:pPr>
      <w:r>
        <w:rPr>
          <w:rFonts w:ascii="Georgia" w:hAnsi="Georgia" w:cs="Georgia" w:eastAsia="Georgia"/>
          <w:b/>
          <w:i w:val="0"/>
          <w:color w:val="1F3864"/>
          <w:sz w:val="32"/>
        </w:rPr>
        <w:t>HE SUFFICES</w:t>
      </w:r>
    </w:p>
    <w:p>
      <w:pPr>
        <w:spacing w:before="120" w:after="40" w:line="300" w:lineRule="exact"/>
        <w:jc w:val="both"/>
      </w:pPr>
      <w:r>
        <w:rPr>
          <w:rFonts w:ascii="Georgia" w:hAnsi="Georgia" w:cs="Georgia" w:eastAsia="Georgia"/>
          <w:b/>
          <w:i/>
          <w:sz w:val="22"/>
        </w:rPr>
        <w:t>"Do not follow the kaafireen and the munaafiqeen. Ignore their harassment and repose trust on Allah. Allah suffices as a Helper." (Qur'aan)</w:t>
      </w:r>
    </w:p>
    <w:p>
      <w:r>
        <w:br w:type="page"/>
      </w:r>
    </w:p>
    <w:p>
      <w:pPr>
        <w:pStyle w:val="Heading1"/>
        <w:spacing w:before="360" w:after="200" w:line="300" w:lineRule="exact"/>
        <w:jc w:val="center"/>
      </w:pPr>
      <w:r>
        <w:rPr>
          <w:rFonts w:ascii="Georgia" w:hAnsi="Georgia" w:cs="Georgia" w:eastAsia="Georgia"/>
          <w:b/>
          <w:i w:val="0"/>
          <w:color w:val="1F3864"/>
          <w:sz w:val="32"/>
        </w:rPr>
        <w:t>ALLAH'S PUNISHMENT</w:t>
      </w:r>
    </w:p>
    <w:p>
      <w:pPr>
        <w:spacing w:before="120" w:after="120" w:line="300" w:lineRule="exact"/>
        <w:ind w:left="720" w:right="720"/>
        <w:jc w:val="center"/>
      </w:pPr>
      <w:r>
        <w:rPr>
          <w:rFonts w:ascii="Georgia" w:hAnsi="Georgia" w:cs="Georgia" w:eastAsia="Georgia"/>
          <w:b w:val="0"/>
          <w:i/>
          <w:sz w:val="22"/>
        </w:rPr>
        <w:t>"ENJOY YOURSELVES IN your homes for three days. This is a promise that cannot be falsified." (Aayat 65, Surah Hood)</w:t>
      </w:r>
    </w:p>
    <w:p>
      <w:pPr>
        <w:spacing w:before="0" w:after="120" w:line="300" w:lineRule="exact"/>
        <w:jc w:val="both"/>
      </w:pPr>
      <w:r>
        <w:rPr>
          <w:rFonts w:ascii="Georgia" w:hAnsi="Georgia" w:cs="Georgia" w:eastAsia="Georgia"/>
          <w:b w:val="0"/>
          <w:i w:val="0"/>
          <w:sz w:val="22"/>
        </w:rPr>
        <w:t>Once Rasulullah (sallallahu alayhi wasallam) with a group of Sahaabah passed by a grave. He said: "Do you know whose grave this is?" The Sahaabah said: "Allah and His Nabi know best." Rasulullah (sallallahu alayhi wasallam) said: "This is the grave of Abu Righaal. He was from the nation of Thamud. At the time of the punishment which destroyed the entire nation, he was in the Haram of Makkah. He was therefore saved. However, when he left the precincts of the Haram, the same punishment seized him. He was buried with a gold walking stick." The Sahaabah later dug open the grave and retrieved the gold walking stick.</w:t>
      </w:r>
    </w:p>
    <w:p>
      <w:pPr>
        <w:spacing w:before="0" w:after="120" w:line="300" w:lineRule="exact"/>
        <w:jc w:val="both"/>
      </w:pPr>
      <w:r>
        <w:rPr>
          <w:rFonts w:ascii="Georgia" w:hAnsi="Georgia" w:cs="Georgia" w:eastAsia="Georgia"/>
          <w:b w:val="0"/>
          <w:i w:val="0"/>
          <w:sz w:val="22"/>
        </w:rPr>
        <w:t>When the nation of Nabi Saalih (alayhis salaam) rejected his Call of Tauheed and taunted him to bring the punishment he was warning them of, then Allah Ta'ala ordered him to tell his people that the punishment they were demanding would overtake them in three day's time. The evil people continued taunting and jeering Nabi Saalih (alayhis salaam), and they plotted to murder him. After a respite of three days, their faces turned yellow on the first day. On the second day, their faces became intensely red, and on the third day black. Then from above came the Mighty Scream – the screech of an Angel. From the earth came a massive earthquake. The entire nation perished. Mentioning their terrible fate, the Qur'aan Majeed says:</w:t>
      </w:r>
    </w:p>
    <w:p>
      <w:pPr>
        <w:spacing w:before="120" w:after="120" w:line="300" w:lineRule="exact"/>
        <w:ind w:left="720" w:right="720"/>
        <w:jc w:val="center"/>
      </w:pPr>
      <w:r>
        <w:rPr>
          <w:rFonts w:ascii="Georgia" w:hAnsi="Georgia" w:cs="Georgia" w:eastAsia="Georgia"/>
          <w:b w:val="0"/>
          <w:i/>
          <w:sz w:val="22"/>
        </w:rPr>
        <w:t>"The mighty quake apprehended them, and by the morning they lay prostrate on their faces in their homes (which had been utterly destroyed)."</w:t>
      </w:r>
    </w:p>
    <w:p>
      <w:pPr>
        <w:spacing w:before="0" w:after="120" w:line="300" w:lineRule="exact"/>
        <w:jc w:val="both"/>
      </w:pPr>
      <w:r>
        <w:rPr>
          <w:rFonts w:ascii="Georgia" w:hAnsi="Georgia" w:cs="Georgia" w:eastAsia="Georgia"/>
          <w:b w:val="0"/>
          <w:i w:val="0"/>
          <w:sz w:val="22"/>
        </w:rPr>
        <w:t>In our age too there are communities lined up for similar punishment. When the appointed time arrives, the Mighty Scream will suddenly and swiftly eliminate them. In this regard the Qur'aan Majeed states: "And, when We intend to destroy a city, We command its opulent inhabitants; then they commit evil in it. Then the decree (punishment) becomes justified for them. Thus do We then utterly annihilate them."</w:t>
      </w:r>
    </w:p>
    <w:p>
      <w:pPr>
        <w:spacing w:before="0" w:after="120" w:line="300" w:lineRule="exact"/>
        <w:jc w:val="both"/>
      </w:pPr>
      <w:r>
        <w:rPr>
          <w:rFonts w:ascii="Georgia" w:hAnsi="Georgia" w:cs="Georgia" w:eastAsia="Georgia"/>
          <w:b w:val="0"/>
          <w:i w:val="0"/>
          <w:sz w:val="22"/>
        </w:rPr>
        <w:t>(Surah Al-Israa', Aayat 16)</w:t>
      </w:r>
    </w:p>
    <w:p>
      <w:pPr>
        <w:spacing w:before="0" w:after="120" w:line="300" w:lineRule="exact"/>
        <w:jc w:val="both"/>
      </w:pPr>
      <w:r>
        <w:rPr>
          <w:rFonts w:ascii="Georgia" w:hAnsi="Georgia" w:cs="Georgia" w:eastAsia="Georgia"/>
          <w:b w:val="0"/>
          <w:i w:val="0"/>
          <w:sz w:val="22"/>
        </w:rPr>
        <w:t>Allah Ta'ala grants them respite to enjoy themselves in their drunken stupor of opulence. They madly indulge in unbridled fisq and fujoor. Then suddenly the Athaab arrives and uproots and destroys them.</w:t>
      </w:r>
    </w:p>
    <w:p>
      <w:pPr>
        <w:spacing w:before="0" w:after="120" w:line="300" w:lineRule="exact"/>
        <w:jc w:val="both"/>
      </w:pPr>
      <w:r>
        <w:rPr>
          <w:rFonts w:ascii="Georgia" w:hAnsi="Georgia" w:cs="Georgia" w:eastAsia="Georgia"/>
          <w:b w:val="0"/>
          <w:i w:val="0"/>
          <w:sz w:val="22"/>
        </w:rPr>
        <w:t>When a person or a community is earmarked by Allah Ta'ala for punishment, no one can then escape. Fleeing from a place and seeking refuge will not save the one for whom the Athaab has been decreed.</w:t>
      </w:r>
    </w:p>
    <w:p>
      <w:pPr>
        <w:spacing w:before="0" w:after="120" w:line="300" w:lineRule="exact"/>
        <w:jc w:val="both"/>
      </w:pPr>
      <w:r>
        <w:rPr>
          <w:rFonts w:ascii="Georgia" w:hAnsi="Georgia" w:cs="Georgia" w:eastAsia="Georgia"/>
          <w:b w:val="0"/>
          <w:i w:val="0"/>
          <w:sz w:val="22"/>
        </w:rPr>
        <w:t>In a bygone era when Allah Ta'ala afflicted a town with the punishment of a pestilence/epidemic, the entire community of that town fled and sought refuge in a mountainous valley. When the entire community felt snug in their imagined haven of safety in the valley, Allah Ta'ala commanded: "Perish!" Recounting this episode, the Qur'aan Majeed says:</w:t>
      </w:r>
    </w:p>
    <w:p>
      <w:pPr>
        <w:spacing w:before="120" w:after="120" w:line="300" w:lineRule="exact"/>
        <w:ind w:left="720" w:right="720"/>
        <w:jc w:val="center"/>
      </w:pPr>
      <w:r>
        <w:rPr>
          <w:rFonts w:ascii="Georgia" w:hAnsi="Georgia" w:cs="Georgia" w:eastAsia="Georgia"/>
          <w:b w:val="0"/>
          <w:i/>
          <w:sz w:val="22"/>
        </w:rPr>
        <w:t>"What! Have you not seen those who had emerged (to flee) from their homes and they were thousands in fear of maut? Then Allah said to them (in the valley): "PERISH!"</w:t>
      </w:r>
    </w:p>
    <w:p>
      <w:pPr>
        <w:spacing w:before="120" w:after="120" w:line="300" w:lineRule="exact"/>
        <w:ind w:left="720" w:right="720"/>
        <w:jc w:val="center"/>
      </w:pPr>
      <w:r>
        <w:rPr>
          <w:rFonts w:ascii="Georgia" w:hAnsi="Georgia" w:cs="Georgia" w:eastAsia="Georgia"/>
          <w:b w:val="0"/>
          <w:i/>
          <w:sz w:val="22"/>
        </w:rPr>
        <w:t>(Al-Baqarah, Aayat 243)</w:t>
      </w:r>
    </w:p>
    <w:p>
      <w:pPr>
        <w:spacing w:before="0" w:after="120" w:line="300" w:lineRule="exact"/>
        <w:jc w:val="both"/>
      </w:pPr>
      <w:r>
        <w:rPr>
          <w:rFonts w:ascii="Georgia" w:hAnsi="Georgia" w:cs="Georgia" w:eastAsia="Georgia"/>
          <w:b w:val="0"/>
          <w:i w:val="0"/>
          <w:sz w:val="22"/>
        </w:rPr>
        <w:t>Every single one who had fled then died. No one can ever escape the Athaab of Allah Azza Wa Jal.</w:t>
      </w:r>
    </w:p>
    <w:p>
      <w:r>
        <w:br w:type="page"/>
      </w:r>
    </w:p>
    <w:p>
      <w:pPr>
        <w:pStyle w:val="Heading1"/>
        <w:spacing w:before="360" w:after="200" w:line="300" w:lineRule="exact"/>
        <w:jc w:val="center"/>
      </w:pPr>
      <w:r>
        <w:rPr>
          <w:rFonts w:ascii="Georgia" w:hAnsi="Georgia" w:cs="Georgia" w:eastAsia="Georgia"/>
          <w:b/>
          <w:i w:val="0"/>
          <w:color w:val="1F3864"/>
          <w:sz w:val="32"/>
        </w:rPr>
        <w:t>ONLY HE CAN HELP</w:t>
      </w:r>
    </w:p>
    <w:p>
      <w:pPr>
        <w:spacing w:before="120" w:after="40" w:line="300" w:lineRule="exact"/>
        <w:jc w:val="both"/>
      </w:pPr>
      <w:r>
        <w:rPr>
          <w:rFonts w:ascii="Georgia" w:hAnsi="Georgia" w:cs="Georgia" w:eastAsia="Georgia"/>
          <w:b/>
          <w:i/>
          <w:sz w:val="22"/>
        </w:rPr>
        <w:t>"If Allah helps you, then none can defeat you. And, if He abandons you, then who is there besides Him to help you? Therefore, the Mu'minoon should have trust in only Allah."</w:t>
      </w:r>
    </w:p>
    <w:p>
      <w:pPr>
        <w:spacing w:before="120" w:after="40" w:line="300" w:lineRule="exact"/>
        <w:jc w:val="both"/>
      </w:pPr>
      <w:r>
        <w:rPr>
          <w:rFonts w:ascii="Georgia" w:hAnsi="Georgia" w:cs="Georgia" w:eastAsia="Georgia"/>
          <w:b/>
          <w:i/>
          <w:sz w:val="22"/>
        </w:rPr>
        <w:t>(Aal-e-Imraan, Aayat 160)</w:t>
      </w:r>
    </w:p>
    <w:p>
      <w:pPr>
        <w:spacing w:before="120" w:after="40" w:line="300" w:lineRule="exact"/>
        <w:jc w:val="both"/>
      </w:pPr>
      <w:r>
        <w:rPr>
          <w:rFonts w:ascii="Georgia" w:hAnsi="Georgia" w:cs="Georgia" w:eastAsia="Georgia"/>
          <w:b/>
          <w:i/>
          <w:sz w:val="22"/>
        </w:rPr>
        <w:t>O People of Imaan! If you help Allah (His Deen), He will help you and plant your feet firmly (against your enemy). (Muhammad, Aayat 7)</w:t>
      </w:r>
    </w:p>
    <w:p>
      <w:pPr>
        <w:spacing w:before="120" w:after="40" w:line="300" w:lineRule="exact"/>
        <w:jc w:val="both"/>
      </w:pPr>
      <w:r>
        <w:rPr>
          <w:rFonts w:ascii="Georgia" w:hAnsi="Georgia" w:cs="Georgia" w:eastAsia="Georgia"/>
          <w:b/>
          <w:i/>
          <w:sz w:val="22"/>
        </w:rPr>
        <w:t>"The armies of the heavens and earth belong to Allah." (Al-Fath, Aayat 4)</w:t>
      </w:r>
    </w:p>
    <w:p>
      <w:pPr>
        <w:spacing w:before="0" w:after="120" w:line="300" w:lineRule="exact"/>
        <w:jc w:val="both"/>
      </w:pPr>
      <w:r>
        <w:rPr>
          <w:rFonts w:ascii="Georgia" w:hAnsi="Georgia" w:cs="Georgia" w:eastAsia="Georgia"/>
          <w:b w:val="0"/>
          <w:i w:val="0"/>
          <w:sz w:val="22"/>
        </w:rPr>
        <w:t>Help will not be forthcoming from the shadows and spiders Hamas is bootlicking. The international community is a spider subservient to Trump. But the spiritually blind Muslims miserably fail to see and understand the reality which Allah Ta'ala repeatedly states in the Qur'aan Majeed.</w:t>
      </w:r>
    </w:p>
    <w:p>
      <w:r>
        <w:br w:type="page"/>
      </w:r>
    </w:p>
    <w:p>
      <w:pPr>
        <w:pStyle w:val="Heading1"/>
        <w:spacing w:before="360" w:after="200" w:line="300" w:lineRule="exact"/>
        <w:jc w:val="center"/>
      </w:pPr>
      <w:r>
        <w:rPr>
          <w:rFonts w:ascii="Georgia" w:hAnsi="Georgia" w:cs="Georgia" w:eastAsia="Georgia"/>
          <w:b/>
          <w:i w:val="0"/>
          <w:color w:val="1F3864"/>
          <w:sz w:val="32"/>
        </w:rPr>
        <w:t>Saudi Arabia quietly expands access to its only alcohol store for non-Muslim residents</w:t>
      </w:r>
    </w:p>
    <w:p>
      <w:pPr>
        <w:spacing w:before="0" w:after="120" w:line="300" w:lineRule="exact"/>
        <w:jc w:val="both"/>
      </w:pPr>
      <w:r>
        <w:rPr>
          <w:rFonts w:ascii="Georgia" w:hAnsi="Georgia" w:cs="Georgia" w:eastAsia="Georgia"/>
          <w:b w:val="0"/>
          <w:i w:val="0"/>
          <w:sz w:val="22"/>
        </w:rPr>
        <w:t>By BARAA ANWER Updated 8:13 AM GMT+2, December 21, 2025</w:t>
      </w:r>
    </w:p>
    <w:p>
      <w:pPr>
        <w:spacing w:before="0" w:after="120" w:line="300" w:lineRule="exact"/>
        <w:jc w:val="both"/>
      </w:pPr>
      <w:r>
        <w:rPr>
          <w:rFonts w:ascii="Georgia" w:hAnsi="Georgia" w:cs="Georgia" w:eastAsia="Georgia"/>
          <w:b w:val="0"/>
          <w:i w:val="0"/>
          <w:sz w:val="22"/>
        </w:rPr>
        <w:t>Leer en español</w:t>
      </w:r>
    </w:p>
    <w:p>
      <w:pPr>
        <w:spacing w:before="0" w:after="120" w:line="300" w:lineRule="exact"/>
        <w:jc w:val="both"/>
      </w:pPr>
      <w:r>
        <w:rPr>
          <w:rFonts w:ascii="Georgia" w:hAnsi="Georgia" w:cs="Georgia" w:eastAsia="Georgia"/>
          <w:b w:val="0"/>
          <w:i w:val="0"/>
          <w:sz w:val="22"/>
        </w:rPr>
        <w:t>RIYADH, Saudi Arabia (AP) — Saudi Arabia has quietly expanded access to its only store that sells alcohol, allowing wealthy foreign residents to buy booze in the latest step in the once-ultraconservative kingdom's experiment in liberalization.</w:t>
      </w:r>
    </w:p>
    <w:p>
      <w:pPr>
        <w:spacing w:before="0" w:after="120" w:line="300" w:lineRule="exact"/>
        <w:jc w:val="both"/>
      </w:pPr>
      <w:r>
        <w:rPr>
          <w:rFonts w:ascii="Georgia" w:hAnsi="Georgia" w:cs="Georgia" w:eastAsia="Georgia"/>
          <w:b w:val="0"/>
          <w:i w:val="0"/>
          <w:sz w:val="22"/>
        </w:rPr>
        <w:t>There's been no official announcement of the decision, but word has gotten out, and long lines of cars and people can now be seen at the discreet, unmarked store in the Diplomatic Quarter of the Saudi capital, Riyadh..........</w:t>
      </w:r>
    </w:p>
    <w:p>
      <w:pPr>
        <w:spacing w:before="0" w:after="120" w:line="300" w:lineRule="exact"/>
        <w:jc w:val="both"/>
      </w:pPr>
      <w:r>
        <w:rPr>
          <w:rFonts w:ascii="Georgia" w:hAnsi="Georgia" w:cs="Georgia" w:eastAsia="Georgia"/>
          <w:b w:val="0"/>
          <w:i w:val="0"/>
          <w:sz w:val="22"/>
        </w:rPr>
        <w:t>Saudi Arabia, home to the holiest sites in Islam, has banned alcohol since the early 1950s. The store is widely seen as a way to cautiously test the controlled sale of alcohol.</w:t>
      </w:r>
    </w:p>
    <w:p>
      <w:pPr>
        <w:spacing w:before="120" w:after="40" w:line="300" w:lineRule="exact"/>
        <w:jc w:val="both"/>
      </w:pPr>
      <w:r>
        <w:rPr>
          <w:rFonts w:ascii="Georgia" w:hAnsi="Georgia" w:cs="Georgia" w:eastAsia="Georgia"/>
          <w:b/>
          <w:i/>
          <w:sz w:val="22"/>
        </w:rPr>
        <w:t>(Comment: This is false. Liquor was never allowed since the very inception of the Saudi monarchy installed by Britain. Even cigarettes were banned in the beginning.)</w:t>
      </w:r>
    </w:p>
    <w:p>
      <w:pPr>
        <w:spacing w:before="0" w:after="120" w:line="300" w:lineRule="exact"/>
        <w:jc w:val="both"/>
      </w:pPr>
      <w:r>
        <w:rPr>
          <w:rFonts w:ascii="Georgia" w:hAnsi="Georgia" w:cs="Georgia" w:eastAsia="Georgia"/>
          <w:b w:val="0"/>
          <w:i w:val="0"/>
          <w:sz w:val="22"/>
        </w:rPr>
        <w:t>Saudi Arabia's de facto ruler, Crown Prince Mohammed bin Salman, and his father, King Salman, have pursued a dramatic liberalization policy in the kingdom, aiming to attract tourism, boost international business and reduce economic dependence on crude oil.</w:t>
      </w:r>
    </w:p>
    <w:p>
      <w:pPr>
        <w:spacing w:before="120" w:after="40" w:line="300" w:lineRule="exact"/>
        <w:jc w:val="both"/>
      </w:pPr>
      <w:r>
        <w:rPr>
          <w:rFonts w:ascii="Georgia" w:hAnsi="Georgia" w:cs="Georgia" w:eastAsia="Georgia"/>
          <w:b/>
          <w:i/>
          <w:sz w:val="22"/>
        </w:rPr>
        <w:t>(Comment: Yes, they have converted Arabia into Darul Kufr and even Darul Harb. The Shariah has been expunged. It is now the law of Taaghoot prevailing in Arabia.)</w:t>
      </w:r>
    </w:p>
    <w:p>
      <w:pPr>
        <w:spacing w:before="0" w:after="120" w:line="300" w:lineRule="exact"/>
        <w:jc w:val="both"/>
      </w:pPr>
      <w:r>
        <w:rPr>
          <w:rFonts w:ascii="Georgia" w:hAnsi="Georgia" w:cs="Georgia" w:eastAsia="Georgia"/>
          <w:b w:val="0"/>
          <w:i w:val="0"/>
          <w:sz w:val="22"/>
        </w:rPr>
        <w:t>The kingdom, which adheres to Islamic Sharia law, has opened movie theaters, allowed women to drive and hosted major music festivals. But political speech and dissent remain strictly criminalized, potentially at the penalty of death.</w:t>
      </w:r>
    </w:p>
    <w:p>
      <w:pPr>
        <w:spacing w:before="120" w:after="40" w:line="300" w:lineRule="exact"/>
        <w:jc w:val="both"/>
      </w:pPr>
      <w:r>
        <w:rPr>
          <w:rFonts w:ascii="Georgia" w:hAnsi="Georgia" w:cs="Georgia" w:eastAsia="Georgia"/>
          <w:b/>
          <w:i/>
          <w:sz w:val="22"/>
        </w:rPr>
        <w:t>(Comment: It is absolutely stupid and ludicrous to say that the kingdom adheres to Shariah Law. It has officially cancelled Shariah Law and has substituted it with western Taaghooti laws.)</w:t>
      </w:r>
    </w:p>
    <w:p>
      <w:pPr>
        <w:spacing w:before="0" w:after="120" w:line="300" w:lineRule="exact"/>
        <w:jc w:val="both"/>
      </w:pPr>
      <w:r>
        <w:rPr>
          <w:rFonts w:ascii="Georgia" w:hAnsi="Georgia" w:cs="Georgia" w:eastAsia="Georgia"/>
          <w:b w:val="0"/>
          <w:i w:val="0"/>
          <w:sz w:val="22"/>
        </w:rPr>
        <w:t>Alcohol remains banned for the general public. (Comment: This is a deceptive temporary ban to befuddle morons.)</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There is no surprise in liquor becoming 'halaal' in Arabia which the kufr regime of the land has converted into Darul Kufr. The Shariah has been expunged in entirety and immorality, prostitution, liquor, music, dancing, homosexuality and every evil under the sky have been legalized in the Holiest Land of Islam.</w:t>
      </w:r>
    </w:p>
    <w:p>
      <w:pPr>
        <w:spacing w:before="0" w:after="120" w:line="300" w:lineRule="exact"/>
        <w:jc w:val="both"/>
      </w:pPr>
      <w:r>
        <w:rPr>
          <w:rFonts w:ascii="Georgia" w:hAnsi="Georgia" w:cs="Georgia" w:eastAsia="Georgia"/>
          <w:b w:val="0"/>
          <w:i w:val="0"/>
          <w:sz w:val="22"/>
        </w:rPr>
        <w:t>This state of affairs has been predicted by Rasulullah (Sallallahu alayhi wasallam). The current cult of immorality-fisq and fujoor and kufr - sweeping Arabia is set to degenerate further, Qiyaamah cannot be in the too distant future.</w:t>
      </w:r>
    </w:p>
    <w:p>
      <w:r>
        <w:br w:type="page"/>
      </w:r>
    </w:p>
    <w:p>
      <w:pPr>
        <w:pStyle w:val="Heading1"/>
        <w:spacing w:before="360" w:after="200" w:line="300" w:lineRule="exact"/>
        <w:jc w:val="center"/>
      </w:pPr>
      <w:r>
        <w:rPr>
          <w:rFonts w:ascii="Georgia" w:hAnsi="Georgia" w:cs="Georgia" w:eastAsia="Georgia"/>
          <w:b/>
          <w:i w:val="0"/>
          <w:color w:val="1F3864"/>
          <w:sz w:val="32"/>
        </w:rPr>
        <w:t>CEASEFIRE?</w:t>
      </w:r>
    </w:p>
    <w:p>
      <w:pPr>
        <w:spacing w:before="120" w:after="40" w:line="300" w:lineRule="exact"/>
        <w:jc w:val="both"/>
      </w:pPr>
      <w:r>
        <w:rPr>
          <w:rFonts w:ascii="Georgia" w:hAnsi="Georgia" w:cs="Georgia" w:eastAsia="Georgia"/>
          <w:b/>
          <w:i/>
          <w:sz w:val="22"/>
        </w:rPr>
        <w:t>"Do not become cowardly and do not call for a truce (ceasefire). You will be victorious. Allah is with you, and He will not negate your deeds."</w:t>
      </w:r>
    </w:p>
    <w:p>
      <w:pPr>
        <w:spacing w:before="120" w:after="40" w:line="300" w:lineRule="exact"/>
        <w:jc w:val="both"/>
      </w:pPr>
      <w:r>
        <w:rPr>
          <w:rFonts w:ascii="Georgia" w:hAnsi="Georgia" w:cs="Georgia" w:eastAsia="Georgia"/>
          <w:b/>
          <w:i/>
          <w:sz w:val="22"/>
        </w:rPr>
        <w:t>(Muhammad, Aayat 35)</w:t>
      </w:r>
    </w:p>
    <w:p>
      <w:pPr>
        <w:spacing w:before="120" w:after="40" w:line="300" w:lineRule="exact"/>
        <w:jc w:val="both"/>
      </w:pPr>
      <w:r>
        <w:rPr>
          <w:rFonts w:ascii="Georgia" w:hAnsi="Georgia" w:cs="Georgia" w:eastAsia="Georgia"/>
          <w:b/>
          <w:i/>
          <w:sz w:val="22"/>
        </w:rPr>
        <w:t>"Many were the Ambiya with whom were numerous devoted followers who engaged in Qitaal (Jihaad). They did not weaken their resolve over the adversities which afflicted them in the Path of Allah nor did they become weak nor did they become hopeless. Allah loves the Saabireen."</w:t>
      </w:r>
    </w:p>
    <w:p>
      <w:pPr>
        <w:spacing w:before="120" w:after="40" w:line="300" w:lineRule="exact"/>
        <w:jc w:val="both"/>
      </w:pPr>
      <w:r>
        <w:rPr>
          <w:rFonts w:ascii="Georgia" w:hAnsi="Georgia" w:cs="Georgia" w:eastAsia="Georgia"/>
          <w:b/>
          <w:i/>
          <w:sz w:val="22"/>
        </w:rPr>
        <w:t>(Aal-e-Imraan, Aayat 146)</w:t>
      </w:r>
    </w:p>
    <w:p>
      <w:pPr>
        <w:spacing w:before="0" w:after="120" w:line="300" w:lineRule="exact"/>
        <w:jc w:val="both"/>
      </w:pPr>
      <w:r>
        <w:rPr>
          <w:rFonts w:ascii="Georgia" w:hAnsi="Georgia" w:cs="Georgia" w:eastAsia="Georgia"/>
          <w:b w:val="0"/>
          <w:i w:val="0"/>
          <w:sz w:val="22"/>
        </w:rPr>
        <w:t>True Mujaahideen who are the devotees of Allah do not know the meaning of ceasefire'. For them ceasefire means bootlicking.</w:t>
      </w:r>
    </w:p>
    <w:p>
      <w:r>
        <w:br w:type="page"/>
      </w:r>
    </w:p>
    <w:p>
      <w:pPr>
        <w:pStyle w:val="Heading1"/>
        <w:spacing w:before="360" w:after="200" w:line="300" w:lineRule="exact"/>
        <w:jc w:val="center"/>
      </w:pPr>
      <w:r>
        <w:rPr>
          <w:rFonts w:ascii="Georgia" w:hAnsi="Georgia" w:cs="Georgia" w:eastAsia="Georgia"/>
          <w:b/>
          <w:i w:val="0"/>
          <w:color w:val="1F3864"/>
          <w:sz w:val="32"/>
        </w:rPr>
        <w:t>"OUR OBLIGATION"</w:t>
      </w:r>
    </w:p>
    <w:p>
      <w:pPr>
        <w:spacing w:before="120" w:after="40" w:line="300" w:lineRule="exact"/>
        <w:jc w:val="both"/>
      </w:pPr>
      <w:r>
        <w:rPr>
          <w:rFonts w:ascii="Georgia" w:hAnsi="Georgia" w:cs="Georgia" w:eastAsia="Georgia"/>
          <w:b/>
          <w:i/>
          <w:sz w:val="22"/>
        </w:rPr>
        <w:t>"It is Our obligation to aid the Mu'mineen."</w:t>
      </w:r>
    </w:p>
    <w:p>
      <w:pPr>
        <w:spacing w:before="120" w:after="40" w:line="300" w:lineRule="exact"/>
        <w:jc w:val="both"/>
      </w:pPr>
      <w:r>
        <w:rPr>
          <w:rFonts w:ascii="Georgia" w:hAnsi="Georgia" w:cs="Georgia" w:eastAsia="Georgia"/>
          <w:b/>
          <w:i/>
          <w:sz w:val="22"/>
        </w:rPr>
        <w:t>(Qur'aan)</w:t>
      </w:r>
    </w:p>
    <w:p>
      <w:pPr>
        <w:spacing w:before="0" w:after="120" w:line="300" w:lineRule="exact"/>
        <w:jc w:val="both"/>
      </w:pPr>
      <w:r>
        <w:rPr>
          <w:rFonts w:ascii="Georgia" w:hAnsi="Georgia" w:cs="Georgia" w:eastAsia="Georgia"/>
          <w:b w:val="0"/>
          <w:i w:val="0"/>
          <w:sz w:val="22"/>
        </w:rPr>
        <w:t>This Obligation on Allah Azza Wa Jal applies to the Mu'mineen, not to the munaafiq bootlickers who profess to be Muslims.</w:t>
      </w:r>
    </w:p>
    <w:p>
      <w:r>
        <w:br w:type="page"/>
      </w:r>
    </w:p>
    <w:p>
      <w:pPr>
        <w:pStyle w:val="Heading1"/>
        <w:spacing w:before="360" w:after="200" w:line="300" w:lineRule="exact"/>
        <w:jc w:val="center"/>
      </w:pPr>
      <w:r>
        <w:rPr>
          <w:rFonts w:ascii="Georgia" w:hAnsi="Georgia" w:cs="Georgia" w:eastAsia="Georgia"/>
          <w:b/>
          <w:i w:val="0"/>
          <w:color w:val="1F3864"/>
          <w:sz w:val="32"/>
        </w:rPr>
        <w:t>QAADHIS</w:t>
      </w:r>
    </w:p>
    <w:p>
      <w:pPr>
        <w:spacing w:before="0" w:after="120" w:line="300" w:lineRule="exact"/>
        <w:jc w:val="both"/>
      </w:pPr>
      <w:r>
        <w:rPr>
          <w:rFonts w:ascii="Georgia" w:hAnsi="Georgia" w:cs="Georgia" w:eastAsia="Georgia"/>
          <w:b w:val="0"/>
          <w:i w:val="0"/>
          <w:sz w:val="22"/>
        </w:rPr>
        <w:t>The famous Qaadhi Kamaaluddeen Shahruzi once went to the camp of Sultan Mas'ood Saljuti. The Sultan was on this occasion conducting a Jihad campaign. The Qaadhi arrived at the camp at the time of Maghrib. He saw in a nearby tent a man engaged in Maghrib Salaat. The Qaadhi entered and joined the musalli. After Salaat, the Qaadhi asked: "Who are you?" The musalli said: "I am the Qaadhi of a certain city." Qaadhi Shahruzi commented: "There are three types of Qaadhis. Two types will enter Jahannum and one type will enter Jannat. The two types of Jahannami Qaadhis are like you and I who humiliatingly run after Sultans, and the Jannati Qaadhi is he whose face Sultans have not seen nor has he seen the face of Sultans."</w:t>
      </w:r>
    </w:p>
    <w:p>
      <w:pPr>
        <w:spacing w:before="0" w:after="120" w:line="300" w:lineRule="exact"/>
        <w:jc w:val="both"/>
      </w:pPr>
      <w:r>
        <w:rPr>
          <w:rFonts w:ascii="Georgia" w:hAnsi="Georgia" w:cs="Georgia" w:eastAsia="Georgia"/>
          <w:b w:val="0"/>
          <w:i w:val="0"/>
          <w:sz w:val="22"/>
        </w:rPr>
        <w:t>Qaadhi Shahruzi was drawing attention to the evil attitude of Qaadhis in general. They would frequent and flatter the rulers to gain favours, and in this evil process justice was abused. Rasulullah (sallallahu alayhi wasallam) said in this regard: "Verily, the most despised Qurraa' (Qaaris and Ulama) by Allah are those who visit the rulers." Qaadhi Shahruzi's comment was made in the light of this and similar other Ahaadith. In fact, it is the advice of the Ulama-e-Haqq that an Aalim should not respond to the invitation of the ruler even if he invites with sincerity, affection and humility. The company of rulers is spiritually calamitous. Ulama who enjoy the company of kings and rulers are most assuredly influenced by the worldly ethos of the rulers. The Aalim frequenting rulers is impalpably influenced. His stance of Haqq becomes compromised. A thread of liberalism – compromise with baatil – becomes conspicuously discernible in his views and fatwas. Ultimately, without realizing, he joins the fraternity of the Ulama-e-Soo' who trade the Deen for a miserable price.</w:t>
      </w:r>
    </w:p>
    <w:p>
      <w:pPr>
        <w:spacing w:before="0" w:after="120" w:line="300" w:lineRule="exact"/>
        <w:jc w:val="both"/>
      </w:pPr>
      <w:r>
        <w:rPr>
          <w:rFonts w:ascii="Georgia" w:hAnsi="Georgia" w:cs="Georgia" w:eastAsia="Georgia"/>
          <w:b w:val="0"/>
          <w:i w:val="0"/>
          <w:sz w:val="22"/>
        </w:rPr>
        <w:t>In the morning when Qaadhi Shahruzi was ushered into the royal presence of Sultan Mas'ood Saljuti, he (the Qaadhi) was surprised to realize that the musalli with whom he had performed Maghrib Salaat and to whom he had made the comment was in fact Sultan Mas'ood. Smilingly the Sultan commented: "Please narrate the condition of the three types of Qaadhis." Qaadhi Shahruzi said: "Yes, what I had said is the truth." The Sultan responded: "Undoubtedly, you have spoken the truth. Undoubtedly, you are that pious, fortunate Qaadhi who had not seen my face nor had I seen your face." This was their very first meeting. The statement of the Sultan was therefore factual.</w:t>
      </w:r>
    </w:p>
    <w:p>
      <w:r>
        <w:br w:type="page"/>
      </w:r>
    </w:p>
    <w:p>
      <w:pPr>
        <w:pStyle w:val="Heading1"/>
        <w:spacing w:before="360" w:after="200" w:line="300" w:lineRule="exact"/>
        <w:jc w:val="center"/>
      </w:pPr>
      <w:r>
        <w:rPr>
          <w:rFonts w:ascii="Georgia" w:hAnsi="Georgia" w:cs="Georgia" w:eastAsia="Georgia"/>
          <w:b/>
          <w:i w:val="0"/>
          <w:color w:val="1F3864"/>
          <w:sz w:val="32"/>
        </w:rPr>
        <w:t>PUNISHMENT FOR WORLDLY LOVE</w:t>
      </w:r>
    </w:p>
    <w:p>
      <w:pPr>
        <w:spacing w:before="0" w:after="120" w:line="300" w:lineRule="exact"/>
        <w:jc w:val="both"/>
      </w:pPr>
      <w:r>
        <w:rPr>
          <w:rFonts w:ascii="Georgia" w:hAnsi="Georgia" w:cs="Georgia" w:eastAsia="Georgia"/>
          <w:b w:val="0"/>
          <w:i w:val="0"/>
          <w:sz w:val="22"/>
        </w:rPr>
        <w:t>ONCE HADHRAT ISAA (alayhis salaam) together with his Hawariyyeen (Companions) passed by a village. Everything was in ruins and desolate. Human skeletons were lying all over the show. Hadhrat Isaa (alayhis salaam) said to the Hawariyyeen that these people were destroyed by the Wrath of Allah Ta'ala. The Companions wished to know more of the condition of the destroyed people. Hadhrat Isaa (alayhis salaam) made dua to Allah Ta'ala. He was instructed to call the skeletons during the night time. During the night, Hadhrat Isaa (alayhis salaam) mounted a small hill and called out: "O people of the village!" Someone from the village responded: "What is your command, O Roohullaah!"</w:t>
      </w:r>
    </w:p>
    <w:p>
      <w:pPr>
        <w:spacing w:before="0" w:after="120" w:line="300" w:lineRule="exact"/>
        <w:jc w:val="both"/>
      </w:pPr>
      <w:r>
        <w:rPr>
          <w:rFonts w:ascii="Georgia" w:hAnsi="Georgia" w:cs="Georgia" w:eastAsia="Georgia"/>
          <w:b w:val="0"/>
          <w:i w:val="0"/>
          <w:sz w:val="22"/>
        </w:rPr>
        <w:t>Nabi Isaa: What is the state of your people?</w:t>
      </w:r>
    </w:p>
    <w:p>
      <w:pPr>
        <w:spacing w:before="0" w:after="120" w:line="300" w:lineRule="exact"/>
        <w:jc w:val="both"/>
      </w:pPr>
      <w:r>
        <w:rPr>
          <w:rFonts w:ascii="Georgia" w:hAnsi="Georgia" w:cs="Georgia" w:eastAsia="Georgia"/>
          <w:b w:val="0"/>
          <w:i w:val="0"/>
          <w:sz w:val="22"/>
        </w:rPr>
        <w:t>Skeleton: One night we were sleeping well. Suddenly in the morning we were dumped into Jahannum.</w:t>
      </w:r>
    </w:p>
    <w:p>
      <w:pPr>
        <w:spacing w:before="0" w:after="120" w:line="300" w:lineRule="exact"/>
        <w:jc w:val="both"/>
      </w:pPr>
      <w:r>
        <w:rPr>
          <w:rFonts w:ascii="Georgia" w:hAnsi="Georgia" w:cs="Georgia" w:eastAsia="Georgia"/>
          <w:b w:val="0"/>
          <w:i w:val="0"/>
          <w:sz w:val="22"/>
        </w:rPr>
        <w:t>Nabi Isaa: What is the reason?</w:t>
      </w:r>
    </w:p>
    <w:p>
      <w:pPr>
        <w:spacing w:before="0" w:after="120" w:line="300" w:lineRule="exact"/>
        <w:jc w:val="both"/>
      </w:pPr>
      <w:r>
        <w:rPr>
          <w:rFonts w:ascii="Georgia" w:hAnsi="Georgia" w:cs="Georgia" w:eastAsia="Georgia"/>
          <w:b w:val="0"/>
          <w:i w:val="0"/>
          <w:sz w:val="22"/>
        </w:rPr>
        <w:t>Skeleton: We were engrossed in the love of the world and followed the transgressors.</w:t>
      </w:r>
    </w:p>
    <w:p>
      <w:pPr>
        <w:spacing w:before="0" w:after="120" w:line="300" w:lineRule="exact"/>
        <w:jc w:val="both"/>
      </w:pPr>
      <w:r>
        <w:rPr>
          <w:rFonts w:ascii="Georgia" w:hAnsi="Georgia" w:cs="Georgia" w:eastAsia="Georgia"/>
          <w:b w:val="0"/>
          <w:i w:val="0"/>
          <w:sz w:val="22"/>
        </w:rPr>
        <w:t>Nabi Isaa: To what extent did you love the world?</w:t>
      </w:r>
    </w:p>
    <w:p>
      <w:pPr>
        <w:spacing w:before="0" w:after="120" w:line="300" w:lineRule="exact"/>
        <w:jc w:val="both"/>
      </w:pPr>
      <w:r>
        <w:rPr>
          <w:rFonts w:ascii="Georgia" w:hAnsi="Georgia" w:cs="Georgia" w:eastAsia="Georgia"/>
          <w:b w:val="0"/>
          <w:i w:val="0"/>
          <w:sz w:val="22"/>
        </w:rPr>
        <w:t>Skeleton: As much as a baby loves its mother. When the mother appears, the baby becomes happy and when the mother disappears the baby grieves and cries.</w:t>
      </w:r>
    </w:p>
    <w:p>
      <w:pPr>
        <w:spacing w:before="0" w:after="120" w:line="300" w:lineRule="exact"/>
        <w:jc w:val="both"/>
      </w:pPr>
      <w:r>
        <w:rPr>
          <w:rFonts w:ascii="Georgia" w:hAnsi="Georgia" w:cs="Georgia" w:eastAsia="Georgia"/>
          <w:b w:val="0"/>
          <w:i w:val="0"/>
          <w:sz w:val="22"/>
        </w:rPr>
        <w:t>Nabi Isaa: Why do your companions not speak?</w:t>
      </w:r>
    </w:p>
    <w:p>
      <w:pPr>
        <w:spacing w:before="0" w:after="120" w:line="300" w:lineRule="exact"/>
        <w:jc w:val="both"/>
      </w:pPr>
      <w:r>
        <w:rPr>
          <w:rFonts w:ascii="Georgia" w:hAnsi="Georgia" w:cs="Georgia" w:eastAsia="Georgia"/>
          <w:b w:val="0"/>
          <w:i w:val="0"/>
          <w:sz w:val="22"/>
        </w:rPr>
        <w:t>Skeleton: There are reins of fire in their mouths and the Angels are pulling at these reins. These Angels are of foul temper.</w:t>
      </w:r>
    </w:p>
    <w:p>
      <w:pPr>
        <w:spacing w:before="0" w:after="120" w:line="300" w:lineRule="exact"/>
        <w:jc w:val="both"/>
      </w:pPr>
      <w:r>
        <w:rPr>
          <w:rFonts w:ascii="Georgia" w:hAnsi="Georgia" w:cs="Georgia" w:eastAsia="Georgia"/>
          <w:b w:val="0"/>
          <w:i w:val="0"/>
          <w:sz w:val="22"/>
        </w:rPr>
        <w:t>Nabi Isaa: How do you then speak?</w:t>
      </w:r>
    </w:p>
    <w:p>
      <w:pPr>
        <w:spacing w:before="0" w:after="120" w:line="300" w:lineRule="exact"/>
        <w:jc w:val="both"/>
      </w:pPr>
      <w:r>
        <w:rPr>
          <w:rFonts w:ascii="Georgia" w:hAnsi="Georgia" w:cs="Georgia" w:eastAsia="Georgia"/>
          <w:b w:val="0"/>
          <w:i w:val="0"/>
          <w:sz w:val="22"/>
        </w:rPr>
        <w:t>Skeleton: I was not one of them. But, since I associated with them the punishment overtook me too. Now I have been hung up on the brink of Jahannum. I do not know if I will be saved or flung into the Fire." (Nazhatul Basaateen)</w:t>
      </w:r>
    </w:p>
    <w:p>
      <w:r>
        <w:br w:type="page"/>
      </w:r>
    </w:p>
    <w:p>
      <w:pPr>
        <w:spacing w:before="0" w:after="120" w:line="300" w:lineRule="exact"/>
        <w:jc w:val="both"/>
      </w:pPr>
      <w:r>
        <w:rPr>
          <w:rFonts w:ascii="Georgia" w:hAnsi="Georgia" w:cs="Georgia" w:eastAsia="Georgia"/>
          <w:b w:val="0"/>
          <w:i w:val="0"/>
          <w:sz w:val="22"/>
        </w:rPr>
        <w:t>"Verily, the earth belongs to Allah. He grants it</w:t>
      </w:r>
    </w:p>
    <w:p>
      <w:pPr>
        <w:spacing w:before="0" w:after="120" w:line="300" w:lineRule="exact"/>
        <w:jc w:val="both"/>
      </w:pPr>
      <w:r>
        <w:rPr>
          <w:rFonts w:ascii="Georgia" w:hAnsi="Georgia" w:cs="Georgia" w:eastAsia="Georgia"/>
          <w:b w:val="0"/>
          <w:i w:val="0"/>
          <w:sz w:val="22"/>
        </w:rPr>
        <w:t>(its control)</w:t>
      </w:r>
    </w:p>
    <w:p>
      <w:pPr>
        <w:spacing w:before="0" w:after="120" w:line="300" w:lineRule="exact"/>
        <w:jc w:val="both"/>
      </w:pPr>
      <w:r>
        <w:rPr>
          <w:rFonts w:ascii="Georgia" w:hAnsi="Georgia" w:cs="Georgia" w:eastAsia="Georgia"/>
          <w:b w:val="0"/>
          <w:i w:val="0"/>
          <w:sz w:val="22"/>
        </w:rPr>
        <w:t>to whomever He wills from His servants."</w:t>
      </w:r>
    </w:p>
    <w:p>
      <w:pPr>
        <w:spacing w:before="0" w:after="120" w:line="300" w:lineRule="exact"/>
        <w:jc w:val="both"/>
      </w:pPr>
      <w:r>
        <w:rPr>
          <w:rFonts w:ascii="Georgia" w:hAnsi="Georgia" w:cs="Georgia" w:eastAsia="Georgia"/>
          <w:b w:val="0"/>
          <w:i w:val="0"/>
          <w:sz w:val="22"/>
        </w:rPr>
        <w:t>(Al-A'raaf, Aaayat 128)</w:t>
      </w:r>
    </w:p>
    <w:p>
      <w:r>
        <w:br w:type="page"/>
      </w:r>
    </w:p>
    <w:p>
      <w:pPr>
        <w:pStyle w:val="Heading1"/>
        <w:spacing w:before="360" w:after="200" w:line="300" w:lineRule="exact"/>
        <w:jc w:val="center"/>
      </w:pPr>
      <w:r>
        <w:rPr>
          <w:rFonts w:ascii="Georgia" w:hAnsi="Georgia" w:cs="Georgia" w:eastAsia="Georgia"/>
          <w:b/>
          <w:i w:val="0"/>
          <w:color w:val="1F3864"/>
          <w:sz w:val="32"/>
        </w:rPr>
        <w:t>ZULM WILL BE PUNISHED</w:t>
      </w:r>
    </w:p>
    <w:p>
      <w:pPr>
        <w:spacing w:before="0" w:after="120" w:line="300" w:lineRule="exact"/>
        <w:jc w:val="both"/>
      </w:pPr>
      <w:r>
        <w:rPr>
          <w:rFonts w:ascii="Georgia" w:hAnsi="Georgia" w:cs="Georgia" w:eastAsia="Georgia"/>
          <w:b w:val="0"/>
          <w:i w:val="0"/>
          <w:sz w:val="22"/>
        </w:rPr>
        <w:t>HAJJAAJ Bin Yusuf, the governor of Iraq, was notorious for his cruelty. He had unjustly and brutally put to death 120,000 persons. He had also killed numerous Sahaabah of our Nabi (sallallahu alayhi wasallam). Among the senior Sahaabah whom he had martyred were Hadhrat Abdullah Ibn Umar (radhiyallahu anhu) and Hadhrat Abdullah Bin Zubair (radhiyallahu anhu). He would frequently remark: "Nothing is more pleasurable for me than bloodshed."</w:t>
      </w:r>
    </w:p>
    <w:p>
      <w:pPr>
        <w:spacing w:before="0" w:after="120" w:line="300" w:lineRule="exact"/>
        <w:jc w:val="both"/>
      </w:pPr>
      <w:r>
        <w:rPr>
          <w:rFonts w:ascii="Georgia" w:hAnsi="Georgia" w:cs="Georgia" w:eastAsia="Georgia"/>
          <w:b w:val="0"/>
          <w:i w:val="0"/>
          <w:sz w:val="22"/>
        </w:rPr>
        <w:t>When Hajjaaj was born, he had refused to be suckled by his mother. Shaitaan appeared in the form of the physician Haarith Bin Kald. He advised that a black goat be slaughtered and some of its blood be rubbed into the baby's mouth and on its face. After this prescription was observed, Hajjaaj began drinking his mother's milk.</w:t>
      </w:r>
    </w:p>
    <w:p>
      <w:pPr>
        <w:spacing w:before="0" w:after="120" w:line="300" w:lineRule="exact"/>
        <w:jc w:val="both"/>
      </w:pPr>
      <w:r>
        <w:rPr>
          <w:rFonts w:ascii="Georgia" w:hAnsi="Georgia" w:cs="Georgia" w:eastAsia="Georgia"/>
          <w:b w:val="0"/>
          <w:i w:val="0"/>
          <w:sz w:val="22"/>
        </w:rPr>
        <w:t>The last pious personality whom Hajjaaj had brutally murdered was the famous Taa-bi-ee, Hadhrat Saeed Bin Jubair (rahmatullah alayh). After this murder, Hajjaaj was afflicted with an apparition in the form of Hadhrat Saeed Bin Jubair (rahmatullah alayh). He was literally haunted night and day by this apparition which appeared in front of him, and accusingly asking: 'Why did you kill me?' He would dream of Hadhrat Saeed, and when his eyes opened, Hajjaaj would see the apparition in front of him. He was being driven to insanity with fear.</w:t>
      </w:r>
    </w:p>
    <w:p>
      <w:pPr>
        <w:spacing w:before="0" w:after="120" w:line="300" w:lineRule="exact"/>
        <w:jc w:val="both"/>
      </w:pPr>
      <w:r>
        <w:rPr>
          <w:rFonts w:ascii="Georgia" w:hAnsi="Georgia" w:cs="Georgia" w:eastAsia="Georgia"/>
          <w:b w:val="0"/>
          <w:i w:val="0"/>
          <w:sz w:val="22"/>
        </w:rPr>
        <w:t>An internal wound developed in his stomach. The pain was unbearable, and it increased by the minute. Simultaneously he was overwhelmed with such intense cold that despite a fire being positioned close to him, the severity of the cold would not ease. His body would become burnt, but the cold was incremental. He bellowed like an ox with pain.</w:t>
      </w:r>
    </w:p>
    <w:p>
      <w:pPr>
        <w:spacing w:before="0" w:after="120" w:line="300" w:lineRule="exact"/>
        <w:jc w:val="both"/>
      </w:pPr>
      <w:r>
        <w:rPr>
          <w:rFonts w:ascii="Georgia" w:hAnsi="Georgia" w:cs="Georgia" w:eastAsia="Georgia"/>
          <w:b w:val="0"/>
          <w:i w:val="0"/>
          <w:sz w:val="22"/>
        </w:rPr>
        <w:t>To diagnose the internal wound, the physician lowered a string with some food substance down Hajjaj's throat. When the string was retrieved, it came up full of worms. Worms were devouring his inside.</w:t>
      </w:r>
    </w:p>
    <w:p>
      <w:pPr>
        <w:spacing w:before="0" w:after="120" w:line="300" w:lineRule="exact"/>
        <w:jc w:val="both"/>
      </w:pPr>
      <w:r>
        <w:rPr>
          <w:rFonts w:ascii="Georgia" w:hAnsi="Georgia" w:cs="Georgia" w:eastAsia="Georgia"/>
          <w:b w:val="0"/>
          <w:i w:val="0"/>
          <w:sz w:val="22"/>
        </w:rPr>
        <w:t>Suffering unbearable pain, Hajjaaj sent for Hadhrat Hasan Basri (rahmatullah alayh). When he arrived, Hajjaaj pleaded to him to make dua for him. Hadhrat Hasan said: 'O Hajjaaj! Listen! I always admonished you to desist from your cruelty. You are now tasting the consequences of what you had done to Saeed.'</w:t>
      </w:r>
    </w:p>
    <w:p>
      <w:pPr>
        <w:spacing w:before="0" w:after="120" w:line="300" w:lineRule="exact"/>
        <w:jc w:val="both"/>
      </w:pPr>
      <w:r>
        <w:rPr>
          <w:rFonts w:ascii="Georgia" w:hAnsi="Georgia" w:cs="Georgia" w:eastAsia="Georgia"/>
          <w:b w:val="0"/>
          <w:i w:val="0"/>
          <w:sz w:val="22"/>
        </w:rPr>
        <w:t>Finally Hajjaaj died with great suffering. When someone saw Hajjaaj in a dream, he (Hajjaaj) said: "I am repeatedly being slaughtered as a punishment for having killed Saeed Bin Jubair. After being slaughtered, I am resurrected and again slaughtered. This process is being continued."</w:t>
      </w:r>
    </w:p>
    <w:p>
      <w:pPr>
        <w:spacing w:before="120" w:after="120" w:line="300" w:lineRule="exact"/>
        <w:ind w:left="720" w:right="720"/>
        <w:jc w:val="center"/>
      </w:pPr>
      <w:r>
        <w:rPr>
          <w:rFonts w:ascii="Georgia" w:hAnsi="Georgia" w:cs="Georgia" w:eastAsia="Georgia"/>
          <w:b w:val="0"/>
          <w:i/>
          <w:sz w:val="22"/>
        </w:rPr>
        <w:t>Rasulullah (sallallahu alayhi wasallam) said: Beware of the curse of the mazloom (the oppressed one)…. Allah lifts his supplication above the clouds, and the doors of the heavens are opened up for it. Allah Azza Wa Jal says: 'By My Might and Power! I shall aid you, even if it is after some time."</w:t>
      </w:r>
    </w:p>
    <w:p>
      <w:pPr>
        <w:spacing w:before="0" w:after="120" w:line="300" w:lineRule="exact"/>
        <w:jc w:val="both"/>
      </w:pPr>
      <w:r>
        <w:rPr>
          <w:rFonts w:ascii="Georgia" w:hAnsi="Georgia" w:cs="Georgia" w:eastAsia="Georgia"/>
          <w:b w:val="0"/>
          <w:i w:val="0"/>
          <w:sz w:val="22"/>
        </w:rPr>
        <w:t>Never does a zaalim escape the consequences of his zulm. Besides the punishment in the Hereafter awaiting him, punishment in this world too is mandatory for him.</w:t>
      </w:r>
    </w:p>
    <w:p>
      <w:r>
        <w:br w:type="page"/>
      </w:r>
    </w:p>
    <w:p>
      <w:pPr>
        <w:pStyle w:val="Heading1"/>
        <w:spacing w:before="360" w:after="200" w:line="300" w:lineRule="exact"/>
        <w:jc w:val="center"/>
      </w:pPr>
      <w:r>
        <w:rPr>
          <w:rFonts w:ascii="Georgia" w:hAnsi="Georgia" w:cs="Georgia" w:eastAsia="Georgia"/>
          <w:b/>
          <w:i w:val="0"/>
          <w:color w:val="1F3864"/>
          <w:sz w:val="32"/>
        </w:rPr>
        <w:t>COMPROMISING WITH BAATIL?</w:t>
      </w:r>
    </w:p>
    <w:p>
      <w:pPr>
        <w:spacing w:before="0" w:after="120" w:line="300" w:lineRule="exact"/>
        <w:jc w:val="both"/>
      </w:pPr>
      <w:r>
        <w:rPr>
          <w:rFonts w:ascii="Georgia" w:hAnsi="Georgia" w:cs="Georgia" w:eastAsia="Georgia"/>
          <w:b w:val="0"/>
          <w:i w:val="0"/>
          <w:sz w:val="22"/>
        </w:rPr>
        <w:t>A DISEASE which has beset the Ulama of the age is compromise with baatil. A variety of baatil excuses is proffered for justifying this compromise. The following episode narrated by Hadhrat Maulana Ashraf Ali Thanvi (rahmatullah alayh) should be sufficient lesson for the compromisers.</w:t>
      </w:r>
    </w:p>
    <w:p>
      <w:pPr>
        <w:spacing w:before="0" w:after="120" w:line="300" w:lineRule="exact"/>
        <w:jc w:val="both"/>
      </w:pPr>
      <w:r>
        <w:rPr>
          <w:rFonts w:ascii="Georgia" w:hAnsi="Georgia" w:cs="Georgia" w:eastAsia="Georgia"/>
          <w:b w:val="0"/>
          <w:i w:val="0"/>
          <w:sz w:val="22"/>
        </w:rPr>
        <w:t>When Sultan Mahmud Ghaznawi conquered India, he set about to demolish the Hindu mandir (temple) in Somnath. All the idols in the mandir were smashed. When the biggest idol was about to be smashed, the idol-worshippers passionately pleaded for their idol to be spared. They promised to give in exchange the weight of the idol in gold if it was not smashed.</w:t>
      </w:r>
    </w:p>
    <w:p>
      <w:pPr>
        <w:spacing w:before="0" w:after="120" w:line="300" w:lineRule="exact"/>
        <w:jc w:val="both"/>
      </w:pPr>
      <w:r>
        <w:rPr>
          <w:rFonts w:ascii="Georgia" w:hAnsi="Georgia" w:cs="Georgia" w:eastAsia="Georgia"/>
          <w:b w:val="0"/>
          <w:i w:val="0"/>
          <w:sz w:val="22"/>
        </w:rPr>
        <w:t>Sultan Mahmud consulted with his advisors. All of them were of the opinion that since the country was conquered and the idols smashed, it would not really matter if the one idol is spared. The huge amount of gold could be put to constructive use. Sayyid Salaar Mas'ood Ghaazi who was also present said: 'This is tantamount to selling idols. Hitherto Muslim kings were idolbreakers, now they will be labelled idol-sellers.' Although this comment appealed to the Sultan, he still entertained a degree of doubt.</w:t>
      </w:r>
    </w:p>
    <w:p>
      <w:pPr>
        <w:spacing w:before="0" w:after="120" w:line="300" w:lineRule="exact"/>
        <w:jc w:val="both"/>
      </w:pPr>
      <w:r>
        <w:rPr>
          <w:rFonts w:ascii="Georgia" w:hAnsi="Georgia" w:cs="Georgia" w:eastAsia="Georgia"/>
          <w:b w:val="0"/>
          <w:i w:val="0"/>
          <w:sz w:val="22"/>
        </w:rPr>
        <w:t>That afternoon during his nap, he dreamt that he was on the Plains of Qiyaamah. An Angel leading him (the Sultan) to Jahannum was saying: 'He is an idol-seller'. Another Angel responded: 'No, he is an idol-breaker. Take him to Jannat.' Suddenly the Sultan's eyes opened. Immediately he issued the command for the big idol to be smashed. When the idol was smashed, its inside was found to be filled with precious stones the value of which exceeded the value of the gold which the idolaters had offered.</w:t>
      </w:r>
    </w:p>
    <w:p>
      <w:pPr>
        <w:spacing w:before="0" w:after="120" w:line="300" w:lineRule="exact"/>
        <w:jc w:val="both"/>
      </w:pPr>
      <w:r>
        <w:rPr>
          <w:rFonts w:ascii="Georgia" w:hAnsi="Georgia" w:cs="Georgia" w:eastAsia="Georgia"/>
          <w:b w:val="0"/>
          <w:i w:val="0"/>
          <w:sz w:val="22"/>
        </w:rPr>
        <w:t>Sultan Mahmud profusely expressed his gratitude (shukr) to Allah Ta'ala Who had guided him to smash the idol and at the same time bestowed such a huge treasure to him.</w:t>
      </w:r>
    </w:p>
    <w:p>
      <w:pPr>
        <w:spacing w:before="0" w:after="120" w:line="300" w:lineRule="exact"/>
        <w:jc w:val="both"/>
      </w:pPr>
      <w:r>
        <w:rPr>
          <w:rFonts w:ascii="Georgia" w:hAnsi="Georgia" w:cs="Georgia" w:eastAsia="Georgia"/>
          <w:b w:val="0"/>
          <w:i w:val="0"/>
          <w:sz w:val="22"/>
        </w:rPr>
        <w:t>Compromise with baatil is not permissible. The duty of the Ulama is to proclaim the Haqq and not to adulterate it with baatil. The argument of 'hikmat' to justify compromise with baatil is a despicable carnard.</w:t>
      </w:r>
    </w:p>
    <w:p>
      <w:r>
        <w:br w:type="page"/>
      </w:r>
    </w:p>
    <w:p>
      <w:pPr>
        <w:spacing w:before="120" w:after="40" w:line="300" w:lineRule="exact"/>
        <w:jc w:val="both"/>
      </w:pPr>
      <w:r>
        <w:rPr>
          <w:rFonts w:ascii="Georgia" w:hAnsi="Georgia" w:cs="Georgia" w:eastAsia="Georgia"/>
          <w:b/>
          <w:i/>
          <w:sz w:val="22"/>
        </w:rPr>
        <w:t>"Most assuredly, Allah will aid those who aid Him. Verily, Allah is powerful and mighty."</w:t>
      </w:r>
    </w:p>
    <w:p>
      <w:pPr>
        <w:spacing w:before="120" w:after="40" w:line="300" w:lineRule="exact"/>
        <w:jc w:val="both"/>
      </w:pPr>
      <w:r>
        <w:rPr>
          <w:rFonts w:ascii="Georgia" w:hAnsi="Georgia" w:cs="Georgia" w:eastAsia="Georgia"/>
          <w:b/>
          <w:i/>
          <w:sz w:val="22"/>
        </w:rPr>
        <w:t>(Al-Hajj, Aayat 40)</w:t>
      </w:r>
    </w:p>
    <w:p>
      <w:r>
        <w:br w:type="page"/>
      </w:r>
    </w:p>
    <w:p>
      <w:pPr>
        <w:pStyle w:val="Heading1"/>
        <w:spacing w:before="360" w:after="200" w:line="300" w:lineRule="exact"/>
        <w:jc w:val="center"/>
      </w:pPr>
      <w:r>
        <w:rPr>
          <w:rFonts w:ascii="Georgia" w:hAnsi="Georgia" w:cs="Georgia" w:eastAsia="Georgia"/>
          <w:b/>
          <w:i w:val="0"/>
          <w:color w:val="1F3864"/>
          <w:sz w:val="32"/>
        </w:rPr>
        <w:t>LOVE FOR THE SUNNAH</w:t>
      </w:r>
    </w:p>
    <w:p>
      <w:pPr>
        <w:spacing w:before="0" w:after="120" w:line="300" w:lineRule="exact"/>
        <w:jc w:val="both"/>
      </w:pPr>
      <w:r>
        <w:rPr>
          <w:rFonts w:ascii="Georgia" w:hAnsi="Georgia" w:cs="Georgia" w:eastAsia="Georgia"/>
          <w:b w:val="0"/>
          <w:i w:val="0"/>
          <w:sz w:val="22"/>
        </w:rPr>
        <w:t>Once while in Persia, Hadhrat Huzaifah Bin Yamaan (radhiyallahu anhu) along with some other Muslims, was invited by the rulers for a meal. Whilst eating, a morsel of food fell from his hand on to the ground. He picked up the morsel, dusted it and began eating it. A companion whispered to him that the rulers regard such a practice to be uncultured. Hadhrat Huzaifah (radhiyallahu anhu) commented aloud: "Should I abandon the Sunnah of my Beloved (i.e.Rasulullah – sallallahu alayhi wasallam) for the sake of these morons?"</w:t>
      </w:r>
    </w:p>
    <w:p>
      <w:pPr>
        <w:spacing w:before="0" w:after="120" w:line="300" w:lineRule="exact"/>
        <w:jc w:val="both"/>
      </w:pPr>
      <w:r>
        <w:rPr>
          <w:rFonts w:ascii="Georgia" w:hAnsi="Georgia" w:cs="Georgia" w:eastAsia="Georgia"/>
          <w:b w:val="0"/>
          <w:i w:val="0"/>
          <w:sz w:val="22"/>
        </w:rPr>
        <w:t>He had observed Rasulullah (sallallahu alayhi wasallam) picking up a fallen morsel and eating it. Confound the 'culture' and cult of the morons! The one in whose heart is embedded the love of Allah Ta'ala and Rasulullah (sallallahu alayhi wasallam) do not understand the policy of dubious diplomacy and 'culture'.</w:t>
      </w:r>
    </w:p>
    <w:p>
      <w:pPr>
        <w:spacing w:before="0" w:after="120" w:line="300" w:lineRule="exact"/>
        <w:jc w:val="both"/>
      </w:pPr>
      <w:r>
        <w:rPr>
          <w:rFonts w:ascii="Georgia" w:hAnsi="Georgia" w:cs="Georgia" w:eastAsia="Georgia"/>
          <w:b w:val="0"/>
          <w:i w:val="0"/>
          <w:sz w:val="22"/>
        </w:rPr>
        <w:t>In terms of the understanding of the molvis and sheikhs of our era, Hadhrat Huzaifah (radhiyallahu anhu) 'should' have acquitted himself with diplomacy and not revile the non-Muslim rulers by labelling them 'morons' (humakaa'). Whilst the flotsam of today who abandon the Sunnah and the Shariah, are lost in their policies of compromise, dubious diplomacy, interfaith and 'hikmat', the men in whose hearts has settled the flame of Divine Love speak and react in terms of:</w:t>
      </w:r>
    </w:p>
    <w:p>
      <w:pPr>
        <w:spacing w:before="120" w:after="120" w:line="300" w:lineRule="exact"/>
        <w:ind w:left="720" w:right="720"/>
        <w:jc w:val="center"/>
      </w:pPr>
      <w:r>
        <w:rPr>
          <w:rFonts w:ascii="Georgia" w:hAnsi="Georgia" w:cs="Georgia" w:eastAsia="Georgia"/>
          <w:b w:val="0"/>
          <w:i/>
          <w:sz w:val="22"/>
        </w:rPr>
        <w:t>Love for the sake of Allah, and animosity for the sake of Allah."</w:t>
      </w:r>
    </w:p>
    <w:p>
      <w:r>
        <w:br w:type="page"/>
      </w:r>
    </w:p>
    <w:p>
      <w:pPr>
        <w:pStyle w:val="Heading1"/>
        <w:spacing w:before="360" w:after="200" w:line="300" w:lineRule="exact"/>
        <w:jc w:val="center"/>
      </w:pPr>
      <w:r>
        <w:rPr>
          <w:rFonts w:ascii="Georgia" w:hAnsi="Georgia" w:cs="Georgia" w:eastAsia="Georgia"/>
          <w:b/>
          <w:i w:val="0"/>
          <w:color w:val="1F3864"/>
          <w:sz w:val="32"/>
        </w:rPr>
        <w:t>INGRATITUDE!</w:t>
      </w:r>
    </w:p>
    <w:p>
      <w:pPr>
        <w:spacing w:before="120" w:after="40" w:line="300" w:lineRule="exact"/>
        <w:jc w:val="both"/>
      </w:pPr>
      <w:r>
        <w:rPr>
          <w:rFonts w:ascii="Georgia" w:hAnsi="Georgia" w:cs="Georgia" w:eastAsia="Georgia"/>
          <w:b/>
          <w:i/>
          <w:sz w:val="22"/>
        </w:rPr>
        <w:t>"If you are grateful, I shall most certainly increase (My Bounties) for you, and if you are ungrateful, then (know that) verily My punishment is indeed severe."</w:t>
      </w:r>
    </w:p>
    <w:p>
      <w:pPr>
        <w:spacing w:before="120" w:after="40" w:line="300" w:lineRule="exact"/>
        <w:jc w:val="both"/>
      </w:pPr>
      <w:r>
        <w:rPr>
          <w:rFonts w:ascii="Georgia" w:hAnsi="Georgia" w:cs="Georgia" w:eastAsia="Georgia"/>
          <w:b/>
          <w:i/>
          <w:sz w:val="22"/>
        </w:rPr>
        <w:t>(Ibraaheem, Aayat 7)</w:t>
      </w:r>
    </w:p>
    <w:p>
      <w:r>
        <w:br w:type="page"/>
      </w:r>
    </w:p>
    <w:p>
      <w:pPr>
        <w:pStyle w:val="Heading1"/>
        <w:spacing w:before="360" w:after="200" w:line="300" w:lineRule="exact"/>
        <w:jc w:val="center"/>
      </w:pPr>
      <w:r>
        <w:rPr>
          <w:rFonts w:ascii="Georgia" w:hAnsi="Georgia" w:cs="Georgia" w:eastAsia="Georgia"/>
          <w:b/>
          <w:i w:val="0"/>
          <w:color w:val="1F3864"/>
          <w:sz w:val="32"/>
        </w:rPr>
        <w:t>THE ARMIES OF ALLAH</w:t>
      </w:r>
    </w:p>
    <w:p>
      <w:pPr>
        <w:spacing w:before="120" w:after="40" w:line="300" w:lineRule="exact"/>
        <w:jc w:val="both"/>
      </w:pPr>
      <w:r>
        <w:rPr>
          <w:rFonts w:ascii="Georgia" w:hAnsi="Georgia" w:cs="Georgia" w:eastAsia="Georgia"/>
          <w:b/>
          <w:i/>
          <w:sz w:val="22"/>
        </w:rPr>
        <w:t>"Many were the small groups who defeated large armies with the permission of Allah, and Allah is with the Saabireen." (Al-Baqarah, Aayat 249)</w:t>
      </w:r>
    </w:p>
    <w:p>
      <w:pPr>
        <w:spacing w:before="0" w:after="120" w:line="300" w:lineRule="exact"/>
        <w:jc w:val="both"/>
      </w:pPr>
      <w:r>
        <w:rPr>
          <w:rFonts w:ascii="Georgia" w:hAnsi="Georgia" w:cs="Georgia" w:eastAsia="Georgia"/>
          <w:b w:val="0"/>
          <w:i w:val="0"/>
          <w:sz w:val="22"/>
        </w:rPr>
        <w:t>The true Army of Islam does not rely on weapons and numbers. While the kuffaar army marches on its stomach, the Army of Allah marches on its Imaan.</w:t>
      </w:r>
    </w:p>
    <w:p>
      <w:r>
        <w:br w:type="page"/>
      </w:r>
    </w:p>
    <w:p>
      <w:pPr>
        <w:pStyle w:val="Heading1"/>
        <w:spacing w:before="360" w:after="200" w:line="300" w:lineRule="exact"/>
        <w:jc w:val="center"/>
      </w:pPr>
      <w:r>
        <w:rPr>
          <w:rFonts w:ascii="Georgia" w:hAnsi="Georgia" w:cs="Georgia" w:eastAsia="Georgia"/>
          <w:b/>
          <w:i w:val="0"/>
          <w:color w:val="1F3864"/>
          <w:sz w:val="32"/>
        </w:rPr>
        <w:t>A SULTAN IS FORGIVEN</w:t>
      </w:r>
    </w:p>
    <w:p>
      <w:pPr>
        <w:spacing w:before="0" w:after="120" w:line="300" w:lineRule="exact"/>
        <w:jc w:val="both"/>
      </w:pPr>
      <w:r>
        <w:rPr>
          <w:rFonts w:ascii="Georgia" w:hAnsi="Georgia" w:cs="Georgia" w:eastAsia="Georgia"/>
          <w:b w:val="0"/>
          <w:i w:val="0"/>
          <w:sz w:val="22"/>
        </w:rPr>
        <w:t>After his demise, someone saw Sultan Mahmood Ghaznawi in a dream. (He was the Sultan of Afghanistan). The person saw the Sultan strutting happily in Jannat. He asked the Sultan: "How come you are so quick in Jannat? The condition of kings is usually deplorable and lamentable in the Hereafter?" Mahmood Ghaznawi responded: "Allah Ta'ala forgave me on account of a very small act. Once I visited the khaanqah of Hadhrat Shaikh Abul Hasan Khirqaani (rahmatullah alayh). Some persons were sweeping the khaanqah. Dust was flying about. I took some of the dust and rubbed it on my face. I did so because I believed that it was the dust from the garments and bedding of the devotees of Allah Ta'ala. Allah said to me: "You had honoured even the dust of the Durwaishes who were in My path. By the barkat of that dust I have freed your face from the Fire of Jahannum."</w:t>
      </w:r>
    </w:p>
    <w:p>
      <w:r>
        <w:br w:type="page"/>
      </w:r>
    </w:p>
    <w:p>
      <w:pPr>
        <w:pStyle w:val="Heading1"/>
        <w:spacing w:before="360" w:after="200" w:line="300" w:lineRule="exact"/>
        <w:jc w:val="center"/>
      </w:pPr>
      <w:r>
        <w:rPr>
          <w:rFonts w:ascii="Georgia" w:hAnsi="Georgia" w:cs="Georgia" w:eastAsia="Georgia"/>
          <w:b/>
          <w:i w:val="0"/>
          <w:color w:val="1F3864"/>
          <w:sz w:val="32"/>
        </w:rPr>
        <w:t>FREED MIRACULOUSLY</w:t>
      </w:r>
    </w:p>
    <w:p>
      <w:pPr>
        <w:spacing w:before="0" w:after="120" w:line="300" w:lineRule="exact"/>
        <w:jc w:val="both"/>
      </w:pPr>
      <w:r>
        <w:rPr>
          <w:rFonts w:ascii="Georgia" w:hAnsi="Georgia" w:cs="Georgia" w:eastAsia="Georgia"/>
          <w:b w:val="0"/>
          <w:i w:val="0"/>
          <w:sz w:val="22"/>
        </w:rPr>
        <w:t>The Christians had captured a number of Muslims whom they had enslaved. Among the captives was a young boy. The grief-stricken mother went to a Buzrug and begged him to make dua for the release and safe return of her son. The Buzrug told her to return home, and he would supplicate. At the same time, he focused on the ground and moved his lips with a dua.</w:t>
      </w:r>
    </w:p>
    <w:p>
      <w:pPr>
        <w:spacing w:before="0" w:after="120" w:line="300" w:lineRule="exact"/>
        <w:jc w:val="both"/>
      </w:pPr>
      <w:r>
        <w:rPr>
          <w:rFonts w:ascii="Georgia" w:hAnsi="Georgia" w:cs="Georgia" w:eastAsia="Georgia"/>
          <w:b w:val="0"/>
          <w:i w:val="0"/>
          <w:sz w:val="22"/>
        </w:rPr>
        <w:t>After some days, the lady returned to the Buzrug with her son, expressing her heartfelt gratitude. The son explaining the wonderful episode of his release narrated: 'I was together with many other prisoners in the captivity of the Christian king. Every day the guard would lead us into the fields to labour. We all were constantly held in chains. One day whilst returning, the leg-irons miraculously broke and fell from my legs." (The lad mentioned the day and the time this had happened. It was the exact day and time the Buzrug had made dua.) Continuing his story, the lad said:</w:t>
      </w:r>
    </w:p>
    <w:p>
      <w:pPr>
        <w:spacing w:before="0" w:after="120" w:line="300" w:lineRule="exact"/>
        <w:jc w:val="both"/>
      </w:pPr>
      <w:r>
        <w:rPr>
          <w:rFonts w:ascii="Georgia" w:hAnsi="Georgia" w:cs="Georgia" w:eastAsia="Georgia"/>
          <w:b w:val="0"/>
          <w:i w:val="0"/>
          <w:sz w:val="22"/>
        </w:rPr>
        <w:t>"Seeing me without the leg-irons, the guard shouted and threatened me. He accused me of having broken the leg-irons. I explained that the leg-irons came loose miraculously. The incredulous guard summoned the blacksmith and I was fitted with much stronger and heavier leg-irons. I took just a few steps, and again the leg-irons broke and fell from my feet.</w:t>
      </w:r>
    </w:p>
    <w:p>
      <w:pPr>
        <w:spacing w:before="0" w:after="120" w:line="300" w:lineRule="exact"/>
        <w:jc w:val="both"/>
      </w:pPr>
      <w:r>
        <w:rPr>
          <w:rFonts w:ascii="Georgia" w:hAnsi="Georgia" w:cs="Georgia" w:eastAsia="Georgia"/>
          <w:b w:val="0"/>
          <w:i w:val="0"/>
          <w:sz w:val="22"/>
        </w:rPr>
        <w:t>The guard was shocked and bewildered. He called a monk and narrated what had happened. The raahib (monk) asked me: 'Do you have a mother?' I said: 'Yes.' He said: 'The prayer of his mother has been accepted. Allah has freed you. We are unable to hold you prisoner.' One of the Christians then accompanied me to the border of the Muslim land."</w:t>
      </w:r>
    </w:p>
    <w:p>
      <w:r>
        <w:br w:type="page"/>
      </w:r>
    </w:p>
    <w:p>
      <w:pPr>
        <w:pStyle w:val="Heading1"/>
        <w:spacing w:before="360" w:after="200" w:line="300" w:lineRule="exact"/>
        <w:jc w:val="center"/>
      </w:pPr>
      <w:r>
        <w:rPr>
          <w:rFonts w:ascii="Georgia" w:hAnsi="Georgia" w:cs="Georgia" w:eastAsia="Georgia"/>
          <w:b/>
          <w:i w:val="0"/>
          <w:color w:val="1F3864"/>
          <w:sz w:val="32"/>
        </w:rPr>
        <w:t>DO NOT BOOTLICK THEM!</w:t>
      </w:r>
    </w:p>
    <w:p>
      <w:pPr>
        <w:spacing w:before="0" w:after="120" w:line="300" w:lineRule="exact"/>
        <w:jc w:val="both"/>
      </w:pPr>
      <w:r>
        <w:rPr>
          <w:rFonts w:ascii="Georgia" w:hAnsi="Georgia" w:cs="Georgia" w:eastAsia="Georgia"/>
          <w:b w:val="0"/>
          <w:i w:val="0"/>
          <w:sz w:val="22"/>
        </w:rPr>
        <w:t>"O People of Imaan! If you follow the kuffaar, they will turn you on your heels (into kufr), then you will be the losers. In fact, Allah is your Protector, and He is the best of helpers."</w:t>
      </w:r>
    </w:p>
    <w:p>
      <w:pPr>
        <w:spacing w:before="0" w:after="120" w:line="300" w:lineRule="exact"/>
        <w:jc w:val="both"/>
      </w:pPr>
      <w:r>
        <w:rPr>
          <w:rFonts w:ascii="Georgia" w:hAnsi="Georgia" w:cs="Georgia" w:eastAsia="Georgia"/>
          <w:b w:val="0"/>
          <w:i w:val="0"/>
          <w:sz w:val="22"/>
        </w:rPr>
        <w:t>(Aal-e-Imraan,</w:t>
      </w:r>
    </w:p>
    <w:p>
      <w:pPr>
        <w:spacing w:before="0" w:after="120" w:line="300" w:lineRule="exact"/>
        <w:jc w:val="both"/>
      </w:pPr>
      <w:r>
        <w:rPr>
          <w:rFonts w:ascii="Georgia" w:hAnsi="Georgia" w:cs="Georgia" w:eastAsia="Georgia"/>
          <w:b w:val="0"/>
          <w:i w:val="0"/>
          <w:sz w:val="22"/>
        </w:rPr>
        <w:t>Aayats 149, 150)</w:t>
      </w:r>
    </w:p>
    <w:p>
      <w:r>
        <w:br w:type="page"/>
      </w:r>
    </w:p>
    <w:p>
      <w:pPr>
        <w:pStyle w:val="Heading1"/>
        <w:spacing w:before="360" w:after="200" w:line="300" w:lineRule="exact"/>
        <w:jc w:val="center"/>
      </w:pPr>
      <w:r>
        <w:rPr>
          <w:rFonts w:ascii="Georgia" w:hAnsi="Georgia" w:cs="Georgia" w:eastAsia="Georgia"/>
          <w:b/>
          <w:i w:val="0"/>
          <w:color w:val="1F3864"/>
          <w:sz w:val="32"/>
        </w:rPr>
        <w:t>THE FIRE HAD NO EFFECT</w:t>
      </w:r>
    </w:p>
    <w:p>
      <w:pPr>
        <w:spacing w:before="0" w:after="120" w:line="300" w:lineRule="exact"/>
        <w:jc w:val="both"/>
      </w:pPr>
      <w:r>
        <w:rPr>
          <w:rFonts w:ascii="Georgia" w:hAnsi="Georgia" w:cs="Georgia" w:eastAsia="Georgia"/>
          <w:b w:val="0"/>
          <w:i w:val="0"/>
          <w:sz w:val="22"/>
        </w:rPr>
        <w:t>Hadhrat Abu Musa Khaulaani (rahmatullah alayh) was among the senior Taabi-een. During the khilaafate of Hadhrat Abu Bakr Siddique (radhiyallahu anhu), the impostor Musailamah Kath-thaab had claimed to be a nabi. He had captured Hadhrat Khaulaani and had threatened to cast him into a blazing fire if he refused to accept his (Musailamah's) nubuwwat. Hadhrat Khaulaani refused and said: 'Do as you please.'</w:t>
      </w:r>
    </w:p>
    <w:p>
      <w:pPr>
        <w:spacing w:before="0" w:after="120" w:line="300" w:lineRule="exact"/>
        <w:jc w:val="both"/>
      </w:pPr>
      <w:r>
        <w:rPr>
          <w:rFonts w:ascii="Georgia" w:hAnsi="Georgia" w:cs="Georgia" w:eastAsia="Georgia"/>
          <w:b w:val="0"/>
          <w:i w:val="0"/>
          <w:sz w:val="22"/>
        </w:rPr>
        <w:t>A huge blazing fire was lit and Hadhrat Khaulaani was cast into it. He exclaimed: 'Allaahu Akbar! Bismillaah!' The fire had absolutely no effect on him. Musailamah had no alternative but to set him free. News of this episode reached Hadhrat Abu Bakr (radhiyallahu anhu) and Hadhrat Umar (radhiyallahu anhu) in Madinah.</w:t>
      </w:r>
    </w:p>
    <w:p>
      <w:pPr>
        <w:spacing w:before="0" w:after="120" w:line="300" w:lineRule="exact"/>
        <w:jc w:val="both"/>
      </w:pPr>
      <w:r>
        <w:rPr>
          <w:rFonts w:ascii="Georgia" w:hAnsi="Georgia" w:cs="Georgia" w:eastAsia="Georgia"/>
          <w:b w:val="0"/>
          <w:i w:val="0"/>
          <w:sz w:val="22"/>
        </w:rPr>
        <w:t>After some time, Hadhrat Khaulaani decided to make ziyaarat of Rasulullah's Grave. He set off from Yamaamah for Madinah. When he reached Musjid Nabawi, he entered and performed two raka'ts Salaat. Just as he completed his Salaat, Hadhrat Umar (radhiyallahu anhu) seeing the stranger, approached him and asked: "Who are you?"</w:t>
      </w:r>
    </w:p>
    <w:p>
      <w:pPr>
        <w:spacing w:before="0" w:after="120" w:line="300" w:lineRule="exact"/>
        <w:jc w:val="both"/>
      </w:pPr>
      <w:r>
        <w:rPr>
          <w:rFonts w:ascii="Georgia" w:hAnsi="Georgia" w:cs="Georgia" w:eastAsia="Georgia"/>
          <w:b w:val="0"/>
          <w:i w:val="0"/>
          <w:sz w:val="22"/>
        </w:rPr>
        <w:t>Khaulaani: "I am Abu Muslim Khaulaani."</w:t>
      </w:r>
    </w:p>
    <w:p>
      <w:pPr>
        <w:spacing w:before="0" w:after="120" w:line="300" w:lineRule="exact"/>
        <w:jc w:val="both"/>
      </w:pPr>
      <w:r>
        <w:rPr>
          <w:rFonts w:ascii="Georgia" w:hAnsi="Georgia" w:cs="Georgia" w:eastAsia="Georgia"/>
          <w:b w:val="0"/>
          <w:i w:val="0"/>
          <w:sz w:val="22"/>
        </w:rPr>
        <w:t>Hadhrat Umar: "From where are you?"</w:t>
      </w:r>
    </w:p>
    <w:p>
      <w:pPr>
        <w:spacing w:before="0" w:after="120" w:line="300" w:lineRule="exact"/>
        <w:jc w:val="both"/>
      </w:pPr>
      <w:r>
        <w:rPr>
          <w:rFonts w:ascii="Georgia" w:hAnsi="Georgia" w:cs="Georgia" w:eastAsia="Georgia"/>
          <w:b w:val="0"/>
          <w:i w:val="0"/>
          <w:sz w:val="22"/>
        </w:rPr>
        <w:t>Khaulaani: "From Yamaamah".</w:t>
      </w:r>
    </w:p>
    <w:p>
      <w:pPr>
        <w:spacing w:before="0" w:after="120" w:line="300" w:lineRule="exact"/>
        <w:jc w:val="both"/>
      </w:pPr>
      <w:r>
        <w:rPr>
          <w:rFonts w:ascii="Georgia" w:hAnsi="Georgia" w:cs="Georgia" w:eastAsia="Georgia"/>
          <w:b w:val="0"/>
          <w:i w:val="0"/>
          <w:sz w:val="22"/>
        </w:rPr>
        <w:t>Hadhrat Umar: "We have heard that in Yamaamah there is a man whom Musailamah Kath-thaab had cast into a fire, but the fire had no effect on him."</w:t>
      </w:r>
    </w:p>
    <w:p>
      <w:pPr>
        <w:spacing w:before="0" w:after="120" w:line="300" w:lineRule="exact"/>
        <w:jc w:val="both"/>
      </w:pPr>
      <w:r>
        <w:rPr>
          <w:rFonts w:ascii="Georgia" w:hAnsi="Georgia" w:cs="Georgia" w:eastAsia="Georgia"/>
          <w:b w:val="0"/>
          <w:i w:val="0"/>
          <w:sz w:val="22"/>
        </w:rPr>
        <w:t>Khaulaani: "Yes. I am that person."</w:t>
      </w:r>
    </w:p>
    <w:p>
      <w:pPr>
        <w:spacing w:before="0" w:after="120" w:line="300" w:lineRule="exact"/>
        <w:jc w:val="both"/>
      </w:pPr>
      <w:r>
        <w:rPr>
          <w:rFonts w:ascii="Georgia" w:hAnsi="Georgia" w:cs="Georgia" w:eastAsia="Georgia"/>
          <w:b w:val="0"/>
          <w:i w:val="0"/>
          <w:sz w:val="22"/>
        </w:rPr>
        <w:t>Hadhrat Umar's face became radiant with delight. He said: "Come! I shall take you to the Khalifah of Rasulullah (sallallahu alayhi wasallam), Abu Bakr Siddique (radhiyallahu anhu)." When they were in the presence of Hadhrat Abu Bakr (radhiyallahu anhu), Hadhrat Umar (radhiyallahu anhu) said: "O Ameerul Mu'mineen! Allah Ta'ala has raised today in this Ummah someone who has refreshened the memory of Nabi Ibraahim's Imaan. Subhaanallaah! By virtue of Imaan, Allah Ta'ala has protected him from burning in the fire."</w:t>
      </w:r>
    </w:p>
    <w:p>
      <w:r>
        <w:br w:type="page"/>
      </w:r>
    </w:p>
    <w:p>
      <w:pPr>
        <w:pStyle w:val="Heading1"/>
        <w:spacing w:before="360" w:after="200" w:line="300" w:lineRule="exact"/>
        <w:jc w:val="center"/>
      </w:pPr>
      <w:r>
        <w:rPr>
          <w:rFonts w:ascii="Georgia" w:hAnsi="Georgia" w:cs="Georgia" w:eastAsia="Georgia"/>
          <w:b/>
          <w:i w:val="0"/>
          <w:color w:val="1F3864"/>
          <w:sz w:val="32"/>
        </w:rPr>
        <w:t>"REMEMBER ALLAH"</w:t>
      </w:r>
    </w:p>
    <w:p>
      <w:pPr>
        <w:spacing w:before="120" w:after="40" w:line="300" w:lineRule="exact"/>
        <w:jc w:val="both"/>
      </w:pPr>
      <w:r>
        <w:rPr>
          <w:rFonts w:ascii="Georgia" w:hAnsi="Georgia" w:cs="Georgia" w:eastAsia="Georgia"/>
          <w:b/>
          <w:i/>
          <w:sz w:val="22"/>
        </w:rPr>
        <w:t>"Remember Allah during good times (prosperity),</w:t>
      </w:r>
    </w:p>
    <w:p>
      <w:pPr>
        <w:spacing w:before="120" w:after="40" w:line="300" w:lineRule="exact"/>
        <w:jc w:val="both"/>
      </w:pPr>
      <w:r>
        <w:rPr>
          <w:rFonts w:ascii="Georgia" w:hAnsi="Georgia" w:cs="Georgia" w:eastAsia="Georgia"/>
          <w:b/>
          <w:i/>
          <w:sz w:val="22"/>
        </w:rPr>
        <w:t>He will then remember you during difficult times (adversity)."</w:t>
      </w:r>
    </w:p>
    <w:p>
      <w:pPr>
        <w:spacing w:before="0" w:after="120" w:line="300" w:lineRule="exact"/>
        <w:jc w:val="both"/>
      </w:pPr>
      <w:r>
        <w:rPr>
          <w:rFonts w:ascii="Georgia" w:hAnsi="Georgia" w:cs="Georgia" w:eastAsia="Georgia"/>
          <w:b w:val="0"/>
          <w:i w:val="0"/>
          <w:sz w:val="22"/>
        </w:rPr>
        <w:t>(Rasulullah- Sallallahu alayhi wasallam)</w:t>
      </w:r>
    </w:p>
    <w:p>
      <w:pPr>
        <w:spacing w:before="0" w:after="120" w:line="300" w:lineRule="exact"/>
        <w:jc w:val="both"/>
      </w:pPr>
      <w:r>
        <w:rPr>
          <w:rFonts w:ascii="Georgia" w:hAnsi="Georgia" w:cs="Georgia" w:eastAsia="Georgia"/>
          <w:b w:val="0"/>
          <w:i w:val="0"/>
          <w:sz w:val="22"/>
        </w:rPr>
        <w:t>Remembering Allah Ta'ala is not restricted to verbal Thikr. True Thikrullaah is Taa-at (Obedience) and Ibaadat (Worship). Rasulullah (Sallallahu alayhi wasallam) said: "Every obedient one is a Thaakir (one who engages in Thikr)."</w:t>
      </w:r>
    </w:p>
    <w:p>
      <w:pPr>
        <w:spacing w:before="0" w:after="120" w:line="300" w:lineRule="exact"/>
        <w:jc w:val="both"/>
      </w:pPr>
      <w:r>
        <w:rPr>
          <w:rFonts w:ascii="Georgia" w:hAnsi="Georgia" w:cs="Georgia" w:eastAsia="Georgia"/>
          <w:b w:val="0"/>
          <w:i w:val="0"/>
          <w:sz w:val="22"/>
        </w:rPr>
        <w:t>Muslims generally have no valid concept of Thikrullah. While they perform Salaat, recite the Qur'aan and practice different forms of Athkaar, they have expunged the Shariah from their daily life.</w:t>
      </w:r>
    </w:p>
    <w:p>
      <w:pPr>
        <w:spacing w:before="0" w:after="120" w:line="300" w:lineRule="exact"/>
        <w:jc w:val="both"/>
      </w:pPr>
      <w:r>
        <w:rPr>
          <w:rFonts w:ascii="Georgia" w:hAnsi="Georgia" w:cs="Georgia" w:eastAsia="Georgia"/>
          <w:b w:val="0"/>
          <w:i w:val="0"/>
          <w:sz w:val="22"/>
        </w:rPr>
        <w:t>Although they recite the Qur'aan, they derive no lesson from the numerous warnings and advices of the Qur'aan and Hadith. The degree of ignorance of Muslims is shockingly lamentable. Despite the deluge of hardships and even genocide, they just fail to understand the cause of their misery, hence they have no valid solution for the calamities settling on them.</w:t>
      </w:r>
    </w:p>
    <w:p>
      <w:pPr>
        <w:spacing w:before="0" w:after="120" w:line="300" w:lineRule="exact"/>
        <w:jc w:val="both"/>
      </w:pPr>
      <w:r>
        <w:rPr>
          <w:rFonts w:ascii="Georgia" w:hAnsi="Georgia" w:cs="Georgia" w:eastAsia="Georgia"/>
          <w:b w:val="0"/>
          <w:i w:val="0"/>
          <w:sz w:val="22"/>
        </w:rPr>
        <w:t>Due to spiritual blindness, they continue recklessly and aimlessly in their orgies of disobedience, fisq and fujoor, hence Divine Aid is not forthcoming. The first lesson for Muslims is to understand the cause underlying their misery, defeat and humiliation. The second lesson is to understand the remedy explained and prescribed in the Qur'aan and Sunnah.</w:t>
      </w:r>
    </w:p>
    <w:p>
      <w:pPr>
        <w:spacing w:before="0" w:after="120" w:line="300" w:lineRule="exact"/>
        <w:jc w:val="both"/>
      </w:pPr>
      <w:r>
        <w:rPr>
          <w:rFonts w:ascii="Georgia" w:hAnsi="Georgia" w:cs="Georgia" w:eastAsia="Georgia"/>
          <w:b w:val="0"/>
          <w:i w:val="0"/>
          <w:sz w:val="22"/>
        </w:rPr>
        <w:t>As long as the disease of spiritual blindness exists, the misery and calamities will endure.</w:t>
      </w:r>
    </w:p>
    <w:p>
      <w:pPr>
        <w:spacing w:before="120" w:after="120" w:line="300" w:lineRule="exact"/>
        <w:ind w:left="720" w:right="720"/>
        <w:jc w:val="center"/>
      </w:pPr>
      <w:r>
        <w:rPr>
          <w:rFonts w:ascii="Georgia" w:hAnsi="Georgia" w:cs="Georgia" w:eastAsia="Georgia"/>
          <w:b w:val="0"/>
          <w:i/>
          <w:sz w:val="22"/>
        </w:rPr>
        <w:t>"The physical eyes are not blind. But the hearts within the breasts are blind."</w:t>
      </w:r>
    </w:p>
    <w:p>
      <w:pPr>
        <w:spacing w:before="120" w:after="120" w:line="300" w:lineRule="exact"/>
        <w:ind w:left="720" w:right="720"/>
        <w:jc w:val="center"/>
      </w:pPr>
      <w:r>
        <w:rPr>
          <w:rFonts w:ascii="Georgia" w:hAnsi="Georgia" w:cs="Georgia" w:eastAsia="Georgia"/>
          <w:b w:val="0"/>
          <w:i/>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A DUA IS ANSWERED - A TYRANT IS PUNISHED</w:t>
      </w:r>
    </w:p>
    <w:p>
      <w:pPr>
        <w:spacing w:before="0" w:after="120" w:line="300" w:lineRule="exact"/>
        <w:jc w:val="both"/>
      </w:pPr>
      <w:r>
        <w:rPr>
          <w:rFonts w:ascii="Georgia" w:hAnsi="Georgia" w:cs="Georgia" w:eastAsia="Georgia"/>
          <w:b w:val="0"/>
          <w:i w:val="0"/>
          <w:sz w:val="22"/>
        </w:rPr>
        <w:t>The king of Tabrestaan was a merciless tyrant. Ravaging the honour of young girls in the city was his practice. Everyone feared his cruelty. One day an old lady came crying by Shaikh Abu Saeed (rahmatullah alayh). She exclaimed: 'O Shaikh! Help me!' I have a beautiful young daughter. The king sent a message that he was coming to my home. He will come and ruin the honour and chastity of my daughter. I have therefore come running to you. Do supplicate to Allah Ta'ala to save us from the evil of the tyrant. Your dua will be readily accepted."</w:t>
      </w:r>
    </w:p>
    <w:p>
      <w:pPr>
        <w:spacing w:before="0" w:after="120" w:line="300" w:lineRule="exact"/>
        <w:jc w:val="both"/>
      </w:pPr>
      <w:r>
        <w:rPr>
          <w:rFonts w:ascii="Georgia" w:hAnsi="Georgia" w:cs="Georgia" w:eastAsia="Georgia"/>
          <w:b w:val="0"/>
          <w:i w:val="0"/>
          <w:sz w:val="22"/>
        </w:rPr>
        <w:t>After lowering his head for a moment, the Shaikh said: 'O Old Lady! Among the living, there is no one who is presently Mustajaabud Da'waat (i.e. whose Dua is readily accepted by Allah Ta'ala). Go to the Qabrustaan (graveyard) of the Muslims. You will find there a man who will attend to your plea.'</w:t>
      </w:r>
    </w:p>
    <w:p>
      <w:pPr>
        <w:spacing w:before="0" w:after="120" w:line="300" w:lineRule="exact"/>
        <w:jc w:val="both"/>
      </w:pPr>
      <w:r>
        <w:rPr>
          <w:rFonts w:ascii="Georgia" w:hAnsi="Georgia" w:cs="Georgia" w:eastAsia="Georgia"/>
          <w:b w:val="0"/>
          <w:i w:val="0"/>
          <w:sz w:val="22"/>
        </w:rPr>
        <w:t>On entering the Qabrustaan, the old women saw a very handsome young man wearing beautiful garments. After Salaam, the old lady narrated her plight. The young man said: 'Go again to Shaikh Abu Saeed and tell him to make dua for you. His dua will be accepted.' The old woman cried: 'The living send me to the dead, and the dead send me to the living. No one wants to help me. Where do I now go?" The young man said: "Go to him. With his dua your problem will be solved."</w:t>
      </w:r>
    </w:p>
    <w:p>
      <w:pPr>
        <w:spacing w:before="0" w:after="120" w:line="300" w:lineRule="exact"/>
        <w:jc w:val="both"/>
      </w:pPr>
      <w:r>
        <w:rPr>
          <w:rFonts w:ascii="Georgia" w:hAnsi="Georgia" w:cs="Georgia" w:eastAsia="Georgia"/>
          <w:b w:val="0"/>
          <w:i w:val="0"/>
          <w:sz w:val="22"/>
        </w:rPr>
        <w:t>The old woman returned to Shaikh Abu Saeed and explained what had transpired. The Shaikh lowered his head and broke into profuse perspiration. He let out a sharp screech and fell down. Simultaneously, there was consternation among the inhabitants of the city. They fearfully cried that the king has set off to the house of the old lady to ravage the honour of her daughter. Suddenly, the king's horse stumbled, and the king fell violently breaking his neck. Thus perished the king ignominiously.</w:t>
      </w:r>
    </w:p>
    <w:p>
      <w:pPr>
        <w:spacing w:before="0" w:after="120" w:line="300" w:lineRule="exact"/>
        <w:jc w:val="both"/>
      </w:pPr>
      <w:r>
        <w:rPr>
          <w:rFonts w:ascii="Georgia" w:hAnsi="Georgia" w:cs="Georgia" w:eastAsia="Georgia"/>
          <w:b w:val="0"/>
          <w:i w:val="0"/>
          <w:sz w:val="22"/>
        </w:rPr>
        <w:t>With the dua of the Shaikh, Allah Ta'ala freed the inhabitants from the evil of the tyrant. When Shaikh Abu Saeed regained consciousness, he was asked for the reason of sending the old lady to the Qabrustaan.</w:t>
      </w:r>
    </w:p>
    <w:p>
      <w:pPr>
        <w:spacing w:before="0" w:after="120" w:line="300" w:lineRule="exact"/>
        <w:jc w:val="both"/>
      </w:pPr>
      <w:r>
        <w:rPr>
          <w:rFonts w:ascii="Georgia" w:hAnsi="Georgia" w:cs="Georgia" w:eastAsia="Georgia"/>
          <w:b w:val="0"/>
          <w:i w:val="0"/>
          <w:sz w:val="22"/>
        </w:rPr>
        <w:t>Why did he not make dua the first time she had approached him? Shaikh Abu Saeed responded: "I disliked that the king be killed with my dua. I therefore sent her to my brother, Khidhr (the young man). He sent her back to me implying that it was valid to curse such a filthy tyrant."</w:t>
      </w:r>
    </w:p>
    <w:p>
      <w:r>
        <w:br w:type="page"/>
      </w:r>
    </w:p>
    <w:p>
      <w:pPr>
        <w:pStyle w:val="Heading1"/>
        <w:spacing w:before="360" w:after="200" w:line="300" w:lineRule="exact"/>
        <w:jc w:val="center"/>
      </w:pPr>
      <w:r>
        <w:rPr>
          <w:rFonts w:ascii="Georgia" w:hAnsi="Georgia" w:cs="Georgia" w:eastAsia="Georgia"/>
          <w:b/>
          <w:i w:val="0"/>
          <w:color w:val="1F3864"/>
          <w:sz w:val="32"/>
        </w:rPr>
        <w:t>THE NUSRAT OF ALLAH</w:t>
      </w:r>
    </w:p>
    <w:p>
      <w:pPr>
        <w:spacing w:before="0" w:after="120" w:line="300" w:lineRule="exact"/>
        <w:jc w:val="both"/>
      </w:pPr>
      <w:r>
        <w:rPr>
          <w:rFonts w:ascii="Georgia" w:hAnsi="Georgia" w:cs="Georgia" w:eastAsia="Georgia"/>
          <w:b w:val="0"/>
          <w:i w:val="0"/>
          <w:sz w:val="22"/>
        </w:rPr>
        <w:t>In all their battles, the Sahaabah despite the paucity of their numbers and military equipment, were always victorious. The two superpowers of the era – the Roman and Persian empires – were crushed and defeated by the Sahaabah. That was because the Nusrat (Aid) of Allah Azza Wa Jal was with them.</w:t>
      </w:r>
    </w:p>
    <w:p>
      <w:pPr>
        <w:spacing w:before="0" w:after="120" w:line="300" w:lineRule="exact"/>
        <w:jc w:val="both"/>
      </w:pPr>
      <w:r>
        <w:rPr>
          <w:rFonts w:ascii="Georgia" w:hAnsi="Georgia" w:cs="Georgia" w:eastAsia="Georgia"/>
          <w:b w:val="0"/>
          <w:i w:val="0"/>
          <w:sz w:val="22"/>
        </w:rPr>
        <w:t>"Allah suffices for the Mu'mineen in war."</w:t>
      </w:r>
    </w:p>
    <w:p>
      <w:pPr>
        <w:spacing w:before="0" w:after="120" w:line="300" w:lineRule="exact"/>
        <w:jc w:val="both"/>
      </w:pPr>
      <w:r>
        <w:rPr>
          <w:rFonts w:ascii="Georgia" w:hAnsi="Georgia" w:cs="Georgia" w:eastAsia="Georgia"/>
          <w:b w:val="0"/>
          <w:i w:val="0"/>
          <w:sz w:val="22"/>
        </w:rPr>
        <w:t>(Qur'aan)</w:t>
      </w:r>
    </w:p>
    <w:p>
      <w:pPr>
        <w:spacing w:before="120" w:after="120" w:line="300" w:lineRule="exact"/>
        <w:ind w:left="720" w:right="720"/>
        <w:jc w:val="center"/>
      </w:pPr>
      <w:r>
        <w:rPr>
          <w:rFonts w:ascii="Georgia" w:hAnsi="Georgia" w:cs="Georgia" w:eastAsia="Georgia"/>
          <w:b w:val="0"/>
          <w:i/>
          <w:sz w:val="22"/>
        </w:rPr>
        <w:t>"If you aid (the Deen of) Allah, He will aid you and plant your feet firmly (against the enemy)."</w:t>
      </w:r>
    </w:p>
    <w:p>
      <w:pPr>
        <w:spacing w:before="120" w:after="120" w:line="300" w:lineRule="exact"/>
        <w:ind w:left="720" w:right="720"/>
        <w:jc w:val="center"/>
      </w:pPr>
      <w:r>
        <w:rPr>
          <w:rFonts w:ascii="Georgia" w:hAnsi="Georgia" w:cs="Georgia" w:eastAsia="Georgia"/>
          <w:b w:val="0"/>
          <w:i/>
          <w:sz w:val="22"/>
        </w:rPr>
        <w:t>(Qur'aan)</w:t>
      </w:r>
    </w:p>
    <w:p>
      <w:pPr>
        <w:spacing w:before="120" w:after="120" w:line="300" w:lineRule="exact"/>
        <w:ind w:left="720" w:right="720"/>
        <w:jc w:val="center"/>
      </w:pPr>
      <w:r>
        <w:rPr>
          <w:rFonts w:ascii="Georgia" w:hAnsi="Georgia" w:cs="Georgia" w:eastAsia="Georgia"/>
          <w:b w:val="0"/>
          <w:i/>
          <w:sz w:val="22"/>
        </w:rPr>
        <w:t>"If Allah aids you, no one can then defeat you. And,</w:t>
      </w:r>
    </w:p>
    <w:p>
      <w:pPr>
        <w:spacing w:before="120" w:after="120" w:line="300" w:lineRule="exact"/>
        <w:ind w:left="720" w:right="720"/>
        <w:jc w:val="center"/>
      </w:pPr>
      <w:r>
        <w:rPr>
          <w:rFonts w:ascii="Georgia" w:hAnsi="Georgia" w:cs="Georgia" w:eastAsia="Georgia"/>
          <w:b w:val="0"/>
          <w:i/>
          <w:sz w:val="22"/>
        </w:rPr>
        <w:t>If He abandons you, then who is there to help you besides Him. On Allah should the Mu'minoon have trust."</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If Allah Azza Wa Jal provides His Nusrat, the nuclear arsenals, the airforces and missiles of the kuffaar super powers will be ineffective. However, the problem is Muslim treachery which is blocking the Help of Allah reaching the Ummah.</w:t>
      </w:r>
    </w:p>
    <w:p>
      <w:pPr>
        <w:spacing w:before="0" w:after="120" w:line="300" w:lineRule="exact"/>
        <w:jc w:val="both"/>
      </w:pPr>
      <w:r>
        <w:rPr>
          <w:rFonts w:ascii="Georgia" w:hAnsi="Georgia" w:cs="Georgia" w:eastAsia="Georgia"/>
          <w:b w:val="0"/>
          <w:i w:val="0"/>
          <w:sz w:val="22"/>
        </w:rPr>
        <w:t>Every sincere intelligent Muslim can readily understand that Allah Ta'ala is withholding His Nusrat from Muslims and that He is punishing Muslims, hence the genocide is being perpetrated with gross impunity while the entire world looks on as an idle, impotent spectator.</w:t>
      </w:r>
    </w:p>
    <w:p>
      <w:pPr>
        <w:spacing w:before="0" w:after="120" w:line="300" w:lineRule="exact"/>
        <w:jc w:val="both"/>
      </w:pPr>
      <w:r>
        <w:rPr>
          <w:rFonts w:ascii="Georgia" w:hAnsi="Georgia" w:cs="Georgia" w:eastAsia="Georgia"/>
          <w:b w:val="0"/>
          <w:i w:val="0"/>
          <w:sz w:val="22"/>
        </w:rPr>
        <w:t>If Allah Ta'ala aids Muslims, the airforces of Israel and the US and their vast military capabilities will be rendered ineffective. Allah Azza Wa Jal sees, hears and is fully aware of the brutal genocide in the making in Palestine. He is Qaadir. He has the Power to intervene and neutralize the kuffaar aggressors. But He is allowing it because it is His Athaab.</w:t>
      </w:r>
    </w:p>
    <w:p>
      <w:pPr>
        <w:spacing w:before="0" w:after="120" w:line="300" w:lineRule="exact"/>
        <w:jc w:val="both"/>
      </w:pPr>
      <w:r>
        <w:rPr>
          <w:rFonts w:ascii="Georgia" w:hAnsi="Georgia" w:cs="Georgia" w:eastAsia="Georgia"/>
          <w:b w:val="0"/>
          <w:i w:val="0"/>
          <w:sz w:val="22"/>
        </w:rPr>
        <w:t>The Yahood and Nasaaraa are being employed by Allah Azza Wa Jal to inflict the decreed Punishment for this vile, treacherous Ummah. Nothing can thwart the Decree of Allah Ta'ala. The Punishment will run its divinely prescribed course.</w:t>
      </w:r>
    </w:p>
    <w:p>
      <w:pPr>
        <w:spacing w:before="120" w:after="40" w:line="300" w:lineRule="exact"/>
        <w:jc w:val="both"/>
      </w:pPr>
      <w:r>
        <w:rPr>
          <w:rFonts w:ascii="Georgia" w:hAnsi="Georgia" w:cs="Georgia" w:eastAsia="Georgia"/>
          <w:b/>
          <w:i/>
          <w:sz w:val="22"/>
        </w:rPr>
        <w:t>"Everything is recorded in a Clear Kitaab." (Qur'aan)</w:t>
      </w:r>
    </w:p>
    <w:p>
      <w:pPr>
        <w:spacing w:before="120" w:after="40" w:line="300" w:lineRule="exact"/>
        <w:jc w:val="both"/>
      </w:pPr>
      <w:r>
        <w:rPr>
          <w:rFonts w:ascii="Georgia" w:hAnsi="Georgia" w:cs="Georgia" w:eastAsia="Georgia"/>
          <w:b/>
          <w:i/>
          <w:sz w:val="22"/>
        </w:rPr>
        <w:t>"There is no calamity/ misfortune (befalling anyone) except with the permission of Allah. He who believes in Allah, Allah guides his heart. And Allah is aware of everything. Obey Allah and obey the Rasool. If you turn away (from the Deen), then on Our Messengers is only the Clear Delivery (of the Message of Allah). Allah: There is no deity but He, and on Allah should the Mu'minoon have trust."</w:t>
      </w:r>
    </w:p>
    <w:p>
      <w:pPr>
        <w:spacing w:before="120" w:after="40" w:line="300" w:lineRule="exact"/>
        <w:jc w:val="both"/>
      </w:pPr>
      <w:r>
        <w:rPr>
          <w:rFonts w:ascii="Georgia" w:hAnsi="Georgia" w:cs="Georgia" w:eastAsia="Georgia"/>
          <w:b/>
          <w:i/>
          <w:sz w:val="22"/>
        </w:rPr>
        <w:t>(At-Taghaabun, 11, 12 &amp; 13)</w:t>
      </w:r>
    </w:p>
    <w:p>
      <w:pPr>
        <w:spacing w:before="120" w:after="40" w:line="300" w:lineRule="exact"/>
        <w:jc w:val="both"/>
      </w:pPr>
      <w:r>
        <w:rPr>
          <w:rFonts w:ascii="Georgia" w:hAnsi="Georgia" w:cs="Georgia" w:eastAsia="Georgia"/>
          <w:b/>
          <w:i/>
          <w:sz w:val="22"/>
        </w:rPr>
        <w:t>"The armies of the heavens and earth belong to Allah."</w:t>
      </w:r>
    </w:p>
    <w:p>
      <w:pPr>
        <w:spacing w:before="120" w:after="40" w:line="300" w:lineRule="exact"/>
        <w:jc w:val="both"/>
      </w:pPr>
      <w:r>
        <w:rPr>
          <w:rFonts w:ascii="Georgia" w:hAnsi="Georgia" w:cs="Georgia" w:eastAsia="Georgia"/>
          <w:b/>
          <w:i/>
          <w:sz w:val="22"/>
        </w:rPr>
        <w:t>(Al-Fath, Aayat 4)</w:t>
      </w:r>
    </w:p>
    <w:p>
      <w:r>
        <w:br w:type="page"/>
      </w:r>
    </w:p>
    <w:p>
      <w:pPr>
        <w:pStyle w:val="Heading1"/>
        <w:spacing w:before="360" w:after="200" w:line="300" w:lineRule="exact"/>
        <w:jc w:val="center"/>
      </w:pPr>
      <w:r>
        <w:rPr>
          <w:rFonts w:ascii="Georgia" w:hAnsi="Georgia" w:cs="Georgia" w:eastAsia="Georgia"/>
          <w:b/>
          <w:i w:val="0"/>
          <w:color w:val="1F3864"/>
          <w:sz w:val="32"/>
        </w:rPr>
        <w:t>CHANGE OF CONDITION</w:t>
      </w:r>
    </w:p>
    <w:p>
      <w:pPr>
        <w:spacing w:before="120" w:after="120" w:line="300" w:lineRule="exact"/>
        <w:ind w:left="720" w:right="720"/>
        <w:jc w:val="center"/>
      </w:pPr>
      <w:r>
        <w:rPr>
          <w:rFonts w:ascii="Georgia" w:hAnsi="Georgia" w:cs="Georgia" w:eastAsia="Georgia"/>
          <w:b w:val="0"/>
          <w:i/>
          <w:sz w:val="22"/>
        </w:rPr>
        <w:t>"Thus did Allah seize them on account of their sins.</w:t>
      </w:r>
    </w:p>
    <w:p>
      <w:pPr>
        <w:spacing w:before="120" w:after="120" w:line="300" w:lineRule="exact"/>
        <w:ind w:left="720" w:right="720"/>
        <w:jc w:val="center"/>
      </w:pPr>
      <w:r>
        <w:rPr>
          <w:rFonts w:ascii="Georgia" w:hAnsi="Georgia" w:cs="Georgia" w:eastAsia="Georgia"/>
          <w:b w:val="0"/>
          <w:i/>
          <w:sz w:val="22"/>
        </w:rPr>
        <w:t>Verily, Allah is Powerful and severe in punishment.</w:t>
      </w:r>
    </w:p>
    <w:p>
      <w:pPr>
        <w:spacing w:before="120" w:after="120" w:line="300" w:lineRule="exact"/>
        <w:ind w:left="720" w:right="720"/>
        <w:jc w:val="center"/>
      </w:pPr>
      <w:r>
        <w:rPr>
          <w:rFonts w:ascii="Georgia" w:hAnsi="Georgia" w:cs="Georgia" w:eastAsia="Georgia"/>
          <w:b w:val="0"/>
          <w:i/>
          <w:sz w:val="22"/>
        </w:rPr>
        <w:t>This is so because verily, Allah does not change (snatch away) a bounty which He has bestowed to a nation except when they change that which is with them. Verily,</w:t>
      </w:r>
    </w:p>
    <w:p>
      <w:pPr>
        <w:spacing w:before="120" w:after="120" w:line="300" w:lineRule="exact"/>
        <w:ind w:left="720" w:right="720"/>
        <w:jc w:val="center"/>
      </w:pPr>
      <w:r>
        <w:rPr>
          <w:rFonts w:ascii="Georgia" w:hAnsi="Georgia" w:cs="Georgia" w:eastAsia="Georgia"/>
          <w:b w:val="0"/>
          <w:i/>
          <w:sz w:val="22"/>
        </w:rPr>
        <w:t>Allah Hears and He Knows"</w:t>
      </w:r>
    </w:p>
    <w:p>
      <w:pPr>
        <w:spacing w:before="120" w:after="120" w:line="300" w:lineRule="exact"/>
        <w:ind w:left="720" w:right="720"/>
        <w:jc w:val="center"/>
      </w:pPr>
      <w:r>
        <w:rPr>
          <w:rFonts w:ascii="Georgia" w:hAnsi="Georgia" w:cs="Georgia" w:eastAsia="Georgia"/>
          <w:b w:val="0"/>
          <w:i/>
          <w:sz w:val="22"/>
        </w:rPr>
        <w:t>(Al-Anfaal, Aayats 52 &amp; 53)</w:t>
      </w:r>
    </w:p>
    <w:p>
      <w:pPr>
        <w:spacing w:before="0" w:after="120" w:line="300" w:lineRule="exact"/>
        <w:jc w:val="both"/>
      </w:pPr>
      <w:r>
        <w:rPr>
          <w:rFonts w:ascii="Georgia" w:hAnsi="Georgia" w:cs="Georgia" w:eastAsia="Georgia"/>
          <w:b w:val="0"/>
          <w:i w:val="0"/>
          <w:sz w:val="22"/>
        </w:rPr>
        <w:t>The bounty of political domination which the Ummah had enjoyed for centuries, and which they had inherited from the Sahaabah, was snatched away by Allah Ta'ala because of the gross rebellion of the Muslims. The Ummah had putrefied and had sunk into the worst kinds of fisq, fujoor and kufr, hence Allah Ta'ala snatched away the political power of Muslims and subjugated the Ummah to kuffaar domination and suppression.</w:t>
      </w:r>
    </w:p>
    <w:p>
      <w:pPr>
        <w:spacing w:before="0" w:after="120" w:line="300" w:lineRule="exact"/>
        <w:jc w:val="both"/>
      </w:pPr>
      <w:r>
        <w:rPr>
          <w:rFonts w:ascii="Georgia" w:hAnsi="Georgia" w:cs="Georgia" w:eastAsia="Georgia"/>
          <w:b w:val="0"/>
          <w:i w:val="0"/>
          <w:sz w:val="22"/>
        </w:rPr>
        <w:t>It is of the Sunnah of Allah Ta'ala, which is explicitly stated repeatedly in the Qur'aan, to eliminate nations who have no intention to reform and submit to His Law. The history of mankind bears testimony to this Divine Sunnah.</w:t>
      </w:r>
    </w:p>
    <w:p>
      <w:pPr>
        <w:spacing w:before="0" w:after="120" w:line="300" w:lineRule="exact"/>
        <w:jc w:val="both"/>
      </w:pPr>
      <w:r>
        <w:rPr>
          <w:rFonts w:ascii="Georgia" w:hAnsi="Georgia" w:cs="Georgia" w:eastAsia="Georgia"/>
          <w:b w:val="0"/>
          <w:i w:val="0"/>
          <w:sz w:val="22"/>
        </w:rPr>
        <w:t>At one stage, this Ummah was the 'noblest of mankind' as confirmed by the Qur'aan:</w:t>
      </w:r>
    </w:p>
    <w:p>
      <w:pPr>
        <w:spacing w:before="120" w:after="120" w:line="300" w:lineRule="exact"/>
        <w:ind w:left="720" w:right="720"/>
        <w:jc w:val="center"/>
      </w:pPr>
      <w:r>
        <w:rPr>
          <w:rFonts w:ascii="Georgia" w:hAnsi="Georgia" w:cs="Georgia" w:eastAsia="Georgia"/>
          <w:b w:val="0"/>
          <w:i/>
          <w:sz w:val="22"/>
        </w:rPr>
        <w:t>"You are the best of nations created for mankind (because) you command virtue and you forbid evil."</w:t>
      </w:r>
    </w:p>
    <w:p>
      <w:pPr>
        <w:spacing w:before="0" w:after="120" w:line="300" w:lineRule="exact"/>
        <w:jc w:val="both"/>
      </w:pPr>
      <w:r>
        <w:rPr>
          <w:rFonts w:ascii="Georgia" w:hAnsi="Georgia" w:cs="Georgia" w:eastAsia="Georgia"/>
          <w:b w:val="0"/>
          <w:i w:val="0"/>
          <w:sz w:val="22"/>
        </w:rPr>
        <w:t>(Aal-e-Imraan, Aayat 110)</w:t>
      </w:r>
    </w:p>
    <w:p>
      <w:pPr>
        <w:spacing w:before="0" w:after="120" w:line="300" w:lineRule="exact"/>
        <w:jc w:val="both"/>
      </w:pPr>
      <w:r>
        <w:rPr>
          <w:rFonts w:ascii="Georgia" w:hAnsi="Georgia" w:cs="Georgia" w:eastAsia="Georgia"/>
          <w:b w:val="0"/>
          <w:i w:val="0"/>
          <w:sz w:val="22"/>
        </w:rPr>
        <w:t>As Muslims drifted from the era of Nubuwwat, the disease of hubbud dunya afflicted them. In the wake of this disease, Allah T'ala removed fear for Muslims from the hearts of the kuffaar. He then made them our rulers because we made them our leaders. Islam was practically abandoned by the Ummah, hence Allah Ta'ala has abandoned us. The result is too conspicuous today in the genocide the Ummah is suffering.</w:t>
      </w:r>
    </w:p>
    <w:p>
      <w:pPr>
        <w:spacing w:before="0" w:after="120" w:line="300" w:lineRule="exact"/>
        <w:jc w:val="both"/>
      </w:pPr>
      <w:r>
        <w:rPr>
          <w:rFonts w:ascii="Georgia" w:hAnsi="Georgia" w:cs="Georgia" w:eastAsia="Georgia"/>
          <w:b w:val="0"/>
          <w:i w:val="0"/>
          <w:sz w:val="22"/>
        </w:rPr>
        <w:t>Describing the condition of the Ummah in the era in proximity to Qiyaamah, Rasulullah (Sallallahu alayhi wasallam) said:</w:t>
      </w:r>
    </w:p>
    <w:p>
      <w:pPr>
        <w:spacing w:before="120" w:after="120" w:line="300" w:lineRule="exact"/>
        <w:ind w:left="720" w:right="720"/>
        <w:jc w:val="center"/>
      </w:pPr>
      <w:r>
        <w:rPr>
          <w:rFonts w:ascii="Georgia" w:hAnsi="Georgia" w:cs="Georgia" w:eastAsia="Georgia"/>
          <w:b w:val="0"/>
          <w:i/>
          <w:sz w:val="22"/>
        </w:rPr>
        <w:t>".........You will be numerous, but you will be ghutha (rubbish) such as the flotsam of flood waters. Allah will eliminate from the hearts of your enemy fear for you, and He will cast into your hearts wahan."</w:t>
      </w:r>
    </w:p>
    <w:p>
      <w:pPr>
        <w:spacing w:before="0" w:after="120" w:line="300" w:lineRule="exact"/>
        <w:jc w:val="both"/>
      </w:pPr>
      <w:r>
        <w:rPr>
          <w:rFonts w:ascii="Georgia" w:hAnsi="Georgia" w:cs="Georgia" w:eastAsia="Georgia"/>
          <w:b w:val="0"/>
          <w:i w:val="0"/>
          <w:sz w:val="22"/>
        </w:rPr>
        <w:t>Explaining wahan, Rasulullah (Sallallahu alayhi wasallam) said that it is: "Love of the world and dislike for Maut."</w:t>
      </w:r>
    </w:p>
    <w:p>
      <w:pPr>
        <w:spacing w:before="0" w:after="120" w:line="300" w:lineRule="exact"/>
        <w:jc w:val="both"/>
      </w:pPr>
      <w:r>
        <w:rPr>
          <w:rFonts w:ascii="Georgia" w:hAnsi="Georgia" w:cs="Georgia" w:eastAsia="Georgia"/>
          <w:b w:val="0"/>
          <w:i w:val="0"/>
          <w:sz w:val="22"/>
        </w:rPr>
        <w:t>This is the state of the Ummah today.</w:t>
      </w:r>
    </w:p>
    <w:p>
      <w:r>
        <w:br w:type="page"/>
      </w:r>
    </w:p>
    <w:p>
      <w:pPr>
        <w:pStyle w:val="Heading1"/>
        <w:spacing w:before="360" w:after="200" w:line="300" w:lineRule="exact"/>
        <w:jc w:val="center"/>
      </w:pPr>
      <w:r>
        <w:rPr>
          <w:rFonts w:ascii="Georgia" w:hAnsi="Georgia" w:cs="Georgia" w:eastAsia="Georgia"/>
          <w:b/>
          <w:i w:val="0"/>
          <w:color w:val="1F3864"/>
          <w:sz w:val="32"/>
        </w:rPr>
        <w:t>'HALAAL' LIQUOR IN NAPAKISTAN</w:t>
      </w:r>
    </w:p>
    <w:p>
      <w:pPr>
        <w:pStyle w:val="Heading3"/>
        <w:spacing w:before="200" w:after="120" w:line="300" w:lineRule="exact"/>
        <w:jc w:val="left"/>
      </w:pPr>
      <w:r>
        <w:rPr>
          <w:rFonts w:ascii="Georgia" w:hAnsi="Georgia" w:cs="Georgia" w:eastAsia="Georgia"/>
          <w:b/>
          <w:i w:val="0"/>
          <w:color w:val="2E74B5"/>
          <w:sz w:val="24"/>
        </w:rPr>
        <w:t>'Happy milestone': Pakistan's historic brewery cheers export licence</w:t>
      </w:r>
    </w:p>
    <w:p>
      <w:pPr>
        <w:spacing w:before="0" w:after="120" w:line="300" w:lineRule="exact"/>
        <w:jc w:val="both"/>
      </w:pPr>
      <w:r>
        <w:rPr>
          <w:rFonts w:ascii="Georgia" w:hAnsi="Georgia" w:cs="Georgia" w:eastAsia="Georgia"/>
          <w:b w:val="0"/>
          <w:i w:val="0"/>
          <w:sz w:val="22"/>
        </w:rPr>
        <w:t>AFP|25/21/2025</w:t>
      </w:r>
    </w:p>
    <w:p>
      <w:pPr>
        <w:spacing w:before="0" w:after="120" w:line="300" w:lineRule="exact"/>
        <w:jc w:val="both"/>
      </w:pPr>
      <w:r>
        <w:rPr>
          <w:rFonts w:ascii="Georgia" w:hAnsi="Georgia" w:cs="Georgia" w:eastAsia="Georgia"/>
          <w:b w:val="0"/>
          <w:i w:val="0"/>
          <w:sz w:val="22"/>
        </w:rPr>
        <w:t>This photograph taken on December 17, 2025 shows workers checking liquor bottles on a production line at Murree Brewery in Rawalpindi. A heady aroma of malt and brewing yeast drifts through Pakistan's oldest and by far largest brewery, which is gearing up for expansion after getting approval to sell abroad after a nearly 50-year ban.</w:t>
      </w:r>
    </w:p>
    <w:p>
      <w:pPr>
        <w:spacing w:before="0" w:after="120" w:line="300" w:lineRule="exact"/>
        <w:jc w:val="both"/>
      </w:pPr>
      <w:r>
        <w:rPr>
          <w:rFonts w:ascii="Georgia" w:hAnsi="Georgia" w:cs="Georgia" w:eastAsia="Georgia"/>
          <w:b w:val="0"/>
          <w:i w:val="0"/>
          <w:sz w:val="22"/>
        </w:rPr>
        <w:t>Bottles and cans clatter along the production lines at Murree Brewery, a singular scene in the Muslim-majority country where alcohol is largely banned.</w:t>
      </w:r>
    </w:p>
    <w:p>
      <w:pPr>
        <w:spacing w:before="0" w:after="120" w:line="300" w:lineRule="exact"/>
        <w:jc w:val="both"/>
      </w:pPr>
      <w:r>
        <w:rPr>
          <w:rFonts w:ascii="Georgia" w:hAnsi="Georgia" w:cs="Georgia" w:eastAsia="Georgia"/>
          <w:b w:val="0"/>
          <w:i w:val="0"/>
          <w:sz w:val="22"/>
        </w:rPr>
        <w:t>But Murree, founded in 1860 to quench the thirst of British soldiers and the colonial community during the Raj, has survived Islamist opposition and strict regulations to become one of Pakistan's most well-known companies.</w:t>
      </w:r>
    </w:p>
    <w:p>
      <w:pPr>
        <w:spacing w:before="0" w:after="120" w:line="300" w:lineRule="exact"/>
        <w:jc w:val="both"/>
      </w:pPr>
      <w:r>
        <w:rPr>
          <w:rFonts w:ascii="Georgia" w:hAnsi="Georgia" w:cs="Georgia" w:eastAsia="Georgia"/>
          <w:b w:val="0"/>
          <w:i w:val="0"/>
          <w:sz w:val="22"/>
        </w:rPr>
        <w:t>"It's a journey of a rollercoaster and resilience," Isphanyar Bhandara, the third generation of his family to run the business, told AFP in an interview.</w:t>
      </w:r>
    </w:p>
    <w:p>
      <w:pPr>
        <w:spacing w:before="0" w:after="120" w:line="300" w:lineRule="exact"/>
        <w:jc w:val="both"/>
      </w:pPr>
      <w:r>
        <w:rPr>
          <w:rFonts w:ascii="Georgia" w:hAnsi="Georgia" w:cs="Georgia" w:eastAsia="Georgia"/>
          <w:b w:val="0"/>
          <w:i w:val="0"/>
          <w:sz w:val="22"/>
        </w:rPr>
        <w:t>"Getting permission to export is another happy milestone," he added. "My grandfather, and late father, tried to get the export licence, but couldn't get it. Just because, you know, we are an Islamic country."</w:t>
      </w:r>
    </w:p>
    <w:p>
      <w:pPr>
        <w:spacing w:before="0" w:after="120" w:line="300" w:lineRule="exact"/>
        <w:jc w:val="both"/>
      </w:pPr>
      <w:r>
        <w:rPr>
          <w:rFonts w:ascii="Georgia" w:hAnsi="Georgia" w:cs="Georgia" w:eastAsia="Georgia"/>
          <w:b w:val="0"/>
          <w:i w:val="0"/>
          <w:sz w:val="22"/>
        </w:rPr>
        <w:t>However, Bhandara said he got "a rude surprise" in 2017 when the Chinese-run Hui Coastal Brewery and Distillery got permission to brew beer in Pakistan, mainly for the thousands of Chinese working on major infrastructure projects in the country.</w:t>
      </w:r>
    </w:p>
    <w:p>
      <w:pPr>
        <w:spacing w:before="0" w:after="120" w:line="300" w:lineRule="exact"/>
        <w:jc w:val="both"/>
      </w:pPr>
      <w:r>
        <w:rPr>
          <w:rFonts w:ascii="Georgia" w:hAnsi="Georgia" w:cs="Georgia" w:eastAsia="Georgia"/>
          <w:b w:val="0"/>
          <w:i w:val="0"/>
          <w:sz w:val="22"/>
        </w:rPr>
        <w:t>"What happened to all the Islamic lectures?" said Bhandara, who hails from Pakistan's small but influential Parsi (Zoroastrian) community and is also a lawmaker in the National Assembly.</w:t>
      </w:r>
    </w:p>
    <w:p>
      <w:pPr>
        <w:spacing w:before="0" w:after="120" w:line="300" w:lineRule="exact"/>
        <w:jc w:val="both"/>
      </w:pPr>
      <w:r>
        <w:rPr>
          <w:rFonts w:ascii="Georgia" w:hAnsi="Georgia" w:cs="Georgia" w:eastAsia="Georgia"/>
          <w:b w:val="0"/>
          <w:i w:val="0"/>
          <w:sz w:val="22"/>
        </w:rPr>
        <w:t>Soon he embarked on the years-long lobbying effort to lift the export ban.</w:t>
      </w:r>
    </w:p>
    <w:p>
      <w:pPr>
        <w:pStyle w:val="Heading3"/>
        <w:spacing w:before="200" w:after="120" w:line="300" w:lineRule="exact"/>
        <w:jc w:val="left"/>
      </w:pPr>
      <w:r>
        <w:rPr>
          <w:rFonts w:ascii="Georgia" w:hAnsi="Georgia" w:cs="Georgia" w:eastAsia="Georgia"/>
          <w:b/>
          <w:i w:val="0"/>
          <w:color w:val="2E74B5"/>
          <w:sz w:val="24"/>
        </w:rPr>
        <w:t>Peculiar profits</w:t>
      </w:r>
    </w:p>
    <w:p>
      <w:pPr>
        <w:spacing w:before="0" w:after="120" w:line="300" w:lineRule="exact"/>
        <w:jc w:val="both"/>
      </w:pPr>
      <w:r>
        <w:rPr>
          <w:rFonts w:ascii="Georgia" w:hAnsi="Georgia" w:cs="Georgia" w:eastAsia="Georgia"/>
          <w:b w:val="0"/>
          <w:i w:val="0"/>
          <w:sz w:val="22"/>
        </w:rPr>
        <w:t>Originally housed in the mountains outside Islamabad, Murree's red-brick facility now sits opposite the army chief's residence in the capital's twin city Rawalpindi, one of the most heavily guarded places in the country.</w:t>
      </w:r>
    </w:p>
    <w:p>
      <w:pPr>
        <w:spacing w:before="0" w:after="120" w:line="300" w:lineRule="exact"/>
        <w:jc w:val="both"/>
      </w:pPr>
      <w:r>
        <w:rPr>
          <w:rFonts w:ascii="Georgia" w:hAnsi="Georgia" w:cs="Georgia" w:eastAsia="Georgia"/>
          <w:b w:val="0"/>
          <w:i w:val="0"/>
          <w:sz w:val="22"/>
        </w:rPr>
        <w:t>Revenue surpassed $100 million in the fiscal year to June, with alcohol sales generating just over half of the total, and non-alcoholic drinks and bottle making accounting for the rest.</w:t>
      </w:r>
    </w:p>
    <w:p>
      <w:pPr>
        <w:spacing w:before="0" w:after="120" w:line="300" w:lineRule="exact"/>
        <w:jc w:val="both"/>
      </w:pPr>
      <w:r>
        <w:rPr>
          <w:rFonts w:ascii="Georgia" w:hAnsi="Georgia" w:cs="Georgia" w:eastAsia="Georgia"/>
          <w:b w:val="0"/>
          <w:i w:val="0"/>
          <w:sz w:val="22"/>
        </w:rPr>
        <w:t>The performance is all the more remarkable given that alcohol sales to Muslims are forbidden, meaning only religious minorities -- numbering around nine million -- and foreigners can buy beer or liquor in a few authorised shops or upscale hotels.</w:t>
      </w:r>
    </w:p>
    <w:p>
      <w:pPr>
        <w:spacing w:before="0" w:after="120" w:line="300" w:lineRule="exact"/>
        <w:jc w:val="both"/>
      </w:pPr>
      <w:r>
        <w:rPr>
          <w:rFonts w:ascii="Georgia" w:hAnsi="Georgia" w:cs="Georgia" w:eastAsia="Georgia"/>
          <w:b w:val="0"/>
          <w:i w:val="0"/>
          <w:sz w:val="22"/>
        </w:rPr>
        <w:t>But that has not stopped millions of Pakistanis from getting their occasional tipple, in a country with a long history of appreciating a fine drink.</w:t>
      </w:r>
    </w:p>
    <w:p>
      <w:pPr>
        <w:spacing w:before="0" w:after="120" w:line="300" w:lineRule="exact"/>
        <w:jc w:val="both"/>
      </w:pPr>
      <w:r>
        <w:rPr>
          <w:rFonts w:ascii="Georgia" w:hAnsi="Georgia" w:cs="Georgia" w:eastAsia="Georgia"/>
          <w:b w:val="0"/>
          <w:i w:val="0"/>
          <w:sz w:val="22"/>
        </w:rPr>
        <w:t>Its revered founder Mohammad Ali Jinnah was known to enjoy spirits, and the military dictator Pervez Musharraf made no secret of his love of whisky.</w:t>
      </w:r>
    </w:p>
    <w:p>
      <w:pPr>
        <w:spacing w:before="0" w:after="120" w:line="300" w:lineRule="exact"/>
        <w:jc w:val="both"/>
      </w:pPr>
      <w:r>
        <w:rPr>
          <w:rFonts w:ascii="Georgia" w:hAnsi="Georgia" w:cs="Georgia" w:eastAsia="Georgia"/>
          <w:b w:val="0"/>
          <w:i w:val="0"/>
          <w:sz w:val="22"/>
        </w:rPr>
        <w:t>Even prime minister Zulfikar Ali Bhutto, who announced the alcohol ban in 1977 in a bid to garner support from right-wing Islamist parties, once told a rally: "Yes, I drink alcohol, but at least I don't drink the blood of the poor."</w:t>
      </w:r>
    </w:p>
    <w:p>
      <w:pPr>
        <w:spacing w:before="0" w:after="120" w:line="300" w:lineRule="exact"/>
        <w:jc w:val="both"/>
      </w:pPr>
      <w:r>
        <w:rPr>
          <w:rFonts w:ascii="Georgia" w:hAnsi="Georgia" w:cs="Georgia" w:eastAsia="Georgia"/>
          <w:b w:val="0"/>
          <w:i w:val="0"/>
          <w:sz w:val="22"/>
        </w:rPr>
        <w:t>These days it's common for bottles to appear at dinners or parties -- there is usually a Christian or Hindu to be found who will buy them for you.</w:t>
      </w:r>
    </w:p>
    <w:p>
      <w:pPr>
        <w:spacing w:before="0" w:after="120" w:line="300" w:lineRule="exact"/>
        <w:jc w:val="both"/>
      </w:pPr>
      <w:r>
        <w:rPr>
          <w:rFonts w:ascii="Georgia" w:hAnsi="Georgia" w:cs="Georgia" w:eastAsia="Georgia"/>
          <w:b w:val="0"/>
          <w:i w:val="0"/>
          <w:sz w:val="22"/>
        </w:rPr>
        <w:t>"Pakistan's affair with alcohol is like that of a secret paramour -- acknowledged but not talked about extensively," said Fasi Zaka, a prominent columnist and political commentator.</w:t>
      </w:r>
    </w:p>
    <w:p>
      <w:pPr>
        <w:spacing w:before="0" w:after="120" w:line="300" w:lineRule="exact"/>
        <w:jc w:val="both"/>
      </w:pPr>
      <w:r>
        <w:rPr>
          <w:rFonts w:ascii="Georgia" w:hAnsi="Georgia" w:cs="Georgia" w:eastAsia="Georgia"/>
          <w:b w:val="0"/>
          <w:i w:val="0"/>
          <w:sz w:val="22"/>
        </w:rPr>
        <w:t>"It's the tolerable vice -- condemned but familiar."</w:t>
      </w:r>
    </w:p>
    <w:p>
      <w:pPr>
        <w:spacing w:before="0" w:after="120" w:line="300" w:lineRule="exact"/>
        <w:jc w:val="both"/>
      </w:pPr>
      <w:r>
        <w:rPr>
          <w:rFonts w:ascii="Georgia" w:hAnsi="Georgia" w:cs="Georgia" w:eastAsia="Georgia"/>
          <w:b w:val="0"/>
          <w:i w:val="0"/>
          <w:sz w:val="22"/>
        </w:rPr>
        <w:t>However, many Muslim drinkers obtain alcohol from bootleggers or locally produced moonshine, and every year several people die after consuming methanol-contaminated liquor.</w:t>
      </w:r>
    </w:p>
    <w:p>
      <w:pPr>
        <w:spacing w:before="0" w:after="120" w:line="300" w:lineRule="exact"/>
        <w:jc w:val="both"/>
      </w:pPr>
      <w:r>
        <w:rPr>
          <w:rFonts w:ascii="Georgia" w:hAnsi="Georgia" w:cs="Georgia" w:eastAsia="Georgia"/>
          <w:b w:val="0"/>
          <w:i w:val="0"/>
          <w:sz w:val="22"/>
        </w:rPr>
        <w:t>"I have to bribe the police and take extra risks, so the price is doubled", a Christian bootlegger in Islamabad told AFP on condition of anonymity.</w:t>
      </w:r>
    </w:p>
    <w:p>
      <w:pPr>
        <w:spacing w:before="0" w:after="120" w:line="300" w:lineRule="exact"/>
        <w:jc w:val="both"/>
      </w:pPr>
      <w:r>
        <w:rPr>
          <w:rFonts w:ascii="Georgia" w:hAnsi="Georgia" w:cs="Georgia" w:eastAsia="Georgia"/>
          <w:b w:val="0"/>
          <w:i w:val="0"/>
          <w:sz w:val="22"/>
        </w:rPr>
        <w:t>"The extra charge is to keep everyone happy, whether it's a Muslim customer or a police officer keeping an eye on me," he said with a laugh.</w:t>
      </w:r>
    </w:p>
    <w:p>
      <w:pPr>
        <w:pStyle w:val="Heading3"/>
        <w:spacing w:before="200" w:after="120" w:line="300" w:lineRule="exact"/>
        <w:jc w:val="left"/>
      </w:pPr>
      <w:r>
        <w:rPr>
          <w:rFonts w:ascii="Georgia" w:hAnsi="Georgia" w:cs="Georgia" w:eastAsia="Georgia"/>
          <w:b/>
          <w:i w:val="0"/>
          <w:color w:val="2E74B5"/>
          <w:sz w:val="24"/>
        </w:rPr>
        <w:t>Expanding horizons</w:t>
      </w:r>
    </w:p>
    <w:p>
      <w:pPr>
        <w:spacing w:before="0" w:after="120" w:line="300" w:lineRule="exact"/>
        <w:jc w:val="both"/>
      </w:pPr>
      <w:r>
        <w:rPr>
          <w:rFonts w:ascii="Georgia" w:hAnsi="Georgia" w:cs="Georgia" w:eastAsia="Georgia"/>
          <w:b w:val="0"/>
          <w:i w:val="0"/>
          <w:sz w:val="22"/>
        </w:rPr>
        <w:t>Before the export ban, Murree had sold its products in neighbouring India and Afghanistan, but also in Gulf countries and as far as the United States.</w:t>
      </w:r>
    </w:p>
    <w:p>
      <w:pPr>
        <w:spacing w:before="0" w:after="120" w:line="300" w:lineRule="exact"/>
        <w:jc w:val="both"/>
      </w:pPr>
      <w:r>
        <w:rPr>
          <w:rFonts w:ascii="Georgia" w:hAnsi="Georgia" w:cs="Georgia" w:eastAsia="Georgia"/>
          <w:b w:val="0"/>
          <w:i w:val="0"/>
          <w:sz w:val="22"/>
        </w:rPr>
        <w:t>"It sounds very strange or very bizarre today, but we were exporting to Kabul," where the Taliban now govern with their strict interpretation of Islam, Bhandara said.</w:t>
      </w:r>
    </w:p>
    <w:p>
      <w:pPr>
        <w:spacing w:before="0" w:after="120" w:line="300" w:lineRule="exact"/>
        <w:jc w:val="both"/>
      </w:pPr>
      <w:r>
        <w:rPr>
          <w:rFonts w:ascii="Georgia" w:hAnsi="Georgia" w:cs="Georgia" w:eastAsia="Georgia"/>
          <w:b w:val="0"/>
          <w:i w:val="0"/>
          <w:sz w:val="22"/>
        </w:rPr>
        <w:t>Murree has already made limited shipments to Japan, Britain and Portugal as it explores distribution channels and strategies.</w:t>
      </w:r>
    </w:p>
    <w:p>
      <w:pPr>
        <w:spacing w:before="0" w:after="120" w:line="300" w:lineRule="exact"/>
        <w:jc w:val="both"/>
      </w:pPr>
      <w:r>
        <w:rPr>
          <w:rFonts w:ascii="Georgia" w:hAnsi="Georgia" w:cs="Georgia" w:eastAsia="Georgia"/>
          <w:b w:val="0"/>
          <w:i w:val="0"/>
          <w:sz w:val="22"/>
        </w:rPr>
        <w:t>"Right now, the target is not revenue or to make money... the target is to explore new markets", Bhandara said.</w:t>
      </w:r>
    </w:p>
    <w:p>
      <w:pPr>
        <w:spacing w:before="0" w:after="120" w:line="300" w:lineRule="exact"/>
        <w:jc w:val="both"/>
      </w:pPr>
      <w:r>
        <w:rPr>
          <w:rFonts w:ascii="Georgia" w:hAnsi="Georgia" w:cs="Georgia" w:eastAsia="Georgia"/>
          <w:b w:val="0"/>
          <w:i w:val="0"/>
          <w:sz w:val="22"/>
        </w:rPr>
        <w:t>The company, which has around 2,200 employees, is looking in particular at Europe, but is also weighing a move into Asian and African markets.</w:t>
      </w:r>
    </w:p>
    <w:p>
      <w:pPr>
        <w:spacing w:before="0" w:after="120" w:line="300" w:lineRule="exact"/>
        <w:jc w:val="both"/>
      </w:pPr>
      <w:r>
        <w:rPr>
          <w:rFonts w:ascii="Georgia" w:hAnsi="Georgia" w:cs="Georgia" w:eastAsia="Georgia"/>
          <w:b w:val="0"/>
          <w:i w:val="0"/>
          <w:sz w:val="22"/>
        </w:rPr>
        <w:t>Selling abroad could also give Murree a chance to promote its history and brand in ways unimaginable at home.</w:t>
      </w:r>
    </w:p>
    <w:p>
      <w:pPr>
        <w:spacing w:before="0" w:after="120" w:line="300" w:lineRule="exact"/>
        <w:jc w:val="both"/>
      </w:pPr>
      <w:r>
        <w:rPr>
          <w:rFonts w:ascii="Georgia" w:hAnsi="Georgia" w:cs="Georgia" w:eastAsia="Georgia"/>
          <w:b w:val="0"/>
          <w:i w:val="0"/>
          <w:sz w:val="22"/>
        </w:rPr>
        <w:t>"We are not allowed to advertise, so we keep our heads down -- we try to make a good beer with our heads down," Bhandara said.</w:t>
      </w:r>
    </w:p>
    <w:p>
      <w:pPr>
        <w:pStyle w:val="Heading3"/>
        <w:spacing w:before="200" w:after="120" w:line="300" w:lineRule="exact"/>
        <w:jc w:val="left"/>
      </w:pPr>
      <w:r>
        <w:rPr>
          <w:rFonts w:ascii="Georgia" w:hAnsi="Georgia" w:cs="Georgia" w:eastAsia="Georgia"/>
          <w:b/>
          <w:i w:val="0"/>
          <w:color w:val="2E74B5"/>
          <w:sz w:val="24"/>
        </w:rPr>
        <w:t>AFP</w:t>
      </w:r>
    </w:p>
    <w:p>
      <w:pPr>
        <w:spacing w:before="0" w:after="120" w:line="300" w:lineRule="exact"/>
        <w:jc w:val="both"/>
      </w:pPr>
      <w:r>
        <w:rPr>
          <w:rFonts w:ascii="Georgia" w:hAnsi="Georgia" w:cs="Georgia" w:eastAsia="Georgia"/>
          <w:b w:val="0"/>
          <w:i w:val="0"/>
          <w:sz w:val="22"/>
        </w:rPr>
        <w:t>https://iol.co.za/business-report/ international/2025-12-25-happy-milestone-pakistans-historicbrewery-cheers-export-licenc</w:t>
      </w:r>
    </w:p>
    <w:p>
      <w:r>
        <w:br w:type="page"/>
      </w:r>
    </w:p>
    <w:p>
      <w:pPr>
        <w:pStyle w:val="Heading1"/>
        <w:spacing w:before="360" w:after="200" w:line="300" w:lineRule="exact"/>
        <w:jc w:val="center"/>
      </w:pPr>
      <w:r>
        <w:rPr>
          <w:rFonts w:ascii="Georgia" w:hAnsi="Georgia" w:cs="Georgia" w:eastAsia="Georgia"/>
          <w:b/>
          <w:i w:val="0"/>
          <w:color w:val="1F3864"/>
          <w:sz w:val="32"/>
        </w:rPr>
        <w:t>LIQUOR</w:t>
      </w:r>
    </w:p>
    <w:p>
      <w:pPr>
        <w:spacing w:before="120" w:after="40" w:line="300" w:lineRule="exact"/>
        <w:jc w:val="both"/>
      </w:pPr>
      <w:r>
        <w:rPr>
          <w:rFonts w:ascii="Georgia" w:hAnsi="Georgia" w:cs="Georgia" w:eastAsia="Georgia"/>
          <w:b/>
          <w:i/>
          <w:sz w:val="22"/>
        </w:rPr>
        <w:t>"They ask you (O Muhammad!) about liquor and gambling. Say: 'In both (these evils) is great sin and some benefit for people. But its sin is far greater than their benefit."</w:t>
      </w:r>
    </w:p>
    <w:p>
      <w:pPr>
        <w:spacing w:before="120" w:after="40" w:line="300" w:lineRule="exact"/>
        <w:jc w:val="both"/>
      </w:pPr>
      <w:r>
        <w:rPr>
          <w:rFonts w:ascii="Georgia" w:hAnsi="Georgia" w:cs="Georgia" w:eastAsia="Georgia"/>
          <w:b/>
          <w:i/>
          <w:sz w:val="22"/>
        </w:rPr>
        <w:t>(Al-Baqarah, Aayat 219)</w:t>
      </w:r>
    </w:p>
    <w:p>
      <w:pPr>
        <w:spacing w:before="120" w:after="40" w:line="300" w:lineRule="exact"/>
        <w:jc w:val="both"/>
      </w:pPr>
      <w:r>
        <w:rPr>
          <w:rFonts w:ascii="Georgia" w:hAnsi="Georgia" w:cs="Georgia" w:eastAsia="Georgia"/>
          <w:b/>
          <w:i/>
          <w:sz w:val="22"/>
        </w:rPr>
        <w:t>"O People of Imaan! Liquor, gambling idols, and divining arrows are filth from the acts of</w:t>
      </w:r>
    </w:p>
    <w:p>
      <w:pPr>
        <w:spacing w:before="120" w:after="40" w:line="300" w:lineRule="exact"/>
        <w:jc w:val="both"/>
      </w:pPr>
      <w:r>
        <w:rPr>
          <w:rFonts w:ascii="Georgia" w:hAnsi="Georgia" w:cs="Georgia" w:eastAsia="Georgia"/>
          <w:b/>
          <w:i/>
          <w:sz w:val="22"/>
        </w:rPr>
        <w:t>Shaitaan. Therefore abstain from it so that you may prosper.</w:t>
      </w:r>
    </w:p>
    <w:p>
      <w:pPr>
        <w:spacing w:before="120" w:after="40" w:line="300" w:lineRule="exact"/>
        <w:jc w:val="both"/>
      </w:pPr>
      <w:r>
        <w:rPr>
          <w:rFonts w:ascii="Georgia" w:hAnsi="Georgia" w:cs="Georgia" w:eastAsia="Georgia"/>
          <w:b/>
          <w:i/>
          <w:sz w:val="22"/>
        </w:rPr>
        <w:t>Verily, shaitaan only desires to cast enmity and hatred among you with liquor and gambling, and to prevent you from the</w:t>
      </w:r>
    </w:p>
    <w:p>
      <w:pPr>
        <w:spacing w:before="120" w:after="40" w:line="300" w:lineRule="exact"/>
        <w:jc w:val="both"/>
      </w:pPr>
      <w:r>
        <w:rPr>
          <w:rFonts w:ascii="Georgia" w:hAnsi="Georgia" w:cs="Georgia" w:eastAsia="Georgia"/>
          <w:b/>
          <w:i/>
          <w:sz w:val="22"/>
        </w:rPr>
        <w:t>Thikr of Allah and from Salaat. Will you not abstain?"</w:t>
      </w:r>
    </w:p>
    <w:p>
      <w:pPr>
        <w:spacing w:before="120" w:after="40" w:line="300" w:lineRule="exact"/>
        <w:jc w:val="both"/>
      </w:pPr>
      <w:r>
        <w:rPr>
          <w:rFonts w:ascii="Georgia" w:hAnsi="Georgia" w:cs="Georgia" w:eastAsia="Georgia"/>
          <w:b/>
          <w:i/>
          <w:sz w:val="22"/>
        </w:rPr>
        <w:t>(Al-Maaidah, Aayat 90 &amp; 91)</w:t>
      </w:r>
    </w:p>
    <w:p>
      <w:r>
        <w:br w:type="page"/>
      </w:r>
    </w:p>
    <w:p>
      <w:pPr>
        <w:pStyle w:val="Heading1"/>
        <w:spacing w:before="360" w:after="200" w:line="300" w:lineRule="exact"/>
        <w:jc w:val="center"/>
      </w:pPr>
      <w:r>
        <w:rPr>
          <w:rFonts w:ascii="Georgia" w:hAnsi="Georgia" w:cs="Georgia" w:eastAsia="Georgia"/>
          <w:b/>
          <w:i w:val="0"/>
          <w:color w:val="1F3864"/>
          <w:sz w:val="32"/>
        </w:rPr>
        <w:t>BOYCOTTS OF HYPOCRISY &amp; EMOTION</w:t>
      </w:r>
    </w:p>
    <w:p>
      <w:pPr>
        <w:spacing w:before="0" w:after="120" w:line="300" w:lineRule="exact"/>
        <w:jc w:val="both"/>
      </w:pPr>
      <w:r>
        <w:rPr>
          <w:rFonts w:ascii="Georgia" w:hAnsi="Georgia" w:cs="Georgia" w:eastAsia="Georgia"/>
          <w:b w:val="0"/>
          <w:i w:val="0"/>
          <w:sz w:val="22"/>
        </w:rPr>
        <w:t>Boycotting for a valid, good, Islamic purpose is a permissible move.</w:t>
      </w:r>
    </w:p>
    <w:p>
      <w:pPr>
        <w:spacing w:before="0" w:after="120" w:line="300" w:lineRule="exact"/>
        <w:jc w:val="both"/>
      </w:pPr>
      <w:r>
        <w:rPr>
          <w:rFonts w:ascii="Georgia" w:hAnsi="Georgia" w:cs="Georgia" w:eastAsia="Georgia"/>
          <w:b w:val="0"/>
          <w:i w:val="0"/>
          <w:sz w:val="22"/>
        </w:rPr>
        <w:t>However, these present boycotts in the name of Palestine are hypocritical boycotts; the boycotts of Munafiqeen. Why?</w:t>
      </w:r>
    </w:p>
    <w:p>
      <w:pPr>
        <w:spacing w:before="0" w:after="120" w:line="300" w:lineRule="exact"/>
        <w:jc w:val="both"/>
      </w:pPr>
      <w:r>
        <w:rPr>
          <w:rFonts w:ascii="Georgia" w:hAnsi="Georgia" w:cs="Georgia" w:eastAsia="Georgia"/>
          <w:b w:val="0"/>
          <w:i w:val="0"/>
          <w:sz w:val="22"/>
        </w:rPr>
        <w:t>In 1946 there was no Israel. The Yahood (had) fled from Germany. Then Britain and America plotted to carve out a state for the Yahood. There were no Yahood at the time in Palestine. So how did they carve this state out? There was no state, no Israel, no armies.</w:t>
      </w:r>
    </w:p>
    <w:p>
      <w:pPr>
        <w:spacing w:before="0" w:after="120" w:line="300" w:lineRule="exact"/>
        <w:jc w:val="both"/>
      </w:pPr>
      <w:r>
        <w:rPr>
          <w:rFonts w:ascii="Georgia" w:hAnsi="Georgia" w:cs="Georgia" w:eastAsia="Georgia"/>
          <w:b w:val="0"/>
          <w:i w:val="0"/>
          <w:sz w:val="22"/>
        </w:rPr>
        <w:t>America and UK fully armed the Jews and formed terrorist organisations; massacring and evicting tens of thousands of Palestinians and took their land; which is why thousands of Palestinians are still languishing in camps.</w:t>
      </w:r>
    </w:p>
    <w:p>
      <w:pPr>
        <w:spacing w:before="0" w:after="120" w:line="300" w:lineRule="exact"/>
        <w:jc w:val="both"/>
      </w:pPr>
      <w:r>
        <w:rPr>
          <w:rFonts w:ascii="Georgia" w:hAnsi="Georgia" w:cs="Georgia" w:eastAsia="Georgia"/>
          <w:b w:val="0"/>
          <w:i w:val="0"/>
          <w:sz w:val="22"/>
        </w:rPr>
        <w:t>So, who armed the Yahood? America and Britain! They gave the Yahood all the arms and training to kill Muslims and they created Israel.</w:t>
      </w:r>
    </w:p>
    <w:p>
      <w:pPr>
        <w:spacing w:before="0" w:after="120" w:line="300" w:lineRule="exact"/>
        <w:jc w:val="both"/>
      </w:pPr>
      <w:r>
        <w:rPr>
          <w:rFonts w:ascii="Georgia" w:hAnsi="Georgia" w:cs="Georgia" w:eastAsia="Georgia"/>
          <w:b w:val="0"/>
          <w:i w:val="0"/>
          <w:sz w:val="22"/>
        </w:rPr>
        <w:t>From that day until today America and Britain are the backbone and creators of Israel. Israel is their small base. They fully support Israel. Every resolution in the United Nations against Israel was vetoed by America and Britain. They have supported and armed Israel throughout its existence. Even in this present crisis, hundreds of millions of dollars of ammunition were sent (to Israel) by America.</w:t>
      </w:r>
    </w:p>
    <w:p>
      <w:pPr>
        <w:spacing w:before="0" w:after="120" w:line="300" w:lineRule="exact"/>
        <w:jc w:val="both"/>
      </w:pPr>
      <w:r>
        <w:rPr>
          <w:rFonts w:ascii="Georgia" w:hAnsi="Georgia" w:cs="Georgia" w:eastAsia="Georgia"/>
          <w:b w:val="0"/>
          <w:i w:val="0"/>
          <w:sz w:val="22"/>
        </w:rPr>
        <w:t>Now why do these Munafiqeen who call for boycotting small Israeli items not call for boycotting America or Britain? Boycott all of their products. Boycott all of their banks! Boycott their vehicles (and Soccer Clubs) and go back to donkeys and carts! You will be unable to do anything.</w:t>
      </w:r>
    </w:p>
    <w:p>
      <w:pPr>
        <w:spacing w:before="0" w:after="120" w:line="300" w:lineRule="exact"/>
        <w:jc w:val="both"/>
      </w:pPr>
      <w:r>
        <w:rPr>
          <w:rFonts w:ascii="Georgia" w:hAnsi="Georgia" w:cs="Georgia" w:eastAsia="Georgia"/>
          <w:b w:val="0"/>
          <w:i w:val="0"/>
          <w:sz w:val="22"/>
        </w:rPr>
        <w:t>The Yahood (America and Britain) have permeated every business and every industry in this country. Therefore, first and foremost boycott America and Britain.</w:t>
      </w:r>
    </w:p>
    <w:p>
      <w:pPr>
        <w:spacing w:before="0" w:after="120" w:line="300" w:lineRule="exact"/>
        <w:jc w:val="both"/>
      </w:pPr>
      <w:r>
        <w:rPr>
          <w:rFonts w:ascii="Georgia" w:hAnsi="Georgia" w:cs="Georgia" w:eastAsia="Georgia"/>
          <w:b w:val="0"/>
          <w:i w:val="0"/>
          <w:sz w:val="22"/>
        </w:rPr>
        <w:t>Thereafter also boycott China. China has massacred millions of Muslims and in Ramadhaan it forces Muslims to stop fasting. So why do you not boycott China?</w:t>
      </w:r>
    </w:p>
    <w:p>
      <w:pPr>
        <w:spacing w:before="0" w:after="120" w:line="300" w:lineRule="exact"/>
        <w:jc w:val="both"/>
      </w:pPr>
      <w:r>
        <w:rPr>
          <w:rFonts w:ascii="Georgia" w:hAnsi="Georgia" w:cs="Georgia" w:eastAsia="Georgia"/>
          <w:b w:val="0"/>
          <w:i w:val="0"/>
          <w:sz w:val="22"/>
        </w:rPr>
        <w:t>It is because they (Munafiqeen) know they will go out of business if they boycott Chinese products.</w:t>
      </w:r>
    </w:p>
    <w:p>
      <w:pPr>
        <w:spacing w:before="0" w:after="120" w:line="300" w:lineRule="exact"/>
        <w:jc w:val="both"/>
      </w:pPr>
      <w:r>
        <w:rPr>
          <w:rFonts w:ascii="Georgia" w:hAnsi="Georgia" w:cs="Georgia" w:eastAsia="Georgia"/>
          <w:b w:val="0"/>
          <w:i w:val="0"/>
          <w:sz w:val="22"/>
        </w:rPr>
        <w:t>Why also not boycott India? At the same time (as massacres started in Palestine) the issue of Kashmir had arisen with thousands of Muslims brutally killed and raped and the killings continue until today.</w:t>
      </w:r>
    </w:p>
    <w:p>
      <w:pPr>
        <w:spacing w:before="0" w:after="120" w:line="300" w:lineRule="exact"/>
        <w:jc w:val="both"/>
      </w:pPr>
      <w:r>
        <w:rPr>
          <w:rFonts w:ascii="Georgia" w:hAnsi="Georgia" w:cs="Georgia" w:eastAsia="Georgia"/>
          <w:b w:val="0"/>
          <w:i w:val="0"/>
          <w:sz w:val="22"/>
        </w:rPr>
        <w:t>Why do (these Munafiqeen) not boycott Indian products?</w:t>
      </w:r>
    </w:p>
    <w:p>
      <w:pPr>
        <w:spacing w:before="0" w:after="120" w:line="300" w:lineRule="exact"/>
        <w:jc w:val="both"/>
      </w:pPr>
      <w:r>
        <w:rPr>
          <w:rFonts w:ascii="Georgia" w:hAnsi="Georgia" w:cs="Georgia" w:eastAsia="Georgia"/>
          <w:b w:val="0"/>
          <w:i w:val="0"/>
          <w:sz w:val="22"/>
        </w:rPr>
        <w:t>So firstly, boycott America, Britain, China and India. Then we will say that there is some honesty in that person. But those who are boycotting businesses such as Pick 'N' Pay are Munafiqeen. They have ulterior motives. Some of them are cashing in for publicity; others for monetary benefit. There is no Islamic substance in such boycotts.</w:t>
      </w:r>
    </w:p>
    <w:p>
      <w:pPr>
        <w:spacing w:before="0" w:after="120" w:line="300" w:lineRule="exact"/>
        <w:jc w:val="both"/>
      </w:pPr>
      <w:r>
        <w:rPr>
          <w:rFonts w:ascii="Georgia" w:hAnsi="Georgia" w:cs="Georgia" w:eastAsia="Georgia"/>
          <w:b w:val="0"/>
          <w:i w:val="0"/>
          <w:sz w:val="22"/>
        </w:rPr>
        <w:t>At the end of last year, FNB Bank closed the account of a relief organisation linked to Palestine. We (at Mujlisul Ulama) called for a boycott of the bank. We had an account with them which we closed. A few others did so too. However, the majority of Muslims refused to do so; even the relief organisation (which had its account closed) was pleading with FNB to have it reopened.</w:t>
      </w:r>
    </w:p>
    <w:p>
      <w:pPr>
        <w:spacing w:before="0" w:after="120" w:line="300" w:lineRule="exact"/>
        <w:jc w:val="both"/>
      </w:pPr>
      <w:r>
        <w:rPr>
          <w:rFonts w:ascii="Georgia" w:hAnsi="Georgia" w:cs="Georgia" w:eastAsia="Georgia"/>
          <w:b w:val="0"/>
          <w:i w:val="0"/>
          <w:sz w:val="22"/>
        </w:rPr>
        <w:t>So, nobody boycotts anything when it affects them. At such a time they maintain silence.</w:t>
      </w:r>
    </w:p>
    <w:p>
      <w:pPr>
        <w:spacing w:before="0" w:after="120" w:line="300" w:lineRule="exact"/>
        <w:jc w:val="both"/>
      </w:pPr>
      <w:r>
        <w:rPr>
          <w:rFonts w:ascii="Georgia" w:hAnsi="Georgia" w:cs="Georgia" w:eastAsia="Georgia"/>
          <w:b w:val="0"/>
          <w:i w:val="0"/>
          <w:sz w:val="22"/>
        </w:rPr>
        <w:t>When the Sunday Times published insulting cartoons of Nabi (Sallallahu Alayhi Wasallam), we called for a boycott but only a handful of people did so. That was perfectly tolerable for these Munafiqeen.</w:t>
      </w:r>
    </w:p>
    <w:p>
      <w:pPr>
        <w:spacing w:before="0" w:after="120" w:line="300" w:lineRule="exact"/>
        <w:jc w:val="both"/>
      </w:pPr>
      <w:r>
        <w:rPr>
          <w:rFonts w:ascii="Georgia" w:hAnsi="Georgia" w:cs="Georgia" w:eastAsia="Georgia"/>
          <w:b w:val="0"/>
          <w:i w:val="0"/>
          <w:sz w:val="22"/>
        </w:rPr>
        <w:t>Those who call for boycotts of Israeli products are Munafiqeen. It is not permissible to support Munafiqeen. There is no Islamic substance in this boycott. When will there be substance? When they begin boycotting America, Britain, China and India. Then we will say there is some truth in this boycott.</w:t>
      </w:r>
    </w:p>
    <w:p>
      <w:r>
        <w:br w:type="page"/>
      </w:r>
    </w:p>
    <w:p>
      <w:pPr>
        <w:pStyle w:val="Heading1"/>
        <w:spacing w:before="360" w:after="200" w:line="300" w:lineRule="exact"/>
        <w:jc w:val="center"/>
      </w:pPr>
      <w:r>
        <w:rPr>
          <w:rFonts w:ascii="Georgia" w:hAnsi="Georgia" w:cs="Georgia" w:eastAsia="Georgia"/>
          <w:b/>
          <w:i w:val="0"/>
          <w:color w:val="1F3864"/>
          <w:sz w:val="32"/>
        </w:rPr>
        <w:t>THE BODIES OF ULAMA OF THE HAQQ</w:t>
      </w:r>
    </w:p>
    <w:p>
      <w:pPr>
        <w:spacing w:before="0" w:after="120" w:line="300" w:lineRule="exact"/>
        <w:jc w:val="both"/>
      </w:pPr>
      <w:r>
        <w:rPr>
          <w:rFonts w:ascii="Georgia" w:hAnsi="Georgia" w:cs="Georgia" w:eastAsia="Georgia"/>
          <w:b w:val="0"/>
          <w:i w:val="0"/>
          <w:sz w:val="22"/>
        </w:rPr>
        <w:t>When Qaadhi Muhammad Fanaazi (rahmatullah alayh) learnt of the narration in which it is mentioned that the earth does not devour the bodies of Ulama Ba Amal (Ulama who practice according to their Knowledge), he developed a strong urge to ascertain this fact.</w:t>
      </w:r>
    </w:p>
    <w:p>
      <w:pPr>
        <w:spacing w:before="0" w:after="120" w:line="300" w:lineRule="exact"/>
        <w:jc w:val="both"/>
      </w:pPr>
      <w:r>
        <w:rPr>
          <w:rFonts w:ascii="Georgia" w:hAnsi="Georgia" w:cs="Georgia" w:eastAsia="Georgia"/>
          <w:b w:val="0"/>
          <w:i w:val="0"/>
          <w:sz w:val="22"/>
        </w:rPr>
        <w:t>He dug open the grave of his Ustaadh, Hadhrat Alaauddeen Aswad (rahmatullah alayh) who had died many years ago. He was astonished to find the body of his Ustaadh fresh and intact. Suddenly he heard a Voice proclaiming: "You have now ascertained the fact. May Allah snatch away your vision." Thus he became blind.</w:t>
      </w:r>
    </w:p>
    <w:p>
      <w:pPr>
        <w:spacing w:before="0" w:after="120" w:line="300" w:lineRule="exact"/>
        <w:jc w:val="both"/>
      </w:pPr>
      <w:r>
        <w:rPr>
          <w:rFonts w:ascii="Georgia" w:hAnsi="Georgia" w:cs="Georgia" w:eastAsia="Georgia"/>
          <w:b w:val="0"/>
          <w:i w:val="0"/>
          <w:sz w:val="22"/>
        </w:rPr>
        <w:t>He remained blind for a considerable time. After making much dua, Allah Ta'ala restored his sight. In gratitude he undertook a journey for Hajj.</w:t>
      </w:r>
    </w:p>
    <w:p>
      <w:r>
        <w:br w:type="page"/>
      </w:r>
    </w:p>
    <w:p>
      <w:pPr>
        <w:pStyle w:val="Heading1"/>
        <w:spacing w:before="360" w:after="200" w:line="300" w:lineRule="exact"/>
        <w:jc w:val="center"/>
      </w:pPr>
      <w:r>
        <w:rPr>
          <w:rFonts w:ascii="Georgia" w:hAnsi="Georgia" w:cs="Georgia" w:eastAsia="Georgia"/>
          <w:b/>
          <w:i w:val="0"/>
          <w:color w:val="1F3864"/>
          <w:sz w:val="32"/>
        </w:rPr>
        <w:t>NABI DAANYAAL</w:t>
      </w:r>
    </w:p>
    <w:p>
      <w:pPr>
        <w:spacing w:before="0" w:after="120" w:line="300" w:lineRule="exact"/>
        <w:jc w:val="both"/>
      </w:pPr>
      <w:r>
        <w:rPr>
          <w:rFonts w:ascii="Georgia" w:hAnsi="Georgia" w:cs="Georgia" w:eastAsia="Georgia"/>
          <w:b w:val="0"/>
          <w:i w:val="0"/>
          <w:sz w:val="22"/>
        </w:rPr>
        <w:t>(Alayhis salaam)</w:t>
      </w:r>
    </w:p>
    <w:p>
      <w:pPr>
        <w:spacing w:before="0" w:after="120" w:line="300" w:lineRule="exact"/>
        <w:jc w:val="both"/>
      </w:pPr>
      <w:r>
        <w:rPr>
          <w:rFonts w:ascii="Georgia" w:hAnsi="Georgia" w:cs="Georgia" w:eastAsia="Georgia"/>
          <w:b w:val="0"/>
          <w:i w:val="0"/>
          <w:sz w:val="22"/>
        </w:rPr>
        <w:t>During the Khilaafate of Hadhrat Umar (radhiyallahu anhu), when the Muslim army conquered Tastar, they found in a vault of the ruler, Harmuzaan, a human body on a table. By his headside was a kitaab. The Commander of the army sent the kitaab to Hadhrat Umar (radhiyallahu anhu). He called Hadhrat Ka'b Ahbaar to translate the kitaab in which many future events were predicted. The body was of Nabi Daanyaal (alayhis salaam). Even after many centuries had lapsed, the body was fresh and intact. Hadhrat Umar (radhiyallahu anhu) issued instructions to bury the body of Nabi Daanyaal (alayhis salaam). He also ordered that the Qabr be concealed.</w:t>
      </w:r>
    </w:p>
    <w:p>
      <w:pPr>
        <w:spacing w:before="0" w:after="120" w:line="300" w:lineRule="exact"/>
        <w:jc w:val="both"/>
      </w:pPr>
      <w:r>
        <w:rPr>
          <w:rFonts w:ascii="Georgia" w:hAnsi="Georgia" w:cs="Georgia" w:eastAsia="Georgia"/>
          <w:b w:val="0"/>
          <w:i w:val="0"/>
          <w:sz w:val="22"/>
        </w:rPr>
        <w:t>During the daytime, the Sahaabah had dug thirteen graves, and during the night they buried Nabi Daanyaal (alayhis salaam) in one of the graves. All the graves were filled and flattened so that no one would know where Nabi Daanyaal (alayhis salaam) was buried. The reason for this measure was the custom of the people to make dua for rain by the body of Nabi Daanyaal (alayhis salaam).</w:t>
      </w:r>
    </w:p>
    <w:p>
      <w:r>
        <w:br w:type="page"/>
      </w:r>
    </w:p>
    <w:p>
      <w:pPr>
        <w:pStyle w:val="Heading1"/>
        <w:spacing w:before="360" w:after="200" w:line="300" w:lineRule="exact"/>
        <w:jc w:val="center"/>
      </w:pPr>
      <w:r>
        <w:rPr>
          <w:rFonts w:ascii="Georgia" w:hAnsi="Georgia" w:cs="Georgia" w:eastAsia="Georgia"/>
          <w:b/>
          <w:i w:val="0"/>
          <w:color w:val="1F3864"/>
          <w:sz w:val="32"/>
        </w:rPr>
        <w:t>MERCY OF HADHRAT AMR</w:t>
      </w:r>
    </w:p>
    <w:p>
      <w:pPr>
        <w:spacing w:before="0" w:after="120" w:line="300" w:lineRule="exact"/>
        <w:jc w:val="both"/>
      </w:pPr>
      <w:r>
        <w:rPr>
          <w:rFonts w:ascii="Georgia" w:hAnsi="Georgia" w:cs="Georgia" w:eastAsia="Georgia"/>
          <w:b w:val="0"/>
          <w:i w:val="0"/>
          <w:sz w:val="22"/>
        </w:rPr>
        <w:t>Hadhrat Amr Bin Aas (radhiyallahu anhu), the Conqueror of Egypt, had pitched a large tent in close proximity to enemy fortications which he had besieged. The prolonged siege endured for six months. When it was time to depart, he decided to dismantle his huge tent. But before the work of dismantling the tent commenced, he observed that a bird had constructed its nest inside the tent, and was sitting on eggs. He commented: "This bird has taken refuge in our tent."</w:t>
      </w:r>
    </w:p>
    <w:p>
      <w:pPr>
        <w:spacing w:before="0" w:after="120" w:line="300" w:lineRule="exact"/>
        <w:jc w:val="both"/>
      </w:pPr>
      <w:r>
        <w:rPr>
          <w:rFonts w:ascii="Georgia" w:hAnsi="Georgia" w:cs="Georgia" w:eastAsia="Georgia"/>
          <w:b w:val="0"/>
          <w:i w:val="0"/>
          <w:sz w:val="22"/>
        </w:rPr>
        <w:t>He issued instructions to leave the tent intact until the eggs were hatched and the chicks strong enough to fly away. This was the effect of the mercy which is integral to a perfect Imaan.</w:t>
      </w:r>
    </w:p>
    <w:p>
      <w:r>
        <w:br w:type="page"/>
      </w:r>
    </w:p>
    <w:p>
      <w:pPr>
        <w:pStyle w:val="Heading1"/>
        <w:spacing w:before="360" w:after="200" w:line="300" w:lineRule="exact"/>
        <w:jc w:val="center"/>
      </w:pPr>
      <w:r>
        <w:rPr>
          <w:rFonts w:ascii="Georgia" w:hAnsi="Georgia" w:cs="Georgia" w:eastAsia="Georgia"/>
          <w:b/>
          <w:i w:val="0"/>
          <w:color w:val="1F3864"/>
          <w:sz w:val="32"/>
        </w:rPr>
        <w:t>THE ROBBERS BECAME MUJAAHIDEEN</w:t>
      </w:r>
    </w:p>
    <w:p>
      <w:pPr>
        <w:spacing w:before="0" w:after="120" w:line="300" w:lineRule="exact"/>
        <w:jc w:val="both"/>
      </w:pPr>
      <w:r>
        <w:rPr>
          <w:rFonts w:ascii="Georgia" w:hAnsi="Georgia" w:cs="Georgia" w:eastAsia="Georgia"/>
          <w:b w:val="0"/>
          <w:i w:val="0"/>
          <w:sz w:val="22"/>
        </w:rPr>
        <w:t>A band of robbers set out early during the night to waylay and rob a caravan. During the early hours of the morning after they had accomplished their banditry, the band came to a ribaat (an inn for travellers). They knocked at the door and said that they were a group of Mujahideen who desired to spend the night in the inn.</w:t>
      </w:r>
    </w:p>
    <w:p>
      <w:pPr>
        <w:spacing w:before="0" w:after="120" w:line="300" w:lineRule="exact"/>
        <w:jc w:val="both"/>
      </w:pPr>
      <w:r>
        <w:rPr>
          <w:rFonts w:ascii="Georgia" w:hAnsi="Georgia" w:cs="Georgia" w:eastAsia="Georgia"/>
          <w:b w:val="0"/>
          <w:i w:val="0"/>
          <w:sz w:val="22"/>
        </w:rPr>
        <w:t>The owner of the ribaat happily opened the door, let them in and treated them with much hospitality. He made them feel at home, seeing to their needs. The owner, regarding them to be a group of holy Mujahideen, supplicated to Allah Ta'ala to accept his duas by the 'virtue' of the 'holy' group. The owner had a son who was lame. He could not stand.</w:t>
      </w:r>
    </w:p>
    <w:p>
      <w:pPr>
        <w:spacing w:before="0" w:after="120" w:line="300" w:lineRule="exact"/>
        <w:jc w:val="both"/>
      </w:pPr>
      <w:r>
        <w:rPr>
          <w:rFonts w:ascii="Georgia" w:hAnsi="Georgia" w:cs="Georgia" w:eastAsia="Georgia"/>
          <w:b w:val="0"/>
          <w:i w:val="0"/>
          <w:sz w:val="22"/>
        </w:rPr>
        <w:t>The owner took the left over water of the bandits, gave it to his wife and instructed her to rub it on the limbs of their son. He sincerely believed that they were holy Mujahideen in the Path of Allah Ta'ala, hence he believed that his son would be cured by the 'barkat' of the water from which the 'Mujahideen' had drunk.</w:t>
      </w:r>
    </w:p>
    <w:p>
      <w:pPr>
        <w:spacing w:before="0" w:after="120" w:line="300" w:lineRule="exact"/>
        <w:jc w:val="both"/>
      </w:pPr>
      <w:r>
        <w:rPr>
          <w:rFonts w:ascii="Georgia" w:hAnsi="Georgia" w:cs="Georgia" w:eastAsia="Georgia"/>
          <w:b w:val="0"/>
          <w:i w:val="0"/>
          <w:sz w:val="22"/>
        </w:rPr>
        <w:t>In the morning the band of robbers left to perpetrate their nefarious acts of robbery. Towards the evening they returned to the ribaat. They were surprised to see the lame boy walking. He had been cured. They asked the owner whether he was the same lame boy they had seen last night. The owner said: "Yes. I took your left-over water and rubbed him with it. By virtue of your barkat, Allah Ta'ala cured him."</w:t>
      </w:r>
    </w:p>
    <w:p>
      <w:pPr>
        <w:spacing w:before="0" w:after="120" w:line="300" w:lineRule="exact"/>
        <w:jc w:val="both"/>
      </w:pPr>
      <w:r>
        <w:rPr>
          <w:rFonts w:ascii="Georgia" w:hAnsi="Georgia" w:cs="Georgia" w:eastAsia="Georgia"/>
          <w:b w:val="0"/>
          <w:i w:val="0"/>
          <w:sz w:val="22"/>
        </w:rPr>
        <w:t>When the robbers heard this, they all cried, and said: "O man! We are not Mujaahideen. On the contrary, we are a band of robbers. Allah Ta'ala cured your son by virtue of your pure niyyat (intention). We are now repenting and ask Allah Ta'ala to forgive us."</w:t>
      </w:r>
    </w:p>
    <w:p>
      <w:pPr>
        <w:spacing w:before="0" w:after="120" w:line="300" w:lineRule="exact"/>
        <w:jc w:val="both"/>
      </w:pPr>
      <w:r>
        <w:rPr>
          <w:rFonts w:ascii="Georgia" w:hAnsi="Georgia" w:cs="Georgia" w:eastAsia="Georgia"/>
          <w:b w:val="0"/>
          <w:i w:val="0"/>
          <w:sz w:val="22"/>
        </w:rPr>
        <w:t>The whole group repented sincerely and joined the Mujahideen, and remained fighting in the Path of Allah until they all were martyred.</w:t>
      </w:r>
    </w:p>
    <w:p>
      <w:r>
        <w:br w:type="page"/>
      </w:r>
    </w:p>
    <w:p>
      <w:pPr>
        <w:pStyle w:val="Heading1"/>
        <w:spacing w:before="360" w:after="200" w:line="300" w:lineRule="exact"/>
        <w:jc w:val="center"/>
      </w:pPr>
      <w:r>
        <w:rPr>
          <w:rFonts w:ascii="Georgia" w:hAnsi="Georgia" w:cs="Georgia" w:eastAsia="Georgia"/>
          <w:b/>
          <w:i w:val="0"/>
          <w:color w:val="1F3864"/>
          <w:sz w:val="32"/>
        </w:rPr>
        <w:t>ALLAH'S ULTIMATUM OF WAR</w:t>
      </w:r>
    </w:p>
    <w:p>
      <w:pPr>
        <w:spacing w:before="0" w:after="120" w:line="300" w:lineRule="exact"/>
        <w:jc w:val="both"/>
      </w:pPr>
      <w:r>
        <w:rPr>
          <w:rFonts w:ascii="Georgia" w:hAnsi="Georgia" w:cs="Georgia" w:eastAsia="Georgia"/>
          <w:b w:val="0"/>
          <w:i w:val="0"/>
          <w:sz w:val="22"/>
        </w:rPr>
        <w:t>In a Hadith Qudsi, Allah Azza Wa Jal says:</w:t>
      </w:r>
    </w:p>
    <w:p>
      <w:pPr>
        <w:spacing w:before="120" w:after="40" w:line="300" w:lineRule="exact"/>
        <w:jc w:val="both"/>
      </w:pPr>
      <w:r>
        <w:rPr>
          <w:rFonts w:ascii="Georgia" w:hAnsi="Georgia" w:cs="Georgia" w:eastAsia="Georgia"/>
          <w:b/>
          <w:i/>
          <w:sz w:val="22"/>
        </w:rPr>
        <w:t>"He who becomes the enemy of My Wali</w:t>
      </w:r>
    </w:p>
    <w:p>
      <w:pPr>
        <w:spacing w:before="120" w:after="40" w:line="300" w:lineRule="exact"/>
        <w:jc w:val="both"/>
      </w:pPr>
      <w:r>
        <w:rPr>
          <w:rFonts w:ascii="Georgia" w:hAnsi="Georgia" w:cs="Georgia" w:eastAsia="Georgia"/>
          <w:b/>
          <w:i/>
          <w:sz w:val="22"/>
        </w:rPr>
        <w:t>I give him notice of war."</w:t>
      </w:r>
    </w:p>
    <w:p>
      <w:pPr>
        <w:spacing w:before="0" w:after="120" w:line="300" w:lineRule="exact"/>
        <w:jc w:val="both"/>
      </w:pPr>
      <w:r>
        <w:rPr>
          <w:rFonts w:ascii="Georgia" w:hAnsi="Georgia" w:cs="Georgia" w:eastAsia="Georgia"/>
          <w:b w:val="0"/>
          <w:i w:val="0"/>
          <w:sz w:val="22"/>
        </w:rPr>
        <w:t>The Abbaasi Khalifah Mansur harboured great enmity for Hadhrat Sufyaan Thauri (rahmatullah alayh) who was very strident in his duty of Amr Bil Ma'roof Nahy Anil Munkar. In proclaiming the Haqq, he did not spare the Khalifah. When the Khalifah had set off to Makkah for Hajj, he was informed that Hadhrat Sufyaan Thauri (rahmatullah alayh) was in Makkah. Khalifah Mansur ordered him to be arrested and hanged.</w:t>
      </w:r>
    </w:p>
    <w:p>
      <w:pPr>
        <w:spacing w:before="0" w:after="120" w:line="300" w:lineRule="exact"/>
        <w:jc w:val="both"/>
      </w:pPr>
      <w:r>
        <w:rPr>
          <w:rFonts w:ascii="Georgia" w:hAnsi="Georgia" w:cs="Georgia" w:eastAsia="Georgia"/>
          <w:b w:val="0"/>
          <w:i w:val="0"/>
          <w:sz w:val="22"/>
        </w:rPr>
        <w:t>The gibbet was set up for the execution of Hadhrat Sufyaan Thauri. At that time, Hadhrat Sufyaan was in Musjidul Haraam in the company of Hadhrat Fudhail Bin Iyaadh (rahmatullah alayh) and Hadhrat Sufyaan Bin Uyainah (rahmatullah alayh). Well-wishers urged him to go into concealment. Hadhrat Sufyaan Thauri (rahmatullah alayh) went to the Multazam. Standing at the Ka'bah, he exclaimed: "I take an oath by the Rabb of the Ka'bah? Mansur will not be able to enter Makkah Mukarramah." Mansur was in close proximity. He had already reached Jabal Hajoon on the outskirts.</w:t>
      </w:r>
    </w:p>
    <w:p>
      <w:pPr>
        <w:spacing w:before="0" w:after="120" w:line="300" w:lineRule="exact"/>
        <w:jc w:val="both"/>
      </w:pPr>
      <w:r>
        <w:rPr>
          <w:rFonts w:ascii="Georgia" w:hAnsi="Georgia" w:cs="Georgia" w:eastAsia="Georgia"/>
          <w:b w:val="0"/>
          <w:i w:val="0"/>
          <w:sz w:val="22"/>
        </w:rPr>
        <w:t>As the Khalifah began to move ahead, his horse slipped. Mansur fell and died on the spot. Hadhrat Sufyaan Thauri (rahmatullah alayh) emerged from Musjidul Haraam. He performed Mansur's Janaazah Salaat.</w:t>
      </w:r>
    </w:p>
    <w:p>
      <w:pPr>
        <w:spacing w:before="0" w:after="120" w:line="300" w:lineRule="exact"/>
        <w:jc w:val="both"/>
      </w:pPr>
      <w:r>
        <w:rPr>
          <w:rFonts w:ascii="Georgia" w:hAnsi="Georgia" w:cs="Georgia" w:eastAsia="Georgia"/>
          <w:b w:val="0"/>
          <w:i w:val="0"/>
          <w:sz w:val="22"/>
        </w:rPr>
        <w:t>In a Hadith Qudsi, Allah Ta'ala says: "He who becomes the enemy of My Wali, I give him notice of war."</w:t>
      </w:r>
    </w:p>
    <w:p>
      <w:r>
        <w:br w:type="page"/>
      </w:r>
    </w:p>
    <w:p>
      <w:pPr>
        <w:pStyle w:val="Heading1"/>
        <w:spacing w:before="360" w:after="200" w:line="300" w:lineRule="exact"/>
        <w:jc w:val="center"/>
      </w:pPr>
      <w:r>
        <w:rPr>
          <w:rFonts w:ascii="Georgia" w:hAnsi="Georgia" w:cs="Georgia" w:eastAsia="Georgia"/>
          <w:b/>
          <w:i w:val="0"/>
          <w:color w:val="1F3864"/>
          <w:sz w:val="32"/>
        </w:rPr>
        <w:t>BEWARE OF THE PEOPLE OF BID'AH</w:t>
      </w:r>
    </w:p>
    <w:p>
      <w:pPr>
        <w:spacing w:before="0" w:after="120" w:line="300" w:lineRule="exact"/>
        <w:jc w:val="both"/>
      </w:pPr>
      <w:r>
        <w:rPr>
          <w:rFonts w:ascii="Georgia" w:hAnsi="Georgia" w:cs="Georgia" w:eastAsia="Georgia"/>
          <w:b w:val="0"/>
          <w:i w:val="0"/>
          <w:sz w:val="22"/>
        </w:rPr>
        <w:t>Allah Ta'ala abhors a person who associates with people of bid'ah, dhalaal and ahwaa. Rasulullah (sallallahu alayhi wasallam) said: "Verily, Allah deprives every bid'ati from making Taubah." Association with people of baatil, corrodes one's Imaan and invites the la'nat (curse) of Allah Ta'ala.</w:t>
      </w:r>
    </w:p>
    <w:p>
      <w:pPr>
        <w:spacing w:before="0" w:after="120" w:line="300" w:lineRule="exact"/>
        <w:jc w:val="both"/>
      </w:pPr>
      <w:r>
        <w:rPr>
          <w:rFonts w:ascii="Georgia" w:hAnsi="Georgia" w:cs="Georgia" w:eastAsia="Georgia"/>
          <w:b w:val="0"/>
          <w:i w:val="0"/>
          <w:sz w:val="22"/>
        </w:rPr>
        <w:t>* Abu Qilaabah said: "Do not sit with the people of ahwaa (lust, worldly-craving, those who pursue name and fame) nor dispute with them for I fear that they will plunge you into their deviation or confuse you about what you know."</w:t>
      </w:r>
    </w:p>
    <w:p>
      <w:pPr>
        <w:spacing w:before="0" w:after="120" w:line="300" w:lineRule="exact"/>
        <w:jc w:val="both"/>
      </w:pPr>
      <w:r>
        <w:rPr>
          <w:rFonts w:ascii="Georgia" w:hAnsi="Georgia" w:cs="Georgia" w:eastAsia="Georgia"/>
          <w:b w:val="0"/>
          <w:i w:val="0"/>
          <w:sz w:val="22"/>
        </w:rPr>
        <w:t>* Amr Bin Qais Al-Malaaee said: "Do not associate with a man of deviation, for he will make your heart crooked."</w:t>
      </w:r>
    </w:p>
    <w:p>
      <w:pPr>
        <w:spacing w:before="0" w:after="120" w:line="300" w:lineRule="exact"/>
        <w:jc w:val="both"/>
      </w:pPr>
      <w:r>
        <w:rPr>
          <w:rFonts w:ascii="Georgia" w:hAnsi="Georgia" w:cs="Georgia" w:eastAsia="Georgia"/>
          <w:b w:val="0"/>
          <w:i w:val="0"/>
          <w:sz w:val="22"/>
        </w:rPr>
        <w:t>* Ibraaheem Nakh'i said: "Do not sit with the people of ahwaa, for verily, association with them eliminates the Noor of Imaan from the heart, it despoils the beauty of the face and it generates malice in the hearts of the Mu'mineen.</w:t>
      </w:r>
    </w:p>
    <w:p>
      <w:pPr>
        <w:spacing w:before="0" w:after="120" w:line="300" w:lineRule="exact"/>
        <w:jc w:val="both"/>
      </w:pPr>
      <w:r>
        <w:rPr>
          <w:rFonts w:ascii="Georgia" w:hAnsi="Georgia" w:cs="Georgia" w:eastAsia="Georgia"/>
          <w:b w:val="0"/>
          <w:i w:val="0"/>
          <w:sz w:val="22"/>
        </w:rPr>
        <w:t>* Ismaaeel Bin Ubaidullah said: "Do not sit with a man of bid'ah, for he will cause your heart to be diseased."</w:t>
      </w:r>
    </w:p>
    <w:p>
      <w:pPr>
        <w:spacing w:before="0" w:after="120" w:line="300" w:lineRule="exact"/>
        <w:jc w:val="both"/>
      </w:pPr>
      <w:r>
        <w:rPr>
          <w:rFonts w:ascii="Georgia" w:hAnsi="Georgia" w:cs="Georgia" w:eastAsia="Georgia"/>
          <w:b w:val="0"/>
          <w:i w:val="0"/>
          <w:sz w:val="22"/>
        </w:rPr>
        <w:t>* Fudhail Bin Iyaadh said: "He who honours a man of bid'ah, verily he has aided in destroying the Deen. He who smiles with a bid'ati, verily he has considered Allah's revelation to Muhammad (sallallahu alayhi wasallam) to be insignificant. He who marries his daughter to a bid'ati, has severed his ties with her. He who follows the janaazah of a bid'ati, remains under the Wrath of Allah until his return."</w:t>
      </w:r>
    </w:p>
    <w:p>
      <w:pPr>
        <w:spacing w:before="0" w:after="120" w:line="300" w:lineRule="exact"/>
        <w:jc w:val="both"/>
      </w:pPr>
      <w:r>
        <w:rPr>
          <w:rFonts w:ascii="Georgia" w:hAnsi="Georgia" w:cs="Georgia" w:eastAsia="Georgia"/>
          <w:b w:val="0"/>
          <w:i w:val="0"/>
          <w:sz w:val="22"/>
        </w:rPr>
        <w:t>"The sign of nifaaq (hypocrisy) of a man is that he sits with a man of bid'ah. He who associates with a man of bid'ah, is not granted hikmah (wisdom). Don't sit with a man of bid'ah, for I fear la'nat (Allah's Curse) settling on you. Allah obliterates the deeds of a person who loves a bid'ati, and Allah eliminates the Noor of Islam from his heart. It is better to eat with a Yahood and a Nasraani than to eat with a man of bid'ah. It is not possible for a man of the Sunnah to incline to a bid'ati except if there is nifaaq in him."</w:t>
      </w:r>
    </w:p>
    <w:p>
      <w:r>
        <w:br w:type="page"/>
      </w:r>
    </w:p>
    <w:p>
      <w:pPr>
        <w:pStyle w:val="Heading1"/>
        <w:spacing w:before="360" w:after="200" w:line="300" w:lineRule="exact"/>
        <w:jc w:val="center"/>
      </w:pPr>
      <w:r>
        <w:rPr>
          <w:rFonts w:ascii="Georgia" w:hAnsi="Georgia" w:cs="Georgia" w:eastAsia="Georgia"/>
          <w:b/>
          <w:i w:val="0"/>
          <w:color w:val="1F3864"/>
          <w:sz w:val="32"/>
        </w:rPr>
        <w:t>700 YEARS SEEKING FORGIVENESS</w:t>
      </w:r>
    </w:p>
    <w:p>
      <w:pPr>
        <w:spacing w:before="0" w:after="120" w:line="300" w:lineRule="exact"/>
        <w:jc w:val="both"/>
      </w:pPr>
      <w:r>
        <w:rPr>
          <w:rFonts w:ascii="Georgia" w:hAnsi="Georgia" w:cs="Georgia" w:eastAsia="Georgia"/>
          <w:b w:val="0"/>
          <w:i w:val="0"/>
          <w:sz w:val="22"/>
        </w:rPr>
        <w:t>One day while Hadhrat Nabi Daawood (alayhis salaam) was reciting the Zaboor, it crossed his mind that no one on earth engages more in ibaadat than himself. Allah Ta'ala revealed to him: "O Dawood! Climb that mountain (which was indicated to him). You will see there a peasant who has been engrossed in ibaadat for seven hundred years seeking forgiveness for an act which was not sinful. Once while walking on the roof of his home, he thought that some sand from the roof had fallen on his mother who was underneath. He is a greater worshipper than you. Now go and give him the glad tidings of forgiveness from Me."</w:t>
      </w:r>
    </w:p>
    <w:p>
      <w:pPr>
        <w:spacing w:before="0" w:after="120" w:line="300" w:lineRule="exact"/>
        <w:jc w:val="both"/>
      </w:pPr>
      <w:r>
        <w:rPr>
          <w:rFonts w:ascii="Georgia" w:hAnsi="Georgia" w:cs="Georgia" w:eastAsia="Georgia"/>
          <w:b w:val="0"/>
          <w:i w:val="0"/>
          <w:sz w:val="22"/>
        </w:rPr>
        <w:t>Nabi Dawood (alayhis salaam) climbed the mountain. He found a man as thin as a rake engrossed in Salaat. Nabi Dawood (alayhis salaam) made Salaam. The man responded with Salaam, and asked: "Who are you?" Nabi Dawood (alayhis salaam) said: "I am Dawood." The man said: "I had walked on the roof and some sand fell on my mother who was under the roof. I therefore, sought refuge on this mountain seeking forgiveness for my sin. I have been here for seven hundred years. I do not know if my mother is angry with me or pleased. I therefore constantly seek forgiveness for perhaps she is displeased with me. I worship here hoping that my Rabb will be pleased with me and also my mother becomes pleased with me. I have devoted myself to achieve this goal for seven hundred years. I have neither time to eat or drink for the fear of Allah's punishment overtaking me. Now leave me and go away."</w:t>
      </w:r>
    </w:p>
    <w:p>
      <w:pPr>
        <w:spacing w:before="0" w:after="120" w:line="300" w:lineRule="exact"/>
        <w:jc w:val="both"/>
      </w:pPr>
      <w:r>
        <w:rPr>
          <w:rFonts w:ascii="Georgia" w:hAnsi="Georgia" w:cs="Georgia" w:eastAsia="Georgia"/>
          <w:b w:val="0"/>
          <w:i w:val="0"/>
          <w:sz w:val="22"/>
        </w:rPr>
        <w:t>Nabi Dawood (alayhis salaam) said: "Verily, Allah has sent me to inform you that He has forgiven you, and that your mother was not under the roof on that occasion nor did any sand fall on her. She departed from this world pleased with you." When he heard this, he exclaimed: "By Allah! Now I do not have any desire to live." He went into Sajdah, and supplicated: "O my Rabb! Take me unto You."</w:t>
      </w:r>
    </w:p>
    <w:p>
      <w:pPr>
        <w:spacing w:before="0" w:after="120" w:line="300" w:lineRule="exact"/>
        <w:jc w:val="both"/>
      </w:pPr>
      <w:r>
        <w:rPr>
          <w:rFonts w:ascii="Georgia" w:hAnsi="Georgia" w:cs="Georgia" w:eastAsia="Georgia"/>
          <w:b w:val="0"/>
          <w:i w:val="0"/>
          <w:sz w:val="22"/>
        </w:rPr>
        <w:t>As he supplicated, his soul departed that very moment from his earthly body.</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