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77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487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"WHY WILL ISRAEL NEVER WIN"</w:t>
      </w:r>
    </w:p>
    <w:p>
      <w:pPr>
        <w:spacing w:before="0" w:after="120" w:line="300" w:lineRule="exact"/>
        <w:jc w:val="both"/>
      </w:pPr>
      <w:r>
        <w:rPr>
          <w:rFonts w:ascii="Georgia" w:hAnsi="Georgia" w:cs="Georgia" w:eastAsia="Georgia"/>
          <w:b w:val="0"/>
          <w:i w:val="0"/>
          <w:sz w:val="22"/>
        </w:rPr>
        <w:t>By a BritishMilitary Expert</w:t>
      </w:r>
    </w:p>
    <w:p>
      <w:pPr>
        <w:spacing w:before="0" w:after="120" w:line="300" w:lineRule="exact"/>
        <w:jc w:val="both"/>
      </w:pPr>
      <w:r>
        <w:rPr>
          <w:rFonts w:ascii="Georgia" w:hAnsi="Georgia" w:cs="Georgia" w:eastAsia="Georgia"/>
          <w:b w:val="0"/>
          <w:i w:val="0"/>
          <w:sz w:val="22"/>
        </w:rPr>
        <w:t>A British military expert said,</w:t>
      </w:r>
    </w:p>
    <w:p>
      <w:pPr>
        <w:spacing w:before="0" w:after="120" w:line="300" w:lineRule="exact"/>
        <w:jc w:val="both"/>
      </w:pPr>
      <w:r>
        <w:rPr>
          <w:rFonts w:ascii="Georgia" w:hAnsi="Georgia" w:cs="Georgia" w:eastAsia="Georgia"/>
          <w:b w:val="0"/>
          <w:i w:val="0"/>
          <w:sz w:val="22"/>
        </w:rPr>
        <w:t>There is a secret power in Gaza that is making the war last so long. It is not possible because of Hamas fighters alone. A US military expert said,</w:t>
      </w:r>
    </w:p>
    <w:p>
      <w:pPr>
        <w:spacing w:before="0" w:after="120" w:line="300" w:lineRule="exact"/>
        <w:jc w:val="both"/>
      </w:pPr>
      <w:r>
        <w:rPr>
          <w:rFonts w:ascii="Georgia" w:hAnsi="Georgia" w:cs="Georgia" w:eastAsia="Georgia"/>
          <w:b w:val="0"/>
          <w:i w:val="0"/>
          <w:sz w:val="22"/>
        </w:rPr>
        <w:t>The amount of weapons that America and various European countries have supplied to Israel is enough to destroy an area ten times the size of Gaza. This amount of weapons is equivalent to six nuclear bombs that can completely destroy a place.</w:t>
      </w:r>
    </w:p>
    <w:p>
      <w:pPr>
        <w:spacing w:before="0" w:after="120" w:line="300" w:lineRule="exact"/>
        <w:jc w:val="both"/>
      </w:pPr>
      <w:r>
        <w:rPr>
          <w:rFonts w:ascii="Georgia" w:hAnsi="Georgia" w:cs="Georgia" w:eastAsia="Georgia"/>
          <w:b w:val="0"/>
          <w:i w:val="0"/>
          <w:sz w:val="22"/>
        </w:rPr>
        <w:t>He added, the skies over Gaza are now filled with Israeli, American, British, French and German surveillance drones and spy planes of various types.</w:t>
      </w:r>
    </w:p>
    <w:p>
      <w:pPr>
        <w:spacing w:before="0" w:after="120" w:line="300" w:lineRule="exact"/>
        <w:jc w:val="both"/>
      </w:pPr>
      <w:r>
        <w:rPr>
          <w:rFonts w:ascii="Georgia" w:hAnsi="Georgia" w:cs="Georgia" w:eastAsia="Georgia"/>
          <w:b w:val="0"/>
          <w:i w:val="0"/>
          <w:sz w:val="22"/>
        </w:rPr>
        <w:t>Which record every movement with great precision. Yet the wonder is, How these fighters come out and destroy Israeli military vehicles! Shoot and kill soldiers!</w:t>
      </w:r>
    </w:p>
    <w:p>
      <w:pPr>
        <w:spacing w:before="0" w:after="120" w:line="300" w:lineRule="exact"/>
        <w:jc w:val="both"/>
      </w:pPr>
      <w:r>
        <w:rPr>
          <w:rFonts w:ascii="Georgia" w:hAnsi="Georgia" w:cs="Georgia" w:eastAsia="Georgia"/>
          <w:b w:val="0"/>
          <w:i w:val="0"/>
          <w:sz w:val="22"/>
        </w:rPr>
        <w:t>Plant explosives and attack in such a way that almost a third of the Israeli army's vehicles have been destroyed. Thousands of soldiers have been killed and wounded.</w:t>
      </w:r>
    </w:p>
    <w:p>
      <w:pPr>
        <w:spacing w:before="0" w:after="120" w:line="300" w:lineRule="exact"/>
        <w:jc w:val="both"/>
      </w:pPr>
      <w:r>
        <w:rPr>
          <w:rFonts w:ascii="Georgia" w:hAnsi="Georgia" w:cs="Georgia" w:eastAsia="Georgia"/>
          <w:b w:val="0"/>
          <w:i w:val="0"/>
          <w:sz w:val="22"/>
        </w:rPr>
        <w:t>However, these surveillance drones and aircraft cannot find them or if they can, they are very few. Another said, The total area of Gaza is 365 square kilometers. 75% of it is highly populated. Thousands of bombs and missiles have been dropped from aircraft.</w:t>
      </w:r>
    </w:p>
    <w:p>
      <w:pPr>
        <w:spacing w:before="0" w:after="120" w:line="300" w:lineRule="exact"/>
        <w:jc w:val="both"/>
      </w:pPr>
      <w:r>
        <w:rPr>
          <w:rFonts w:ascii="Georgia" w:hAnsi="Georgia" w:cs="Georgia" w:eastAsia="Georgia"/>
          <w:b w:val="0"/>
          <w:i w:val="0"/>
          <w:sz w:val="22"/>
        </w:rPr>
        <w:t>Simultaneous attacks have been carried out from land, sea and air.</w:t>
      </w:r>
    </w:p>
    <w:p>
      <w:pPr>
        <w:spacing w:before="0" w:after="120" w:line="300" w:lineRule="exact"/>
        <w:jc w:val="both"/>
      </w:pPr>
      <w:r>
        <w:rPr>
          <w:rFonts w:ascii="Georgia" w:hAnsi="Georgia" w:cs="Georgia" w:eastAsia="Georgia"/>
          <w:b w:val="0"/>
          <w:i w:val="0"/>
          <w:sz w:val="22"/>
        </w:rPr>
        <w:t>Heavy fire has been rained down from F-15, F-35 and Apache helicopters. Almost all types of weapons have been used excessively. I have seen videos where children in Gaza are seen playing with unexploded missiles.</w:t>
      </w:r>
    </w:p>
    <w:p>
      <w:pPr>
        <w:spacing w:before="0" w:after="120" w:line="300" w:lineRule="exact"/>
        <w:jc w:val="both"/>
      </w:pPr>
      <w:r>
        <w:rPr>
          <w:rFonts w:ascii="Georgia" w:hAnsi="Georgia" w:cs="Georgia" w:eastAsia="Georgia"/>
          <w:b w:val="0"/>
          <w:i w:val="0"/>
          <w:sz w:val="22"/>
        </w:rPr>
        <w:t>Another said, a miracle is happening here. These fighters are invisible. This is the power of God. It is terrifying to see how they go and plant bombs on tanks. They have no fear, their willpower is strong, and they will succeed.</w:t>
      </w:r>
    </w:p>
    <w:p>
      <w:pPr>
        <w:spacing w:before="0" w:after="120" w:line="300" w:lineRule="exact"/>
        <w:jc w:val="both"/>
      </w:pPr>
      <w:r>
        <w:rPr>
          <w:rFonts w:ascii="Georgia" w:hAnsi="Georgia" w:cs="Georgia" w:eastAsia="Georgia"/>
          <w:b w:val="0"/>
          <w:i w:val="0"/>
          <w:sz w:val="22"/>
        </w:rPr>
        <w:t>Children in Gaza are playing with unexploded missiles. If this were happening in our country, bomb squads, engineering units, and explosives experts would come and surround them. But nothing happens here, as if they are being protected by an invisible force.</w:t>
      </w:r>
    </w:p>
    <w:p>
      <w:pPr>
        <w:spacing w:before="0" w:after="120" w:line="300" w:lineRule="exact"/>
        <w:jc w:val="both"/>
      </w:pPr>
      <w:r>
        <w:rPr>
          <w:rFonts w:ascii="Georgia" w:hAnsi="Georgia" w:cs="Georgia" w:eastAsia="Georgia"/>
          <w:b w:val="0"/>
          <w:i w:val="0"/>
          <w:sz w:val="22"/>
        </w:rPr>
        <w:t>These fighters are not ordinary people. Where did they get such training? Israel is embroiled in a war that they cannot win. It will take years to rebuild their army.</w:t>
      </w:r>
    </w:p>
    <w:p>
      <w:pPr>
        <w:spacing w:before="0" w:after="120" w:line="300" w:lineRule="exact"/>
        <w:jc w:val="both"/>
      </w:pPr>
      <w:r>
        <w:rPr>
          <w:rFonts w:ascii="Georgia" w:hAnsi="Georgia" w:cs="Georgia" w:eastAsia="Georgia"/>
          <w:b w:val="0"/>
          <w:i w:val="0"/>
          <w:sz w:val="22"/>
        </w:rPr>
        <w:t>(End of the Expert's comment)</w:t>
      </w:r>
    </w:p>
    <w:p>
      <w:pPr>
        <w:spacing w:before="0" w:after="120" w:line="300" w:lineRule="exact"/>
        <w:jc w:val="both"/>
      </w:pPr>
      <w:r>
        <w:rPr>
          <w:rFonts w:ascii="Georgia" w:hAnsi="Georgia" w:cs="Georgia" w:eastAsia="Georgia"/>
          <w:b w:val="0"/>
          <w:i w:val="0"/>
          <w:sz w:val="22"/>
        </w:rPr>
        <w:t>During the second world war Japan was riding on the crest of a wave of victory against the western powers. When two atomic bombs were dropped, one on Hiroshima and one on Nagasaki, the shock of the devastation compelled Japan to surrender unconditionally. That was the effect of two such nuclear bombs which by today's standards are obsolete.</w:t>
      </w:r>
    </w:p>
    <w:p>
      <w:pPr>
        <w:spacing w:before="0" w:after="120" w:line="300" w:lineRule="exact"/>
        <w:jc w:val="both"/>
      </w:pPr>
      <w:r>
        <w:rPr>
          <w:rFonts w:ascii="Georgia" w:hAnsi="Georgia" w:cs="Georgia" w:eastAsia="Georgia"/>
          <w:b w:val="0"/>
          <w:i w:val="0"/>
          <w:sz w:val="22"/>
        </w:rPr>
        <w:t>In Gazzah, in addition to Israel's tank invasion, the devastation caused by the airforce equates to that of six nuclear bombs. Yet, purely by the grace and aid of Allah Azza Wa Jal, Hamas remains resilient and continues the resistance after more than 18 months of brutal genocide perpetrated by the Israeli savages.</w:t>
      </w:r>
    </w:p>
    <w:p>
      <w:pPr>
        <w:spacing w:before="0" w:after="120" w:line="300" w:lineRule="exact"/>
        <w:jc w:val="both"/>
      </w:pPr>
      <w:r>
        <w:rPr>
          <w:rFonts w:ascii="Georgia" w:hAnsi="Georgia" w:cs="Georgia" w:eastAsia="Georgia"/>
          <w:b w:val="0"/>
          <w:i w:val="0"/>
          <w:sz w:val="22"/>
        </w:rPr>
        <w:t>Even the Christian military expert is constrained to say:</w:t>
      </w:r>
    </w:p>
    <w:p>
      <w:pPr>
        <w:spacing w:before="120" w:after="120" w:line="300" w:lineRule="exact"/>
        <w:ind w:left="720" w:right="720"/>
        <w:jc w:val="center"/>
      </w:pPr>
      <w:r>
        <w:rPr>
          <w:rFonts w:ascii="Georgia" w:hAnsi="Georgia" w:cs="Georgia" w:eastAsia="Georgia"/>
          <w:b w:val="0"/>
          <w:i/>
          <w:sz w:val="22"/>
        </w:rPr>
        <w:t>"A miracle is happening here. These fighters are invisible.</w:t>
      </w:r>
    </w:p>
    <w:p>
      <w:pPr>
        <w:spacing w:before="120" w:after="120" w:line="300" w:lineRule="exact"/>
        <w:ind w:left="720" w:right="720"/>
        <w:jc w:val="center"/>
      </w:pPr>
      <w:r>
        <w:rPr>
          <w:rFonts w:ascii="Georgia" w:hAnsi="Georgia" w:cs="Georgia" w:eastAsia="Georgia"/>
          <w:b w:val="0"/>
          <w:i/>
          <w:sz w:val="22"/>
        </w:rPr>
        <w:t>This is the power of God."</w:t>
      </w:r>
    </w:p>
    <w:p>
      <w:r>
        <w:br w:type="page"/>
      </w:r>
    </w:p>
    <w:p>
      <w:pPr>
        <w:pStyle w:val="Heading1"/>
        <w:spacing w:before="360" w:after="200" w:line="300" w:lineRule="exact"/>
        <w:jc w:val="center"/>
      </w:pPr>
      <w:r>
        <w:rPr>
          <w:rFonts w:ascii="Georgia" w:hAnsi="Georgia" w:cs="Georgia" w:eastAsia="Georgia"/>
          <w:b/>
          <w:i w:val="0"/>
          <w:color w:val="1F3864"/>
          <w:sz w:val="32"/>
        </w:rPr>
        <w:t>STARVATION!</w:t>
      </w:r>
    </w:p>
    <w:p>
      <w:pPr>
        <w:pStyle w:val="Heading3"/>
        <w:spacing w:before="200" w:after="120" w:line="300" w:lineRule="exact"/>
        <w:jc w:val="left"/>
      </w:pPr>
      <w:r>
        <w:rPr>
          <w:rFonts w:ascii="Georgia" w:hAnsi="Georgia" w:cs="Georgia" w:eastAsia="Georgia"/>
          <w:b/>
          <w:i w:val="0"/>
          <w:color w:val="2E74B5"/>
          <w:sz w:val="24"/>
        </w:rPr>
        <w:t>AN ATHAAB OF ALLAH AZZA WA JAL</w:t>
      </w:r>
    </w:p>
    <w:p>
      <w:pPr>
        <w:spacing w:before="120" w:after="120" w:line="300" w:lineRule="exact"/>
        <w:ind w:left="720" w:right="720"/>
        <w:jc w:val="center"/>
      </w:pPr>
      <w:r>
        <w:rPr>
          <w:rFonts w:ascii="Georgia" w:hAnsi="Georgia" w:cs="Georgia" w:eastAsia="Georgia"/>
          <w:b w:val="0"/>
          <w:i/>
          <w:sz w:val="22"/>
        </w:rPr>
        <w:t>"Allah cites the similitude of a town that was peaceful and tranquil. Their rizq (food, etc.) came to them from every avenue in abundance. However, they became ungrateful of the bounties of Allah. Then Allah afflicted them with the garment of hunger (starvation)</w:t>
      </w:r>
    </w:p>
    <w:p>
      <w:pPr>
        <w:spacing w:before="120" w:after="120" w:line="300" w:lineRule="exact"/>
        <w:ind w:left="720" w:right="720"/>
        <w:jc w:val="center"/>
      </w:pPr>
      <w:r>
        <w:rPr>
          <w:rFonts w:ascii="Georgia" w:hAnsi="Georgia" w:cs="Georgia" w:eastAsia="Georgia"/>
          <w:b w:val="0"/>
          <w:i/>
          <w:sz w:val="22"/>
        </w:rPr>
        <w:t>and fear because of their deeds (evil deeds)."</w:t>
      </w:r>
    </w:p>
    <w:p>
      <w:pPr>
        <w:spacing w:before="120" w:after="120" w:line="300" w:lineRule="exact"/>
        <w:ind w:left="720" w:right="720"/>
        <w:jc w:val="center"/>
      </w:pPr>
      <w:r>
        <w:rPr>
          <w:rFonts w:ascii="Georgia" w:hAnsi="Georgia" w:cs="Georgia" w:eastAsia="Georgia"/>
          <w:b w:val="0"/>
          <w:i/>
          <w:sz w:val="22"/>
        </w:rPr>
        <w:t>(An-Nahl, Aayat 112)</w:t>
      </w:r>
    </w:p>
    <w:p>
      <w:pPr>
        <w:spacing w:before="0" w:after="120" w:line="300" w:lineRule="exact"/>
        <w:jc w:val="both"/>
      </w:pPr>
      <w:r>
        <w:rPr>
          <w:rFonts w:ascii="Georgia" w:hAnsi="Georgia" w:cs="Georgia" w:eastAsia="Georgia"/>
          <w:b w:val="0"/>
          <w:i w:val="0"/>
          <w:sz w:val="22"/>
        </w:rPr>
        <w:t>This Aayat of the Qur'aan Majeed has specific and general reference. Specifically, it refers to the people of Makkah who had rejected the Risaalat of Rasulullah (Sallallahu alayhi wasallam).</w:t>
      </w:r>
    </w:p>
    <w:p>
      <w:pPr>
        <w:spacing w:before="0" w:after="120" w:line="300" w:lineRule="exact"/>
        <w:jc w:val="both"/>
      </w:pPr>
      <w:r>
        <w:rPr>
          <w:rFonts w:ascii="Georgia" w:hAnsi="Georgia" w:cs="Georgia" w:eastAsia="Georgia"/>
          <w:b w:val="0"/>
          <w:i w:val="0"/>
          <w:sz w:val="22"/>
        </w:rPr>
        <w:t>In the wake of their kufr, the Athaab of Allah Ta'ala settled on them. The Athaab was in the form of starvation. The punishment of starvation endured for seven years. They were reduced to consume burnt bones and carrion.</w:t>
      </w:r>
    </w:p>
    <w:p>
      <w:pPr>
        <w:spacing w:before="0" w:after="120" w:line="300" w:lineRule="exact"/>
        <w:jc w:val="both"/>
      </w:pPr>
      <w:r>
        <w:rPr>
          <w:rFonts w:ascii="Georgia" w:hAnsi="Georgia" w:cs="Georgia" w:eastAsia="Georgia"/>
          <w:b w:val="0"/>
          <w:i w:val="0"/>
          <w:sz w:val="22"/>
        </w:rPr>
        <w:t>Starvation is one form of Punishment of Allah Ta'ala. When Muslims go on wild rampages of kufr, denying and abrogating the Shariah, substituting it with the law of Taaghut, and blindly emulating the kuffaar, then the Athaab of Allah Azza Wa Jal becomes halaal for them.</w:t>
      </w:r>
    </w:p>
    <w:p>
      <w:pPr>
        <w:spacing w:before="0" w:after="120" w:line="300" w:lineRule="exact"/>
        <w:jc w:val="both"/>
      </w:pPr>
      <w:r>
        <w:rPr>
          <w:rFonts w:ascii="Georgia" w:hAnsi="Georgia" w:cs="Georgia" w:eastAsia="Georgia"/>
          <w:b w:val="0"/>
          <w:i w:val="0"/>
          <w:sz w:val="22"/>
        </w:rPr>
        <w:t>Allah Ta'ala inflicts His Athaab via any of His innumerable agents and armies. Among His armies are the kuffaar, famine, starvation, natural disasters, etc., etc. "Only He knows His armies." (Qur'aan).</w:t>
      </w:r>
    </w:p>
    <w:p>
      <w:r>
        <w:br w:type="page"/>
      </w:r>
    </w:p>
    <w:p>
      <w:pPr>
        <w:pStyle w:val="Heading1"/>
        <w:spacing w:before="360" w:after="200" w:line="300" w:lineRule="exact"/>
        <w:jc w:val="center"/>
      </w:pPr>
      <w:r>
        <w:rPr>
          <w:rFonts w:ascii="Georgia" w:hAnsi="Georgia" w:cs="Georgia" w:eastAsia="Georgia"/>
          <w:b/>
          <w:i w:val="0"/>
          <w:color w:val="1F3864"/>
          <w:sz w:val="32"/>
        </w:rPr>
        <w:t>"ISRAEL'S HOBBY KILLING BABIES IN GAZA"</w:t>
      </w:r>
    </w:p>
    <w:p>
      <w:pPr>
        <w:pStyle w:val="Heading3"/>
        <w:spacing w:before="200" w:after="120" w:line="300" w:lineRule="exact"/>
        <w:jc w:val="left"/>
      </w:pPr>
      <w:r>
        <w:rPr>
          <w:rFonts w:ascii="Georgia" w:hAnsi="Georgia" w:cs="Georgia" w:eastAsia="Georgia"/>
          <w:b/>
          <w:i w:val="0"/>
          <w:color w:val="2E74B5"/>
          <w:sz w:val="24"/>
        </w:rPr>
        <w:t>ACCORDING TO A</w:t>
      </w:r>
    </w:p>
    <w:p>
      <w:pPr>
        <w:pStyle w:val="Heading3"/>
        <w:spacing w:before="200" w:after="120" w:line="300" w:lineRule="exact"/>
        <w:jc w:val="left"/>
      </w:pPr>
      <w:r>
        <w:rPr>
          <w:rFonts w:ascii="Georgia" w:hAnsi="Georgia" w:cs="Georgia" w:eastAsia="Georgia"/>
          <w:b/>
          <w:i w:val="0"/>
          <w:color w:val="2E74B5"/>
          <w:sz w:val="24"/>
        </w:rPr>
        <w:t>TOP ISRAELI ARMY GENERAL</w:t>
      </w:r>
    </w:p>
    <w:p>
      <w:pPr>
        <w:spacing w:before="0" w:after="120" w:line="300" w:lineRule="exact"/>
        <w:jc w:val="both"/>
      </w:pPr>
      <w:r>
        <w:rPr>
          <w:rFonts w:ascii="Georgia" w:hAnsi="Georgia" w:cs="Georgia" w:eastAsia="Georgia"/>
          <w:b w:val="0"/>
          <w:i w:val="0"/>
          <w:sz w:val="22"/>
        </w:rPr>
        <w:t>Yair Golan, a former IDF deputy chief of staff and the present head of The Democrats Party, said: "Israel is on the way to becoming a pariah state, like South Africa was, if we don't return to acting like a sane country…..A sane country does not fight against civilians, does not kill babies as a hobby, and does not give itself the aim of expelling populations."</w:t>
      </w:r>
    </w:p>
    <w:p>
      <w:pPr>
        <w:spacing w:before="0" w:after="120" w:line="300" w:lineRule="exact"/>
        <w:jc w:val="both"/>
      </w:pPr>
      <w:r>
        <w:rPr>
          <w:rFonts w:ascii="Georgia" w:hAnsi="Georgia" w:cs="Georgia" w:eastAsia="Georgia"/>
          <w:b w:val="0"/>
          <w:i w:val="0"/>
          <w:sz w:val="22"/>
        </w:rPr>
        <w:t>Golan further said: "The government is full of vengeful types with no morals and no ability to run a country in a time of crisis. This endangers our existence."</w:t>
      </w:r>
    </w:p>
    <w:p>
      <w:pPr>
        <w:spacing w:before="120" w:after="120" w:line="300" w:lineRule="exact"/>
        <w:ind w:left="720" w:right="720"/>
        <w:jc w:val="center"/>
      </w:pPr>
      <w:r>
        <w:rPr>
          <w:rFonts w:ascii="Georgia" w:hAnsi="Georgia" w:cs="Georgia" w:eastAsia="Georgia"/>
          <w:b w:val="0"/>
          <w:i/>
          <w:sz w:val="22"/>
        </w:rPr>
        <w:t>(They are worse than barbarians and savages –Al-Haq)</w:t>
      </w:r>
    </w:p>
    <w:p>
      <w:pPr>
        <w:spacing w:before="0" w:after="120" w:line="300" w:lineRule="exact"/>
        <w:jc w:val="both"/>
      </w:pPr>
      <w:r>
        <w:rPr>
          <w:rFonts w:ascii="Georgia" w:hAnsi="Georgia" w:cs="Georgia" w:eastAsia="Georgia"/>
          <w:b w:val="0"/>
          <w:i w:val="0"/>
          <w:sz w:val="22"/>
        </w:rPr>
        <w:t>Yair Golan retired from the IDF after 38 years of active military duty. In his criticism, he said: "This war is the realization of the fantasies of Ben Gvir and Smotrich, and if we allow them to put this into action, we will become a pariah state…….the government is crooked. The war must be ended, the hostages returned and Israel rehabilitated."</w:t>
      </w:r>
    </w:p>
    <w:p>
      <w:pPr>
        <w:spacing w:before="120" w:after="120" w:line="300" w:lineRule="exact"/>
        <w:ind w:left="720" w:right="720"/>
        <w:jc w:val="center"/>
      </w:pPr>
      <w:r>
        <w:rPr>
          <w:rFonts w:ascii="Georgia" w:hAnsi="Georgia" w:cs="Georgia" w:eastAsia="Georgia"/>
          <w:b w:val="0"/>
          <w:i/>
          <w:sz w:val="22"/>
        </w:rPr>
        <w:t>(In reality, there is no war. It is a campaign of mass murder, massacre and genocide. It is the mass killing of unarmed civilians from the safety of planes and tanks. It is the brutal killing of thousands of babies, tens of thousands of women, children, and unarmed men. –Al-Haq)</w:t>
      </w:r>
    </w:p>
    <w:p>
      <w:pPr>
        <w:spacing w:before="0" w:after="120" w:line="300" w:lineRule="exact"/>
        <w:jc w:val="both"/>
      </w:pPr>
      <w:r>
        <w:rPr>
          <w:rFonts w:ascii="Georgia" w:hAnsi="Georgia" w:cs="Georgia" w:eastAsia="Georgia"/>
          <w:b w:val="0"/>
          <w:i w:val="0"/>
          <w:sz w:val="22"/>
        </w:rPr>
        <w:t>Moshe Ya'alon, a former defense minister and former IDF chief accused that "politicians were corrupting the military and sabotaging its moral compass."</w:t>
      </w:r>
    </w:p>
    <w:p>
      <w:pPr>
        <w:spacing w:before="0" w:after="120" w:line="300" w:lineRule="exact"/>
        <w:jc w:val="both"/>
      </w:pPr>
      <w:r>
        <w:rPr>
          <w:rFonts w:ascii="Georgia" w:hAnsi="Georgia" w:cs="Georgia" w:eastAsia="Georgia"/>
          <w:b w:val="0"/>
          <w:i w:val="0"/>
          <w:sz w:val="22"/>
        </w:rPr>
        <w:t>These admissions and concessions of top Yahudi army and political personnel bear the loudest testimony to Israeli brutality, inhumanity and Satanism. When even Yahudi army generals and politicians publicly and loudly declare that killing babies is the hobby of the Israeli military and government, there is no need for further evidence to confirm the most brutal genocide of recent times being enacted by the Yahudi Satanists who in reality are sub-satanists and sub-swines.</w:t>
      </w:r>
    </w:p>
    <w:p>
      <w:r>
        <w:br w:type="page"/>
      </w:r>
    </w:p>
    <w:p>
      <w:pPr>
        <w:pStyle w:val="Heading1"/>
        <w:spacing w:before="360" w:after="200" w:line="300" w:lineRule="exact"/>
        <w:jc w:val="center"/>
      </w:pPr>
      <w:r>
        <w:rPr>
          <w:rFonts w:ascii="Georgia" w:hAnsi="Georgia" w:cs="Georgia" w:eastAsia="Georgia"/>
          <w:b/>
          <w:i w:val="0"/>
          <w:color w:val="1F3864"/>
          <w:sz w:val="32"/>
        </w:rPr>
        <w:t>ISRAELI BRUTALITY</w:t>
      </w:r>
    </w:p>
    <w:p>
      <w:pPr>
        <w:spacing w:before="0" w:after="120" w:line="300" w:lineRule="exact"/>
        <w:jc w:val="both"/>
      </w:pPr>
      <w:r>
        <w:rPr>
          <w:rFonts w:ascii="Georgia" w:hAnsi="Georgia" w:cs="Georgia" w:eastAsia="Georgia"/>
          <w:b w:val="0"/>
          <w:i w:val="0"/>
          <w:sz w:val="22"/>
        </w:rPr>
        <w:t>Former US soldier alleges war crimes committed by Israeli army, US contractors in Gaza</w:t>
      </w:r>
    </w:p>
    <w:p>
      <w:pPr>
        <w:spacing w:before="0" w:after="120" w:line="300" w:lineRule="exact"/>
        <w:jc w:val="both"/>
      </w:pPr>
      <w:r>
        <w:rPr>
          <w:rFonts w:ascii="Georgia" w:hAnsi="Georgia" w:cs="Georgia" w:eastAsia="Georgia"/>
          <w:b w:val="0"/>
          <w:i w:val="0"/>
          <w:sz w:val="22"/>
        </w:rPr>
        <w:t>A former US soldier who worked for the notorious Israeli- and US-backed GHF has told the BBC that he had "without question … witnessed war crimes" in the killing of civilians seeking food aid.</w:t>
      </w:r>
    </w:p>
    <w:p>
      <w:pPr>
        <w:spacing w:before="0" w:after="120" w:line="300" w:lineRule="exact"/>
        <w:jc w:val="both"/>
      </w:pPr>
      <w:r>
        <w:rPr>
          <w:rFonts w:ascii="Georgia" w:hAnsi="Georgia" w:cs="Georgia" w:eastAsia="Georgia"/>
          <w:b w:val="0"/>
          <w:i w:val="0"/>
          <w:sz w:val="22"/>
        </w:rPr>
        <w:t>Anthony Aguilar told the BBC that he saw Israeli soldiers and US contractors use live ammunition, artillery, mortar rounds, and tank fire on civilians at food distribution sites.</w:t>
      </w:r>
    </w:p>
    <w:p>
      <w:pPr>
        <w:spacing w:before="0" w:after="120" w:line="300" w:lineRule="exact"/>
        <w:jc w:val="both"/>
      </w:pPr>
      <w:r>
        <w:rPr>
          <w:rFonts w:ascii="Georgia" w:hAnsi="Georgia" w:cs="Georgia" w:eastAsia="Georgia"/>
          <w:b w:val="0"/>
          <w:i w:val="0"/>
          <w:sz w:val="22"/>
        </w:rPr>
        <w:t>"In my entire career, I have never witnessed the level of brutality and use of indiscriminate and unnecessary force against a civilian population until I was in Gaza at the hands of the [Israeli army] and US contractors," he was quoted by the BBC as saying.</w:t>
      </w:r>
    </w:p>
    <w:p>
      <w:pPr>
        <w:spacing w:before="0" w:after="120" w:line="300" w:lineRule="exact"/>
        <w:jc w:val="both"/>
      </w:pPr>
      <w:r>
        <w:rPr>
          <w:rFonts w:ascii="Georgia" w:hAnsi="Georgia" w:cs="Georgia" w:eastAsia="Georgia"/>
          <w:b w:val="0"/>
          <w:i w:val="0"/>
          <w:sz w:val="22"/>
        </w:rPr>
        <w:t>Al Jazeera had previously reported similar incidents, quoting Palestinian witnesses who were among those seeking food aid from the GHF.</w:t>
      </w:r>
    </w:p>
    <w:p>
      <w:r>
        <w:br w:type="page"/>
      </w:r>
    </w:p>
    <w:p>
      <w:pPr>
        <w:pStyle w:val="Heading1"/>
        <w:spacing w:before="360" w:after="200" w:line="300" w:lineRule="exact"/>
        <w:jc w:val="center"/>
      </w:pPr>
      <w:r>
        <w:rPr>
          <w:rFonts w:ascii="Georgia" w:hAnsi="Georgia" w:cs="Georgia" w:eastAsia="Georgia"/>
          <w:b/>
          <w:i w:val="0"/>
          <w:color w:val="1F3864"/>
          <w:sz w:val="32"/>
        </w:rPr>
        <w:t>CEASEFIRE - THE EFFECT OF DEFEAT</w:t>
      </w:r>
    </w:p>
    <w:p>
      <w:pPr>
        <w:spacing w:before="120" w:after="120" w:line="300" w:lineRule="exact"/>
        <w:ind w:left="720" w:right="720"/>
        <w:jc w:val="center"/>
      </w:pPr>
      <w:r>
        <w:rPr>
          <w:rFonts w:ascii="Georgia" w:hAnsi="Georgia" w:cs="Georgia" w:eastAsia="Georgia"/>
          <w:b w:val="0"/>
          <w:i/>
          <w:sz w:val="22"/>
        </w:rPr>
        <w:t>"Do not become cowardly and do not call for Salaam (peace/ ceasefire/truce). (Ultimately), you will be victorious. Allah is with you, and He will not destroy your good deeds."</w:t>
      </w:r>
    </w:p>
    <w:p>
      <w:pPr>
        <w:spacing w:before="120" w:after="120" w:line="300" w:lineRule="exact"/>
        <w:ind w:left="720" w:right="720"/>
        <w:jc w:val="center"/>
      </w:pPr>
      <w:r>
        <w:rPr>
          <w:rFonts w:ascii="Georgia" w:hAnsi="Georgia" w:cs="Georgia" w:eastAsia="Georgia"/>
          <w:b w:val="0"/>
          <w:i/>
          <w:sz w:val="22"/>
        </w:rPr>
        <w:t>(Muhammad, Aayat 35)</w:t>
      </w:r>
    </w:p>
    <w:p>
      <w:pPr>
        <w:spacing w:before="0" w:after="120" w:line="300" w:lineRule="exact"/>
        <w:jc w:val="both"/>
      </w:pPr>
      <w:r>
        <w:rPr>
          <w:rFonts w:ascii="Georgia" w:hAnsi="Georgia" w:cs="Georgia" w:eastAsia="Georgia"/>
          <w:b w:val="0"/>
          <w:i w:val="0"/>
          <w:sz w:val="22"/>
        </w:rPr>
        <w:t>Even the so-called American superpower, was constrained by defeat to enter into a ceasfire agreement with the 'ragtag' Houti force.</w:t>
      </w:r>
    </w:p>
    <w:p>
      <w:pPr>
        <w:pStyle w:val="Heading3"/>
        <w:spacing w:before="200" w:after="120" w:line="300" w:lineRule="exact"/>
        <w:jc w:val="left"/>
      </w:pPr>
      <w:r>
        <w:rPr>
          <w:rFonts w:ascii="Georgia" w:hAnsi="Georgia" w:cs="Georgia" w:eastAsia="Georgia"/>
          <w:b/>
          <w:i w:val="0"/>
          <w:color w:val="2E74B5"/>
          <w:sz w:val="24"/>
        </w:rPr>
        <w:t>"YEMEN DEFEATS AMERICA"</w:t>
      </w:r>
    </w:p>
    <w:p>
      <w:pPr>
        <w:spacing w:before="0" w:after="120" w:line="300" w:lineRule="exact"/>
        <w:jc w:val="both"/>
      </w:pPr>
      <w:r>
        <w:rPr>
          <w:rFonts w:ascii="Georgia" w:hAnsi="Georgia" w:cs="Georgia" w:eastAsia="Georgia"/>
          <w:b w:val="0"/>
          <w:i w:val="0"/>
          <w:sz w:val="22"/>
        </w:rPr>
        <w:t>How a floundering US campaign against the Houthis reportedly led Trump to a truce</w:t>
      </w:r>
    </w:p>
    <w:p>
      <w:pPr>
        <w:spacing w:before="0" w:after="120" w:line="300" w:lineRule="exact"/>
        <w:jc w:val="both"/>
      </w:pPr>
      <w:r>
        <w:rPr>
          <w:rFonts w:ascii="Georgia" w:hAnsi="Georgia" w:cs="Georgia" w:eastAsia="Georgia"/>
          <w:b w:val="0"/>
          <w:i w:val="0"/>
          <w:sz w:val="22"/>
        </w:rPr>
        <w:t>US president wanted results within 30 days, but after $1 billion spent, several drones and two fighter jets lost, Yemeni rebels were still firing back, The New York Times reports</w:t>
      </w:r>
    </w:p>
    <w:p>
      <w:pPr>
        <w:spacing w:before="0" w:after="120" w:line="300" w:lineRule="exact"/>
        <w:jc w:val="both"/>
      </w:pPr>
      <w:r>
        <w:rPr>
          <w:rFonts w:ascii="Georgia" w:hAnsi="Georgia" w:cs="Georgia" w:eastAsia="Georgia"/>
          <w:b w:val="0"/>
          <w:i w:val="0"/>
          <w:sz w:val="22"/>
        </w:rPr>
        <w:t>By ToI Staff 13 May 2025, 9:53 am</w:t>
      </w:r>
    </w:p>
    <w:p>
      <w:pPr>
        <w:spacing w:before="0" w:after="120" w:line="300" w:lineRule="exact"/>
        <w:jc w:val="both"/>
      </w:pPr>
      <w:r>
        <w:rPr>
          <w:rFonts w:ascii="Georgia" w:hAnsi="Georgia" w:cs="Georgia" w:eastAsia="Georgia"/>
          <w:b w:val="0"/>
          <w:i w:val="0"/>
          <w:sz w:val="22"/>
        </w:rPr>
        <w:t>US President Donald Trump's sudden announcement of a truce with Yemen's Houthi rebels after two months of an intense bombing campaign came because the military operation was struggling and showed no sign of reaching an imminent conclusion, the New York Times reported Monday, citing US officials.</w:t>
      </w:r>
    </w:p>
    <w:p>
      <w:pPr>
        <w:spacing w:before="0" w:after="120" w:line="300" w:lineRule="exact"/>
        <w:jc w:val="both"/>
      </w:pPr>
      <w:r>
        <w:rPr>
          <w:rFonts w:ascii="Georgia" w:hAnsi="Georgia" w:cs="Georgia" w:eastAsia="Georgia"/>
          <w:b w:val="0"/>
          <w:i w:val="0"/>
          <w:sz w:val="22"/>
        </w:rPr>
        <w:t>According to the report, though US airstrikes caused some damage, the Houthis had moved significant assets to underground bunkers, limiting the offensive's effects, and were still firing back at US Navy ships when Trump declared the ceasefire.</w:t>
      </w:r>
    </w:p>
    <w:p>
      <w:pPr>
        <w:spacing w:before="0" w:after="120" w:line="300" w:lineRule="exact"/>
        <w:jc w:val="both"/>
      </w:pPr>
      <w:r>
        <w:rPr>
          <w:rFonts w:ascii="Georgia" w:hAnsi="Georgia" w:cs="Georgia" w:eastAsia="Georgia"/>
          <w:b w:val="0"/>
          <w:i w:val="0"/>
          <w:sz w:val="22"/>
        </w:rPr>
        <w:t>It quoted three US officials as saying that Gen. Michael E. Kurilla, the head of Central Command, had proposed a campaign of eight to 10 months in which strikes would take out Houthi air defense systems, after which the US would use targeted assassinations — modeled on Israel's campaign against the Hezbollah terror group in Lebanon.</w:t>
      </w:r>
    </w:p>
    <w:p>
      <w:pPr>
        <w:spacing w:before="0" w:after="120" w:line="300" w:lineRule="exact"/>
        <w:jc w:val="both"/>
      </w:pPr>
      <w:r>
        <w:rPr>
          <w:rFonts w:ascii="Georgia" w:hAnsi="Georgia" w:cs="Georgia" w:eastAsia="Georgia"/>
          <w:b w:val="0"/>
          <w:i w:val="0"/>
          <w:sz w:val="22"/>
        </w:rPr>
        <w:t>While the Saudis backed the plan and provided a list of a dozen top Houthi officials for assassination, the United Arab Emirates was more wary, the report said.</w:t>
      </w:r>
    </w:p>
    <w:p>
      <w:pPr>
        <w:spacing w:before="0" w:after="120" w:line="300" w:lineRule="exact"/>
        <w:jc w:val="both"/>
      </w:pPr>
      <w:r>
        <w:rPr>
          <w:rFonts w:ascii="Georgia" w:hAnsi="Georgia" w:cs="Georgia" w:eastAsia="Georgia"/>
          <w:b w:val="0"/>
          <w:i w:val="0"/>
          <w:sz w:val="22"/>
        </w:rPr>
        <w:t>Trump eventually approved strikes on air defense and Houthi leaders. But the US president, who has a low tolerance for extended military campaigns in the Middle East, gave the military just 30 days to come up with results.</w:t>
      </w:r>
    </w:p>
    <w:p>
      <w:pPr>
        <w:spacing w:before="0" w:after="120" w:line="300" w:lineRule="exact"/>
        <w:jc w:val="both"/>
      </w:pPr>
      <w:r>
        <w:rPr>
          <w:rFonts w:ascii="Georgia" w:hAnsi="Georgia" w:cs="Georgia" w:eastAsia="Georgia"/>
          <w:b w:val="0"/>
          <w:i w:val="0"/>
          <w:sz w:val="22"/>
        </w:rPr>
        <w:t>At 31 days and a $1 billion bill, the president asked for a progress report, administration officials said. But it showed that the US was heading into an expensive, indefinite military campaign.</w:t>
      </w:r>
    </w:p>
    <w:p>
      <w:pPr>
        <w:spacing w:before="0" w:after="120" w:line="300" w:lineRule="exact"/>
        <w:jc w:val="both"/>
      </w:pPr>
      <w:r>
        <w:rPr>
          <w:rFonts w:ascii="Georgia" w:hAnsi="Georgia" w:cs="Georgia" w:eastAsia="Georgia"/>
          <w:b w:val="0"/>
          <w:i w:val="0"/>
          <w:sz w:val="22"/>
        </w:rPr>
        <w:t>Voices in the intelligence community noted that though there was "some degradation" of the Houthis' abilities, the group could easily regain them, the report said, citing unnamed officials.</w:t>
      </w:r>
    </w:p>
    <w:p>
      <w:pPr>
        <w:spacing w:before="0" w:after="120" w:line="300" w:lineRule="exact"/>
        <w:jc w:val="both"/>
      </w:pPr>
      <w:r>
        <w:rPr>
          <w:rFonts w:ascii="Georgia" w:hAnsi="Georgia" w:cs="Georgia" w:eastAsia="Georgia"/>
          <w:b w:val="0"/>
          <w:i w:val="0"/>
          <w:sz w:val="22"/>
        </w:rPr>
        <w:t>The Houthis had shot down several multi-million dollar US drones and were still firing at naval ships, among them an aircraft carrier. Some Pentagon planners were concerned that the number of precision munitions used was depleting stockpiles that might be needed elsewhere.</w:t>
      </w:r>
    </w:p>
    <w:p>
      <w:pPr>
        <w:spacing w:before="0" w:after="120" w:line="300" w:lineRule="exact"/>
        <w:jc w:val="both"/>
      </w:pPr>
      <w:r>
        <w:rPr>
          <w:rFonts w:ascii="Georgia" w:hAnsi="Georgia" w:cs="Georgia" w:eastAsia="Georgia"/>
          <w:b w:val="0"/>
          <w:i w:val="0"/>
          <w:sz w:val="22"/>
        </w:rPr>
        <w:t>US officials said that aside from the seven MQ-9 drones the Houthis shot down — each with a $30 million price tag — the Yemeni group nearly hit several F-16 jets and an F-35 stealth fighter, raising the specter of US casualties.</w:t>
      </w:r>
    </w:p>
    <w:p>
      <w:pPr>
        <w:spacing w:before="0" w:after="120" w:line="300" w:lineRule="exact"/>
        <w:jc w:val="both"/>
      </w:pPr>
      <w:r>
        <w:rPr>
          <w:rFonts w:ascii="Georgia" w:hAnsi="Georgia" w:cs="Georgia" w:eastAsia="Georgia"/>
          <w:b w:val="0"/>
          <w:i w:val="0"/>
          <w:sz w:val="22"/>
        </w:rPr>
        <w:t>On April 28, the USS Truman aircraft carrier was forced to make a sharp turn to avoid Houthi fire, several officials said, a move that caused, in part, a fighter jet to fall overboard. Over the next week, a Houthi missile hit Ben Gurion airport in Israel, and another F -18 jet fell overboard from the aircraft carrier.</w:t>
      </w:r>
    </w:p>
    <w:p>
      <w:pPr>
        <w:spacing w:before="0" w:after="120" w:line="300" w:lineRule="exact"/>
        <w:jc w:val="both"/>
      </w:pPr>
      <w:r>
        <w:rPr>
          <w:rFonts w:ascii="Georgia" w:hAnsi="Georgia" w:cs="Georgia" w:eastAsia="Georgia"/>
          <w:b w:val="0"/>
          <w:i w:val="0"/>
          <w:sz w:val="22"/>
        </w:rPr>
        <w:t>A US official said that in late April, a video call between US Defense Secretary Pete Hegseth and Saudi and Emirati officials did not produce agreement on how to move forward.</w:t>
      </w:r>
    </w:p>
    <w:p>
      <w:pPr>
        <w:spacing w:before="0" w:after="120" w:line="300" w:lineRule="exact"/>
        <w:jc w:val="both"/>
      </w:pPr>
      <w:r>
        <w:rPr>
          <w:rFonts w:ascii="Georgia" w:hAnsi="Georgia" w:cs="Georgia" w:eastAsia="Georgia"/>
          <w:b w:val="0"/>
          <w:i w:val="0"/>
          <w:sz w:val="22"/>
        </w:rPr>
        <w:t>American and Arab officials said that Steve Witkoff, Trump's Middle East envoy, brought up an Omani suggestion that the US stop the bombing, and the Houthis would agree to halt firing at US ships in the Red Sea as an offramp.</w:t>
      </w:r>
    </w:p>
    <w:p>
      <w:pPr>
        <w:spacing w:before="0" w:after="120" w:line="300" w:lineRule="exact"/>
        <w:jc w:val="both"/>
      </w:pPr>
      <w:r>
        <w:rPr>
          <w:rFonts w:ascii="Georgia" w:hAnsi="Georgia" w:cs="Georgia" w:eastAsia="Georgia"/>
          <w:b w:val="0"/>
          <w:i w:val="0"/>
          <w:sz w:val="22"/>
        </w:rPr>
        <w:t>The deal would not include an agreement to stop firing at other shipping that the Houthis see as tied to Israel, a campaign, along with the direct attacks on Israel, that the Iran-backed group launched in support of Gaza amid the ongoing war there.</w:t>
      </w:r>
    </w:p>
    <w:p>
      <w:pPr>
        <w:spacing w:before="0" w:after="120" w:line="300" w:lineRule="exact"/>
        <w:jc w:val="both"/>
      </w:pPr>
      <w:r>
        <w:rPr>
          <w:rFonts w:ascii="Georgia" w:hAnsi="Georgia" w:cs="Georgia" w:eastAsia="Georgia"/>
          <w:b w:val="0"/>
          <w:i w:val="0"/>
          <w:sz w:val="22"/>
        </w:rPr>
        <w:t>By May 5, Trump was ready to end the campaign, according to over a dozen current and former officials with knowledge of talks in the president's national security circle. His announcement of a truce with the Houthis came two days later.</w:t>
      </w:r>
    </w:p>
    <w:p>
      <w:pPr>
        <w:spacing w:before="0" w:after="120" w:line="300" w:lineRule="exact"/>
        <w:jc w:val="both"/>
      </w:pPr>
      <w:r>
        <w:rPr>
          <w:rFonts w:ascii="Georgia" w:hAnsi="Georgia" w:cs="Georgia" w:eastAsia="Georgia"/>
          <w:b w:val="0"/>
          <w:i w:val="0"/>
          <w:sz w:val="22"/>
        </w:rPr>
        <w:t>Houthis and their supporters spread the news on social media with the hashtag, "Yemen defeats America."</w:t>
      </w:r>
    </w:p>
    <w:p>
      <w:pPr>
        <w:spacing w:before="0" w:after="120" w:line="300" w:lineRule="exact"/>
        <w:jc w:val="both"/>
      </w:pPr>
      <w:r>
        <w:rPr>
          <w:rFonts w:ascii="Georgia" w:hAnsi="Georgia" w:cs="Georgia" w:eastAsia="Georgia"/>
          <w:b w:val="0"/>
          <w:i w:val="0"/>
          <w:sz w:val="22"/>
        </w:rPr>
        <w:t>A White House spokeswoman said in a statement to The New York Times that "President Trump successfully delivered a cease-fire, which is another good deal for America and our security."</w:t>
      </w:r>
    </w:p>
    <w:p>
      <w:pPr>
        <w:spacing w:before="0" w:after="120" w:line="300" w:lineRule="exact"/>
        <w:jc w:val="both"/>
      </w:pPr>
      <w:r>
        <w:rPr>
          <w:rFonts w:ascii="Georgia" w:hAnsi="Georgia" w:cs="Georgia" w:eastAsia="Georgia"/>
          <w:b w:val="0"/>
          <w:i w:val="0"/>
          <w:sz w:val="22"/>
        </w:rPr>
        <w:t>According to the NYT, the developments indicated that some in the US national security team underestimated the tenacity of the Houthis and overestimated Trump's willingness to engage in a military conflict in the Middle East.</w:t>
      </w:r>
    </w:p>
    <w:p>
      <w:pPr>
        <w:spacing w:before="0" w:after="120" w:line="300" w:lineRule="exact"/>
        <w:jc w:val="both"/>
      </w:pPr>
      <w:r>
        <w:rPr>
          <w:rFonts w:ascii="Georgia" w:hAnsi="Georgia" w:cs="Georgia" w:eastAsia="Georgia"/>
          <w:b w:val="0"/>
          <w:i w:val="0"/>
          <w:sz w:val="22"/>
        </w:rPr>
        <w:t>It noted that during his first term, Trump had worked to bring US troops home from Syria, Afghanistan, and Iraq.</w:t>
      </w:r>
    </w:p>
    <w:p>
      <w:pPr>
        <w:spacing w:before="0" w:after="120" w:line="300" w:lineRule="exact"/>
        <w:jc w:val="both"/>
      </w:pPr>
      <w:r>
        <w:rPr>
          <w:rFonts w:ascii="Georgia" w:hAnsi="Georgia" w:cs="Georgia" w:eastAsia="Georgia"/>
          <w:b w:val="0"/>
          <w:i w:val="0"/>
          <w:sz w:val="22"/>
        </w:rPr>
        <w:t>In addition, Gen. Dan Caine, chairman of the Joint Chiefs of Staff, as well as his predecessors, had worried that fighting the Houthis would draw resources from the Asia-Pacific region.</w:t>
      </w:r>
    </w:p>
    <w:p>
      <w:pPr>
        <w:spacing w:before="0" w:after="120" w:line="300" w:lineRule="exact"/>
        <w:jc w:val="both"/>
      </w:pPr>
      <w:r>
        <w:rPr>
          <w:rFonts w:ascii="Georgia" w:hAnsi="Georgia" w:cs="Georgia" w:eastAsia="Georgia"/>
          <w:b w:val="0"/>
          <w:i w:val="0"/>
          <w:sz w:val="22"/>
        </w:rPr>
        <w:t>Trump's sudden halt to the campaign had surprised Israel, which was still carrying out its own strikes against the Houthis.</w:t>
      </w:r>
    </w:p>
    <w:p>
      <w:pPr>
        <w:spacing w:before="0" w:after="120" w:line="300" w:lineRule="exact"/>
        <w:jc w:val="both"/>
      </w:pPr>
      <w:r>
        <w:rPr>
          <w:rFonts w:ascii="Georgia" w:hAnsi="Georgia" w:cs="Georgia" w:eastAsia="Georgia"/>
          <w:b w:val="0"/>
          <w:i w:val="0"/>
          <w:sz w:val="22"/>
        </w:rPr>
        <w:t>The Houthis — whose slogan calls for "Death to America, Death to Israel, [and] a Curse on the Jews" — first began attacking Israel and maritime traffic in November 2023, a month after the October 7 Hamas massacre.</w:t>
      </w:r>
    </w:p>
    <w:p>
      <w:pPr>
        <w:spacing w:before="0" w:after="120" w:line="300" w:lineRule="exact"/>
        <w:jc w:val="both"/>
      </w:pPr>
      <w:r>
        <w:rPr>
          <w:rFonts w:ascii="Georgia" w:hAnsi="Georgia" w:cs="Georgia" w:eastAsia="Georgia"/>
          <w:b w:val="0"/>
          <w:i w:val="0"/>
          <w:sz w:val="22"/>
        </w:rPr>
        <w:t>The Houthis held their fire when a ceasefire was reached between Israel and Hamas in January 2025. By that point, they had fired over 40 ballistic missiles and dozens of attack drones and cruise missiles at Israel, including one that killed a civilian and wounded several others in Tel Aviv in July, prompting Israel's first strike in Yemen.</w:t>
      </w:r>
    </w:p>
    <w:p>
      <w:pPr>
        <w:spacing w:before="0" w:after="120" w:line="300" w:lineRule="exact"/>
        <w:jc w:val="both"/>
      </w:pPr>
      <w:r>
        <w:rPr>
          <w:rFonts w:ascii="Georgia" w:hAnsi="Georgia" w:cs="Georgia" w:eastAsia="Georgia"/>
          <w:b w:val="0"/>
          <w:i w:val="0"/>
          <w:sz w:val="22"/>
        </w:rPr>
        <w:t>Since March 18, when the IDF resumed its offensive against Hamas in the Gaza Strip, the Houthis have launched some 29 ballistic missiles and at least 10 drones at Israel.</w:t>
      </w:r>
    </w:p>
    <w:p>
      <w:pPr>
        <w:spacing w:before="0" w:after="120" w:line="300" w:lineRule="exact"/>
        <w:jc w:val="both"/>
      </w:pPr>
      <w:r>
        <w:rPr>
          <w:rFonts w:ascii="Georgia" w:hAnsi="Georgia" w:cs="Georgia" w:eastAsia="Georgia"/>
          <w:b w:val="0"/>
          <w:i w:val="0"/>
          <w:sz w:val="22"/>
        </w:rPr>
        <w:t>The sirens warning of missile attacks have sent hundreds of thousands of Israelis rushing to shelters at all hours of the day and night.</w:t>
      </w:r>
    </w:p>
    <w:p>
      <w:pPr>
        <w:spacing w:before="0" w:after="120" w:line="300" w:lineRule="exact"/>
        <w:jc w:val="both"/>
      </w:pPr>
      <w:r>
        <w:rPr>
          <w:rFonts w:ascii="Georgia" w:hAnsi="Georgia" w:cs="Georgia" w:eastAsia="Georgia"/>
          <w:b w:val="0"/>
          <w:i w:val="0"/>
          <w:sz w:val="22"/>
        </w:rPr>
        <w:t>On May 4, two days before Trump announced his truce with the Yemeni terror group, a Houthi ballistic missile beat Israel's defenses and impacted inside the grounds of Ben Gurion Airport, causing damage and minor injuries, and prompting most foreign airlines to institute an ongoing suspension of Israel flights.</w:t>
      </w:r>
    </w:p>
    <w:p>
      <w:pPr>
        <w:spacing w:before="0" w:after="120" w:line="300" w:lineRule="exact"/>
        <w:jc w:val="both"/>
      </w:pPr>
      <w:r>
        <w:rPr>
          <w:rFonts w:ascii="Georgia" w:hAnsi="Georgia" w:cs="Georgia" w:eastAsia="Georgia"/>
          <w:b w:val="0"/>
          <w:i w:val="0"/>
          <w:sz w:val="22"/>
        </w:rPr>
        <w:t>https://www.timesofisrael.com/how-a-floundering-us-campaign-against-the-houthis-reportedly-led-trump-to-a-truc</w:t>
      </w:r>
    </w:p>
    <w:p>
      <w:pPr>
        <w:spacing w:before="0" w:after="120" w:line="300" w:lineRule="exact"/>
        <w:jc w:val="both"/>
      </w:pPr>
      <w:r>
        <w:rPr>
          <w:rFonts w:ascii="Georgia" w:hAnsi="Georgia" w:cs="Georgia" w:eastAsia="Georgia"/>
          <w:b w:val="0"/>
          <w:i w:val="0"/>
          <w:sz w:val="22"/>
        </w:rPr>
        <w:t>(End of report)</w:t>
      </w:r>
    </w:p>
    <w:p>
      <w:pPr>
        <w:spacing w:before="0" w:after="120" w:line="300" w:lineRule="exact"/>
        <w:jc w:val="both"/>
      </w:pPr>
      <w:r>
        <w:rPr>
          <w:rFonts w:ascii="Georgia" w:hAnsi="Georgia" w:cs="Georgia" w:eastAsia="Georgia"/>
          <w:b w:val="0"/>
          <w:i w:val="0"/>
          <w:sz w:val="22"/>
        </w:rPr>
        <w:t>In the midst of committing the murderous genocide in Gazzah together with Israel, the U.S.A. was compelled to announce a ceasefire with the Houtis. Thus, it loudly proclaimed its defeat – defeat inflicted on the superpower by a tiny 'ragtag' group termed 'terrorists' by the Clown Trump and his coalition.</w:t>
      </w:r>
    </w:p>
    <w:p>
      <w:r>
        <w:br w:type="page"/>
      </w:r>
    </w:p>
    <w:p>
      <w:pPr>
        <w:pStyle w:val="Heading1"/>
        <w:spacing w:before="360" w:after="200" w:line="300" w:lineRule="exact"/>
        <w:jc w:val="center"/>
      </w:pPr>
      <w:r>
        <w:rPr>
          <w:rFonts w:ascii="Georgia" w:hAnsi="Georgia" w:cs="Georgia" w:eastAsia="Georgia"/>
          <w:b/>
          <w:i w:val="0"/>
          <w:color w:val="1F3864"/>
          <w:sz w:val="32"/>
        </w:rPr>
        <w:t>ISRAEL IS TRAPPED</w:t>
      </w:r>
    </w:p>
    <w:p>
      <w:pPr>
        <w:spacing w:before="0" w:after="120" w:line="300" w:lineRule="exact"/>
        <w:jc w:val="both"/>
      </w:pPr>
      <w:r>
        <w:rPr>
          <w:rFonts w:ascii="Georgia" w:hAnsi="Georgia" w:cs="Georgia" w:eastAsia="Georgia"/>
          <w:b w:val="0"/>
          <w:i w:val="0"/>
          <w:sz w:val="22"/>
        </w:rPr>
        <w:t>Hamas Statement:</w:t>
      </w:r>
    </w:p>
    <w:p>
      <w:pPr>
        <w:spacing w:before="0" w:after="120" w:line="300" w:lineRule="exact"/>
        <w:jc w:val="both"/>
      </w:pPr>
      <w:r>
        <w:rPr>
          <w:rFonts w:ascii="Georgia" w:hAnsi="Georgia" w:cs="Georgia" w:eastAsia="Georgia"/>
          <w:b w:val="0"/>
          <w:i w:val="0"/>
          <w:sz w:val="22"/>
        </w:rPr>
        <w:t>"Netanyahu excels at sabotaging negotiation rounds, one after another, and does not want to reach any agreement.</w:t>
      </w:r>
    </w:p>
    <w:p>
      <w:pPr>
        <w:spacing w:before="0" w:after="120" w:line="300" w:lineRule="exact"/>
        <w:jc w:val="both"/>
      </w:pPr>
      <w:r>
        <w:rPr>
          <w:rFonts w:ascii="Georgia" w:hAnsi="Georgia" w:cs="Georgia" w:eastAsia="Georgia"/>
          <w:b w:val="0"/>
          <w:i w:val="0"/>
          <w:sz w:val="22"/>
        </w:rPr>
        <w:t>Our resistance fighters are waging a war of attrition that surprises the enemy daily with innovative field tactics, causing it to lose the initiative and disrupting its calculations, despite its superior firepower and air superiority.</w:t>
      </w:r>
    </w:p>
    <w:p>
      <w:pPr>
        <w:spacing w:before="0" w:after="120" w:line="300" w:lineRule="exact"/>
        <w:jc w:val="both"/>
      </w:pPr>
      <w:r>
        <w:rPr>
          <w:rFonts w:ascii="Georgia" w:hAnsi="Georgia" w:cs="Georgia" w:eastAsia="Georgia"/>
          <w:b w:val="0"/>
          <w:i w:val="0"/>
          <w:sz w:val="22"/>
        </w:rPr>
        <w:t>The longer the war continues, the deeper the occupation army sinks into Gaza's quicksand, and the more exposed it becomes to the qualitative strikes of the resistance.</w:t>
      </w:r>
    </w:p>
    <w:p>
      <w:pPr>
        <w:spacing w:before="0" w:after="120" w:line="300" w:lineRule="exact"/>
        <w:jc w:val="both"/>
      </w:pPr>
      <w:r>
        <w:rPr>
          <w:rFonts w:ascii="Georgia" w:hAnsi="Georgia" w:cs="Georgia" w:eastAsia="Georgia"/>
          <w:b w:val="0"/>
          <w:i w:val="0"/>
          <w:sz w:val="22"/>
        </w:rPr>
        <w:t>The criminal Netanyahu is dragging his army and his entity into an absurd war with no horizon; its continuation not only threatens the lives of prisoners and soldiers but also portends a strategic disaster for his entity.</w:t>
      </w:r>
    </w:p>
    <w:p>
      <w:pPr>
        <w:spacing w:before="0" w:after="120" w:line="300" w:lineRule="exact"/>
        <w:jc w:val="both"/>
      </w:pPr>
      <w:r>
        <w:rPr>
          <w:rFonts w:ascii="Georgia" w:hAnsi="Georgia" w:cs="Georgia" w:eastAsia="Georgia"/>
          <w:b w:val="0"/>
          <w:i w:val="0"/>
          <w:sz w:val="22"/>
        </w:rPr>
        <w:t>The "absolute victory" that Netanyahu promotes is a great illusion, to cover up a resounding field and political defeat.</w:t>
      </w:r>
    </w:p>
    <w:p>
      <w:pPr>
        <w:spacing w:before="0" w:after="120" w:line="300" w:lineRule="exact"/>
        <w:jc w:val="both"/>
      </w:pPr>
      <w:r>
        <w:rPr>
          <w:rFonts w:ascii="Georgia" w:hAnsi="Georgia" w:cs="Georgia" w:eastAsia="Georgia"/>
          <w:b w:val="0"/>
          <w:i w:val="0"/>
          <w:sz w:val="22"/>
        </w:rPr>
        <w:t>Islamic Resistance Movement — Hamas</w:t>
      </w:r>
    </w:p>
    <w:p>
      <w:pPr>
        <w:spacing w:before="0" w:after="120" w:line="300" w:lineRule="exact"/>
        <w:jc w:val="both"/>
      </w:pPr>
      <w:r>
        <w:rPr>
          <w:rFonts w:ascii="Georgia" w:hAnsi="Georgia" w:cs="Georgia" w:eastAsia="Georgia"/>
          <w:b w:val="0"/>
          <w:i w:val="0"/>
          <w:sz w:val="22"/>
        </w:rPr>
        <w:t>Monday: 19 Muharram 1447 AH Corresponding to: July 14, 2025 AD"</w:t>
      </w:r>
    </w:p>
    <w:p>
      <w:r>
        <w:br w:type="page"/>
      </w:r>
    </w:p>
    <w:p>
      <w:pPr>
        <w:pStyle w:val="Heading1"/>
        <w:spacing w:before="360" w:after="200" w:line="300" w:lineRule="exact"/>
        <w:jc w:val="center"/>
      </w:pPr>
      <w:r>
        <w:rPr>
          <w:rFonts w:ascii="Georgia" w:hAnsi="Georgia" w:cs="Georgia" w:eastAsia="Georgia"/>
          <w:b/>
          <w:i w:val="0"/>
          <w:color w:val="1F3864"/>
          <w:sz w:val="32"/>
        </w:rPr>
        <w:t>NETANYAHU CALLS ON PALESTINIAN GANGSTERS TO AID HIS ARMED FORCES</w:t>
      </w:r>
    </w:p>
    <w:p>
      <w:pPr>
        <w:spacing w:before="0" w:after="120" w:line="300" w:lineRule="exact"/>
        <w:jc w:val="both"/>
      </w:pPr>
      <w:r>
        <w:rPr>
          <w:rFonts w:ascii="Georgia" w:hAnsi="Georgia" w:cs="Georgia" w:eastAsia="Georgia"/>
          <w:b w:val="0"/>
          <w:i w:val="0"/>
          <w:sz w:val="22"/>
        </w:rPr>
        <w:t>After more than 600 days of incessant bombing, devastating the entire Land of Gazzah, murdering tens of thousands of civilians, mostly women and children, brutally injuring hundreds of thousands, destroying the entire civilian infrastructure and perpetrating the worst case genocide of this century, Israel has conceded the failure of its military and airforce against Hamas.</w:t>
      </w:r>
    </w:p>
    <w:p>
      <w:pPr>
        <w:spacing w:before="0" w:after="120" w:line="300" w:lineRule="exact"/>
        <w:jc w:val="both"/>
      </w:pPr>
      <w:r>
        <w:rPr>
          <w:rFonts w:ascii="Georgia" w:hAnsi="Georgia" w:cs="Georgia" w:eastAsia="Georgia"/>
          <w:b w:val="0"/>
          <w:i w:val="0"/>
          <w:sz w:val="22"/>
        </w:rPr>
        <w:t>Hamas remains a resilient force offering resolute resistance with such tenacity which has now compelled Israel to seek the assistance of treacherous Palestinian gangsters. The Israeli armed forces having failed to defeat Hamas, Netanyahu now believes that the Palestinian gangsters and criminals will be able to achieve the Israeli goal which the Israeli military and airforce have miserably failed to achieve.</w:t>
      </w:r>
    </w:p>
    <w:p>
      <w:pPr>
        <w:spacing w:before="0" w:after="120" w:line="300" w:lineRule="exact"/>
        <w:jc w:val="both"/>
      </w:pPr>
      <w:r>
        <w:rPr>
          <w:rFonts w:ascii="Georgia" w:hAnsi="Georgia" w:cs="Georgia" w:eastAsia="Georgia"/>
          <w:b w:val="0"/>
          <w:i w:val="0"/>
          <w:sz w:val="22"/>
        </w:rPr>
        <w:t>Netanyahu believes that the goal which his million man military and his airforce with the most advanced and sophisticated weaponry, and backed 100% by the U.S. have failed to achieve, will be achieved by the 100 member criminal Palestinian gang. The mass murders and massacres have indeed deranged the brains of the Israelis who are devoid of human souls. Thus they think like animals. In fact, according to the Qur'aan they are "worse than animals".</w:t>
      </w:r>
    </w:p>
    <w:p>
      <w:r>
        <w:br w:type="page"/>
      </w:r>
    </w:p>
    <w:p>
      <w:pPr>
        <w:pStyle w:val="Heading1"/>
        <w:spacing w:before="360" w:after="200" w:line="300" w:lineRule="exact"/>
        <w:jc w:val="center"/>
      </w:pPr>
      <w:r>
        <w:rPr>
          <w:rFonts w:ascii="Georgia" w:hAnsi="Georgia" w:cs="Georgia" w:eastAsia="Georgia"/>
          <w:b/>
          <w:i w:val="0"/>
          <w:color w:val="1F3864"/>
          <w:sz w:val="32"/>
        </w:rPr>
        <w:t>CRIMINAL NETANYAHU ADMITS HIRING PALESTINIAN GANGSTERS</w:t>
      </w:r>
    </w:p>
    <w:p>
      <w:pPr>
        <w:spacing w:before="0" w:after="120" w:line="300" w:lineRule="exact"/>
        <w:jc w:val="both"/>
      </w:pPr>
      <w:r>
        <w:rPr>
          <w:rFonts w:ascii="Georgia" w:hAnsi="Georgia" w:cs="Georgia" w:eastAsia="Georgia"/>
          <w:b w:val="0"/>
          <w:i w:val="0"/>
          <w:sz w:val="22"/>
        </w:rPr>
        <w:t>"Published On 5 Jun 2025</w:t>
      </w:r>
    </w:p>
    <w:p>
      <w:pPr>
        <w:spacing w:before="0" w:after="120" w:line="300" w:lineRule="exact"/>
        <w:jc w:val="both"/>
      </w:pPr>
      <w:r>
        <w:rPr>
          <w:rFonts w:ascii="Georgia" w:hAnsi="Georgia" w:cs="Georgia" w:eastAsia="Georgia"/>
          <w:b w:val="0"/>
          <w:i w:val="0"/>
          <w:sz w:val="22"/>
        </w:rPr>
        <w:t>Israel's Prime Minister Benjamin Netanyahu has said the country is using armed gangs in Gaza to help fight Hamas, his admission coming after a new wave of military strikes on the besieged Gaza Strip that left at least 52 Palestinians dead.</w:t>
      </w:r>
    </w:p>
    <w:p>
      <w:pPr>
        <w:spacing w:before="0" w:after="120" w:line="300" w:lineRule="exact"/>
        <w:jc w:val="both"/>
      </w:pPr>
      <w:r>
        <w:rPr>
          <w:rFonts w:ascii="Georgia" w:hAnsi="Georgia" w:cs="Georgia" w:eastAsia="Georgia"/>
          <w:b w:val="0"/>
          <w:i w:val="0"/>
          <w:sz w:val="22"/>
        </w:rPr>
        <w:t>Netanyahu said the government had "activated" powerful local clans in the enclave on the advice of "security officials", his video statement posted to X on Thursday coming hours after former Defence Minister Avigdor Lieberman accused him of deploying the tactic.</w:t>
      </w:r>
    </w:p>
    <w:p>
      <w:pPr>
        <w:spacing w:before="0" w:after="120" w:line="300" w:lineRule="exact"/>
        <w:jc w:val="both"/>
      </w:pPr>
      <w:r>
        <w:rPr>
          <w:rFonts w:ascii="Georgia" w:hAnsi="Georgia" w:cs="Georgia" w:eastAsia="Georgia"/>
          <w:b w:val="0"/>
          <w:i w:val="0"/>
          <w:sz w:val="22"/>
        </w:rPr>
        <w:t>The statement marked the government's first public acknowledgement that it had backed the armed Palestinian groups based around powerful families, which stand accused by aid workers of carrying out criminal attacks and stealing aid from trucks as starvation stalks the entire territory due to a punishing Israeli blockade.</w:t>
      </w:r>
    </w:p>
    <w:p>
      <w:pPr>
        <w:spacing w:before="0" w:after="120" w:line="300" w:lineRule="exact"/>
        <w:jc w:val="both"/>
      </w:pPr>
      <w:r>
        <w:rPr>
          <w:rFonts w:ascii="Georgia" w:hAnsi="Georgia" w:cs="Georgia" w:eastAsia="Georgia"/>
          <w:b w:val="0"/>
          <w:i w:val="0"/>
          <w:sz w:val="22"/>
        </w:rPr>
        <w:t>An Israeli official cited by news agency The Associated Press said that one of the groups Netanyahu was referring to was the so-called Popular Forces, led by Yasser Abu Shabab, a local clan leader in Rafah.</w:t>
      </w:r>
    </w:p>
    <w:p>
      <w:pPr>
        <w:spacing w:before="0" w:after="120" w:line="300" w:lineRule="exact"/>
        <w:jc w:val="both"/>
      </w:pPr>
      <w:r>
        <w:rPr>
          <w:rFonts w:ascii="Georgia" w:hAnsi="Georgia" w:cs="Georgia" w:eastAsia="Georgia"/>
          <w:b w:val="0"/>
          <w:i w:val="0"/>
          <w:sz w:val="22"/>
        </w:rPr>
        <w:t>Last month, Israeli newspaper Haaretz reported on the group's activities – though it was named the "Anti-Terror Service" in the report – saying that sources in Gaza claimed it consisted of roughly 100 armed men operating with the tacit approval of the Israeli military.</w:t>
      </w:r>
    </w:p>
    <w:p>
      <w:pPr>
        <w:spacing w:before="0" w:after="120" w:line="300" w:lineRule="exact"/>
        <w:jc w:val="both"/>
      </w:pPr>
      <w:r>
        <w:rPr>
          <w:rFonts w:ascii="Georgia" w:hAnsi="Georgia" w:cs="Georgia" w:eastAsia="Georgia"/>
          <w:b w:val="0"/>
          <w:i w:val="0"/>
          <w:sz w:val="22"/>
        </w:rPr>
        <w:t>In recent weeks, the Abu Shabab group announced online that its fighters were helping protect supply shipments to new US- and Israel-backed distribution centres run by the shadowy Gaza Humanitarian Foundation (GHF).</w:t>
      </w:r>
    </w:p>
    <w:p>
      <w:pPr>
        <w:spacing w:before="0" w:after="120" w:line="300" w:lineRule="exact"/>
        <w:jc w:val="both"/>
      </w:pPr>
      <w:r>
        <w:rPr>
          <w:rFonts w:ascii="Georgia" w:hAnsi="Georgia" w:cs="Georgia" w:eastAsia="Georgia"/>
          <w:b w:val="0"/>
          <w:i w:val="0"/>
          <w:sz w:val="22"/>
        </w:rPr>
        <w:t>"The Israeli opposition claims that there was no consultation within the Israeli government or the Israeli cabinet," said Al Jazeera's Hamdah Salhut, reporting from Jordan's capital Amman. "Netanyahu says that these armed gangs … could essentially help the Israelis defeat Hamas in Gaza."</w:t>
      </w:r>
    </w:p>
    <w:p>
      <w:pPr>
        <w:spacing w:before="0" w:after="120" w:line="300" w:lineRule="exact"/>
        <w:jc w:val="both"/>
      </w:pPr>
      <w:r>
        <w:rPr>
          <w:rFonts w:ascii="Georgia" w:hAnsi="Georgia" w:cs="Georgia" w:eastAsia="Georgia"/>
          <w:b w:val="0"/>
          <w:i w:val="0"/>
          <w:sz w:val="22"/>
        </w:rPr>
        <w:t>"But it's not going down well within Israel, where people are saying that these are armed criminal enterprises within the Gaza Strip. That they should not be armed and that these are Israeli weapons that are being put in their hands," she said."</w:t>
      </w:r>
    </w:p>
    <w:p>
      <w:pPr>
        <w:spacing w:before="0" w:after="120" w:line="300" w:lineRule="exact"/>
        <w:jc w:val="both"/>
      </w:pPr>
      <w:r>
        <w:rPr>
          <w:rFonts w:ascii="Georgia" w:hAnsi="Georgia" w:cs="Georgia" w:eastAsia="Georgia"/>
          <w:b w:val="0"/>
          <w:i w:val="0"/>
          <w:sz w:val="22"/>
        </w:rPr>
        <w:t>Indeed, the Israeli Yahoodis have descended into the dregs of the sewer drain like rats. With the functioning of their brains irreparably deranged in the wake of their brutality and barbarism, they are now looking askance at a small band of hardened criminals and gangsters to rescue them from the morass in which they are sinking to their doom. The enlisting of Palestinian gangsters has appalled even some sensible Yahoodis.</w:t>
      </w:r>
    </w:p>
    <w:p>
      <w:r>
        <w:br w:type="page"/>
      </w:r>
    </w:p>
    <w:p>
      <w:pPr>
        <w:pStyle w:val="Heading1"/>
        <w:spacing w:before="360" w:after="200" w:line="300" w:lineRule="exact"/>
        <w:jc w:val="center"/>
      </w:pPr>
      <w:r>
        <w:rPr>
          <w:rFonts w:ascii="Georgia" w:hAnsi="Georgia" w:cs="Georgia" w:eastAsia="Georgia"/>
          <w:b/>
          <w:i w:val="0"/>
          <w:color w:val="1F3864"/>
          <w:sz w:val="32"/>
        </w:rPr>
        <w:t>THE AUSTRALIAN IMAAM WRONGLY ACCUSED</w:t>
      </w:r>
    </w:p>
    <w:p>
      <w:pPr>
        <w:spacing w:before="0" w:after="120" w:line="300" w:lineRule="exact"/>
        <w:jc w:val="both"/>
      </w:pPr>
      <w:r>
        <w:rPr>
          <w:rFonts w:ascii="Georgia" w:hAnsi="Georgia" w:cs="Georgia" w:eastAsia="Georgia"/>
          <w:b w:val="0"/>
          <w:i w:val="0"/>
          <w:sz w:val="22"/>
        </w:rPr>
        <w:t>An Imaam in Australia has been accused of 'antisemitism' for having recited the Qunoot-e-Naazilah invocation (Dua) during the Jumuah Khutbah. The moron kuffaar Yahood say that the Imaam is vilifying Jews for having "called on Allah to kill all oppressors".</w:t>
      </w:r>
    </w:p>
    <w:p>
      <w:pPr>
        <w:spacing w:before="0" w:after="120" w:line="300" w:lineRule="exact"/>
        <w:jc w:val="both"/>
      </w:pPr>
      <w:r>
        <w:rPr>
          <w:rFonts w:ascii="Georgia" w:hAnsi="Georgia" w:cs="Georgia" w:eastAsia="Georgia"/>
          <w:b w:val="0"/>
          <w:i w:val="0"/>
          <w:sz w:val="22"/>
        </w:rPr>
        <w:t>"The Australian (newspaper) has reported that Zoud (i.e. Sheikh Ahmed Zoud) in recent days issued a public prayer in which he called on Allah to 'deal with tyrants and the oppressors', asking Him to 'count them one by one, kill them all and leave none of them behind."</w:t>
      </w:r>
    </w:p>
    <w:p>
      <w:pPr>
        <w:spacing w:before="0" w:after="120" w:line="300" w:lineRule="exact"/>
        <w:jc w:val="both"/>
      </w:pPr>
      <w:r>
        <w:rPr>
          <w:rFonts w:ascii="Georgia" w:hAnsi="Georgia" w:cs="Georgia" w:eastAsia="Georgia"/>
          <w:b w:val="0"/>
          <w:i w:val="0"/>
          <w:sz w:val="22"/>
        </w:rPr>
        <w:t>In fact, Nabi Nooh (Alayhis salaam), had made this Dua many millennia ago. Stating his Invocation, the Qur'aan Majeed says: "O my Rabb! Leave not a single one of the kaafireen on earth. Most assuredly, if You leave them, they will only mislead Your servants and give birth to only immoral disbelievers." (Surah Nooh, Verses 26 &amp; 27)</w:t>
      </w:r>
    </w:p>
    <w:p>
      <w:pPr>
        <w:spacing w:before="0" w:after="120" w:line="300" w:lineRule="exact"/>
        <w:jc w:val="both"/>
      </w:pPr>
      <w:r>
        <w:rPr>
          <w:rFonts w:ascii="Georgia" w:hAnsi="Georgia" w:cs="Georgia" w:eastAsia="Georgia"/>
          <w:b w:val="0"/>
          <w:i w:val="0"/>
          <w:sz w:val="22"/>
        </w:rPr>
        <w:t>The newspaper noted that while Zoud didn't mention Jews in his latest comments, his invocation could be interpreted as targeting Jewish people as a whole.</w:t>
      </w:r>
    </w:p>
    <w:p>
      <w:pPr>
        <w:spacing w:before="0" w:after="120" w:line="300" w:lineRule="exact"/>
        <w:jc w:val="both"/>
      </w:pPr>
      <w:r>
        <w:rPr>
          <w:rFonts w:ascii="Georgia" w:hAnsi="Georgia" w:cs="Georgia" w:eastAsia="Georgia"/>
          <w:b w:val="0"/>
          <w:i w:val="0"/>
          <w:sz w:val="22"/>
        </w:rPr>
        <w:t>The issue is not the Imaam and his comments. The issue is Islam which the kuffaar abhor. The Invocation made by the Imaam is a standard prayer (Dua) observed by Muslims all over the world. It has been in vogue in the Ummah since the very era of Rasulullah (Sallallahu alayhi wasallam) more than 14 centuries ago. This Dua which the Imaam had made is the Sunnah and it shall always be made when Muslims are oppressed and brutalized by oppressors regardless of the nationality and religion of the oppressors and tyrants.</w:t>
      </w:r>
    </w:p>
    <w:p>
      <w:pPr>
        <w:spacing w:before="0" w:after="120" w:line="300" w:lineRule="exact"/>
        <w:jc w:val="both"/>
      </w:pPr>
      <w:r>
        <w:rPr>
          <w:rFonts w:ascii="Georgia" w:hAnsi="Georgia" w:cs="Georgia" w:eastAsia="Georgia"/>
          <w:b w:val="0"/>
          <w:i w:val="0"/>
          <w:sz w:val="22"/>
        </w:rPr>
        <w:t>Thus, the 'oppressors and tyrants' mentioned in the Qunoot Invocation bring within its scope the Clown Trump, Netanyahu and his gangsters, Putin, the China oppressors of Muslims, Modi and his Hindu gangs of cow and idol worshippers, the MBS regime of Saudi Arabia, the Sisi regime of Egypt, the regimes of Tunisia, Algeria and Morocco, and others of whatever hue and persuasion they may be. All of them are oppressors and tyrants, hence the Dua covers them all.</w:t>
      </w:r>
    </w:p>
    <w:p>
      <w:pPr>
        <w:spacing w:before="0" w:after="120" w:line="300" w:lineRule="exact"/>
        <w:jc w:val="both"/>
      </w:pPr>
      <w:r>
        <w:rPr>
          <w:rFonts w:ascii="Georgia" w:hAnsi="Georgia" w:cs="Georgia" w:eastAsia="Georgia"/>
          <w:b w:val="0"/>
          <w:i w:val="0"/>
          <w:sz w:val="22"/>
        </w:rPr>
        <w:t>Muslims always invoke Allah Ta'ala to punish and eliminate all oppressors and tyrants. This Invocation is not a speciality and monopoly of the Australian Imaam. The Imaam has not innovated it.</w:t>
      </w:r>
    </w:p>
    <w:p>
      <w:r>
        <w:br w:type="page"/>
      </w:r>
    </w:p>
    <w:p>
      <w:pPr>
        <w:pStyle w:val="Heading1"/>
        <w:spacing w:before="360" w:after="200" w:line="300" w:lineRule="exact"/>
        <w:jc w:val="center"/>
      </w:pPr>
      <w:r>
        <w:rPr>
          <w:rFonts w:ascii="Georgia" w:hAnsi="Georgia" w:cs="Georgia" w:eastAsia="Georgia"/>
          <w:b/>
          <w:i w:val="0"/>
          <w:color w:val="1F3864"/>
          <w:sz w:val="32"/>
        </w:rPr>
        <w:t>A CONUNDRUM IS SOLVED</w:t>
      </w:r>
    </w:p>
    <w:p>
      <w:pPr>
        <w:spacing w:before="0" w:after="120" w:line="300" w:lineRule="exact"/>
        <w:jc w:val="both"/>
      </w:pPr>
      <w:r>
        <w:rPr>
          <w:rFonts w:ascii="Georgia" w:hAnsi="Georgia" w:cs="Georgia" w:eastAsia="Georgia"/>
          <w:b w:val="0"/>
          <w:i w:val="0"/>
          <w:sz w:val="22"/>
        </w:rPr>
        <w:t>We have heard from some of our Akaabir Ulama that when Imaam Mahdi (Alayhis salaam) makes his appearance, there will be Ulama who will be issuing fatwa against him, calling him an imposter, etc. This claim was indeed a conundrum for us. How will it be possible for Ulama to issue fatwas against Imaam Mahdi (Alayhis salaam)?</w:t>
      </w:r>
    </w:p>
    <w:p>
      <w:pPr>
        <w:spacing w:before="0" w:after="120" w:line="300" w:lineRule="exact"/>
        <w:jc w:val="both"/>
      </w:pPr>
      <w:r>
        <w:rPr>
          <w:rFonts w:ascii="Georgia" w:hAnsi="Georgia" w:cs="Georgia" w:eastAsia="Georgia"/>
          <w:b w:val="0"/>
          <w:i w:val="0"/>
          <w:sz w:val="22"/>
        </w:rPr>
        <w:t>However, this conundrum has now been solved. Despite the claim having been incomprehensible, the reaction and statements of todays swami and pundit molvis of the India Jamiat has made it comprehensible. When molvis who have now become swamis and pundits, have the naked, stupid and satanic temerity of displaying their dunderhead stupidity of declaring war against Jibraeel (Alayhis salaam) and Allah Azza Wa Jal, and proudly claiming to be standing 'shoulder to shoulder' with the mushrik Hindus against the Muslims of Pakistan, then there is no longer any conundrum. These are the type of 'ulama' who will issue fatwas against Imaam Mahdi (Alayhis salaam) in their bootlicking endeavours to placate the kuffaar rulers. They will join the ranks of Dajjaal.</w:t>
      </w:r>
    </w:p>
    <w:p>
      <w:pPr>
        <w:spacing w:before="0" w:after="120" w:line="300" w:lineRule="exact"/>
        <w:jc w:val="both"/>
      </w:pPr>
      <w:r>
        <w:rPr>
          <w:rFonts w:ascii="Georgia" w:hAnsi="Georgia" w:cs="Georgia" w:eastAsia="Georgia"/>
          <w:b w:val="0"/>
          <w:i w:val="0"/>
          <w:sz w:val="22"/>
        </w:rPr>
        <w:t>The miscreant munaafiq 'ulama' who will align themselves with Dajjaal against Imaam Mahdi (Alayhis salaam) will be of the ilk of the molvis of the current Jamiatul Juhala wal Murtaddeen (the so-called Jamiatul Ulama-e-Hind) of India. They will be molvis such as Swami Muzammil and Pundit Madani.</w:t>
      </w:r>
    </w:p>
    <w:p>
      <w:r>
        <w:br w:type="page"/>
      </w:r>
    </w:p>
    <w:p>
      <w:pPr>
        <w:pStyle w:val="Heading1"/>
        <w:spacing w:before="360" w:after="200" w:line="300" w:lineRule="exact"/>
        <w:jc w:val="center"/>
      </w:pPr>
      <w:r>
        <w:rPr>
          <w:rFonts w:ascii="Georgia" w:hAnsi="Georgia" w:cs="Georgia" w:eastAsia="Georgia"/>
          <w:b/>
          <w:i w:val="0"/>
          <w:color w:val="1F3864"/>
          <w:sz w:val="32"/>
        </w:rPr>
        <w:t>IT IS ALLAH'S PUNISHMENT</w:t>
      </w:r>
    </w:p>
    <w:p>
      <w:pPr>
        <w:spacing w:before="120" w:after="40" w:line="300" w:lineRule="exact"/>
        <w:jc w:val="both"/>
      </w:pPr>
      <w:r>
        <w:rPr>
          <w:rFonts w:ascii="Georgia" w:hAnsi="Georgia" w:cs="Georgia" w:eastAsia="Georgia"/>
          <w:b/>
          <w:i/>
          <w:sz w:val="22"/>
        </w:rPr>
        <w:t>Q. What is happening in the Middle East? How can such a small nation as Israel pummel all the Arab countries with impunity? What interpretation is there for this state of affairs?</w:t>
      </w:r>
    </w:p>
    <w:p>
      <w:pPr>
        <w:spacing w:before="0" w:after="120" w:line="300" w:lineRule="exact"/>
        <w:jc w:val="both"/>
      </w:pPr>
      <w:r>
        <w:rPr>
          <w:rFonts w:ascii="Georgia" w:hAnsi="Georgia" w:cs="Georgia" w:eastAsia="Georgia"/>
          <w:b w:val="0"/>
          <w:i w:val="0"/>
          <w:sz w:val="22"/>
        </w:rPr>
        <w:t>A. There is no conundrum underlying the impunity and impudicity of the U.S.A's puppet state Israel. Those who are flummoxed and in a quandary regarding the military successes of Israel and the humiliating and terrible defeats of the Muslim countries are oblivious of the teachings of the Qur'aan. Their focus is only on the dunya, and that too extremely superficial. Commenting on the deficient focus of people, the Qur'aan Majeed states:</w:t>
      </w:r>
    </w:p>
    <w:p>
      <w:pPr>
        <w:spacing w:before="120" w:after="120" w:line="300" w:lineRule="exact"/>
        <w:ind w:left="720" w:right="720"/>
        <w:jc w:val="center"/>
      </w:pPr>
      <w:r>
        <w:rPr>
          <w:rFonts w:ascii="Georgia" w:hAnsi="Georgia" w:cs="Georgia" w:eastAsia="Georgia"/>
          <w:b w:val="0"/>
          <w:i/>
          <w:sz w:val="22"/>
        </w:rPr>
        <w:t>"They know only the zaahir of the dunya whilst they are oblivious (ghaafil) of the Aakhirah."</w:t>
      </w:r>
    </w:p>
    <w:p>
      <w:pPr>
        <w:spacing w:before="120" w:after="120" w:line="300" w:lineRule="exact"/>
        <w:ind w:left="720" w:right="720"/>
        <w:jc w:val="center"/>
      </w:pPr>
      <w:r>
        <w:rPr>
          <w:rFonts w:ascii="Georgia" w:hAnsi="Georgia" w:cs="Georgia" w:eastAsia="Georgia"/>
          <w:b w:val="0"/>
          <w:i/>
          <w:sz w:val="22"/>
        </w:rPr>
        <w:t>(Ar-Room, Aayat 7)</w:t>
      </w:r>
    </w:p>
    <w:p>
      <w:pPr>
        <w:spacing w:before="0" w:after="120" w:line="300" w:lineRule="exact"/>
        <w:jc w:val="both"/>
      </w:pPr>
      <w:r>
        <w:rPr>
          <w:rFonts w:ascii="Georgia" w:hAnsi="Georgia" w:cs="Georgia" w:eastAsia="Georgia"/>
          <w:b w:val="0"/>
          <w:i w:val="0"/>
          <w:sz w:val="22"/>
        </w:rPr>
        <w:t>Not only is their focus only on the dunya, their understanding of the affairs of even this mundane life is extremely superficial, hence they are in a quandary.</w:t>
      </w:r>
    </w:p>
    <w:p>
      <w:pPr>
        <w:spacing w:before="0" w:after="120" w:line="300" w:lineRule="exact"/>
        <w:jc w:val="both"/>
      </w:pPr>
      <w:r>
        <w:rPr>
          <w:rFonts w:ascii="Georgia" w:hAnsi="Georgia" w:cs="Georgia" w:eastAsia="Georgia"/>
          <w:b w:val="0"/>
          <w:i w:val="0"/>
          <w:sz w:val="22"/>
        </w:rPr>
        <w:t>The Qur'aan Majeed states explicitly that it is Allah Ta'ala who grants power to nations, and it is He who snatches away power. It is Allah Ta'ala who grants honour to people, and it is He who humiliates them. There is no conundrum in what is transpiring in Palestine and in the Muslim countries, and all over the world. It is the Athaab of Allah Ta'ala. Allah Ta'ala is empowering and allowing the Jews and the Christians to perpetrate their brutality. It is the Athaab of Allah Ta'ala.</w:t>
      </w:r>
    </w:p>
    <w:p>
      <w:pPr>
        <w:spacing w:before="0" w:after="120" w:line="300" w:lineRule="exact"/>
        <w:jc w:val="both"/>
      </w:pPr>
      <w:r>
        <w:rPr>
          <w:rFonts w:ascii="Georgia" w:hAnsi="Georgia" w:cs="Georgia" w:eastAsia="Georgia"/>
          <w:b w:val="0"/>
          <w:i w:val="0"/>
          <w:sz w:val="22"/>
        </w:rPr>
        <w:t>Without the decree of Allah Azza Wa Jal, not an ant can move. Thus, the Qur'aan Majeed states:</w:t>
      </w:r>
    </w:p>
    <w:p>
      <w:pPr>
        <w:spacing w:before="120" w:after="120" w:line="300" w:lineRule="exact"/>
        <w:ind w:left="720" w:right="720"/>
        <w:jc w:val="center"/>
      </w:pPr>
      <w:r>
        <w:rPr>
          <w:rFonts w:ascii="Georgia" w:hAnsi="Georgia" w:cs="Georgia" w:eastAsia="Georgia"/>
          <w:b w:val="0"/>
          <w:i/>
          <w:sz w:val="22"/>
        </w:rPr>
        <w:t>"Not a leaf drops (from a tree) but He is aware…. It is recorded in a Clear Book."</w:t>
      </w:r>
    </w:p>
    <w:p>
      <w:pPr>
        <w:spacing w:before="0" w:after="120" w:line="300" w:lineRule="exact"/>
        <w:jc w:val="both"/>
      </w:pPr>
      <w:r>
        <w:rPr>
          <w:rFonts w:ascii="Georgia" w:hAnsi="Georgia" w:cs="Georgia" w:eastAsia="Georgia"/>
          <w:b w:val="0"/>
          <w:i w:val="0"/>
          <w:sz w:val="22"/>
        </w:rPr>
        <w:t>When such is the all embracing, all-encompassing knowledge and power of Allah Ta'ala, then there is no puzzle, no conundrum for the Mu'min. Muslims have become traitors to Allah Ta'ala. He is now punishing us for our treachery. The kuffaar are part of the Army of Allah Azza Wa Jal. The Qur'aan states: "No one knows the armies of Allah, except He." Thus, whatever is transpiring in the lands of Islam today, is Divine Punishment which will run its prescribed course.</w:t>
      </w:r>
    </w:p>
    <w:p>
      <w:r>
        <w:br w:type="page"/>
      </w:r>
    </w:p>
    <w:p>
      <w:pPr>
        <w:pStyle w:val="Heading1"/>
        <w:spacing w:before="360" w:after="200" w:line="300" w:lineRule="exact"/>
        <w:jc w:val="center"/>
      </w:pPr>
      <w:r>
        <w:rPr>
          <w:rFonts w:ascii="Georgia" w:hAnsi="Georgia" w:cs="Georgia" w:eastAsia="Georgia"/>
          <w:b/>
          <w:i w:val="0"/>
          <w:color w:val="1F3864"/>
          <w:sz w:val="32"/>
        </w:rPr>
        <w:t>THE ICC KANGAROO COURT</w:t>
      </w:r>
    </w:p>
    <w:p>
      <w:pPr>
        <w:spacing w:before="0" w:after="120" w:line="300" w:lineRule="exact"/>
        <w:jc w:val="both"/>
      </w:pPr>
      <w:r>
        <w:rPr>
          <w:rFonts w:ascii="Georgia" w:hAnsi="Georgia" w:cs="Georgia" w:eastAsia="Georgia"/>
          <w:b w:val="0"/>
          <w:i w:val="0"/>
          <w:sz w:val="22"/>
        </w:rPr>
        <w:t>A stupidly glorified kangaroo court designated ICC by the western powers of oppression, has issued stupid 'arrest warrants' for two Taliban leaders "on charges of abuses against women". The kangaroo court's prosecutor is one murtad dubbed 'karim khan' masquerading as a Muslim.</w:t>
      </w:r>
    </w:p>
    <w:p>
      <w:pPr>
        <w:spacing w:before="0" w:after="120" w:line="300" w:lineRule="exact"/>
        <w:jc w:val="both"/>
      </w:pPr>
      <w:r>
        <w:rPr>
          <w:rFonts w:ascii="Georgia" w:hAnsi="Georgia" w:cs="Georgia" w:eastAsia="Georgia"/>
          <w:b w:val="0"/>
          <w:i w:val="0"/>
          <w:sz w:val="22"/>
        </w:rPr>
        <w:t>Since the Taliban have assumed control, there is complete peace in Afghanistan. Crime is unknown or extremely negligible. The ludicrousness of the kangaroo court's silly 'arrest warrants' is indeed mind boggling. While genocide is being perpetrated elsewhere – in Palestine – the morons of the kangaroo court are seeking to disturb the peace existing in Afghanistan.</w:t>
      </w:r>
    </w:p>
    <w:p>
      <w:pPr>
        <w:spacing w:before="0" w:after="120" w:line="300" w:lineRule="exact"/>
        <w:jc w:val="both"/>
      </w:pPr>
      <w:r>
        <w:rPr>
          <w:rFonts w:ascii="Georgia" w:hAnsi="Georgia" w:cs="Georgia" w:eastAsia="Georgia"/>
          <w:b w:val="0"/>
          <w:i w:val="0"/>
          <w:sz w:val="22"/>
        </w:rPr>
        <w:t>The first person who is supposed to be arrested in terms of the kangaroo court's conception of war crimes and genocide is the clown, Trump who is the primary felon responsible for the genocide in Palestine. While Netanyahu is in the forefront of the flagitious crimes, brutality and genocide, he is Trump's puppet.</w:t>
      </w:r>
    </w:p>
    <w:p>
      <w:pPr>
        <w:spacing w:before="0" w:after="120" w:line="300" w:lineRule="exact"/>
        <w:jc w:val="both"/>
      </w:pPr>
      <w:r>
        <w:rPr>
          <w:rFonts w:ascii="Georgia" w:hAnsi="Georgia" w:cs="Georgia" w:eastAsia="Georgia"/>
          <w:b w:val="0"/>
          <w:i w:val="0"/>
          <w:sz w:val="22"/>
        </w:rPr>
        <w:t>Minus US support and provision of billions of dollars of military equipment every month, the paper, backyard 'state' of Israel will not be able to subsist for a week.</w:t>
      </w:r>
    </w:p>
    <w:p>
      <w:pPr>
        <w:spacing w:before="0" w:after="120" w:line="300" w:lineRule="exact"/>
        <w:jc w:val="both"/>
      </w:pPr>
      <w:r>
        <w:rPr>
          <w:rFonts w:ascii="Georgia" w:hAnsi="Georgia" w:cs="Georgia" w:eastAsia="Georgia"/>
          <w:b w:val="0"/>
          <w:i w:val="0"/>
          <w:sz w:val="22"/>
        </w:rPr>
        <w:t>Despite Trump being the vilest felon and war criminal of this century, the morons of the ICC kangaroo court turn a blind eye and a deaf ear to the reality of the genocide. Although the kangaroo court has issued a warrant for the arrest of Netanyahu, the puppet, it is merely cosmetic without any intent of having the rubbish Yahood arrested. That is why the barbarian is able to travel to America without member states of the kangaroo court effecting the arrest ordered by the morons of the ICC. Yet the morons issue 'arrest warrants' for the Taliban who are governing the affairs of the country strictly within the framework of the Shariah of Islam.</w:t>
      </w:r>
    </w:p>
    <w:p>
      <w:pPr>
        <w:spacing w:before="0" w:after="120" w:line="300" w:lineRule="exact"/>
        <w:jc w:val="both"/>
      </w:pPr>
      <w:r>
        <w:rPr>
          <w:rFonts w:ascii="Georgia" w:hAnsi="Georgia" w:cs="Georgia" w:eastAsia="Georgia"/>
          <w:b w:val="0"/>
          <w:i w:val="0"/>
          <w:sz w:val="22"/>
        </w:rPr>
        <w:t>The truth underlying the issue is western hatred for Islam. Their target is Islam. Now under the stupid cover of 'women's rights', the kangaroo court is attempting to assist the enemies of Islam (the Yahood and Nasaara) against those true Muslims who are upholding the Standard of Islam. The bottom line underlying the kangaroo court's stupid warrants is HATRED FOR ISLAM.</w:t>
      </w:r>
    </w:p>
    <w:p>
      <w:r>
        <w:br w:type="page"/>
      </w:r>
    </w:p>
    <w:p>
      <w:pPr>
        <w:pStyle w:val="Heading1"/>
        <w:spacing w:before="360" w:after="200" w:line="300" w:lineRule="exact"/>
        <w:jc w:val="center"/>
      </w:pPr>
      <w:r>
        <w:rPr>
          <w:rFonts w:ascii="Georgia" w:hAnsi="Georgia" w:cs="Georgia" w:eastAsia="Georgia"/>
          <w:b/>
          <w:i w:val="0"/>
          <w:color w:val="1F3864"/>
          <w:sz w:val="32"/>
        </w:rPr>
        <w:t>THE ISRAELI SUICIDAL DISINTEGRATION</w:t>
      </w:r>
    </w:p>
    <w:p>
      <w:pPr>
        <w:spacing w:before="0" w:after="120" w:line="300" w:lineRule="exact"/>
        <w:jc w:val="both"/>
      </w:pPr>
      <w:r>
        <w:rPr>
          <w:rFonts w:ascii="Georgia" w:hAnsi="Georgia" w:cs="Georgia" w:eastAsia="Georgia"/>
          <w:b w:val="0"/>
          <w:i w:val="0"/>
          <w:sz w:val="22"/>
        </w:rPr>
        <w:t>By the Yahudi, Lior Ben-Shaul, Political Analyst at Yedioth Ahronoth</w:t>
      </w:r>
    </w:p>
    <w:p>
      <w:pPr>
        <w:spacing w:before="0" w:after="120" w:line="300" w:lineRule="exact"/>
        <w:jc w:val="both"/>
      </w:pPr>
      <w:r>
        <w:rPr>
          <w:rFonts w:ascii="Georgia" w:hAnsi="Georgia" w:cs="Georgia" w:eastAsia="Georgia"/>
          <w:b w:val="0"/>
          <w:i w:val="0"/>
          <w:sz w:val="22"/>
        </w:rPr>
        <w:t>"The Beginning of the End: Israel Will Collapse Within Two Years... and Israelis Will Flee Like Rats"</w:t>
      </w:r>
    </w:p>
    <w:p>
      <w:pPr>
        <w:spacing w:before="0" w:after="120" w:line="300" w:lineRule="exact"/>
        <w:jc w:val="both"/>
      </w:pPr>
      <w:r>
        <w:rPr>
          <w:rFonts w:ascii="Georgia" w:hAnsi="Georgia" w:cs="Georgia" w:eastAsia="Georgia"/>
          <w:b w:val="0"/>
          <w:i w:val="0"/>
          <w:sz w:val="22"/>
        </w:rPr>
        <w:t>By Lior Ben-Shaul, Political Analyst at Yedioth Ahronoth</w:t>
      </w:r>
    </w:p>
    <w:p>
      <w:pPr>
        <w:spacing w:before="0" w:after="120" w:line="300" w:lineRule="exact"/>
        <w:jc w:val="both"/>
      </w:pPr>
      <w:r>
        <w:rPr>
          <w:rFonts w:ascii="Georgia" w:hAnsi="Georgia" w:cs="Georgia" w:eastAsia="Georgia"/>
          <w:b w:val="0"/>
          <w:i w:val="0"/>
          <w:sz w:val="22"/>
        </w:rPr>
        <w:t>Who would have thought that a state founded on the ashes of a world war, nourished by unlimited Western support, would reach this dark moment?</w:t>
      </w:r>
    </w:p>
    <w:p>
      <w:pPr>
        <w:spacing w:before="0" w:after="120" w:line="300" w:lineRule="exact"/>
        <w:jc w:val="both"/>
      </w:pPr>
      <w:r>
        <w:rPr>
          <w:rFonts w:ascii="Georgia" w:hAnsi="Georgia" w:cs="Georgia" w:eastAsia="Georgia"/>
          <w:b w:val="0"/>
          <w:i w:val="0"/>
          <w:sz w:val="22"/>
        </w:rPr>
        <w:t>Yes, I say it clearly and without embellishment: Israel will collapse within two years.</w:t>
      </w:r>
    </w:p>
    <w:p>
      <w:pPr>
        <w:spacing w:before="0" w:after="120" w:line="300" w:lineRule="exact"/>
        <w:jc w:val="both"/>
      </w:pPr>
      <w:r>
        <w:rPr>
          <w:rFonts w:ascii="Georgia" w:hAnsi="Georgia" w:cs="Georgia" w:eastAsia="Georgia"/>
          <w:b w:val="0"/>
          <w:i w:val="0"/>
          <w:sz w:val="22"/>
        </w:rPr>
        <w:t>What we are experiencing today is not just a "security crisis" or a "political stalemate." It is an existential earthquake that is destroying the foundations of the Zionist project. Hamas has not only won on the battlefield; it has also shattered the myth of the "invincible state" and exposed our fragility to the world.</w:t>
      </w:r>
    </w:p>
    <w:p>
      <w:pPr>
        <w:spacing w:before="0" w:after="120" w:line="300" w:lineRule="exact"/>
        <w:jc w:val="both"/>
      </w:pPr>
      <w:r>
        <w:rPr>
          <w:rFonts w:ascii="Georgia" w:hAnsi="Georgia" w:cs="Georgia" w:eastAsia="Georgia"/>
          <w:b w:val="0"/>
          <w:i w:val="0"/>
          <w:sz w:val="22"/>
        </w:rPr>
        <w:t>We are drowning, and people are fleeing.</w:t>
      </w:r>
    </w:p>
    <w:p>
      <w:pPr>
        <w:spacing w:before="0" w:after="120" w:line="300" w:lineRule="exact"/>
        <w:jc w:val="both"/>
      </w:pPr>
      <w:r>
        <w:rPr>
          <w:rFonts w:ascii="Georgia" w:hAnsi="Georgia" w:cs="Georgia" w:eastAsia="Georgia"/>
          <w:b w:val="0"/>
          <w:i w:val="0"/>
          <w:sz w:val="22"/>
        </w:rPr>
        <w:t>Flights to Europe, the United States, and Canada are fully booked. Embassies are inundated with immigration applications. Families are silently selling their possessions. Parents are sending their children abroad to study, with no intention of returning. We are not emigrating... we are fleeing. Yes, we are fleeing like rats from a sinking ship.</w:t>
      </w:r>
    </w:p>
    <w:p>
      <w:pPr>
        <w:spacing w:before="0" w:after="120" w:line="300" w:lineRule="exact"/>
        <w:jc w:val="both"/>
      </w:pPr>
      <w:r>
        <w:rPr>
          <w:rFonts w:ascii="Georgia" w:hAnsi="Georgia" w:cs="Georgia" w:eastAsia="Georgia"/>
          <w:b w:val="0"/>
          <w:i w:val="0"/>
          <w:sz w:val="22"/>
        </w:rPr>
        <w:t>Scenes of humiliation have become daily:</w:t>
      </w:r>
    </w:p>
    <w:p>
      <w:pPr>
        <w:spacing w:before="0" w:after="120" w:line="300" w:lineRule="exact"/>
        <w:jc w:val="both"/>
      </w:pPr>
      <w:r>
        <w:rPr>
          <w:rFonts w:ascii="Georgia" w:hAnsi="Georgia" w:cs="Georgia" w:eastAsia="Georgia"/>
          <w:b w:val="0"/>
          <w:i w:val="0"/>
          <w:sz w:val="22"/>
        </w:rPr>
        <w:t>– Soldiers crying in front of the cameras.</w:t>
      </w:r>
    </w:p>
    <w:p>
      <w:pPr>
        <w:spacing w:before="0" w:after="120" w:line="300" w:lineRule="exact"/>
        <w:jc w:val="both"/>
      </w:pPr>
      <w:r>
        <w:rPr>
          <w:rFonts w:ascii="Georgia" w:hAnsi="Georgia" w:cs="Georgia" w:eastAsia="Georgia"/>
          <w:b w:val="0"/>
          <w:i w:val="0"/>
          <w:sz w:val="22"/>
        </w:rPr>
        <w:t>– Settlers fleeing from the south and the north.</w:t>
      </w:r>
    </w:p>
    <w:p>
      <w:pPr>
        <w:spacing w:before="0" w:after="120" w:line="300" w:lineRule="exact"/>
        <w:jc w:val="both"/>
      </w:pPr>
      <w:r>
        <w:rPr>
          <w:rFonts w:ascii="Georgia" w:hAnsi="Georgia" w:cs="Georgia" w:eastAsia="Georgia"/>
          <w:b w:val="0"/>
          <w:i w:val="0"/>
          <w:sz w:val="22"/>
        </w:rPr>
        <w:t>– Ministers shouting and threatening… to no avail.</w:t>
      </w:r>
    </w:p>
    <w:p>
      <w:pPr>
        <w:spacing w:before="0" w:after="120" w:line="300" w:lineRule="exact"/>
        <w:jc w:val="both"/>
      </w:pPr>
      <w:r>
        <w:rPr>
          <w:rFonts w:ascii="Georgia" w:hAnsi="Georgia" w:cs="Georgia" w:eastAsia="Georgia"/>
          <w:b w:val="0"/>
          <w:i w:val="0"/>
          <w:sz w:val="22"/>
        </w:rPr>
        <w:t>– And an entire nation living on tranquilizers.</w:t>
      </w:r>
    </w:p>
    <w:p>
      <w:pPr>
        <w:spacing w:before="0" w:after="120" w:line="300" w:lineRule="exact"/>
        <w:jc w:val="both"/>
      </w:pPr>
      <w:r>
        <w:rPr>
          <w:rFonts w:ascii="Georgia" w:hAnsi="Georgia" w:cs="Georgia" w:eastAsia="Georgia"/>
          <w:b w:val="0"/>
          <w:i w:val="0"/>
          <w:sz w:val="22"/>
        </w:rPr>
        <w:t>What kind of country is this whose capital and settlements are bombarded daily and which is unable to respond?</w:t>
      </w:r>
    </w:p>
    <w:p>
      <w:pPr>
        <w:spacing w:before="0" w:after="120" w:line="300" w:lineRule="exact"/>
        <w:jc w:val="both"/>
      </w:pPr>
      <w:r>
        <w:rPr>
          <w:rFonts w:ascii="Georgia" w:hAnsi="Georgia" w:cs="Georgia" w:eastAsia="Georgia"/>
          <w:b w:val="0"/>
          <w:i w:val="0"/>
          <w:sz w:val="22"/>
        </w:rPr>
        <w:t>What kind of army is this that fails to "bring Gaza to its knees" despite thousands of airstrikes?</w:t>
      </w:r>
    </w:p>
    <w:p>
      <w:pPr>
        <w:spacing w:before="0" w:after="120" w:line="300" w:lineRule="exact"/>
        <w:jc w:val="both"/>
      </w:pPr>
      <w:r>
        <w:rPr>
          <w:rFonts w:ascii="Georgia" w:hAnsi="Georgia" w:cs="Georgia" w:eastAsia="Georgia"/>
          <w:b w:val="0"/>
          <w:i w:val="0"/>
          <w:sz w:val="22"/>
        </w:rPr>
        <w:t>What kind of leadership is this that speaks of victory while destruction gnaws at us from within?</w:t>
      </w:r>
    </w:p>
    <w:p>
      <w:pPr>
        <w:spacing w:before="0" w:after="120" w:line="300" w:lineRule="exact"/>
        <w:jc w:val="both"/>
      </w:pPr>
      <w:r>
        <w:rPr>
          <w:rFonts w:ascii="Georgia" w:hAnsi="Georgia" w:cs="Georgia" w:eastAsia="Georgia"/>
          <w:b w:val="0"/>
          <w:i w:val="0"/>
          <w:sz w:val="22"/>
        </w:rPr>
        <w:t>Hamas has exposed everything.</w:t>
      </w:r>
    </w:p>
    <w:p>
      <w:pPr>
        <w:spacing w:before="0" w:after="120" w:line="300" w:lineRule="exact"/>
        <w:jc w:val="both"/>
      </w:pPr>
      <w:r>
        <w:rPr>
          <w:rFonts w:ascii="Georgia" w:hAnsi="Georgia" w:cs="Georgia" w:eastAsia="Georgia"/>
          <w:b w:val="0"/>
          <w:i w:val="0"/>
          <w:sz w:val="22"/>
        </w:rPr>
        <w:t>It has exposed our cowardice and fanned the flames of hatred that are consuming us. In the north, Hezbollah is preparing for the final blow. In the West Bank, the intifada is approaching. Inside, the Arabs are restoring their confidence. But we? We are divided, afraid, and decaying.</w:t>
      </w:r>
    </w:p>
    <w:p>
      <w:pPr>
        <w:spacing w:before="0" w:after="120" w:line="300" w:lineRule="exact"/>
        <w:jc w:val="both"/>
      </w:pPr>
      <w:r>
        <w:rPr>
          <w:rFonts w:ascii="Georgia" w:hAnsi="Georgia" w:cs="Georgia" w:eastAsia="Georgia"/>
          <w:b w:val="0"/>
          <w:i w:val="0"/>
          <w:sz w:val="22"/>
        </w:rPr>
        <w:t>We are today an entity without a project, without a compass, without justification. A state devoid of morals, that kills civilians and arrests children, then asks the world to applaud it.</w:t>
      </w:r>
    </w:p>
    <w:p>
      <w:pPr>
        <w:spacing w:before="0" w:after="120" w:line="300" w:lineRule="exact"/>
        <w:jc w:val="both"/>
      </w:pPr>
      <w:r>
        <w:rPr>
          <w:rFonts w:ascii="Georgia" w:hAnsi="Georgia" w:cs="Georgia" w:eastAsia="Georgia"/>
          <w:b w:val="0"/>
          <w:i w:val="0"/>
          <w:sz w:val="22"/>
        </w:rPr>
        <w:t>In two years, Israel will cease to exist as we know it. It may become a "besieged fortress state," or an "armed Jewish enclave" living off the crumbs of American protection. Or it may collapse completely, and the land will be returned to its owners.</w:t>
      </w:r>
    </w:p>
    <w:p>
      <w:pPr>
        <w:spacing w:before="0" w:after="120" w:line="300" w:lineRule="exact"/>
        <w:jc w:val="both"/>
      </w:pPr>
      <w:r>
        <w:rPr>
          <w:rFonts w:ascii="Georgia" w:hAnsi="Georgia" w:cs="Georgia" w:eastAsia="Georgia"/>
          <w:b w:val="0"/>
          <w:i w:val="0"/>
          <w:sz w:val="22"/>
        </w:rPr>
        <w:t>Am I exaggerating?</w:t>
      </w:r>
    </w:p>
    <w:p>
      <w:pPr>
        <w:spacing w:before="0" w:after="120" w:line="300" w:lineRule="exact"/>
        <w:jc w:val="both"/>
      </w:pPr>
      <w:r>
        <w:rPr>
          <w:rFonts w:ascii="Georgia" w:hAnsi="Georgia" w:cs="Georgia" w:eastAsia="Georgia"/>
          <w:b w:val="0"/>
          <w:i w:val="0"/>
          <w:sz w:val="22"/>
        </w:rPr>
        <w:t>Ask history. Every colonial project based on murder and lies has collapsed. Every entity founded on injustice has fallen.</w:t>
      </w:r>
    </w:p>
    <w:p>
      <w:pPr>
        <w:spacing w:before="0" w:after="120" w:line="300" w:lineRule="exact"/>
        <w:jc w:val="both"/>
      </w:pPr>
      <w:r>
        <w:rPr>
          <w:rFonts w:ascii="Georgia" w:hAnsi="Georgia" w:cs="Georgia" w:eastAsia="Georgia"/>
          <w:b w:val="0"/>
          <w:i w:val="0"/>
          <w:sz w:val="22"/>
        </w:rPr>
        <w:t>The clock is ticking.</w:t>
      </w:r>
    </w:p>
    <w:p>
      <w:pPr>
        <w:spacing w:before="0" w:after="120" w:line="300" w:lineRule="exact"/>
        <w:jc w:val="both"/>
      </w:pPr>
      <w:r>
        <w:rPr>
          <w:rFonts w:ascii="Georgia" w:hAnsi="Georgia" w:cs="Georgia" w:eastAsia="Georgia"/>
          <w:b w:val="0"/>
          <w:i w:val="0"/>
          <w:sz w:val="22"/>
        </w:rPr>
        <w:t>And when Israel falls—and it will—the world will talk about that moment when a nuclear-armed state abandoned its humanity and lost everything.</w:t>
      </w:r>
    </w:p>
    <w:p>
      <w:pPr>
        <w:spacing w:before="0" w:after="120" w:line="300" w:lineRule="exact"/>
        <w:jc w:val="both"/>
      </w:pPr>
      <w:r>
        <w:rPr>
          <w:rFonts w:ascii="Georgia" w:hAnsi="Georgia" w:cs="Georgia" w:eastAsia="Georgia"/>
          <w:b w:val="0"/>
          <w:i w:val="0"/>
          <w:sz w:val="22"/>
        </w:rPr>
        <w:t>As for us, if we don't wake up now, we will be remembered as the most foolish nation that lived in the illusion of power while the world watched it collapse.</w:t>
      </w:r>
    </w:p>
    <w:p>
      <w:r>
        <w:br w:type="page"/>
      </w:r>
    </w:p>
    <w:p>
      <w:pPr>
        <w:pStyle w:val="Heading1"/>
        <w:spacing w:before="360" w:after="200" w:line="300" w:lineRule="exact"/>
        <w:jc w:val="center"/>
      </w:pPr>
      <w:r>
        <w:rPr>
          <w:rFonts w:ascii="Georgia" w:hAnsi="Georgia" w:cs="Georgia" w:eastAsia="Georgia"/>
          <w:b/>
          <w:i w:val="0"/>
          <w:color w:val="1F3864"/>
          <w:sz w:val="32"/>
        </w:rPr>
        <w:t>YAHUDI CASUALITIES</w:t>
      </w:r>
    </w:p>
    <w:p>
      <w:pPr>
        <w:spacing w:before="0" w:after="120" w:line="300" w:lineRule="exact"/>
        <w:jc w:val="both"/>
      </w:pPr>
      <w:r>
        <w:rPr>
          <w:rFonts w:ascii="Georgia" w:hAnsi="Georgia" w:cs="Georgia" w:eastAsia="Georgia"/>
          <w:b w:val="0"/>
          <w:i w:val="0"/>
          <w:sz w:val="22"/>
        </w:rPr>
        <w:t>As we've been reporting, five Israeli soldiers were killed and 14 wounded in Beit Hanoon in northern Gaza, the latest military casualties since the start of the war:</w:t>
      </w:r>
    </w:p>
    <w:p>
      <w:pPr>
        <w:spacing w:before="0" w:after="120" w:line="300" w:lineRule="exact"/>
        <w:jc w:val="both"/>
      </w:pPr>
      <w:r>
        <w:rPr>
          <w:rFonts w:ascii="Georgia" w:hAnsi="Georgia" w:cs="Georgia" w:eastAsia="Georgia"/>
          <w:b w:val="0"/>
          <w:i w:val="0"/>
          <w:sz w:val="22"/>
        </w:rPr>
        <w:t>At least 887 officers and soldiers have been killed since October 2023, including 443 during ground operations in the Gaza Strip.</w:t>
      </w:r>
    </w:p>
    <w:p>
      <w:pPr>
        <w:spacing w:before="0" w:after="120" w:line="300" w:lineRule="exact"/>
        <w:jc w:val="both"/>
      </w:pPr>
      <w:r>
        <w:rPr>
          <w:rFonts w:ascii="Georgia" w:hAnsi="Georgia" w:cs="Georgia" w:eastAsia="Georgia"/>
          <w:b w:val="0"/>
          <w:i w:val="0"/>
          <w:sz w:val="22"/>
        </w:rPr>
        <w:t>Some 6,060 officers and soldiers have been wounded since the start of the war, including 2,768 during ground operations in Gaza.</w:t>
      </w:r>
    </w:p>
    <w:p>
      <w:pPr>
        <w:spacing w:before="0" w:after="120" w:line="300" w:lineRule="exact"/>
        <w:jc w:val="both"/>
      </w:pPr>
      <w:r>
        <w:rPr>
          <w:rFonts w:ascii="Georgia" w:hAnsi="Georgia" w:cs="Georgia" w:eastAsia="Georgia"/>
          <w:b w:val="0"/>
          <w:i w:val="0"/>
          <w:sz w:val="22"/>
        </w:rPr>
        <w:t>A total of 158 officers and soldiers are still receiving treatment in hospitals due to wounds sustained during fighting in Gaza, with 18 in serious condition.</w:t>
      </w:r>
    </w:p>
    <w:p>
      <w:pPr>
        <w:spacing w:before="0" w:after="120" w:line="300" w:lineRule="exact"/>
        <w:jc w:val="both"/>
      </w:pPr>
      <w:r>
        <w:rPr>
          <w:rFonts w:ascii="Georgia" w:hAnsi="Georgia" w:cs="Georgia" w:eastAsia="Georgia"/>
          <w:b w:val="0"/>
          <w:i w:val="0"/>
          <w:sz w:val="22"/>
        </w:rPr>
        <w:t>Since the beginning of 2025, 50 officers and soldiers have been killed in Gaza and at least 118 others wounded.</w:t>
      </w:r>
    </w:p>
    <w:p>
      <w:pPr>
        <w:spacing w:before="0" w:after="120" w:line="300" w:lineRule="exact"/>
        <w:jc w:val="both"/>
      </w:pPr>
      <w:r>
        <w:rPr>
          <w:rFonts w:ascii="Georgia" w:hAnsi="Georgia" w:cs="Georgia" w:eastAsia="Georgia"/>
          <w:b w:val="0"/>
          <w:i w:val="0"/>
          <w:sz w:val="22"/>
        </w:rPr>
        <w:t>Reporting from Amman, Jordan</w:t>
      </w:r>
    </w:p>
    <w:p>
      <w:pPr>
        <w:spacing w:before="120" w:after="40" w:line="300" w:lineRule="exact"/>
        <w:jc w:val="both"/>
      </w:pPr>
      <w:r>
        <w:rPr>
          <w:rFonts w:ascii="Georgia" w:hAnsi="Georgia" w:cs="Georgia" w:eastAsia="Georgia"/>
          <w:b/>
          <w:i/>
          <w:sz w:val="22"/>
        </w:rPr>
        <w:t>Al Jazeera is reporting from Jordan because it has been banned in Israel and the occupied West Bank.</w:t>
      </w:r>
    </w:p>
    <w:p>
      <w:pPr>
        <w:spacing w:before="0" w:after="120" w:line="300" w:lineRule="exact"/>
        <w:jc w:val="both"/>
      </w:pPr>
      <w:r>
        <w:rPr>
          <w:rFonts w:ascii="Georgia" w:hAnsi="Georgia" w:cs="Georgia" w:eastAsia="Georgia"/>
          <w:b w:val="0"/>
          <w:i w:val="0"/>
          <w:sz w:val="22"/>
        </w:rPr>
        <w:t>The Israeli army has announced the killing of five soldiers in northern Gaza. Fourteen others were injured, including at least two described as being in critical condition.</w:t>
      </w:r>
    </w:p>
    <w:p>
      <w:pPr>
        <w:spacing w:before="0" w:after="120" w:line="300" w:lineRule="exact"/>
        <w:jc w:val="both"/>
      </w:pPr>
      <w:r>
        <w:rPr>
          <w:rFonts w:ascii="Georgia" w:hAnsi="Georgia" w:cs="Georgia" w:eastAsia="Georgia"/>
          <w:b w:val="0"/>
          <w:i w:val="0"/>
          <w:sz w:val="22"/>
        </w:rPr>
        <w:t>A preliminary investigation has been opened, and what we understand is that the Israeli soldiers were attacked; then the unit that tried to come to their rescue was also attacked, and then a third group of soldiers that tried to extract them was also attacked.</w:t>
      </w:r>
    </w:p>
    <w:p>
      <w:pPr>
        <w:spacing w:before="0" w:after="120" w:line="300" w:lineRule="exact"/>
        <w:jc w:val="both"/>
      </w:pPr>
      <w:r>
        <w:rPr>
          <w:rFonts w:ascii="Georgia" w:hAnsi="Georgia" w:cs="Georgia" w:eastAsia="Georgia"/>
          <w:b w:val="0"/>
          <w:i w:val="0"/>
          <w:sz w:val="22"/>
        </w:rPr>
        <w:t>So this was a complex attack that happened 500 metres (1,640 feet) away from the northern fence of Gaza. Beit Hanoon is an area that has been under Israeli military occupation since the beginning of the war in October 2023.</w:t>
      </w:r>
    </w:p>
    <w:p>
      <w:pPr>
        <w:spacing w:before="0" w:after="120" w:line="300" w:lineRule="exact"/>
        <w:jc w:val="both"/>
      </w:pPr>
      <w:r>
        <w:rPr>
          <w:rFonts w:ascii="Georgia" w:hAnsi="Georgia" w:cs="Georgia" w:eastAsia="Georgia"/>
          <w:b w:val="0"/>
          <w:i w:val="0"/>
          <w:sz w:val="22"/>
        </w:rPr>
        <w:t>So there is a lot of commentary about that by Israeli politicians – that this is a completely outrageous event and, right now, according to some in the opposition, the military is in Gaza and the soldiers are dying not to protect Israel but to protect Netanyahu's coalition government.</w:t>
      </w:r>
    </w:p>
    <w:p>
      <w:pPr>
        <w:spacing w:before="0" w:after="120" w:line="300" w:lineRule="exact"/>
        <w:jc w:val="both"/>
      </w:pPr>
      <w:r>
        <w:rPr>
          <w:rFonts w:ascii="Georgia" w:hAnsi="Georgia" w:cs="Georgia" w:eastAsia="Georgia"/>
          <w:b w:val="0"/>
          <w:i w:val="0"/>
          <w:sz w:val="22"/>
        </w:rPr>
        <w:t>SOURCE: AL JAZEERA AND NEWS AGENCIES</w:t>
      </w:r>
    </w:p>
    <w:p>
      <w:pPr>
        <w:spacing w:before="0" w:after="120" w:line="300" w:lineRule="exact"/>
        <w:jc w:val="both"/>
      </w:pPr>
      <w:r>
        <w:rPr>
          <w:rFonts w:ascii="Georgia" w:hAnsi="Georgia" w:cs="Georgia" w:eastAsia="Georgia"/>
          <w:b w:val="0"/>
          <w:i w:val="0"/>
          <w:sz w:val="22"/>
        </w:rPr>
        <w:t>8 Jul 2025</w:t>
      </w:r>
    </w:p>
    <w:p>
      <w:r>
        <w:br w:type="page"/>
      </w:r>
    </w:p>
    <w:p>
      <w:pPr>
        <w:pStyle w:val="Heading1"/>
        <w:spacing w:before="360" w:after="200" w:line="300" w:lineRule="exact"/>
        <w:jc w:val="center"/>
      </w:pPr>
      <w:r>
        <w:rPr>
          <w:rFonts w:ascii="Georgia" w:hAnsi="Georgia" w:cs="Georgia" w:eastAsia="Georgia"/>
          <w:b/>
          <w:i w:val="0"/>
          <w:color w:val="1F3864"/>
          <w:sz w:val="32"/>
        </w:rPr>
        <w:t>ALLAH IS IN CHARGE</w:t>
      </w:r>
    </w:p>
    <w:p>
      <w:pPr>
        <w:spacing w:before="120" w:after="40" w:line="300" w:lineRule="exact"/>
        <w:jc w:val="both"/>
      </w:pPr>
      <w:r>
        <w:rPr>
          <w:rFonts w:ascii="Georgia" w:hAnsi="Georgia" w:cs="Georgia" w:eastAsia="Georgia"/>
          <w:b/>
          <w:i/>
          <w:sz w:val="22"/>
        </w:rPr>
        <w:t>"Do not think that Allah is ghaafil regarding the actions of the zaalimoon. We are merely giving them respite until the day that their eyes will be riveted upwards. They will be running with their heads upwards without their eyes being able to return to them, and their hearts will be empty (hawaa)."</w:t>
      </w:r>
    </w:p>
    <w:p>
      <w:pPr>
        <w:spacing w:before="120" w:after="40" w:line="300" w:lineRule="exact"/>
        <w:jc w:val="both"/>
      </w:pPr>
      <w:r>
        <w:rPr>
          <w:rFonts w:ascii="Georgia" w:hAnsi="Georgia" w:cs="Georgia" w:eastAsia="Georgia"/>
          <w:b/>
          <w:i/>
          <w:sz w:val="22"/>
        </w:rPr>
        <w:t>(Ibraaheem, Aayats 42, 43)</w:t>
      </w:r>
    </w:p>
    <w:p>
      <w:pPr>
        <w:spacing w:before="120" w:after="40" w:line="300" w:lineRule="exact"/>
        <w:jc w:val="both"/>
      </w:pPr>
      <w:r>
        <w:rPr>
          <w:rFonts w:ascii="Georgia" w:hAnsi="Georgia" w:cs="Georgia" w:eastAsia="Georgia"/>
          <w:b/>
          <w:i/>
          <w:sz w:val="22"/>
        </w:rPr>
        <w:t>"Verily, Allah is Samee' (The Hearer) and Baseer (The One Who sees)."</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While Muslims are grieved and cry over the brutalities the Yahood and Nasaara are perptarting in Palestine, it is absolutely necessary to understand that the Real Ochestrator of the events and upheavals is Allah Azza Wa Jal.</w:t>
      </w:r>
    </w:p>
    <w:p>
      <w:pPr>
        <w:spacing w:before="0" w:after="120" w:line="300" w:lineRule="exact"/>
        <w:jc w:val="both"/>
      </w:pPr>
      <w:r>
        <w:rPr>
          <w:rFonts w:ascii="Georgia" w:hAnsi="Georgia" w:cs="Georgia" w:eastAsia="Georgia"/>
          <w:b w:val="0"/>
          <w:i w:val="0"/>
          <w:sz w:val="22"/>
        </w:rPr>
        <w:t>Allah Ta'ala is Samee' (The One Who Hears). He is Baseer (The One Who Sees). He is Hakeem (The Wise). He is Qaadir (All-Powerful), and He is Aadil (Just). Thus Allah Ta'ala is allowing the Yahudi and Nasaara savages to perpetrate their brutalities.</w:t>
      </w:r>
    </w:p>
    <w:p>
      <w:pPr>
        <w:spacing w:before="0" w:after="120" w:line="300" w:lineRule="exact"/>
        <w:jc w:val="both"/>
      </w:pPr>
      <w:r>
        <w:rPr>
          <w:rFonts w:ascii="Georgia" w:hAnsi="Georgia" w:cs="Georgia" w:eastAsia="Georgia"/>
          <w:b w:val="0"/>
          <w:i w:val="0"/>
          <w:sz w:val="22"/>
        </w:rPr>
        <w:t>What is happening in Palestine and all over in creation is by the decree of Allah Ta'ala. The Athaab of Allah Ta'ala will run its prescribed course, then it will end and the savages and barbarians will be eliminated. Allah Ta'ala is not oblivious (ghaafil) of the happenings in His creation.</w:t>
      </w:r>
    </w:p>
    <w:p>
      <w:pPr>
        <w:spacing w:before="120" w:after="120" w:line="300" w:lineRule="exact"/>
        <w:ind w:left="720" w:right="720"/>
        <w:jc w:val="center"/>
      </w:pPr>
      <w:r>
        <w:rPr>
          <w:rFonts w:ascii="Georgia" w:hAnsi="Georgia" w:cs="Georgia" w:eastAsia="Georgia"/>
          <w:b w:val="0"/>
          <w:i/>
          <w:sz w:val="22"/>
        </w:rPr>
        <w:t>"Not a leaf drops (from a tree) but He is aware. There is not a seed in the darkness of the earth (underground) nor anything moist or dry, but it is recorded in a Clear Book."</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Whatever happens, no matter how colossal or how infinitesimal, it is by His intervention and decree. Our function is to reform ourselves, submit to His Shariah, adopt the Sunnah and to engage in constant dua. Waste not time, brains and hearts to revile the barbarians. There is no benefit in futility.</w:t>
      </w:r>
    </w:p>
    <w:p>
      <w:r>
        <w:br w:type="page"/>
      </w:r>
    </w:p>
    <w:p>
      <w:pPr>
        <w:pStyle w:val="Heading1"/>
        <w:spacing w:before="360" w:after="200" w:line="300" w:lineRule="exact"/>
        <w:jc w:val="center"/>
      </w:pPr>
      <w:r>
        <w:rPr>
          <w:rFonts w:ascii="Georgia" w:hAnsi="Georgia" w:cs="Georgia" w:eastAsia="Georgia"/>
          <w:b/>
          <w:i w:val="0"/>
          <w:color w:val="1F3864"/>
          <w:sz w:val="32"/>
        </w:rPr>
        <w:t>US WARSHIP IN FLIGHT</w:t>
      </w:r>
    </w:p>
    <w:p>
      <w:pPr>
        <w:spacing w:before="0" w:after="120" w:line="300" w:lineRule="exact"/>
        <w:jc w:val="both"/>
      </w:pPr>
      <w:r>
        <w:rPr>
          <w:rFonts w:ascii="Georgia" w:hAnsi="Georgia" w:cs="Georgia" w:eastAsia="Georgia"/>
          <w:b w:val="0"/>
          <w:i w:val="0"/>
          <w:sz w:val="22"/>
        </w:rPr>
        <w:t>Second US Navy jet is lost at sea from Truman aircraft carrier</w:t>
      </w:r>
    </w:p>
    <w:p>
      <w:pPr>
        <w:spacing w:before="0" w:after="120" w:line="300" w:lineRule="exact"/>
        <w:jc w:val="both"/>
      </w:pPr>
      <w:r>
        <w:rPr>
          <w:rFonts w:ascii="Georgia" w:hAnsi="Georgia" w:cs="Georgia" w:eastAsia="Georgia"/>
          <w:b w:val="0"/>
          <w:i w:val="0"/>
          <w:sz w:val="22"/>
        </w:rPr>
        <w:t>By Natasha Bertrand, Katie Bo Lillis and Zachary Cohen, CNN Updated 9:53 PM EDT, Tue May 6, 2025</w:t>
      </w:r>
    </w:p>
    <w:p>
      <w:pPr>
        <w:spacing w:before="0" w:after="120" w:line="300" w:lineRule="exact"/>
        <w:jc w:val="both"/>
      </w:pPr>
      <w:r>
        <w:rPr>
          <w:rFonts w:ascii="Georgia" w:hAnsi="Georgia" w:cs="Georgia" w:eastAsia="Georgia"/>
          <w:b w:val="0"/>
          <w:i w:val="0"/>
          <w:sz w:val="22"/>
        </w:rPr>
        <w:t>CNN —</w:t>
      </w:r>
    </w:p>
    <w:p>
      <w:pPr>
        <w:spacing w:before="0" w:after="120" w:line="300" w:lineRule="exact"/>
        <w:jc w:val="both"/>
      </w:pPr>
      <w:r>
        <w:rPr>
          <w:rFonts w:ascii="Georgia" w:hAnsi="Georgia" w:cs="Georgia" w:eastAsia="Georgia"/>
          <w:b w:val="0"/>
          <w:i w:val="0"/>
          <w:sz w:val="22"/>
        </w:rPr>
        <w:t>Another F/A-18 Super Hornet fighter jet from the USS Harry S. Truman aircraft carrier has been lost in the Red Sea, the second jet lost from the carrier in just over a week, five people familiar with the matter told CNN.</w:t>
      </w:r>
    </w:p>
    <w:p>
      <w:pPr>
        <w:spacing w:before="0" w:after="120" w:line="300" w:lineRule="exact"/>
        <w:jc w:val="both"/>
      </w:pPr>
      <w:r>
        <w:rPr>
          <w:rFonts w:ascii="Georgia" w:hAnsi="Georgia" w:cs="Georgia" w:eastAsia="Georgia"/>
          <w:b w:val="0"/>
          <w:i w:val="0"/>
          <w:sz w:val="22"/>
        </w:rPr>
        <w:t>It is not entirely clear what happened yet, as the investigation is ongoing, but two of the people said there was some kind of arrestment failure as the jet was trying to land on the carrier and the pilot and weapons systems officer had to eject. They were recovered by a rescue helicopter and are both alive, but they suffered minor injuries, one of the people said.</w:t>
      </w:r>
    </w:p>
    <w:p>
      <w:pPr>
        <w:spacing w:before="0" w:after="120" w:line="300" w:lineRule="exact"/>
        <w:jc w:val="both"/>
      </w:pPr>
      <w:r>
        <w:rPr>
          <w:rFonts w:ascii="Georgia" w:hAnsi="Georgia" w:cs="Georgia" w:eastAsia="Georgia"/>
          <w:b w:val="0"/>
          <w:i w:val="0"/>
          <w:sz w:val="22"/>
        </w:rPr>
        <w:t>The jet crashed into the sea and has not been recovered, two of the people familiar with the incident said.</w:t>
      </w:r>
    </w:p>
    <w:p>
      <w:pPr>
        <w:spacing w:before="0" w:after="120" w:line="300" w:lineRule="exact"/>
        <w:jc w:val="both"/>
      </w:pPr>
      <w:r>
        <w:rPr>
          <w:rFonts w:ascii="Georgia" w:hAnsi="Georgia" w:cs="Georgia" w:eastAsia="Georgia"/>
          <w:b w:val="0"/>
          <w:i w:val="0"/>
          <w:sz w:val="22"/>
        </w:rPr>
        <w:t>Separately, the Iran-backed Houthi rebel group "took a shot" at the Truman on Tuesday, four of the people said, despite President Donald Trump announcing an apparent ceasefire with the group hours earlier. It is not clear whether the two incidents are related.</w:t>
      </w:r>
    </w:p>
    <w:p>
      <w:pPr>
        <w:spacing w:before="0" w:after="120" w:line="300" w:lineRule="exact"/>
        <w:jc w:val="both"/>
      </w:pPr>
      <w:r>
        <w:rPr>
          <w:rFonts w:ascii="Georgia" w:hAnsi="Georgia" w:cs="Georgia" w:eastAsia="Georgia"/>
          <w:b w:val="0"/>
          <w:i w:val="0"/>
          <w:sz w:val="22"/>
        </w:rPr>
        <w:t>The Office of the Secretary of Defense referred all questions about the incidents to the Navy and US Central Command. CNN has reached out to the Navy and CENTCOM for comment.</w:t>
      </w:r>
    </w:p>
    <w:p>
      <w:pPr>
        <w:spacing w:before="0" w:after="120" w:line="300" w:lineRule="exact"/>
        <w:jc w:val="both"/>
      </w:pPr>
      <w:r>
        <w:rPr>
          <w:rFonts w:ascii="Georgia" w:hAnsi="Georgia" w:cs="Georgia" w:eastAsia="Georgia"/>
          <w:b w:val="0"/>
          <w:i w:val="0"/>
          <w:sz w:val="22"/>
        </w:rPr>
        <w:t>The loss of the fighter jet comes one week after another F/A-18 jet fell overboard the Truman. That time, initial reports indicated that the Truman made a hard turn to evade Houthi fire, which contributed to the fighter jet falling overboard.</w:t>
      </w:r>
    </w:p>
    <w:p>
      <w:pPr>
        <w:spacing w:before="0" w:after="120" w:line="300" w:lineRule="exact"/>
        <w:jc w:val="both"/>
      </w:pPr>
      <w:r>
        <w:rPr>
          <w:rFonts w:ascii="Georgia" w:hAnsi="Georgia" w:cs="Georgia" w:eastAsia="Georgia"/>
          <w:b w:val="0"/>
          <w:i w:val="0"/>
          <w:sz w:val="22"/>
        </w:rPr>
        <w:t>An individual F/A-18 fighter jet costs more than $60 million, according to the Navy.</w:t>
      </w:r>
    </w:p>
    <w:p>
      <w:pPr>
        <w:spacing w:before="0" w:after="120" w:line="300" w:lineRule="exact"/>
        <w:jc w:val="both"/>
      </w:pPr>
      <w:r>
        <w:rPr>
          <w:rFonts w:ascii="Georgia" w:hAnsi="Georgia" w:cs="Georgia" w:eastAsia="Georgia"/>
          <w:b w:val="0"/>
          <w:i w:val="0"/>
          <w:sz w:val="22"/>
        </w:rPr>
        <w:t>US Naval assets in the Red Sea have repeatedly come under Houthi fire since the Houthis began their attacks against Red Sea shipping in November 2023. In early 2024, a US destroyer in the Red Sea had to use its Phalanx Close-In Weapon System, its last line of defense to missile attacks, when a Houthi-fired cruise missile got as near as a mile away – and therefore seconds from impact.</w:t>
      </w:r>
    </w:p>
    <w:p>
      <w:pPr>
        <w:spacing w:before="0" w:after="120" w:line="300" w:lineRule="exact"/>
        <w:jc w:val="both"/>
      </w:pPr>
      <w:r>
        <w:rPr>
          <w:rFonts w:ascii="Georgia" w:hAnsi="Georgia" w:cs="Georgia" w:eastAsia="Georgia"/>
          <w:b w:val="0"/>
          <w:i w:val="0"/>
          <w:sz w:val="22"/>
        </w:rPr>
        <w:t>The Truman aircraft carrier in particular, though, has been plagued with problems as part of its Red Sea deployment. In December, another F/A-18 fighter jet was operating from the Truman when it was "mistakenly fired" upon by the USS Gettysburg and crashed into the Red Sea. Both aviators ejected safely at the time.</w:t>
      </w:r>
    </w:p>
    <w:p>
      <w:r>
        <w:br w:type="page"/>
      </w:r>
    </w:p>
    <w:p>
      <w:pPr>
        <w:pStyle w:val="Heading1"/>
        <w:spacing w:before="360" w:after="200" w:line="300" w:lineRule="exact"/>
        <w:jc w:val="center"/>
      </w:pPr>
      <w:r>
        <w:rPr>
          <w:rFonts w:ascii="Georgia" w:hAnsi="Georgia" w:cs="Georgia" w:eastAsia="Georgia"/>
          <w:b/>
          <w:i w:val="0"/>
          <w:color w:val="1F3864"/>
          <w:sz w:val="32"/>
        </w:rPr>
        <w:t>TRUMP'S DEAL WITH THE HOUTIS</w:t>
      </w:r>
    </w:p>
    <w:p>
      <w:pPr>
        <w:spacing w:before="0" w:after="120" w:line="300" w:lineRule="exact"/>
        <w:jc w:val="both"/>
      </w:pPr>
      <w:r>
        <w:rPr>
          <w:rFonts w:ascii="Georgia" w:hAnsi="Georgia" w:cs="Georgia" w:eastAsia="Georgia"/>
          <w:b w:val="0"/>
          <w:i w:val="0"/>
          <w:sz w:val="22"/>
        </w:rPr>
        <w:t>The ceasefire deal between the U.S. and the Houtis is indeed an illustrious portrayal of the language which the brutal U.S. and Israeli aggressors and murderers understand. It reveals that the world's 'great' superpower headed by a brutal Clown was overwhelmed by a small 'rag-tag' group of 'terrorists' who had compelled the U.S. to plead for a ceasefire.</w:t>
      </w:r>
    </w:p>
    <w:p>
      <w:pPr>
        <w:spacing w:before="0" w:after="120" w:line="300" w:lineRule="exact"/>
        <w:jc w:val="both"/>
      </w:pPr>
      <w:r>
        <w:rPr>
          <w:rFonts w:ascii="Georgia" w:hAnsi="Georgia" w:cs="Georgia" w:eastAsia="Georgia"/>
          <w:b w:val="0"/>
          <w:i w:val="0"/>
          <w:sz w:val="22"/>
        </w:rPr>
        <w:t>Unable to defeat the Houtis despite the intensive murderous aerial bombardment, the U.S. was forced to plead for cessation of Houti attacks on its ships. The Houti attacks on the US warship had caused the loss of two US naval aircraft. Fearing an imminent Houti attack on the ship, the USS Harry Truman aircraft carrier, itself, the U.S. hastened to drag Oman into the picture to plead with the Houtis for a ceasefire.</w:t>
      </w:r>
    </w:p>
    <w:p>
      <w:pPr>
        <w:spacing w:before="0" w:after="120" w:line="300" w:lineRule="exact"/>
        <w:jc w:val="both"/>
      </w:pPr>
      <w:r>
        <w:rPr>
          <w:rFonts w:ascii="Georgia" w:hAnsi="Georgia" w:cs="Georgia" w:eastAsia="Georgia"/>
          <w:b w:val="0"/>
          <w:i w:val="0"/>
          <w:sz w:val="22"/>
        </w:rPr>
        <w:t>In the current context of the genocide perpetrated by the U.S. and Israel in Palestine, it was totally unexpected and unintelligent to expect the miserable, savages of the 'great' superpower to demean themselves so disgracefully by means of a ceasefire with a small band of 'terrorists' who had constrained the American warship to turn tail and flee the scene after having lost two of its planes due to Houti action. The Truman had made a hard turn in its flight to evade Houti fire, resulting in the fighter jet falling overboard.</w:t>
      </w:r>
    </w:p>
    <w:p>
      <w:pPr>
        <w:spacing w:before="0" w:after="120" w:line="300" w:lineRule="exact"/>
        <w:jc w:val="both"/>
      </w:pPr>
      <w:r>
        <w:rPr>
          <w:rFonts w:ascii="Georgia" w:hAnsi="Georgia" w:cs="Georgia" w:eastAsia="Georgia"/>
          <w:b w:val="0"/>
          <w:i w:val="0"/>
          <w:sz w:val="22"/>
        </w:rPr>
        <w:t>The barbarians understand only the language of Fire. That is why the Qur'aan commands Muslims to always make the best Fire preparations for the cartel of devils. But the problem today is that there are no Muslim regimes in the lands of Islam.</w:t>
      </w:r>
    </w:p>
    <w:p>
      <w:r>
        <w:br w:type="page"/>
      </w:r>
    </w:p>
    <w:p>
      <w:pPr>
        <w:pStyle w:val="Heading1"/>
        <w:spacing w:before="360" w:after="200" w:line="300" w:lineRule="exact"/>
        <w:jc w:val="center"/>
      </w:pPr>
      <w:r>
        <w:rPr>
          <w:rFonts w:ascii="Georgia" w:hAnsi="Georgia" w:cs="Georgia" w:eastAsia="Georgia"/>
          <w:b/>
          <w:i w:val="0"/>
          <w:color w:val="1F3864"/>
          <w:sz w:val="32"/>
        </w:rPr>
        <w:t>Trump announces deal to stop bombing Houthis, end shipping attacks</w:t>
      </w:r>
    </w:p>
    <w:p>
      <w:pPr>
        <w:spacing w:before="0" w:after="120" w:line="300" w:lineRule="exact"/>
        <w:jc w:val="both"/>
      </w:pPr>
      <w:r>
        <w:rPr>
          <w:rFonts w:ascii="Georgia" w:hAnsi="Georgia" w:cs="Georgia" w:eastAsia="Georgia"/>
          <w:b w:val="0"/>
          <w:i w:val="0"/>
          <w:sz w:val="22"/>
        </w:rPr>
        <w:t>By Steve Holland, Jarrett Renshaw, Jaidaa Taha and Menna Alaaeldin May 6, 202511:32 PM GMT+2</w:t>
      </w:r>
    </w:p>
    <w:p>
      <w:pPr>
        <w:spacing w:before="0" w:after="120" w:line="300" w:lineRule="exact"/>
        <w:jc w:val="both"/>
      </w:pPr>
      <w:r>
        <w:rPr>
          <w:rFonts w:ascii="Georgia" w:hAnsi="Georgia" w:cs="Georgia" w:eastAsia="Georgia"/>
          <w:b w:val="0"/>
          <w:i w:val="0"/>
          <w:sz w:val="22"/>
        </w:rPr>
        <w:t>Summary</w:t>
      </w:r>
    </w:p>
    <w:p>
      <w:pPr>
        <w:spacing w:before="0" w:after="120" w:line="300" w:lineRule="exact"/>
        <w:jc w:val="both"/>
      </w:pPr>
      <w:r>
        <w:rPr>
          <w:rFonts w:ascii="Georgia" w:hAnsi="Georgia" w:cs="Georgia" w:eastAsia="Georgia"/>
          <w:b w:val="0"/>
          <w:i w:val="0"/>
          <w:sz w:val="22"/>
        </w:rPr>
        <w:t>Trump says US will stop bombing Houthis 'effective immediately'</w:t>
      </w:r>
    </w:p>
    <w:p>
      <w:pPr>
        <w:spacing w:before="0" w:after="120" w:line="300" w:lineRule="exact"/>
        <w:jc w:val="both"/>
      </w:pPr>
      <w:r>
        <w:rPr>
          <w:rFonts w:ascii="Georgia" w:hAnsi="Georgia" w:cs="Georgia" w:eastAsia="Georgia"/>
          <w:b w:val="0"/>
          <w:i w:val="0"/>
          <w:sz w:val="22"/>
        </w:rPr>
        <w:t>Oman says it mediated ceasefire deal between Houthis and US</w:t>
      </w:r>
    </w:p>
    <w:p>
      <w:pPr>
        <w:spacing w:before="0" w:after="120" w:line="300" w:lineRule="exact"/>
        <w:jc w:val="both"/>
      </w:pPr>
      <w:r>
        <w:rPr>
          <w:rFonts w:ascii="Georgia" w:hAnsi="Georgia" w:cs="Georgia" w:eastAsia="Georgia"/>
          <w:b w:val="0"/>
          <w:i w:val="0"/>
          <w:sz w:val="22"/>
        </w:rPr>
        <w:t>Houthi attacks on Israel were not mentioned by Oman or Trump</w:t>
      </w:r>
    </w:p>
    <w:p>
      <w:pPr>
        <w:spacing w:before="0" w:after="120" w:line="300" w:lineRule="exact"/>
        <w:jc w:val="both"/>
      </w:pPr>
      <w:r>
        <w:rPr>
          <w:rFonts w:ascii="Georgia" w:hAnsi="Georgia" w:cs="Georgia" w:eastAsia="Georgia"/>
          <w:b w:val="0"/>
          <w:i w:val="0"/>
          <w:sz w:val="22"/>
        </w:rPr>
        <w:t>Houthis warn that Zionists should 'stay in shelters'</w:t>
      </w:r>
    </w:p>
    <w:p>
      <w:pPr>
        <w:spacing w:before="0" w:after="120" w:line="300" w:lineRule="exact"/>
        <w:jc w:val="both"/>
      </w:pPr>
      <w:r>
        <w:rPr>
          <w:rFonts w:ascii="Georgia" w:hAnsi="Georgia" w:cs="Georgia" w:eastAsia="Georgia"/>
          <w:b w:val="0"/>
          <w:i w:val="0"/>
          <w:sz w:val="22"/>
        </w:rPr>
        <w:t>Say U.S. halt of 'aggression' will be evaluated</w:t>
      </w:r>
    </w:p>
    <w:p>
      <w:pPr>
        <w:spacing w:before="0" w:after="120" w:line="300" w:lineRule="exact"/>
        <w:jc w:val="both"/>
      </w:pPr>
      <w:r>
        <w:rPr>
          <w:rFonts w:ascii="Georgia" w:hAnsi="Georgia" w:cs="Georgia" w:eastAsia="Georgia"/>
          <w:b w:val="0"/>
          <w:i w:val="0"/>
          <w:sz w:val="22"/>
        </w:rPr>
        <w:t>WASHINGTON/CAIRO, May 6 (Reuters) - President Donald Trump announced on Tuesday the U.S. will stop bombing the Houthis in Yemen, saying that the Iran-aligned group had agreed to stop interrupting important shipping lanes in the Middle East.</w:t>
      </w:r>
    </w:p>
    <w:p>
      <w:pPr>
        <w:spacing w:before="0" w:after="120" w:line="300" w:lineRule="exact"/>
        <w:jc w:val="both"/>
      </w:pPr>
      <w:r>
        <w:rPr>
          <w:rFonts w:ascii="Georgia" w:hAnsi="Georgia" w:cs="Georgia" w:eastAsia="Georgia"/>
          <w:b w:val="0"/>
          <w:i w:val="0"/>
          <w:sz w:val="22"/>
        </w:rPr>
        <w:t>After Trump made the announcement, Oman said it had mediated the ceasefire deal, marking a major shift in Houthi policy since the start of Israel's war in Gaza in October 2023.</w:t>
      </w:r>
    </w:p>
    <w:p>
      <w:pPr>
        <w:spacing w:before="0" w:after="120" w:line="300" w:lineRule="exact"/>
        <w:jc w:val="both"/>
      </w:pPr>
      <w:r>
        <w:rPr>
          <w:rFonts w:ascii="Georgia" w:hAnsi="Georgia" w:cs="Georgia" w:eastAsia="Georgia"/>
          <w:b w:val="0"/>
          <w:i w:val="0"/>
          <w:sz w:val="22"/>
        </w:rPr>
        <w:t>Under the agreement, neither the U.S. nor the Houthis would target the other, including U.S. vessels in the Red Sea and Bab al-Mandab Strait, Oman said in a statement.</w:t>
      </w:r>
    </w:p>
    <w:p>
      <w:pPr>
        <w:spacing w:before="0" w:after="120" w:line="300" w:lineRule="exact"/>
        <w:jc w:val="both"/>
      </w:pPr>
      <w:r>
        <w:rPr>
          <w:rFonts w:ascii="Georgia" w:hAnsi="Georgia" w:cs="Georgia" w:eastAsia="Georgia"/>
          <w:b w:val="0"/>
          <w:i w:val="0"/>
          <w:sz w:val="22"/>
        </w:rPr>
        <w:t>The statement from Oman did not mention whether the Houthis had agreed to stop attacks on Israel. The head of Yemen's Houthi Supreme Political Council, Mahdi al-Mashat, said the group would continue to support Gaza and that such attacks would continue.</w:t>
      </w:r>
    </w:p>
    <w:p>
      <w:pPr>
        <w:spacing w:before="0" w:after="120" w:line="300" w:lineRule="exact"/>
        <w:jc w:val="both"/>
      </w:pPr>
      <w:r>
        <w:rPr>
          <w:rFonts w:ascii="Georgia" w:hAnsi="Georgia" w:cs="Georgia" w:eastAsia="Georgia"/>
          <w:b w:val="0"/>
          <w:i w:val="0"/>
          <w:sz w:val="22"/>
        </w:rPr>
        <w:t>"To all Zionists from now on, stay in shelters or leave to your countries immediately as your failed government will not be able to protect you after today," Houthi-run Al Masirah TV cited him as saying.</w:t>
      </w:r>
    </w:p>
    <w:p>
      <w:pPr>
        <w:spacing w:before="0" w:after="120" w:line="300" w:lineRule="exact"/>
        <w:jc w:val="both"/>
      </w:pPr>
      <w:r>
        <w:rPr>
          <w:rFonts w:ascii="Georgia" w:hAnsi="Georgia" w:cs="Georgia" w:eastAsia="Georgia"/>
          <w:b w:val="0"/>
          <w:i w:val="0"/>
          <w:sz w:val="22"/>
        </w:rPr>
        <w:t>Separately, the head of Yemen's Houthi supreme revolutionary committee, Mohammed Ali al-Houthi, said the U.S. halt of "aggression" against Yemen would be evaluated, according to a post on X.</w:t>
      </w:r>
    </w:p>
    <w:p>
      <w:pPr>
        <w:spacing w:before="0" w:after="120" w:line="300" w:lineRule="exact"/>
        <w:jc w:val="both"/>
      </w:pPr>
      <w:r>
        <w:rPr>
          <w:rFonts w:ascii="Georgia" w:hAnsi="Georgia" w:cs="Georgia" w:eastAsia="Georgia"/>
          <w:b w:val="0"/>
          <w:i w:val="0"/>
          <w:sz w:val="22"/>
        </w:rPr>
        <w:t>The U.S. intensified strikes on Yemen's Iran-backed Houthis this year, to stop attacks on Red Sea shipping. Rights activists have raised concerns over civilian casualties.</w:t>
      </w:r>
    </w:p>
    <w:p>
      <w:pPr>
        <w:spacing w:before="0" w:after="120" w:line="300" w:lineRule="exact"/>
        <w:jc w:val="both"/>
      </w:pPr>
      <w:r>
        <w:rPr>
          <w:rFonts w:ascii="Georgia" w:hAnsi="Georgia" w:cs="Georgia" w:eastAsia="Georgia"/>
          <w:b w:val="0"/>
          <w:i w:val="0"/>
          <w:sz w:val="22"/>
        </w:rPr>
        <w:t>"They said please don't bomb us any more and we're not going to attack your ships," Trump said of the Houthis during an Oval Office meeting with Canadian Prime Minister Mark Carney. "And I will accept their word, and we are going to stop the bombing of the Houthis effective immediately."</w:t>
      </w:r>
    </w:p>
    <w:p>
      <w:pPr>
        <w:spacing w:before="0" w:after="120" w:line="300" w:lineRule="exact"/>
        <w:jc w:val="both"/>
      </w:pPr>
      <w:r>
        <w:rPr>
          <w:rFonts w:ascii="Georgia" w:hAnsi="Georgia" w:cs="Georgia" w:eastAsia="Georgia"/>
          <w:b w:val="0"/>
          <w:i w:val="0"/>
          <w:sz w:val="22"/>
        </w:rPr>
        <w:t>Qatar and Kuwait welcomed the ceasefire deal in separate statements on Tuesday, expressing hopes for the step to secure freedom of navigation.</w:t>
      </w:r>
    </w:p>
    <w:p>
      <w:pPr>
        <w:spacing w:before="0" w:after="120" w:line="300" w:lineRule="exact"/>
        <w:jc w:val="both"/>
      </w:pPr>
      <w:r>
        <w:rPr>
          <w:rFonts w:ascii="Georgia" w:hAnsi="Georgia" w:cs="Georgia" w:eastAsia="Georgia"/>
          <w:b w:val="0"/>
          <w:i w:val="0"/>
          <w:sz w:val="22"/>
        </w:rPr>
        <w:t>The Houthis have been firing at Israel and at shipping in the Red Sea since Israel began its military offensive against Hamas in Gaza after the Palestinian militant group's deadly attack on Israel on October 7, 2023.</w:t>
      </w:r>
    </w:p>
    <w:p>
      <w:pPr>
        <w:spacing w:before="0" w:after="120" w:line="300" w:lineRule="exact"/>
        <w:jc w:val="both"/>
      </w:pPr>
      <w:r>
        <w:rPr>
          <w:rFonts w:ascii="Georgia" w:hAnsi="Georgia" w:cs="Georgia" w:eastAsia="Georgia"/>
          <w:b w:val="0"/>
          <w:i w:val="0"/>
          <w:sz w:val="22"/>
        </w:rPr>
        <w:t>The U.S. military has said it has struck more than 1,000 targets since its current operation in Yemen, known as Operation Rough Rider, started on March 15. The strikes, the U.S. military said, have killed "hundreds of Houthi fighters and numerous Houthi leaders."</w:t>
      </w:r>
    </w:p>
    <w:p>
      <w:pPr>
        <w:spacing w:before="0" w:after="120" w:line="300" w:lineRule="exact"/>
        <w:jc w:val="both"/>
      </w:pPr>
      <w:r>
        <w:rPr>
          <w:rFonts w:ascii="Georgia" w:hAnsi="Georgia" w:cs="Georgia" w:eastAsia="Georgia"/>
          <w:b w:val="0"/>
          <w:i w:val="0"/>
          <w:sz w:val="22"/>
        </w:rPr>
        <w:t>HOUTHI, ISRAELI STRIKES</w:t>
      </w:r>
    </w:p>
    <w:p>
      <w:pPr>
        <w:spacing w:before="0" w:after="120" w:line="300" w:lineRule="exact"/>
        <w:jc w:val="both"/>
      </w:pPr>
      <w:r>
        <w:rPr>
          <w:rFonts w:ascii="Georgia" w:hAnsi="Georgia" w:cs="Georgia" w:eastAsia="Georgia"/>
          <w:b w:val="0"/>
          <w:i w:val="0"/>
          <w:sz w:val="22"/>
        </w:rPr>
        <w:t>Tensions have been high since the Gaza war began, but have risen further since a Houthi missile landed near Israel's Ben Gurion Airport on Sunday, prompting Israeli airstrikes on Yemen's Hodeidah port on Monday.</w:t>
      </w:r>
    </w:p>
    <w:p>
      <w:pPr>
        <w:spacing w:before="0" w:after="120" w:line="300" w:lineRule="exact"/>
        <w:jc w:val="both"/>
      </w:pPr>
      <w:r>
        <w:rPr>
          <w:rFonts w:ascii="Georgia" w:hAnsi="Georgia" w:cs="Georgia" w:eastAsia="Georgia"/>
          <w:b w:val="0"/>
          <w:i w:val="0"/>
          <w:sz w:val="22"/>
        </w:rPr>
        <w:t>The Israeli military carried out an airstrike on Yemen's main airport in Sanaa on Tuesday, its second attack in two days on Iran-aligned Houthi rebels after a surge in tensions between the group and Israel.</w:t>
      </w:r>
    </w:p>
    <w:p>
      <w:pPr>
        <w:spacing w:before="0" w:after="120" w:line="300" w:lineRule="exact"/>
        <w:jc w:val="both"/>
      </w:pPr>
      <w:r>
        <w:rPr>
          <w:rFonts w:ascii="Georgia" w:hAnsi="Georgia" w:cs="Georgia" w:eastAsia="Georgia"/>
          <w:b w:val="0"/>
          <w:i w:val="0"/>
          <w:sz w:val="22"/>
        </w:rPr>
        <w:t>Under former President Joe Biden's administration, the U.S. and Britain retaliated with air strikes against Houthi targets in an effort to keep open the crucial Red Sea trading route - the path for about 15% of global shipping traffic. Trump did not say whether Britain had agreed also to the ceasefire. After Trump became U.S. president in January, he decided to significantly intensify air strikes against the Houthis. The campaign came after the Houthis said they would resume attacks on Israeli ships passing through the Red Sea and Arabian Sea, the Bab al-Mandab Strait and the Gulf of Aden. On April 28, a suspected U.S. airstrike hit a migrant center in Yemen, and Houthi TV says 68 people were killed in one of the deadliest attacks in six weeks of intensified U.S. strikes.</w:t>
      </w:r>
    </w:p>
    <w:p>
      <w:pPr>
        <w:spacing w:before="0" w:after="120" w:line="300" w:lineRule="exact"/>
        <w:jc w:val="both"/>
      </w:pPr>
      <w:r>
        <w:rPr>
          <w:rFonts w:ascii="Georgia" w:hAnsi="Georgia" w:cs="Georgia" w:eastAsia="Georgia"/>
          <w:b w:val="0"/>
          <w:i w:val="0"/>
          <w:sz w:val="22"/>
        </w:rPr>
        <w:t>Reporting By Steve Holland, Jarrett Renshaw, Doina Chiacu; additional reporting by David Brunnstrom, Idrees Ali and Ryan Jones in Washington and Jaidaa Taha and Menna Alaa El Din in Cairo; Editing by Chizu Nomiyama and David Gregorio https://www.reuters.com/world/trump-says-us-will-stop-bombing-houthis-after-agreement-struck-2025-05-06/</w:t>
      </w:r>
    </w:p>
    <w:p>
      <w:r>
        <w:br w:type="page"/>
      </w:r>
    </w:p>
    <w:p>
      <w:pPr>
        <w:pStyle w:val="Heading1"/>
        <w:spacing w:before="360" w:after="200" w:line="300" w:lineRule="exact"/>
        <w:jc w:val="center"/>
      </w:pPr>
      <w:r>
        <w:rPr>
          <w:rFonts w:ascii="Georgia" w:hAnsi="Georgia" w:cs="Georgia" w:eastAsia="Georgia"/>
          <w:b/>
          <w:i w:val="0"/>
          <w:color w:val="1F3864"/>
          <w:sz w:val="32"/>
        </w:rPr>
        <w:t>HAMAS UNDEFEATED</w:t>
      </w:r>
    </w:p>
    <w:p>
      <w:pPr>
        <w:spacing w:before="0" w:after="120" w:line="300" w:lineRule="exact"/>
        <w:jc w:val="both"/>
      </w:pPr>
      <w:r>
        <w:rPr>
          <w:rFonts w:ascii="Georgia" w:hAnsi="Georgia" w:cs="Georgia" w:eastAsia="Georgia"/>
          <w:b w:val="0"/>
          <w:i w:val="0"/>
          <w:sz w:val="22"/>
        </w:rPr>
        <w:t>Battered but not beaten, Hamas embraces guerilla tactics with deadly force</w:t>
      </w:r>
    </w:p>
    <w:p>
      <w:pPr>
        <w:spacing w:before="0" w:after="120" w:line="300" w:lineRule="exact"/>
        <w:jc w:val="both"/>
      </w:pPr>
      <w:r>
        <w:rPr>
          <w:rFonts w:ascii="Georgia" w:hAnsi="Georgia" w:cs="Georgia" w:eastAsia="Georgia"/>
          <w:b w:val="0"/>
          <w:i w:val="0"/>
          <w:sz w:val="22"/>
        </w:rPr>
        <w:t>By Oren Liebermann and Dana Karni, CNN Published 6:00 AM EDT, Sat July 12, 2025</w:t>
      </w:r>
    </w:p>
    <w:p>
      <w:pPr>
        <w:spacing w:before="0" w:after="120" w:line="300" w:lineRule="exact"/>
        <w:jc w:val="both"/>
      </w:pPr>
      <w:r>
        <w:rPr>
          <w:rFonts w:ascii="Georgia" w:hAnsi="Georgia" w:cs="Georgia" w:eastAsia="Georgia"/>
          <w:b w:val="0"/>
          <w:i w:val="0"/>
          <w:sz w:val="22"/>
        </w:rPr>
        <w:t>CNN —</w:t>
      </w:r>
    </w:p>
    <w:p>
      <w:pPr>
        <w:spacing w:before="0" w:after="120" w:line="300" w:lineRule="exact"/>
        <w:jc w:val="both"/>
      </w:pPr>
      <w:r>
        <w:rPr>
          <w:rFonts w:ascii="Georgia" w:hAnsi="Georgia" w:cs="Georgia" w:eastAsia="Georgia"/>
          <w:b w:val="0"/>
          <w:i w:val="0"/>
          <w:sz w:val="22"/>
        </w:rPr>
        <w:t>The deadly surprise attack in Gaza was almost as shocking as its location.</w:t>
      </w:r>
    </w:p>
    <w:p>
      <w:pPr>
        <w:spacing w:before="0" w:after="120" w:line="300" w:lineRule="exact"/>
        <w:jc w:val="both"/>
      </w:pPr>
      <w:r>
        <w:rPr>
          <w:rFonts w:ascii="Georgia" w:hAnsi="Georgia" w:cs="Georgia" w:eastAsia="Georgia"/>
          <w:b w:val="0"/>
          <w:i w:val="0"/>
          <w:sz w:val="22"/>
        </w:rPr>
        <w:t>On Monday night, a group of Israeli soldiers walked across a route used by tanks and armored vehicles about a mile from the border fence when a bomb exploded.</w:t>
      </w:r>
    </w:p>
    <w:p>
      <w:pPr>
        <w:spacing w:before="0" w:after="120" w:line="300" w:lineRule="exact"/>
        <w:jc w:val="both"/>
      </w:pPr>
      <w:r>
        <w:rPr>
          <w:rFonts w:ascii="Georgia" w:hAnsi="Georgia" w:cs="Georgia" w:eastAsia="Georgia"/>
          <w:b w:val="0"/>
          <w:i w:val="0"/>
          <w:sz w:val="22"/>
        </w:rPr>
        <w:t>Remotely operated, it tore into the troops from the Netzah Ye-huda battalion, a unit made up of ultra-Orthodox soldiers.</w:t>
      </w:r>
    </w:p>
    <w:p>
      <w:pPr>
        <w:spacing w:before="0" w:after="120" w:line="300" w:lineRule="exact"/>
        <w:jc w:val="both"/>
      </w:pPr>
      <w:r>
        <w:rPr>
          <w:rFonts w:ascii="Georgia" w:hAnsi="Georgia" w:cs="Georgia" w:eastAsia="Georgia"/>
          <w:b w:val="0"/>
          <w:i w:val="0"/>
          <w:sz w:val="22"/>
        </w:rPr>
        <w:t>More Israeli forces rushed to their aid as a second bomb exploded, also remotely operated. When a third bomb went off moments later, it came with a hail of small arms fire from a Hamas cell that had been hiding nearby.</w:t>
      </w:r>
    </w:p>
    <w:p>
      <w:pPr>
        <w:spacing w:before="0" w:after="120" w:line="300" w:lineRule="exact"/>
        <w:jc w:val="both"/>
      </w:pPr>
      <w:r>
        <w:rPr>
          <w:rFonts w:ascii="Georgia" w:hAnsi="Georgia" w:cs="Georgia" w:eastAsia="Georgia"/>
          <w:b w:val="0"/>
          <w:i w:val="0"/>
          <w:sz w:val="22"/>
        </w:rPr>
        <w:t>Within minutes, five Israeli soldiers had been killed and 14 more wounded, some with critical injuries.</w:t>
      </w:r>
    </w:p>
    <w:p>
      <w:pPr>
        <w:spacing w:before="0" w:after="120" w:line="300" w:lineRule="exact"/>
        <w:jc w:val="both"/>
      </w:pPr>
      <w:r>
        <w:rPr>
          <w:rFonts w:ascii="Georgia" w:hAnsi="Georgia" w:cs="Georgia" w:eastAsia="Georgia"/>
          <w:b w:val="0"/>
          <w:i w:val="0"/>
          <w:sz w:val="22"/>
        </w:rPr>
        <w:t>The attack took place in the city of Beit Hanoun in Gaza's northeast corner, easily visible from the Israeli city of Sderot, in territory that was supposed to be under Israeli military control.</w:t>
      </w:r>
    </w:p>
    <w:p>
      <w:pPr>
        <w:spacing w:before="0" w:after="120" w:line="300" w:lineRule="exact"/>
        <w:jc w:val="both"/>
      </w:pPr>
      <w:r>
        <w:rPr>
          <w:rFonts w:ascii="Georgia" w:hAnsi="Georgia" w:cs="Georgia" w:eastAsia="Georgia"/>
          <w:b w:val="0"/>
          <w:i w:val="0"/>
          <w:sz w:val="22"/>
        </w:rPr>
        <w:t>An initial investigation found the Hamas cell placed the bombs within the previous 24 hours, preparing an ambush against Israeli forces, who likely believed they were operating in relative safety so close to Israeli territory.</w:t>
      </w:r>
    </w:p>
    <w:p>
      <w:pPr>
        <w:spacing w:before="0" w:after="120" w:line="300" w:lineRule="exact"/>
        <w:jc w:val="both"/>
      </w:pPr>
      <w:r>
        <w:rPr>
          <w:rFonts w:ascii="Georgia" w:hAnsi="Georgia" w:cs="Georgia" w:eastAsia="Georgia"/>
          <w:b w:val="0"/>
          <w:i w:val="0"/>
          <w:sz w:val="22"/>
        </w:rPr>
        <w:t>The complex attack highlights a Hamas shift to guerilla-style tactics as the militant group, battered and weakened after nearly 21 months of war, wages an insurgency campaign against the Israeli military. But even in its depleted state, Hamas has continued to mount deadly attacks against Israeli forces in the strip. Throughout the war, Israeli forces have had to return to parts of Gaza multiple times as Hamas reemerges in areas Israel claimed it had cleared. The recent string of attacks shows that Israel's goal of eradicating Hamas remains very elusive.</w:t>
      </w:r>
    </w:p>
    <w:p>
      <w:pPr>
        <w:spacing w:before="0" w:after="120" w:line="300" w:lineRule="exact"/>
        <w:jc w:val="both"/>
      </w:pPr>
      <w:r>
        <w:rPr>
          <w:rFonts w:ascii="Georgia" w:hAnsi="Georgia" w:cs="Georgia" w:eastAsia="Georgia"/>
          <w:b w:val="0"/>
          <w:i w:val="0"/>
          <w:sz w:val="22"/>
        </w:rPr>
        <w:t>Hamas' military wing, the Al-Qassam Brigades, said Monday's attack happened "in an area the occupation thought was safe after leaving no stone unturned."</w:t>
      </w:r>
    </w:p>
    <w:p>
      <w:pPr>
        <w:spacing w:before="0" w:after="120" w:line="300" w:lineRule="exact"/>
        <w:jc w:val="both"/>
      </w:pPr>
      <w:r>
        <w:rPr>
          <w:rFonts w:ascii="Georgia" w:hAnsi="Georgia" w:cs="Georgia" w:eastAsia="Georgia"/>
          <w:b w:val="0"/>
          <w:i w:val="0"/>
          <w:sz w:val="22"/>
        </w:rPr>
        <w:t>In a statement, Hamas described the war as a "battle of attrition" waged against Israel, one in which it would attempt to add to the soldiers it seized during the Oct. 7 attacks.</w:t>
      </w:r>
    </w:p>
    <w:p>
      <w:pPr>
        <w:spacing w:before="0" w:after="120" w:line="300" w:lineRule="exact"/>
        <w:jc w:val="both"/>
      </w:pPr>
      <w:r>
        <w:rPr>
          <w:rFonts w:ascii="Georgia" w:hAnsi="Georgia" w:cs="Georgia" w:eastAsia="Georgia"/>
          <w:b w:val="0"/>
          <w:i w:val="0"/>
          <w:sz w:val="22"/>
        </w:rPr>
        <w:t>"Even if it miraculously succeeded recently in freeing its soldiers from hell, it may fail later, leaving us with additional prisoners," Hamas said.</w:t>
      </w:r>
    </w:p>
    <w:p>
      <w:pPr>
        <w:spacing w:before="0" w:after="120" w:line="300" w:lineRule="exact"/>
        <w:jc w:val="both"/>
      </w:pPr>
      <w:r>
        <w:rPr>
          <w:rFonts w:ascii="Georgia" w:hAnsi="Georgia" w:cs="Georgia" w:eastAsia="Georgia"/>
          <w:b w:val="0"/>
          <w:i w:val="0"/>
          <w:sz w:val="22"/>
        </w:rPr>
        <w:t>On Wednesday, Hamas militants targeted an Israeli military engineering vehicle in Khan Younis, launching a rocket-propelled grenade and charging the vehicle as the driver tried to flee, as seen in a video of the attack released by Hamas. According to the Israeli military, the militants tried to abduct the soldier, killing him in the process. The attempt was thwarted by Israeli forces operating in the area. In a statement posted on Telegram two days later, the Al-Qassam Brigades vowed "the fate of the next soldier will be better as our new prisoner."</w:t>
      </w:r>
    </w:p>
    <w:p>
      <w:pPr>
        <w:spacing w:before="0" w:after="120" w:line="300" w:lineRule="exact"/>
        <w:jc w:val="both"/>
      </w:pPr>
      <w:r>
        <w:rPr>
          <w:rFonts w:ascii="Georgia" w:hAnsi="Georgia" w:cs="Georgia" w:eastAsia="Georgia"/>
          <w:b w:val="0"/>
          <w:i w:val="0"/>
          <w:sz w:val="22"/>
        </w:rPr>
        <w:t>The brutal, grinding war of Gaza contrasts sharply with Israel's quick and precise operation in Iran, a campaign carried out by air and on land without any military casualties. Since the end of the 12- day Israel-Iran conflict, at least 19 soldiers have been killed in Gaza, according to the Israel Defense Forces (IDF), including the attack in Beit Hanoun.</w:t>
      </w:r>
    </w:p>
    <w:p>
      <w:pPr>
        <w:spacing w:before="0" w:after="120" w:line="300" w:lineRule="exact"/>
        <w:jc w:val="both"/>
      </w:pPr>
      <w:r>
        <w:rPr>
          <w:rFonts w:ascii="Georgia" w:hAnsi="Georgia" w:cs="Georgia" w:eastAsia="Georgia"/>
          <w:b w:val="0"/>
          <w:i w:val="0"/>
          <w:sz w:val="22"/>
        </w:rPr>
        <w:t>On the day of the Israel-Iran ceasefire, a Hamas militant threw an incendiary device down the open hatch of an armored engineering vehicle in southern Gaza, killing all seven soldiers inside. The attack was one of the deadliest incidents in months for the IDF in Gaza.</w:t>
      </w:r>
    </w:p>
    <w:p>
      <w:pPr>
        <w:spacing w:before="0" w:after="120" w:line="300" w:lineRule="exact"/>
        <w:jc w:val="both"/>
      </w:pPr>
      <w:r>
        <w:rPr>
          <w:rFonts w:ascii="Georgia" w:hAnsi="Georgia" w:cs="Georgia" w:eastAsia="Georgia"/>
          <w:b w:val="0"/>
          <w:i w:val="0"/>
          <w:sz w:val="22"/>
        </w:rPr>
        <w:t>Former IDF Chief of Staff Lt. Gen. Herzi Halevi said in January that Israel had killed 20,000 Hamas fighters since the beginning of the war. Israel has also assassinated much of the terror organization's top leadership. But Hamas has recruited new fighters as well, a senior Israeli military official said earlier this year, replenishing their ranks. In March, Israel's public broadcast, Kan News, reported that Hamas had recruited "hundreds" of new fighters.</w:t>
      </w:r>
    </w:p>
    <w:p>
      <w:pPr>
        <w:spacing w:before="0" w:after="120" w:line="300" w:lineRule="exact"/>
        <w:jc w:val="both"/>
      </w:pPr>
      <w:r>
        <w:rPr>
          <w:rFonts w:ascii="Georgia" w:hAnsi="Georgia" w:cs="Georgia" w:eastAsia="Georgia"/>
          <w:b w:val="0"/>
          <w:i w:val="0"/>
          <w:sz w:val="22"/>
        </w:rPr>
        <w:t>What remains is a loosely organized group of militant cells, able to carry out hit-and-run attacks, using what remains of Gaza's underground tunnel network to move and stay hidden, according to Retired Maj. Gen Israel Ziv, former head of the IDF's Operations Directorate.</w:t>
      </w:r>
    </w:p>
    <w:p>
      <w:pPr>
        <w:spacing w:before="0" w:after="120" w:line="300" w:lineRule="exact"/>
        <w:jc w:val="both"/>
      </w:pPr>
      <w:r>
        <w:rPr>
          <w:rFonts w:ascii="Georgia" w:hAnsi="Georgia" w:cs="Georgia" w:eastAsia="Georgia"/>
          <w:b w:val="0"/>
          <w:i w:val="0"/>
          <w:sz w:val="22"/>
        </w:rPr>
        <w:t>Hamas has had time to study how the IDF operates, Ziv told CNN, and they are turning that to their advantage.</w:t>
      </w:r>
    </w:p>
    <w:p>
      <w:pPr>
        <w:spacing w:before="0" w:after="120" w:line="300" w:lineRule="exact"/>
        <w:jc w:val="both"/>
      </w:pPr>
      <w:r>
        <w:rPr>
          <w:rFonts w:ascii="Georgia" w:hAnsi="Georgia" w:cs="Georgia" w:eastAsia="Georgia"/>
          <w:b w:val="0"/>
          <w:i w:val="0"/>
          <w:sz w:val="22"/>
        </w:rPr>
        <w:t>"Their war is built around our weaknesses. They don't defend territory — they seek targets," he said.</w:t>
      </w:r>
    </w:p>
    <w:p>
      <w:pPr>
        <w:spacing w:before="0" w:after="120" w:line="300" w:lineRule="exact"/>
        <w:jc w:val="both"/>
      </w:pPr>
      <w:r>
        <w:rPr>
          <w:rFonts w:ascii="Georgia" w:hAnsi="Georgia" w:cs="Georgia" w:eastAsia="Georgia"/>
          <w:b w:val="0"/>
          <w:i w:val="0"/>
          <w:sz w:val="22"/>
        </w:rPr>
        <w:t>Ziv said the strain on Israel's military manpower has allowed Hamas to exploit vulnerabilities, even in its weakened state.</w:t>
      </w:r>
    </w:p>
    <w:p>
      <w:pPr>
        <w:spacing w:before="0" w:after="120" w:line="300" w:lineRule="exact"/>
        <w:jc w:val="both"/>
      </w:pPr>
      <w:r>
        <w:rPr>
          <w:rFonts w:ascii="Georgia" w:hAnsi="Georgia" w:cs="Georgia" w:eastAsia="Georgia"/>
          <w:b w:val="0"/>
          <w:i w:val="0"/>
          <w:sz w:val="22"/>
        </w:rPr>
        <w:t>"Hamas has undergone a transformation — it has become a guerrilla organization operating in small cells. It has an abundance of explosives, much of it from the munitions the IDF has dropped there. This is a war of IEDs. Hamas is creating ambushes and taking initiative by controlling key bottlenecks," said Ziv.</w:t>
      </w:r>
    </w:p>
    <w:p>
      <w:pPr>
        <w:spacing w:before="0" w:after="120" w:line="300" w:lineRule="exact"/>
        <w:jc w:val="both"/>
      </w:pPr>
      <w:r>
        <w:rPr>
          <w:rFonts w:ascii="Georgia" w:hAnsi="Georgia" w:cs="Georgia" w:eastAsia="Georgia"/>
          <w:b w:val="0"/>
          <w:i w:val="0"/>
          <w:sz w:val="22"/>
        </w:rPr>
        <w:t>Operating as decentralized, independent groups has made it harder for Israel to target a cohesive leadership structure. Last month, an Israeli military official told CNN that it has become more difficult to effectively target what remains of Hamas.</w:t>
      </w:r>
    </w:p>
    <w:p>
      <w:pPr>
        <w:spacing w:before="0" w:after="120" w:line="300" w:lineRule="exact"/>
        <w:jc w:val="both"/>
      </w:pPr>
      <w:r>
        <w:rPr>
          <w:rFonts w:ascii="Georgia" w:hAnsi="Georgia" w:cs="Georgia" w:eastAsia="Georgia"/>
          <w:b w:val="0"/>
          <w:i w:val="0"/>
          <w:sz w:val="22"/>
        </w:rPr>
        <w:t>"It's harder now to achieve tactical goals," the official said.</w:t>
      </w:r>
    </w:p>
    <w:p>
      <w:pPr>
        <w:spacing w:before="0" w:after="120" w:line="300" w:lineRule="exact"/>
        <w:jc w:val="both"/>
      </w:pPr>
      <w:r>
        <w:rPr>
          <w:rFonts w:ascii="Georgia" w:hAnsi="Georgia" w:cs="Georgia" w:eastAsia="Georgia"/>
          <w:b w:val="0"/>
          <w:i w:val="0"/>
          <w:sz w:val="22"/>
        </w:rPr>
        <w:t>Hamas long ago expended the vast majority of its rocket arsenal, able now to launch only sporadic rockets that have near -zero impact. But their ability to move among the ruins of Gaza, armed with improvised explosive devices culled from tens of thousands of Israeli munitions, has turned the rubble of the besieged enclave into a source of resilience.</w:t>
      </w:r>
    </w:p>
    <w:p>
      <w:pPr>
        <w:spacing w:before="0" w:after="120" w:line="300" w:lineRule="exact"/>
        <w:jc w:val="both"/>
      </w:pPr>
      <w:r>
        <w:rPr>
          <w:rFonts w:ascii="Georgia" w:hAnsi="Georgia" w:cs="Georgia" w:eastAsia="Georgia"/>
          <w:b w:val="0"/>
          <w:i w:val="0"/>
          <w:sz w:val="22"/>
        </w:rPr>
        <w:t>Challenged by armed gangs in southern Gaza and a population that has expressed open anger at Hamas, the militant group has nevertheless found a way to continue the fight, exacting a deadly price with each passing week that goes by without a ceasefire.</w:t>
      </w:r>
    </w:p>
    <w:p>
      <w:pPr>
        <w:spacing w:before="0" w:after="120" w:line="300" w:lineRule="exact"/>
        <w:jc w:val="both"/>
      </w:pPr>
      <w:r>
        <w:rPr>
          <w:rFonts w:ascii="Georgia" w:hAnsi="Georgia" w:cs="Georgia" w:eastAsia="Georgia"/>
          <w:b w:val="0"/>
          <w:i w:val="0"/>
          <w:sz w:val="22"/>
        </w:rPr>
        <w:t>Even with talks ongoing in Doha and signs of some progress, a ceasefire remains elusive, with mediators so far unable to bridge the key gaps between the sides. Prime Minister Benjamin Netanyahu said during his recent trip to Washington, DC that Hamas must lay down its arms, ceding its military and governing capability, or Israel will resume the war.</w:t>
      </w:r>
    </w:p>
    <w:p>
      <w:pPr>
        <w:spacing w:before="0" w:after="120" w:line="300" w:lineRule="exact"/>
        <w:jc w:val="both"/>
      </w:pPr>
      <w:r>
        <w:rPr>
          <w:rFonts w:ascii="Georgia" w:hAnsi="Georgia" w:cs="Georgia" w:eastAsia="Georgia"/>
          <w:b w:val="0"/>
          <w:i w:val="0"/>
          <w:sz w:val="22"/>
        </w:rPr>
        <w:t>But Hamas has shown no willingness to make such major concessions in negotiations, and the recent attacks are an indication of the power they still retain.</w:t>
      </w:r>
    </w:p>
    <w:p>
      <w:pPr>
        <w:spacing w:before="0" w:after="120" w:line="300" w:lineRule="exact"/>
        <w:jc w:val="both"/>
      </w:pPr>
      <w:r>
        <w:rPr>
          <w:rFonts w:ascii="Georgia" w:hAnsi="Georgia" w:cs="Georgia" w:eastAsia="Georgia"/>
          <w:b w:val="0"/>
          <w:i w:val="0"/>
          <w:sz w:val="22"/>
        </w:rPr>
        <w:t>https://s-6cc224-i.sgizmo.com/s3/iO2WXkbIE6A1Ah1yMR0-8141136/</w:t>
      </w:r>
    </w:p>
    <w:p>
      <w:r>
        <w:br w:type="page"/>
      </w:r>
    </w:p>
    <w:p>
      <w:pPr>
        <w:pStyle w:val="Heading1"/>
        <w:spacing w:before="360" w:after="200" w:line="300" w:lineRule="exact"/>
        <w:jc w:val="center"/>
      </w:pPr>
      <w:r>
        <w:rPr>
          <w:rFonts w:ascii="Georgia" w:hAnsi="Georgia" w:cs="Georgia" w:eastAsia="Georgia"/>
          <w:b/>
          <w:i w:val="0"/>
          <w:color w:val="1F3864"/>
          <w:sz w:val="32"/>
        </w:rPr>
        <w:t>THE TESTIMONY OF A TAJIK MUSLIM</w:t>
      </w:r>
    </w:p>
    <w:p>
      <w:pPr>
        <w:spacing w:before="0" w:after="120" w:line="300" w:lineRule="exact"/>
        <w:jc w:val="both"/>
      </w:pPr>
      <w:r>
        <w:rPr>
          <w:rFonts w:ascii="Georgia" w:hAnsi="Georgia" w:cs="Georgia" w:eastAsia="Georgia"/>
          <w:b w:val="0"/>
          <w:i w:val="0"/>
          <w:sz w:val="22"/>
        </w:rPr>
        <w:t>The life of torture in Tajikistan</w:t>
      </w:r>
    </w:p>
    <w:p>
      <w:pPr>
        <w:spacing w:before="0" w:after="120" w:line="300" w:lineRule="exact"/>
        <w:jc w:val="both"/>
      </w:pPr>
      <w:r>
        <w:rPr>
          <w:rFonts w:ascii="Georgia" w:hAnsi="Georgia" w:cs="Georgia" w:eastAsia="Georgia"/>
          <w:b w:val="0"/>
          <w:i w:val="0"/>
          <w:sz w:val="22"/>
        </w:rPr>
        <w:t>DOAM Jul 23, 2025</w:t>
      </w:r>
    </w:p>
    <w:p>
      <w:pPr>
        <w:spacing w:before="0" w:after="120" w:line="300" w:lineRule="exact"/>
        <w:jc w:val="both"/>
      </w:pPr>
      <w:r>
        <w:rPr>
          <w:rFonts w:ascii="Georgia" w:hAnsi="Georgia" w:cs="Georgia" w:eastAsia="Georgia"/>
          <w:b w:val="0"/>
          <w:i w:val="0"/>
          <w:sz w:val="22"/>
        </w:rPr>
        <w:t>Is Tajikistan Next After East Turkestan?</w:t>
      </w:r>
    </w:p>
    <w:p>
      <w:pPr>
        <w:spacing w:before="0" w:after="120" w:line="300" w:lineRule="exact"/>
        <w:jc w:val="both"/>
      </w:pPr>
      <w:r>
        <w:rPr>
          <w:rFonts w:ascii="Georgia" w:hAnsi="Georgia" w:cs="Georgia" w:eastAsia="Georgia"/>
          <w:b w:val="0"/>
          <w:i w:val="0"/>
          <w:sz w:val="22"/>
        </w:rPr>
        <w:t>The current situation in Tajikistan is no different from that in East Turkestan. If someone wears a Hijab or grows a beard, they get fined the first time, and imprisoned the second time. Mosques exist, but they are empty. If too many people gather in a mosque, it gets shut down, or everyone present is fined individually. If you pray somewhere other than a mosque or your home, you're immediately summoned. You just keep going and paying fines. Some of my relatives were fined just for praying at a gas station.</w:t>
      </w:r>
    </w:p>
    <w:p>
      <w:pPr>
        <w:spacing w:before="0" w:after="120" w:line="300" w:lineRule="exact"/>
        <w:jc w:val="both"/>
      </w:pPr>
      <w:r>
        <w:rPr>
          <w:rFonts w:ascii="Georgia" w:hAnsi="Georgia" w:cs="Georgia" w:eastAsia="Georgia"/>
          <w:b w:val="0"/>
          <w:i w:val="0"/>
          <w:sz w:val="22"/>
        </w:rPr>
        <w:t>When I arrived in Tajikistan, one of our own people had just been arrested — the reason was laughable. He had gone to Uzbekistan and taken a picture with Uzbekistan's palace cleric, Sufi Solikhon Domla, and uploaded it to some website. Because of this, he had to pay $20,000. If he had-n't, they said he would've been sentenced to 15 years in prison. There is a mosque right in front of our house. A palace-appointed Imam used to lead prayers there. Even though he was submissive, they still summoned him from time to time, beat him, took his money, and then let him go. At most, 4 or 5 elderly people attend that mosque for prayers.</w:t>
      </w:r>
    </w:p>
    <w:p>
      <w:pPr>
        <w:spacing w:before="0" w:after="120" w:line="300" w:lineRule="exact"/>
        <w:jc w:val="both"/>
      </w:pPr>
      <w:r>
        <w:rPr>
          <w:rFonts w:ascii="Georgia" w:hAnsi="Georgia" w:cs="Georgia" w:eastAsia="Georgia"/>
          <w:b w:val="0"/>
          <w:i w:val="0"/>
          <w:sz w:val="22"/>
        </w:rPr>
        <w:t>The oppression is so extreme it's indescribable. In Uzbekistan, Ahlus Sunnah has mostly been eliminated, and here, they're wiping out everyone indiscriminately. One of our people is in Germany. He recognised the truth and refused to return. They summoned his father, tortured him, and extracted thousands of dollars. He had several livestock and cars — they were all sold to raise the money. Once they saw there was no money left, they let him go. They even said, "You can leave for now. If we get bored, we'll summon you again."</w:t>
      </w:r>
    </w:p>
    <w:p>
      <w:pPr>
        <w:spacing w:before="0" w:after="120" w:line="300" w:lineRule="exact"/>
        <w:jc w:val="both"/>
      </w:pPr>
      <w:r>
        <w:rPr>
          <w:rFonts w:ascii="Georgia" w:hAnsi="Georgia" w:cs="Georgia" w:eastAsia="Georgia"/>
          <w:b w:val="0"/>
          <w:i w:val="0"/>
          <w:sz w:val="22"/>
        </w:rPr>
        <w:t>In Tajikistan, if a person is irreligious, they might live somewhat peacefully. But a Muslim cannot live in peace. Sooner or later, they will be summoned, tortured, fined, or imprisoned. The people have become extremely fearful. When I was summoned, the neighborhood chief told some of my relatives: "They are calling your nephew from the top." My uncle got scared and said: "We don't know anything. Please don't involve us." He managed to get out of it. The fear among the people is similar to that of Bani Israel, who endured years of oppression under Pharaoh. Even when a Prophet stood before them, they were too afraid to fight. They said, "Go, you and your Lord, and fight. We're staying here." Even now, if a prophet were to stand before this nation and say, "Let's fight this hellish tyrant," they wouldn't budge.</w:t>
      </w:r>
    </w:p>
    <w:p>
      <w:pPr>
        <w:spacing w:before="0" w:after="120" w:line="300" w:lineRule="exact"/>
        <w:jc w:val="both"/>
      </w:pPr>
      <w:r>
        <w:rPr>
          <w:rFonts w:ascii="Georgia" w:hAnsi="Georgia" w:cs="Georgia" w:eastAsia="Georgia"/>
          <w:b w:val="0"/>
          <w:i w:val="0"/>
          <w:sz w:val="22"/>
        </w:rPr>
        <w:t>Recently, I was in a taxi with five others. We passed a billboard with the tyrant's hand raised. Inside the car, the brainwashed passengers looked at the poster and raised their hands too. They shouted: "This is God's partner! This is a great man!" SubhanAllah. They insult and call those who criticise the tyrant "troublemakers" and "filthy." They say you shouldn't speak badly about him — SubhanAllah. In Tajikistan, listening to a religious lecture can result in a fine or prison. If a lecture is found on your phone, you pay $300 per recording. More lectures mean more fines. If you can't pay, you go to jail. Right before I came back home, there was a misguided man who listened to a lecture, and by Allah's guidance, began to pray and gave up alcohol. After starting to listen to religious lectures, they arrested him and sentenced him to 8 years in prison. No one bothered him when he was drinking, but the moment he started to practise Islam, they threw him in jail.</w:t>
      </w:r>
    </w:p>
    <w:p>
      <w:pPr>
        <w:spacing w:before="0" w:after="120" w:line="300" w:lineRule="exact"/>
        <w:jc w:val="both"/>
      </w:pPr>
      <w:r>
        <w:rPr>
          <w:rFonts w:ascii="Georgia" w:hAnsi="Georgia" w:cs="Georgia" w:eastAsia="Georgia"/>
          <w:b w:val="0"/>
          <w:i w:val="0"/>
          <w:sz w:val="22"/>
        </w:rPr>
        <w:t>What more proof of oppression do you need? I can't even imagine the torture that happens inside prison. One wonders whether those working for this government are even human beings.</w:t>
      </w:r>
    </w:p>
    <w:p>
      <w:pPr>
        <w:spacing w:before="0" w:after="120" w:line="300" w:lineRule="exact"/>
        <w:jc w:val="both"/>
      </w:pPr>
      <w:r>
        <w:rPr>
          <w:rFonts w:ascii="Georgia" w:hAnsi="Georgia" w:cs="Georgia" w:eastAsia="Georgia"/>
          <w:b w:val="0"/>
          <w:i w:val="0"/>
          <w:sz w:val="22"/>
        </w:rPr>
        <w:t>Brothers in Uzbekistan — beware. You could be next.</w:t>
      </w:r>
    </w:p>
    <w:p>
      <w:r>
        <w:br w:type="page"/>
      </w:r>
    </w:p>
    <w:p>
      <w:pPr>
        <w:pStyle w:val="Heading1"/>
        <w:spacing w:before="360" w:after="200" w:line="300" w:lineRule="exact"/>
        <w:jc w:val="center"/>
      </w:pPr>
      <w:r>
        <w:rPr>
          <w:rFonts w:ascii="Georgia" w:hAnsi="Georgia" w:cs="Georgia" w:eastAsia="Georgia"/>
          <w:b/>
          <w:i w:val="0"/>
          <w:color w:val="1F3864"/>
          <w:sz w:val="32"/>
        </w:rPr>
        <w:t>THE IRANIAN KUFFAAR EXPEL OVER HALF A MILLION AFGHAANI MUSLIM CITIZENS OF IRAN</w:t>
      </w:r>
    </w:p>
    <w:p>
      <w:pPr>
        <w:spacing w:before="0" w:after="120" w:line="300" w:lineRule="exact"/>
        <w:jc w:val="both"/>
      </w:pPr>
      <w:r>
        <w:rPr>
          <w:rFonts w:ascii="Georgia" w:hAnsi="Georgia" w:cs="Georgia" w:eastAsia="Georgia"/>
          <w:b w:val="0"/>
          <w:i w:val="0"/>
          <w:sz w:val="22"/>
        </w:rPr>
        <w:t>Since the cessation of the 12 day war with Israel, in 16 days, the kufr regime of Iran has expelled over half a million Afghaani Muslim citizens of the country. This shockingly lamentable act of ZULM (cruelty/injustice and oppression) will not go by unpunished by Allah Ta'ala. Iran has already tasted a small measure of Divine Punishment inflicted by Allah Azza Wa Jal via the agency of the Israeli Yahood and the US Christians.</w:t>
      </w:r>
    </w:p>
    <w:p>
      <w:pPr>
        <w:spacing w:before="0" w:after="120" w:line="300" w:lineRule="exact"/>
        <w:jc w:val="both"/>
      </w:pPr>
      <w:r>
        <w:rPr>
          <w:rFonts w:ascii="Georgia" w:hAnsi="Georgia" w:cs="Georgia" w:eastAsia="Georgia"/>
          <w:b w:val="0"/>
          <w:i w:val="0"/>
          <w:sz w:val="22"/>
        </w:rPr>
        <w:t>All forces in creation are cogs in the Divine Machinery of Chastisement. The Qur'aan states: "No one knows the armies of your Rabb, except He (Allah)." The kuffaar too are a cog in this Divine Machinery of Athaab.</w:t>
      </w:r>
    </w:p>
    <w:p>
      <w:pPr>
        <w:spacing w:before="0" w:after="120" w:line="300" w:lineRule="exact"/>
        <w:jc w:val="both"/>
      </w:pPr>
      <w:r>
        <w:rPr>
          <w:rFonts w:ascii="Georgia" w:hAnsi="Georgia" w:cs="Georgia" w:eastAsia="Georgia"/>
          <w:b w:val="0"/>
          <w:i w:val="0"/>
          <w:sz w:val="22"/>
        </w:rPr>
        <w:t>The expulsion of over half a million Muslim citizens for whom Iran was Home, is further confirmation for the flagitious hatred Shiahs harbour for Muslims. Regarding zulm, Rasulullah (Sallallahu alayhi wasallam) said:</w:t>
      </w:r>
    </w:p>
    <w:p>
      <w:pPr>
        <w:spacing w:before="120" w:after="120" w:line="300" w:lineRule="exact"/>
        <w:ind w:left="720" w:right="720"/>
        <w:jc w:val="center"/>
      </w:pPr>
      <w:r>
        <w:rPr>
          <w:rFonts w:ascii="Georgia" w:hAnsi="Georgia" w:cs="Georgia" w:eastAsia="Georgia"/>
          <w:b w:val="0"/>
          <w:i/>
          <w:sz w:val="22"/>
        </w:rPr>
        <w:t>"Beware of the Curse of the Mazloom (oppressed). It rises above the clouds and the Portals of the Heaven are opened for it. Then your Rabb says: "By My Grandeur and Might! I shall aid you even if it be after some time."</w:t>
      </w:r>
    </w:p>
    <w:p>
      <w:pPr>
        <w:spacing w:before="0" w:after="120" w:line="300" w:lineRule="exact"/>
        <w:jc w:val="both"/>
      </w:pPr>
      <w:r>
        <w:rPr>
          <w:rFonts w:ascii="Georgia" w:hAnsi="Georgia" w:cs="Georgia" w:eastAsia="Georgia"/>
          <w:b w:val="0"/>
          <w:i w:val="0"/>
          <w:sz w:val="22"/>
        </w:rPr>
        <w:t>Never shall these Shiah kuffaar Zaalimeen escape the Punishment of Divine Wrath. After this horrible act of Zulm perpetrated on over half a million Muslims in just 16 days, what sympathy can Muslims have for Iran if the Yahood and Nasaara pulverize Iran? By nature Shiahs are brutal, just like the Yahood. What Israel has not yet achieved after 21 months of incessant bombing, massacre, destruction and genocide, namely the expulsion of the Palestinians from Gazzah, Iran has perpetrated it in 16 days by expelling over half a million Muslims from Iran.</w:t>
      </w:r>
    </w:p>
    <w:p>
      <w:pPr>
        <w:spacing w:before="0" w:after="120" w:line="300" w:lineRule="exact"/>
        <w:jc w:val="both"/>
      </w:pPr>
      <w:r>
        <w:rPr>
          <w:rFonts w:ascii="Georgia" w:hAnsi="Georgia" w:cs="Georgia" w:eastAsia="Georgia"/>
          <w:b w:val="0"/>
          <w:i w:val="0"/>
          <w:sz w:val="22"/>
        </w:rPr>
        <w:t>Iran is not exclusively for Shiahs. It has been a land of Islam for centuries. However, when the kuffaar Shiahs gained power, they massacred and expelled the Muslim population just as they are currently doing.</w:t>
      </w:r>
    </w:p>
    <w:p>
      <w:pPr>
        <w:spacing w:before="0" w:after="120" w:line="300" w:lineRule="exact"/>
        <w:jc w:val="both"/>
      </w:pPr>
      <w:r>
        <w:rPr>
          <w:rFonts w:ascii="Georgia" w:hAnsi="Georgia" w:cs="Georgia" w:eastAsia="Georgia"/>
          <w:b w:val="0"/>
          <w:i w:val="0"/>
          <w:sz w:val="22"/>
        </w:rPr>
        <w:t>In a flapdoodle attempt to justify their inhuman treatment and expulsion of the Muslims, they stupidly dangle the charge of 'spying'. While numerous Iranian Shiah have hitherto been arrested on espionage charges for Israel, no Afghaanis have been arrested. Assuming that a handful of Afghaanis were on the spy payroll of Israel, never does it justify the expulsion of the entire Muslim community from their homeland. Will Iran expel the entire Shiah population because dozens of Iranian Shiahs have been arrested for having spied for Israel and due to their spying, Iran's nuclear facilities have been demolished?</w:t>
      </w:r>
    </w:p>
    <w:p>
      <w:r>
        <w:br w:type="page"/>
      </w:r>
    </w:p>
    <w:p>
      <w:pPr>
        <w:pStyle w:val="Heading1"/>
        <w:spacing w:before="360" w:after="200" w:line="300" w:lineRule="exact"/>
        <w:jc w:val="center"/>
      </w:pPr>
      <w:r>
        <w:rPr>
          <w:rFonts w:ascii="Georgia" w:hAnsi="Georgia" w:cs="Georgia" w:eastAsia="Georgia"/>
          <w:b/>
          <w:i w:val="0"/>
          <w:color w:val="1F3864"/>
          <w:sz w:val="32"/>
        </w:rPr>
        <w:t>THE COVID &amp; INTERFAITH CARTEL OF MUNAAFIQEEN DO NOT FORGET THEM!</w:t>
      </w:r>
    </w:p>
    <w:p>
      <w:pPr>
        <w:spacing w:before="0" w:after="120" w:line="300" w:lineRule="exact"/>
        <w:jc w:val="both"/>
      </w:pPr>
      <w:r>
        <w:rPr>
          <w:rFonts w:ascii="Georgia" w:hAnsi="Georgia" w:cs="Georgia" w:eastAsia="Georgia"/>
          <w:b w:val="0"/>
          <w:i w:val="0"/>
          <w:sz w:val="22"/>
        </w:rPr>
        <w:t>This vile cartel of shaitaani agents consists of the like of Reverend, Abraham Bham, Menk, MJC carrion characters, Darush Shaitaan (Durban) molvis, most UK molvis and numerous others of similar ilk.</w:t>
      </w:r>
    </w:p>
    <w:p>
      <w:pPr>
        <w:spacing w:before="0" w:after="120" w:line="300" w:lineRule="exact"/>
        <w:jc w:val="both"/>
      </w:pPr>
      <w:r>
        <w:rPr>
          <w:rFonts w:ascii="Georgia" w:hAnsi="Georgia" w:cs="Georgia" w:eastAsia="Georgia"/>
          <w:b w:val="0"/>
          <w:i w:val="0"/>
          <w:sz w:val="22"/>
        </w:rPr>
        <w:t>They are the munaafiqeen who had closed the Musaajid days before the government had ordered the satanic closure. They are the agents of shaitaan who had vehemently proclaimed the Musaajid to be carriers of disease. They had even thrown out The Qur'aan Majeed copies from the Musaajid. They had banned performance of Salaat in the Musaajid which were under their control.</w:t>
      </w:r>
    </w:p>
    <w:p>
      <w:pPr>
        <w:spacing w:before="0" w:after="120" w:line="300" w:lineRule="exact"/>
        <w:jc w:val="both"/>
      </w:pPr>
      <w:r>
        <w:rPr>
          <w:rFonts w:ascii="Georgia" w:hAnsi="Georgia" w:cs="Georgia" w:eastAsia="Georgia"/>
          <w:b w:val="0"/>
          <w:i w:val="0"/>
          <w:sz w:val="22"/>
        </w:rPr>
        <w:t>They are the vilest specimens of devils who had gone to the kuffaar court to beg for an order to close the Musaajid and to ban Salaat in the Musaajid. They are the satanic louts who had prohibited Jumuah Salaat specifically.</w:t>
      </w:r>
    </w:p>
    <w:p>
      <w:pPr>
        <w:spacing w:before="0" w:after="120" w:line="300" w:lineRule="exact"/>
        <w:jc w:val="both"/>
      </w:pPr>
      <w:r>
        <w:rPr>
          <w:rFonts w:ascii="Georgia" w:hAnsi="Georgia" w:cs="Georgia" w:eastAsia="Georgia"/>
          <w:b w:val="0"/>
          <w:i w:val="0"/>
          <w:sz w:val="22"/>
        </w:rPr>
        <w:t>It is this Cartel of Rubbish who had abolished the Sunnah and had introduced and justified the shaitaani kuffaar covid protocols in violent conflict with the proclamation of Rasulullah (Sallallahu alayhi wasallam) regarding the issue of disease contagiousness.</w:t>
      </w:r>
    </w:p>
    <w:p>
      <w:pPr>
        <w:spacing w:before="0" w:after="120" w:line="300" w:lineRule="exact"/>
        <w:jc w:val="both"/>
      </w:pPr>
      <w:r>
        <w:rPr>
          <w:rFonts w:ascii="Georgia" w:hAnsi="Georgia" w:cs="Georgia" w:eastAsia="Georgia"/>
          <w:b w:val="0"/>
          <w:i w:val="0"/>
          <w:sz w:val="22"/>
        </w:rPr>
        <w:t>It is necessary to remember these scoundrels to avoid performing Salaat behind them. They are munaafiqs who had sold the Deen down the sewer drain for the boodle which the Bill Gates cronies were doling out to the bootlickers.</w:t>
      </w:r>
    </w:p>
    <w:p>
      <w:pPr>
        <w:spacing w:before="0" w:after="120" w:line="300" w:lineRule="exact"/>
        <w:jc w:val="both"/>
      </w:pPr>
      <w:r>
        <w:rPr>
          <w:rFonts w:ascii="Georgia" w:hAnsi="Georgia" w:cs="Georgia" w:eastAsia="Georgia"/>
          <w:b w:val="0"/>
          <w:i w:val="0"/>
          <w:sz w:val="22"/>
        </w:rPr>
        <w:t>This Cartel of Louts is also in the forefront of the Kufr Interfaith Trap set up by the Yahood and Nasaara to subvert and destroy Islam. Beware of them!</w:t>
      </w:r>
    </w:p>
    <w:p>
      <w:r>
        <w:br w:type="page"/>
      </w:r>
    </w:p>
    <w:p>
      <w:pPr>
        <w:pStyle w:val="Heading1"/>
        <w:spacing w:before="360" w:after="200" w:line="300" w:lineRule="exact"/>
        <w:jc w:val="center"/>
      </w:pPr>
      <w:r>
        <w:rPr>
          <w:rFonts w:ascii="Georgia" w:hAnsi="Georgia" w:cs="Georgia" w:eastAsia="Georgia"/>
          <w:b/>
          <w:i w:val="0"/>
          <w:color w:val="1F3864"/>
          <w:sz w:val="32"/>
        </w:rPr>
        <w:t>GAZZAH-PALESTINE EVALUATE THE CONFLAGRATION IN THE MIRROR OF THE QUR'AAN</w:t>
      </w:r>
    </w:p>
    <w:p>
      <w:pPr>
        <w:pStyle w:val="Heading3"/>
        <w:spacing w:before="200" w:after="120" w:line="300" w:lineRule="exact"/>
        <w:jc w:val="left"/>
      </w:pPr>
      <w:r>
        <w:rPr>
          <w:rFonts w:ascii="Georgia" w:hAnsi="Georgia" w:cs="Georgia" w:eastAsia="Georgia"/>
          <w:b/>
          <w:i w:val="0"/>
          <w:color w:val="2E74B5"/>
          <w:sz w:val="24"/>
        </w:rPr>
        <w:t>ALLAH IS ALEEM AND QAADIR</w:t>
      </w:r>
    </w:p>
    <w:p>
      <w:pPr>
        <w:spacing w:before="0" w:after="120" w:line="300" w:lineRule="exact"/>
        <w:jc w:val="both"/>
      </w:pPr>
      <w:r>
        <w:rPr>
          <w:rFonts w:ascii="Georgia" w:hAnsi="Georgia" w:cs="Georgia" w:eastAsia="Georgia"/>
          <w:b w:val="0"/>
          <w:i w:val="0"/>
          <w:sz w:val="22"/>
        </w:rPr>
        <w:t>Allah Azza wa Jal is Aleem (The All-Knower) and He is Qaadir (All Powerful)</w:t>
      </w:r>
    </w:p>
    <w:p>
      <w:pPr>
        <w:spacing w:before="120" w:after="120" w:line="300" w:lineRule="exact"/>
        <w:ind w:left="720" w:right="720"/>
        <w:jc w:val="center"/>
      </w:pPr>
      <w:r>
        <w:rPr>
          <w:rFonts w:ascii="Georgia" w:hAnsi="Georgia" w:cs="Georgia" w:eastAsia="Georgia"/>
          <w:b w:val="0"/>
          <w:i/>
          <w:sz w:val="22"/>
        </w:rPr>
        <w:t>"He (Allah) knows whatever is in the heavens and whatever is in the earth.</w:t>
      </w:r>
    </w:p>
    <w:p>
      <w:pPr>
        <w:spacing w:before="120" w:after="120" w:line="300" w:lineRule="exact"/>
        <w:ind w:left="720" w:right="720"/>
        <w:jc w:val="center"/>
      </w:pPr>
      <w:r>
        <w:rPr>
          <w:rFonts w:ascii="Georgia" w:hAnsi="Georgia" w:cs="Georgia" w:eastAsia="Georgia"/>
          <w:b w:val="0"/>
          <w:i/>
          <w:sz w:val="22"/>
        </w:rPr>
        <w:t>Allah has power over all things."</w:t>
      </w:r>
    </w:p>
    <w:p>
      <w:pPr>
        <w:spacing w:before="120" w:after="120" w:line="300" w:lineRule="exact"/>
        <w:ind w:left="720" w:right="720"/>
        <w:jc w:val="center"/>
      </w:pPr>
      <w:r>
        <w:rPr>
          <w:rFonts w:ascii="Georgia" w:hAnsi="Georgia" w:cs="Georgia" w:eastAsia="Georgia"/>
          <w:b w:val="0"/>
          <w:i/>
          <w:sz w:val="22"/>
        </w:rPr>
        <w:t>(Aal Imraan, Aayat 29)</w:t>
      </w:r>
    </w:p>
    <w:p>
      <w:pPr>
        <w:spacing w:before="0" w:after="120" w:line="300" w:lineRule="exact"/>
        <w:jc w:val="both"/>
      </w:pPr>
      <w:r>
        <w:rPr>
          <w:rFonts w:ascii="Georgia" w:hAnsi="Georgia" w:cs="Georgia" w:eastAsia="Georgia"/>
          <w:b w:val="0"/>
          <w:i w:val="0"/>
          <w:sz w:val="22"/>
        </w:rPr>
        <w:t>Despite Allah Ta'ala being fully aware of the atrocities, massacres, brutalities and genocide ravaging Gaz-Palestine, and despite Him having the Power to terminate the calamity forthwith, He is allowing it. The Qur'aan Majeed states:</w:t>
      </w:r>
    </w:p>
    <w:p>
      <w:pPr>
        <w:spacing w:before="0" w:after="120" w:line="300" w:lineRule="exact"/>
        <w:jc w:val="both"/>
      </w:pPr>
      <w:r>
        <w:rPr>
          <w:rFonts w:ascii="Georgia" w:hAnsi="Georgia" w:cs="Georgia" w:eastAsia="Georgia"/>
          <w:b w:val="0"/>
          <w:i w:val="0"/>
          <w:sz w:val="22"/>
        </w:rPr>
        <w:t>"When Allah intends something, He (simply) says:</w:t>
      </w:r>
    </w:p>
    <w:p>
      <w:pPr>
        <w:spacing w:before="120" w:after="120" w:line="300" w:lineRule="exact"/>
        <w:ind w:left="720" w:right="720"/>
        <w:jc w:val="center"/>
      </w:pPr>
      <w:r>
        <w:rPr>
          <w:rFonts w:ascii="Georgia" w:hAnsi="Georgia" w:cs="Georgia" w:eastAsia="Georgia"/>
          <w:b w:val="0"/>
          <w:i/>
          <w:sz w:val="22"/>
        </w:rPr>
        <w:t>'KUN! (Be!), and it is there (in existence)."</w:t>
      </w:r>
    </w:p>
    <w:p>
      <w:r>
        <w:br w:type="page"/>
      </w:r>
    </w:p>
    <w:p>
      <w:pPr>
        <w:pStyle w:val="Heading1"/>
        <w:spacing w:before="360" w:after="200" w:line="300" w:lineRule="exact"/>
        <w:jc w:val="center"/>
      </w:pPr>
      <w:r>
        <w:rPr>
          <w:rFonts w:ascii="Georgia" w:hAnsi="Georgia" w:cs="Georgia" w:eastAsia="Georgia"/>
          <w:b/>
          <w:i w:val="0"/>
          <w:color w:val="1F3864"/>
          <w:sz w:val="32"/>
        </w:rPr>
        <w:t>ALLAH'S HELP</w:t>
      </w:r>
    </w:p>
    <w:p>
      <w:pPr>
        <w:spacing w:before="120" w:after="120" w:line="300" w:lineRule="exact"/>
        <w:ind w:left="720" w:right="720"/>
        <w:jc w:val="center"/>
      </w:pPr>
      <w:r>
        <w:rPr>
          <w:rFonts w:ascii="Georgia" w:hAnsi="Georgia" w:cs="Georgia" w:eastAsia="Georgia"/>
          <w:b w:val="0"/>
          <w:i/>
          <w:sz w:val="22"/>
        </w:rPr>
        <w:t>"If Allah helps you, no one can defeat you. And if He abandons you, then who is there besides Him to help you? Therefore, the Mu'minoon should repose tawakkul (trust) on Allah."</w:t>
      </w:r>
    </w:p>
    <w:p>
      <w:pPr>
        <w:spacing w:before="120" w:after="120" w:line="300" w:lineRule="exact"/>
        <w:ind w:left="720" w:right="720"/>
        <w:jc w:val="center"/>
      </w:pPr>
      <w:r>
        <w:rPr>
          <w:rFonts w:ascii="Georgia" w:hAnsi="Georgia" w:cs="Georgia" w:eastAsia="Georgia"/>
          <w:b w:val="0"/>
          <w:i/>
          <w:sz w:val="22"/>
        </w:rPr>
        <w:t>(Aal Imraan, Aayat 160)</w:t>
      </w:r>
    </w:p>
    <w:p>
      <w:pPr>
        <w:spacing w:before="0" w:after="120" w:line="300" w:lineRule="exact"/>
        <w:jc w:val="both"/>
      </w:pPr>
      <w:r>
        <w:rPr>
          <w:rFonts w:ascii="Georgia" w:hAnsi="Georgia" w:cs="Georgia" w:eastAsia="Georgia"/>
          <w:b w:val="0"/>
          <w:i w:val="0"/>
          <w:sz w:val="22"/>
        </w:rPr>
        <w:t>Undoubtedly, Allah Ta'ala has hitherto withheld His help from Palestine. The reality is that Allah Azza Wa Jal has abandoned the Palestinians. Why? The answer is no conundrum. Apply your intelligence and you will readily understand the cause for Divine Abandonment.</w:t>
      </w:r>
    </w:p>
    <w:p>
      <w:r>
        <w:br w:type="page"/>
      </w:r>
    </w:p>
    <w:p>
      <w:pPr>
        <w:pStyle w:val="Heading1"/>
        <w:spacing w:before="360" w:after="200" w:line="300" w:lineRule="exact"/>
        <w:jc w:val="center"/>
      </w:pPr>
      <w:r>
        <w:rPr>
          <w:rFonts w:ascii="Georgia" w:hAnsi="Georgia" w:cs="Georgia" w:eastAsia="Georgia"/>
          <w:b/>
          <w:i w:val="0"/>
          <w:color w:val="1F3864"/>
          <w:sz w:val="32"/>
        </w:rPr>
        <w:t>YOUR ENEMIES</w:t>
      </w:r>
    </w:p>
    <w:p>
      <w:pPr>
        <w:spacing w:before="120" w:after="120" w:line="300" w:lineRule="exact"/>
        <w:ind w:left="720" w:right="720"/>
        <w:jc w:val="center"/>
      </w:pPr>
      <w:r>
        <w:rPr>
          <w:rFonts w:ascii="Georgia" w:hAnsi="Georgia" w:cs="Georgia" w:eastAsia="Georgia"/>
          <w:b w:val="0"/>
          <w:i/>
          <w:sz w:val="22"/>
        </w:rPr>
        <w:t>"Allah is aware of your enemies. Allah suffices as a Friend. Allah suffices as a Helper."</w:t>
      </w:r>
    </w:p>
    <w:p>
      <w:pPr>
        <w:spacing w:before="120" w:after="120" w:line="300" w:lineRule="exact"/>
        <w:ind w:left="720" w:right="720"/>
        <w:jc w:val="center"/>
      </w:pPr>
      <w:r>
        <w:rPr>
          <w:rFonts w:ascii="Georgia" w:hAnsi="Georgia" w:cs="Georgia" w:eastAsia="Georgia"/>
          <w:b w:val="0"/>
          <w:i/>
          <w:sz w:val="22"/>
        </w:rPr>
        <w:t>(An-Nisaa', Aayat 45)</w:t>
      </w:r>
    </w:p>
    <w:p>
      <w:pPr>
        <w:spacing w:before="0" w:after="120" w:line="300" w:lineRule="exact"/>
        <w:jc w:val="both"/>
      </w:pPr>
      <w:r>
        <w:rPr>
          <w:rFonts w:ascii="Georgia" w:hAnsi="Georgia" w:cs="Georgia" w:eastAsia="Georgia"/>
          <w:b w:val="0"/>
          <w:i w:val="0"/>
          <w:sz w:val="22"/>
        </w:rPr>
        <w:t>But Muslims are befriending their own enemies. Muslims have appointed the Yahood and Nasaara as their leaders, hence Allah Ta'ala has made them our rulers. The UN, the Yahood/Nasaara pro-Palestine institutions, the munaafiq 'islamic' countries and organizations and the figment of the international community, are not the friends of Muslims. All kufr is of the same breed regardless of their variegated persuasions.</w:t>
      </w:r>
    </w:p>
    <w:p>
      <w:pPr>
        <w:spacing w:before="0" w:after="120" w:line="300" w:lineRule="exact"/>
        <w:jc w:val="both"/>
      </w:pPr>
      <w:r>
        <w:rPr>
          <w:rFonts w:ascii="Georgia" w:hAnsi="Georgia" w:cs="Georgia" w:eastAsia="Georgia"/>
          <w:b w:val="0"/>
          <w:i w:val="0"/>
          <w:sz w:val="22"/>
        </w:rPr>
        <w:t>Since Muslims have no trust on Allah Ta'ala, they do not believe that only Allah Ta'ala suffices as our Helper, hence they look askance at shadows and phantoms for assistance which is never forthcoming.</w:t>
      </w:r>
    </w:p>
    <w:p>
      <w:r>
        <w:br w:type="page"/>
      </w:r>
    </w:p>
    <w:p>
      <w:pPr>
        <w:pStyle w:val="Heading1"/>
        <w:spacing w:before="360" w:after="200" w:line="300" w:lineRule="exact"/>
        <w:jc w:val="center"/>
      </w:pPr>
      <w:r>
        <w:rPr>
          <w:rFonts w:ascii="Georgia" w:hAnsi="Georgia" w:cs="Georgia" w:eastAsia="Georgia"/>
          <w:b/>
          <w:i w:val="0"/>
          <w:color w:val="1F3864"/>
          <w:sz w:val="32"/>
        </w:rPr>
        <w:t>HIS ARMIES</w:t>
      </w:r>
    </w:p>
    <w:p>
      <w:pPr>
        <w:spacing w:before="120" w:after="120" w:line="300" w:lineRule="exact"/>
        <w:ind w:left="720" w:right="720"/>
        <w:jc w:val="center"/>
      </w:pPr>
      <w:r>
        <w:rPr>
          <w:rFonts w:ascii="Georgia" w:hAnsi="Georgia" w:cs="Georgia" w:eastAsia="Georgia"/>
          <w:b w:val="0"/>
          <w:i/>
          <w:sz w:val="22"/>
        </w:rPr>
        <w:t>"And unto Allah belong the armies of the heavens and the earth. Allah is Aware and the Wise."</w:t>
      </w:r>
    </w:p>
    <w:p>
      <w:pPr>
        <w:spacing w:before="120" w:after="120" w:line="300" w:lineRule="exact"/>
        <w:ind w:left="720" w:right="720"/>
        <w:jc w:val="center"/>
      </w:pPr>
      <w:r>
        <w:rPr>
          <w:rFonts w:ascii="Georgia" w:hAnsi="Georgia" w:cs="Georgia" w:eastAsia="Georgia"/>
          <w:b w:val="0"/>
          <w:i/>
          <w:sz w:val="22"/>
        </w:rPr>
        <w:t>(Al-Fatah, Aayat 4)</w:t>
      </w:r>
    </w:p>
    <w:p>
      <w:pPr>
        <w:spacing w:before="120" w:after="120" w:line="300" w:lineRule="exact"/>
        <w:ind w:left="720" w:right="720"/>
        <w:jc w:val="center"/>
      </w:pPr>
      <w:r>
        <w:rPr>
          <w:rFonts w:ascii="Georgia" w:hAnsi="Georgia" w:cs="Georgia" w:eastAsia="Georgia"/>
          <w:b w:val="0"/>
          <w:i/>
          <w:sz w:val="22"/>
        </w:rPr>
        <w:t>"The armies of the heavens and earth belong to Allah."</w:t>
      </w:r>
    </w:p>
    <w:p>
      <w:pPr>
        <w:spacing w:before="120" w:after="120" w:line="300" w:lineRule="exact"/>
        <w:ind w:left="720" w:right="720"/>
        <w:jc w:val="center"/>
      </w:pPr>
      <w:r>
        <w:rPr>
          <w:rFonts w:ascii="Georgia" w:hAnsi="Georgia" w:cs="Georgia" w:eastAsia="Georgia"/>
          <w:b w:val="0"/>
          <w:i/>
          <w:sz w:val="22"/>
        </w:rPr>
        <w:t>(Al-Fath, Aayat 7)</w:t>
      </w:r>
    </w:p>
    <w:p>
      <w:pPr>
        <w:spacing w:before="0" w:after="120" w:line="300" w:lineRule="exact"/>
        <w:jc w:val="both"/>
      </w:pPr>
      <w:r>
        <w:rPr>
          <w:rFonts w:ascii="Georgia" w:hAnsi="Georgia" w:cs="Georgia" w:eastAsia="Georgia"/>
          <w:b w:val="0"/>
          <w:i w:val="0"/>
          <w:sz w:val="22"/>
        </w:rPr>
        <w:t>Earthquakes, tsunamis, hurricanes, tornadoes, wildfires, locusts, the kuffaar and all forces in creation are among the 'Armies of Allah'. He activates his armies as He deems fit. However, Allah Azza Wa Jal is not allowing any of His armies to go to the aid of the Palestinians. "Verily, in this is a lesson for the people of intelligence." (Qur'aan)</w:t>
      </w:r>
    </w:p>
    <w:p>
      <w:r>
        <w:br w:type="page"/>
      </w:r>
    </w:p>
    <w:p>
      <w:pPr>
        <w:pStyle w:val="Heading1"/>
        <w:spacing w:before="360" w:after="200" w:line="300" w:lineRule="exact"/>
        <w:jc w:val="center"/>
      </w:pPr>
      <w:r>
        <w:rPr>
          <w:rFonts w:ascii="Georgia" w:hAnsi="Georgia" w:cs="Georgia" w:eastAsia="Georgia"/>
          <w:b/>
          <w:i w:val="0"/>
          <w:color w:val="1F3864"/>
          <w:sz w:val="32"/>
        </w:rPr>
        <w:t>DID THEY AID ALLAH?</w:t>
      </w:r>
    </w:p>
    <w:p>
      <w:pPr>
        <w:spacing w:before="120" w:after="120" w:line="300" w:lineRule="exact"/>
        <w:ind w:left="720" w:right="720"/>
        <w:jc w:val="center"/>
      </w:pPr>
      <w:r>
        <w:rPr>
          <w:rFonts w:ascii="Georgia" w:hAnsi="Georgia" w:cs="Georgia" w:eastAsia="Georgia"/>
          <w:b w:val="0"/>
          <w:i/>
          <w:sz w:val="22"/>
        </w:rPr>
        <w:t>"Most assuredly, Allah will aid those who aid Him.</w:t>
      </w:r>
    </w:p>
    <w:p>
      <w:pPr>
        <w:spacing w:before="120" w:after="120" w:line="300" w:lineRule="exact"/>
        <w:ind w:left="720" w:right="720"/>
        <w:jc w:val="center"/>
      </w:pPr>
      <w:r>
        <w:rPr>
          <w:rFonts w:ascii="Georgia" w:hAnsi="Georgia" w:cs="Georgia" w:eastAsia="Georgia"/>
          <w:b w:val="0"/>
          <w:i/>
          <w:sz w:val="22"/>
        </w:rPr>
        <w:t>Verily, Allah is powerful and mighty."</w:t>
      </w:r>
    </w:p>
    <w:p>
      <w:pPr>
        <w:spacing w:before="120" w:after="120" w:line="300" w:lineRule="exact"/>
        <w:ind w:left="720" w:right="720"/>
        <w:jc w:val="center"/>
      </w:pPr>
      <w:r>
        <w:rPr>
          <w:rFonts w:ascii="Georgia" w:hAnsi="Georgia" w:cs="Georgia" w:eastAsia="Georgia"/>
          <w:b w:val="0"/>
          <w:i/>
          <w:sz w:val="22"/>
        </w:rPr>
        <w:t>(Al-Hajj, Aayat 40)</w:t>
      </w:r>
    </w:p>
    <w:p>
      <w:pPr>
        <w:spacing w:before="120" w:after="120" w:line="300" w:lineRule="exact"/>
        <w:ind w:left="720" w:right="720"/>
        <w:jc w:val="center"/>
      </w:pPr>
      <w:r>
        <w:rPr>
          <w:rFonts w:ascii="Georgia" w:hAnsi="Georgia" w:cs="Georgia" w:eastAsia="Georgia"/>
          <w:b w:val="0"/>
          <w:i/>
          <w:sz w:val="22"/>
        </w:rPr>
        <w:t>"O People of Imaan! If you help Allah (His Deen), He will help you and plant your feet firmly (against your enemy)."</w:t>
      </w:r>
    </w:p>
    <w:p>
      <w:pPr>
        <w:spacing w:before="120" w:after="120" w:line="300" w:lineRule="exact"/>
        <w:ind w:left="720" w:right="720"/>
        <w:jc w:val="center"/>
      </w:pPr>
      <w:r>
        <w:rPr>
          <w:rFonts w:ascii="Georgia" w:hAnsi="Georgia" w:cs="Georgia" w:eastAsia="Georgia"/>
          <w:b w:val="0"/>
          <w:i/>
          <w:sz w:val="22"/>
        </w:rPr>
        <w:t>(Muhammad, Aayat 7)</w:t>
      </w:r>
    </w:p>
    <w:p>
      <w:pPr>
        <w:spacing w:before="0" w:after="120" w:line="300" w:lineRule="exact"/>
        <w:jc w:val="both"/>
      </w:pPr>
      <w:r>
        <w:rPr>
          <w:rFonts w:ascii="Georgia" w:hAnsi="Georgia" w:cs="Georgia" w:eastAsia="Georgia"/>
          <w:b w:val="0"/>
          <w:i w:val="0"/>
          <w:sz w:val="22"/>
        </w:rPr>
        <w:t>The Palestinians whom Allah Ta'ala had placed in charge of the Holy Land, had miserably failed to aid the Deen of Allah Ta'ala. Since 1948 with the inception of the Yahudi state, Allah Ta'ala had granted the Palestinians respite of almost 80 years to prepare themselves morally and spiritually along the Path of the Sahaabah – the Sunnah of Rasulullah (Sallallahu alayhi wasallam). But what did they do during this period of Respite?</w:t>
      </w:r>
    </w:p>
    <w:p>
      <w:pPr>
        <w:spacing w:before="0" w:after="120" w:line="300" w:lineRule="exact"/>
        <w:jc w:val="both"/>
      </w:pPr>
      <w:r>
        <w:rPr>
          <w:rFonts w:ascii="Georgia" w:hAnsi="Georgia" w:cs="Georgia" w:eastAsia="Georgia"/>
          <w:b w:val="0"/>
          <w:i w:val="0"/>
          <w:sz w:val="22"/>
        </w:rPr>
        <w:t>They drifted further and further from the Deen, ultimately abandoning the Shariah, replacing it with kufr/ taaghuti law and eliminating the Sunnah to make way for the immoral western lifestyle. During this evil process of metamorphosis, they gained the impression that their friends and helpers are Iran, China and the ghost known as the international community. Today all these phantoms have disappeared into the realm of oblivion and non-existence.</w:t>
      </w:r>
    </w:p>
    <w:p>
      <w:pPr>
        <w:spacing w:before="0" w:after="120" w:line="300" w:lineRule="exact"/>
        <w:jc w:val="both"/>
      </w:pPr>
      <w:r>
        <w:rPr>
          <w:rFonts w:ascii="Georgia" w:hAnsi="Georgia" w:cs="Georgia" w:eastAsia="Georgia"/>
          <w:b w:val="0"/>
          <w:i w:val="0"/>
          <w:sz w:val="22"/>
        </w:rPr>
        <w:t>Since the Palestinians, as well as the Ummah all over the world, have abandoned Islam –its Shariah and Sunnah – Allah Ta'ala has withheld His aid. The consequences of Divine Abandonment are too grotesque, and heart-rendering to even contemplate. We are seeing it every day in Palestine.</w:t>
      </w:r>
    </w:p>
    <w:p>
      <w:r>
        <w:br w:type="page"/>
      </w:r>
    </w:p>
    <w:p>
      <w:pPr>
        <w:spacing w:before="120" w:after="120" w:line="300" w:lineRule="exact"/>
        <w:ind w:left="720" w:right="720"/>
        <w:jc w:val="center"/>
      </w:pPr>
      <w:r>
        <w:rPr>
          <w:rFonts w:ascii="Georgia" w:hAnsi="Georgia" w:cs="Georgia" w:eastAsia="Georgia"/>
          <w:b w:val="0"/>
          <w:i/>
          <w:sz w:val="22"/>
        </w:rPr>
        <w:t>Ratko Mladic filed the request to be released on health grounds last month, saying he only had a few months to live.</w:t>
      </w:r>
    </w:p>
    <w:p>
      <w:pPr>
        <w:spacing w:before="0" w:after="120" w:line="300" w:lineRule="exact"/>
        <w:jc w:val="both"/>
      </w:pPr>
      <w:r>
        <w:rPr>
          <w:rFonts w:ascii="Georgia" w:hAnsi="Georgia" w:cs="Georgia" w:eastAsia="Georgia"/>
          <w:b w:val="0"/>
          <w:i w:val="0"/>
          <w:sz w:val="22"/>
        </w:rPr>
        <w:t>Published On 30 Jul 2025</w:t>
      </w:r>
    </w:p>
    <w:p>
      <w:pPr>
        <w:spacing w:before="0" w:after="120" w:line="300" w:lineRule="exact"/>
        <w:jc w:val="both"/>
      </w:pPr>
      <w:r>
        <w:rPr>
          <w:rFonts w:ascii="Georgia" w:hAnsi="Georgia" w:cs="Georgia" w:eastAsia="Georgia"/>
          <w:b w:val="0"/>
          <w:i w:val="0"/>
          <w:sz w:val="22"/>
        </w:rPr>
        <w:t>A United Nations war crimes court has denied a request from Ratko Mladic, an infamous Bosnian Serb military leader during the 1992 to 1995 Yugoslav wars, who oversaw the Srebrenica massacre, to be released early to Serbia on health grounds.</w:t>
      </w:r>
    </w:p>
    <w:p>
      <w:pPr>
        <w:spacing w:before="0" w:after="120" w:line="300" w:lineRule="exact"/>
        <w:jc w:val="both"/>
      </w:pPr>
      <w:r>
        <w:rPr>
          <w:rFonts w:ascii="Georgia" w:hAnsi="Georgia" w:cs="Georgia" w:eastAsia="Georgia"/>
          <w:b w:val="0"/>
          <w:i w:val="0"/>
          <w:sz w:val="22"/>
        </w:rPr>
        <w:t>Judge Graciela Gatti Santa-na at the International Residual Mechanism for Criminal Tribunals, the court tasked with handling remaining cases from the Yugoslav war crimes tribunal, said on Tuesday that Mladic's condition did not meet the threshold of an "acute terminal illness" required for early release.</w:t>
      </w:r>
    </w:p>
    <w:p>
      <w:pPr>
        <w:spacing w:before="0" w:after="120" w:line="300" w:lineRule="exact"/>
        <w:jc w:val="both"/>
      </w:pPr>
      <w:r>
        <w:rPr>
          <w:rFonts w:ascii="Georgia" w:hAnsi="Georgia" w:cs="Georgia" w:eastAsia="Georgia"/>
          <w:b w:val="0"/>
          <w:i w:val="0"/>
          <w:sz w:val="22"/>
        </w:rPr>
        <w:t>Mladic, known as the "Butcher of Bosnia", was sentenced to life imprisonment in 2017 over genocide, war crimes and crimes against humanity. He had filed a request to be freed on June 3, 2025, saying he only had a few months to live…</w:t>
      </w:r>
    </w:p>
    <w:p>
      <w:pPr>
        <w:spacing w:before="0" w:after="120" w:line="300" w:lineRule="exact"/>
        <w:jc w:val="both"/>
      </w:pPr>
      <w:r>
        <w:rPr>
          <w:rFonts w:ascii="Georgia" w:hAnsi="Georgia" w:cs="Georgia" w:eastAsia="Georgia"/>
          <w:b w:val="0"/>
          <w:i w:val="0"/>
          <w:sz w:val="22"/>
        </w:rPr>
        <w:t>"The information before me demonstrates that the compelling humanitarian circumstances invoked by Mladic as a basis for his release are not substantiated."</w:t>
      </w:r>
    </w:p>
    <w:p>
      <w:pPr>
        <w:spacing w:before="0" w:after="120" w:line="300" w:lineRule="exact"/>
        <w:jc w:val="both"/>
      </w:pPr>
      <w:r>
        <w:rPr>
          <w:rFonts w:ascii="Georgia" w:hAnsi="Georgia" w:cs="Georgia" w:eastAsia="Georgia"/>
          <w:b w:val="0"/>
          <w:i w:val="0"/>
          <w:sz w:val="22"/>
        </w:rPr>
        <w:t>Mladic, 83, was sentenced by the UN tribunal for the former Yugoslavia for his role in terrorising the civilian population during the 43-month siege of the Bosnian capital Sarajevo and the 1995 Srebrenica massacre.</w:t>
      </w:r>
    </w:p>
    <w:p>
      <w:pPr>
        <w:spacing w:before="0" w:after="120" w:line="300" w:lineRule="exact"/>
        <w:jc w:val="both"/>
      </w:pPr>
      <w:r>
        <w:rPr>
          <w:rFonts w:ascii="Georgia" w:hAnsi="Georgia" w:cs="Georgia" w:eastAsia="Georgia"/>
          <w:b w:val="0"/>
          <w:i w:val="0"/>
          <w:sz w:val="22"/>
        </w:rPr>
        <w:t>Some 8,000 Muslim men and boys were slaughtered in Srebrenica by Bosnian Serb forces in July that year.</w:t>
      </w:r>
    </w:p>
    <w:p>
      <w:pPr>
        <w:spacing w:before="0" w:after="120" w:line="300" w:lineRule="exact"/>
        <w:jc w:val="both"/>
      </w:pPr>
      <w:r>
        <w:rPr>
          <w:rFonts w:ascii="Georgia" w:hAnsi="Georgia" w:cs="Georgia" w:eastAsia="Georgia"/>
          <w:b w:val="0"/>
          <w:i w:val="0"/>
          <w:sz w:val="22"/>
        </w:rPr>
        <w:t>The Srebrenica genocide was the bloody crescendo of the Bosnian war, which erupted during Yugoslavia's dissolution, as Bosnian Serbs sought to carve out Serb-dominated areas by ethnic cleansing against the country's two other main ethnic populations – Croats and Muslim Bosniaks. Until the Russia-Ukraine war, the Bosnian war was considered the most violent conflict in Europe since the end of World War II.</w:t>
      </w:r>
    </w:p>
    <w:p>
      <w:pPr>
        <w:spacing w:before="0" w:after="120" w:line="300" w:lineRule="exact"/>
        <w:jc w:val="both"/>
      </w:pPr>
      <w:r>
        <w:rPr>
          <w:rFonts w:ascii="Georgia" w:hAnsi="Georgia" w:cs="Georgia" w:eastAsia="Georgia"/>
          <w:b w:val="0"/>
          <w:i w:val="0"/>
          <w:sz w:val="22"/>
        </w:rPr>
        <w:t>Mladic has long been described by his lawyers as sick and frail. In their latest request, they said he suffered from an incurable illness and that "his remaining life expectancy is measured in months," according to a filing seen by the AFP news agency…</w:t>
      </w:r>
    </w:p>
    <w:p>
      <w:pPr>
        <w:spacing w:before="0" w:after="120" w:line="300" w:lineRule="exact"/>
        <w:jc w:val="both"/>
      </w:pPr>
      <w:r>
        <w:rPr>
          <w:rFonts w:ascii="Georgia" w:hAnsi="Georgia" w:cs="Georgia" w:eastAsia="Georgia"/>
          <w:b w:val="0"/>
          <w:i w:val="0"/>
          <w:sz w:val="22"/>
        </w:rPr>
        <w:t>Mladic was arrested in Serbia in 2011 after 16 years on the run and is serving his sentence in The Hague.</w:t>
      </w:r>
    </w:p>
    <w:p>
      <w:pPr>
        <w:spacing w:before="0" w:after="120" w:line="300" w:lineRule="exact"/>
        <w:jc w:val="both"/>
      </w:pPr>
      <w:r>
        <w:rPr>
          <w:rFonts w:ascii="Georgia" w:hAnsi="Georgia" w:cs="Georgia" w:eastAsia="Georgia"/>
          <w:b w:val="0"/>
          <w:i w:val="0"/>
          <w:sz w:val="22"/>
        </w:rPr>
        <w:t>SOURCE: AL JAZEERA AND NEWS AGENCIES</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Now the savage butcher who had engineered the brutal massacre of 8000 Bosnian Muslims is crying for mercy on 'humanitarian grounds'. Now when he is rotting with diseases in prison, he begins to understand the existence of something termed 'humanitarian'.</w:t>
      </w:r>
    </w:p>
    <w:p>
      <w:pPr>
        <w:spacing w:before="0" w:after="120" w:line="300" w:lineRule="exact"/>
        <w:jc w:val="both"/>
      </w:pPr>
      <w:r>
        <w:rPr>
          <w:rFonts w:ascii="Georgia" w:hAnsi="Georgia" w:cs="Georgia" w:eastAsia="Georgia"/>
          <w:b w:val="0"/>
          <w:i w:val="0"/>
          <w:sz w:val="22"/>
        </w:rPr>
        <w:t>All of these savage, barbaric butchers, including Netanyahu, the son of the Devil, and the cunning Clown Trump, are among the worst of cowards and sub-satanist specimens of creation. The chap now shamelessly pleads 'humanitarian' grounds which he did not understand while brutaly and mercilessly butchering the thousands of unarmed Muslim civilians.</w:t>
      </w:r>
    </w:p>
    <w:p>
      <w:pPr>
        <w:spacing w:before="0" w:after="120" w:line="300" w:lineRule="exact"/>
        <w:jc w:val="both"/>
      </w:pPr>
      <w:r>
        <w:rPr>
          <w:rFonts w:ascii="Georgia" w:hAnsi="Georgia" w:cs="Georgia" w:eastAsia="Georgia"/>
          <w:b w:val="0"/>
          <w:i w:val="0"/>
          <w:sz w:val="22"/>
        </w:rPr>
        <w:t>Trump, Netanyahu and their vile savage confederates will not escape the Divine Punishment which has been decreed for them. They will then all cry and ask for mercy on 'humanitarian' grounds.</w:t>
      </w:r>
    </w:p>
    <w:p>
      <w:r>
        <w:br w:type="page"/>
      </w:r>
    </w:p>
    <w:p>
      <w:pPr>
        <w:pStyle w:val="Heading1"/>
        <w:spacing w:before="360" w:after="200" w:line="300" w:lineRule="exact"/>
        <w:jc w:val="center"/>
      </w:pPr>
      <w:r>
        <w:rPr>
          <w:rFonts w:ascii="Georgia" w:hAnsi="Georgia" w:cs="Georgia" w:eastAsia="Georgia"/>
          <w:b/>
          <w:i w:val="0"/>
          <w:color w:val="1F3864"/>
          <w:sz w:val="32"/>
        </w:rPr>
        <w:t>ONLY HE HELPS!</w:t>
      </w:r>
    </w:p>
    <w:p>
      <w:pPr>
        <w:spacing w:before="120" w:after="120" w:line="300" w:lineRule="exact"/>
        <w:ind w:left="720" w:right="720"/>
        <w:jc w:val="center"/>
      </w:pPr>
      <w:r>
        <w:rPr>
          <w:rFonts w:ascii="Georgia" w:hAnsi="Georgia" w:cs="Georgia" w:eastAsia="Georgia"/>
          <w:b w:val="0"/>
          <w:i/>
          <w:sz w:val="22"/>
        </w:rPr>
        <w:t>"And, there is no help except from Allah. Verily, He is Mighty, The Wise."</w:t>
      </w:r>
    </w:p>
    <w:p>
      <w:pPr>
        <w:spacing w:before="120" w:after="120" w:line="300" w:lineRule="exact"/>
        <w:ind w:left="720" w:right="720"/>
        <w:jc w:val="center"/>
      </w:pPr>
      <w:r>
        <w:rPr>
          <w:rFonts w:ascii="Georgia" w:hAnsi="Georgia" w:cs="Georgia" w:eastAsia="Georgia"/>
          <w:b w:val="0"/>
          <w:i/>
          <w:sz w:val="22"/>
        </w:rPr>
        <w:t>(Al-Anfaal, Aayat 10)</w:t>
      </w:r>
    </w:p>
    <w:p>
      <w:pPr>
        <w:spacing w:before="0" w:after="120" w:line="300" w:lineRule="exact"/>
        <w:jc w:val="both"/>
      </w:pPr>
      <w:r>
        <w:rPr>
          <w:rFonts w:ascii="Georgia" w:hAnsi="Georgia" w:cs="Georgia" w:eastAsia="Georgia"/>
          <w:b w:val="0"/>
          <w:i w:val="0"/>
          <w:sz w:val="22"/>
        </w:rPr>
        <w:t>Hamas and others who believe that they are waging a valid Jihad should understand that no one but Allah Ta'ala can provide aid. Qatar, Egypt, Jordan, Saudi Arabia, the Gulf Puppet States, the toothless dog known as the International Community, the United Nations, the International Criminal Court, the Clown entity known as Organization of Islamic States, and all other entities who profess sympathy, are all helpless and hopeless puppets of the Yahood and Nasaara.</w:t>
      </w:r>
    </w:p>
    <w:p>
      <w:pPr>
        <w:spacing w:before="0" w:after="120" w:line="300" w:lineRule="exact"/>
        <w:jc w:val="both"/>
      </w:pPr>
      <w:r>
        <w:rPr>
          <w:rFonts w:ascii="Georgia" w:hAnsi="Georgia" w:cs="Georgia" w:eastAsia="Georgia"/>
          <w:b w:val="0"/>
          <w:i w:val="0"/>
          <w:sz w:val="22"/>
        </w:rPr>
        <w:t>All of these entities are kuffaar. All the regimes in sway in the Lands of Islam are kuffaar. Help cannot be expected to be forthcoming from them. All of these Taaghooti governments in Muslim lands are in cahoots with the Yahood and Nasaara. All of them have ties with Israel and the USA. Help cannot be expected from them.</w:t>
      </w:r>
    </w:p>
    <w:p>
      <w:pPr>
        <w:spacing w:before="0" w:after="120" w:line="300" w:lineRule="exact"/>
        <w:jc w:val="both"/>
      </w:pPr>
      <w:r>
        <w:rPr>
          <w:rFonts w:ascii="Georgia" w:hAnsi="Georgia" w:cs="Georgia" w:eastAsia="Georgia"/>
          <w:b w:val="0"/>
          <w:i w:val="0"/>
          <w:sz w:val="22"/>
        </w:rPr>
        <w:t>These rubbish regimes will not even cut diplomatic ties with Israel and America regardless of the genocide being brutally executed in Palestine. Since the victims are seeking help from the enemies of Islam, Allah Ta'ala has abandoned them.</w:t>
      </w:r>
    </w:p>
    <w:p>
      <w:pPr>
        <w:spacing w:before="120" w:after="120" w:line="300" w:lineRule="exact"/>
        <w:ind w:left="720" w:right="720"/>
        <w:jc w:val="center"/>
      </w:pPr>
      <w:r>
        <w:rPr>
          <w:rFonts w:ascii="Georgia" w:hAnsi="Georgia" w:cs="Georgia" w:eastAsia="Georgia"/>
          <w:b w:val="0"/>
          <w:i/>
          <w:sz w:val="22"/>
        </w:rPr>
        <w:t>"And if Allah abandons you, then who can help you besides Him?"</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HIS PUNISHMENT</w:t>
      </w:r>
    </w:p>
    <w:p>
      <w:pPr>
        <w:spacing w:before="0" w:after="120" w:line="300" w:lineRule="exact"/>
        <w:jc w:val="both"/>
      </w:pPr>
      <w:r>
        <w:rPr>
          <w:rFonts w:ascii="Georgia" w:hAnsi="Georgia" w:cs="Georgia" w:eastAsia="Georgia"/>
          <w:b w:val="0"/>
          <w:i w:val="0"/>
          <w:sz w:val="22"/>
        </w:rPr>
        <w:t>One form of Athaab (Punishment) for Muslims is the snatching away of the Holy Lands and handing them to the Kuffaar. This is the fate of Palestine and now the Holy Land of Shaam. The gross rebellion of Muslims against Allah Ta'ala has justified this Athaab.</w:t>
      </w:r>
    </w:p>
    <w:p>
      <w:pPr>
        <w:spacing w:before="0" w:after="120" w:line="300" w:lineRule="exact"/>
        <w:jc w:val="both"/>
      </w:pPr>
      <w:r>
        <w:rPr>
          <w:rFonts w:ascii="Georgia" w:hAnsi="Georgia" w:cs="Georgia" w:eastAsia="Georgia"/>
          <w:b w:val="0"/>
          <w:i w:val="0"/>
          <w:sz w:val="22"/>
        </w:rPr>
        <w:t>Since Muslims now lack the qualification for governing a land, due to their abandonment of the Deen and adoption of the law of Taaghoot, Allah Ta'ala has handed the Land of Shaam to the kuffaar.</w:t>
      </w:r>
    </w:p>
    <w:p>
      <w:pPr>
        <w:spacing w:before="0" w:after="120" w:line="300" w:lineRule="exact"/>
        <w:jc w:val="both"/>
      </w:pPr>
      <w:r>
        <w:rPr>
          <w:rFonts w:ascii="Georgia" w:hAnsi="Georgia" w:cs="Georgia" w:eastAsia="Georgia"/>
          <w:b w:val="0"/>
          <w:i w:val="0"/>
          <w:sz w:val="22"/>
        </w:rPr>
        <w:t>The Jolani chap parading as the ruler of Syria is in reality the puppet of the Yahood and Nasaara. Syria has become a kind of an American satellite backyard state which is incrementally plunging into strife and anarchy, It is destined to become a replica of Libya.</w:t>
      </w:r>
    </w:p>
    <w:p>
      <w:pPr>
        <w:spacing w:before="0" w:after="120" w:line="300" w:lineRule="exact"/>
        <w:jc w:val="both"/>
      </w:pPr>
      <w:r>
        <w:rPr>
          <w:rFonts w:ascii="Georgia" w:hAnsi="Georgia" w:cs="Georgia" w:eastAsia="Georgia"/>
          <w:b w:val="0"/>
          <w:i w:val="0"/>
          <w:sz w:val="22"/>
        </w:rPr>
        <w:t>It is in the interests of the Yahood and Nasaara to arm all the rival groups and sects to keep them trapped in internecine fighting. This state of anarchy enable the USA to safely siphon off the wealth of its puppet states.</w:t>
      </w:r>
    </w:p>
    <w:p>
      <w:pPr>
        <w:spacing w:before="0" w:after="120" w:line="300" w:lineRule="exact"/>
        <w:jc w:val="both"/>
      </w:pPr>
      <w:r>
        <w:rPr>
          <w:rFonts w:ascii="Georgia" w:hAnsi="Georgia" w:cs="Georgia" w:eastAsia="Georgia"/>
          <w:b w:val="0"/>
          <w:i w:val="0"/>
          <w:sz w:val="22"/>
        </w:rPr>
        <w:t>The Qur'aan informs us that in bygone times Allah Ta'ala had imposed the domination of the kuffaar on Bani Israaeel and had granted the mushrikeen the control of Palestine. Thus did they desecrate and destroy Musjidul Aqsa six times in history.</w:t>
      </w:r>
    </w:p>
    <w:p>
      <w:r>
        <w:br w:type="page"/>
      </w:r>
    </w:p>
    <w:p>
      <w:pPr>
        <w:pStyle w:val="Heading1"/>
        <w:spacing w:before="360" w:after="200" w:line="300" w:lineRule="exact"/>
        <w:jc w:val="center"/>
      </w:pPr>
      <w:r>
        <w:rPr>
          <w:rFonts w:ascii="Georgia" w:hAnsi="Georgia" w:cs="Georgia" w:eastAsia="Georgia"/>
          <w:b/>
          <w:i w:val="0"/>
          <w:color w:val="1F3864"/>
          <w:sz w:val="32"/>
        </w:rPr>
        <w:t>THE MUTAWAK-KILEEN</w:t>
      </w:r>
    </w:p>
    <w:p>
      <w:pPr>
        <w:spacing w:before="120" w:after="40" w:line="300" w:lineRule="exact"/>
        <w:jc w:val="both"/>
      </w:pPr>
      <w:r>
        <w:rPr>
          <w:rFonts w:ascii="Georgia" w:hAnsi="Georgia" w:cs="Georgia" w:eastAsia="Georgia"/>
          <w:b/>
          <w:i/>
          <w:sz w:val="22"/>
        </w:rPr>
        <w:t>(Those whose trust is on Allah)</w:t>
      </w:r>
    </w:p>
    <w:p>
      <w:pPr>
        <w:spacing w:before="0" w:after="120" w:line="300" w:lineRule="exact"/>
        <w:jc w:val="both"/>
      </w:pPr>
      <w:r>
        <w:rPr>
          <w:rFonts w:ascii="Georgia" w:hAnsi="Georgia" w:cs="Georgia" w:eastAsia="Georgia"/>
          <w:b w:val="0"/>
          <w:i w:val="0"/>
          <w:sz w:val="22"/>
        </w:rPr>
        <w:t>"Verily, Allah loves the Mutawakkileen. If Allah aids you, no one can defeat you, and if He abandons you, then who is there to help you besides Him?</w:t>
      </w:r>
    </w:p>
    <w:p>
      <w:pPr>
        <w:spacing w:before="0" w:after="120" w:line="300" w:lineRule="exact"/>
        <w:jc w:val="both"/>
      </w:pPr>
      <w:r>
        <w:rPr>
          <w:rFonts w:ascii="Georgia" w:hAnsi="Georgia" w:cs="Georgia" w:eastAsia="Georgia"/>
          <w:b w:val="0"/>
          <w:i w:val="0"/>
          <w:sz w:val="22"/>
        </w:rPr>
        <w:t>(Therefore) the Mu'minoon should repose trust on Him."</w:t>
      </w:r>
    </w:p>
    <w:p>
      <w:pPr>
        <w:spacing w:before="0" w:after="120" w:line="300" w:lineRule="exact"/>
        <w:jc w:val="both"/>
      </w:pPr>
      <w:r>
        <w:rPr>
          <w:rFonts w:ascii="Georgia" w:hAnsi="Georgia" w:cs="Georgia" w:eastAsia="Georgia"/>
          <w:b w:val="0"/>
          <w:i w:val="0"/>
          <w:sz w:val="22"/>
        </w:rPr>
        <w:t>(Aal Imraan, Aayat 160)</w:t>
      </w:r>
    </w:p>
    <w:p>
      <w:r>
        <w:br w:type="page"/>
      </w:r>
    </w:p>
    <w:p>
      <w:pPr>
        <w:pStyle w:val="Heading1"/>
        <w:spacing w:before="360" w:after="200" w:line="300" w:lineRule="exact"/>
        <w:jc w:val="center"/>
      </w:pPr>
      <w:r>
        <w:rPr>
          <w:rFonts w:ascii="Georgia" w:hAnsi="Georgia" w:cs="Georgia" w:eastAsia="Georgia"/>
          <w:b/>
          <w:i w:val="0"/>
          <w:color w:val="1F3864"/>
          <w:sz w:val="32"/>
        </w:rPr>
        <w:t>HIS AID</w:t>
      </w:r>
    </w:p>
    <w:p>
      <w:pPr>
        <w:spacing w:before="120" w:after="40" w:line="300" w:lineRule="exact"/>
        <w:jc w:val="both"/>
      </w:pPr>
      <w:r>
        <w:rPr>
          <w:rFonts w:ascii="Georgia" w:hAnsi="Georgia" w:cs="Georgia" w:eastAsia="Georgia"/>
          <w:b/>
          <w:i/>
          <w:sz w:val="22"/>
        </w:rPr>
        <w:t>"Allah aids whoever He wills with His help. Verily, in this is a lesson for the people of insight."</w:t>
      </w:r>
    </w:p>
    <w:p>
      <w:pPr>
        <w:spacing w:before="120" w:after="40" w:line="300" w:lineRule="exact"/>
        <w:jc w:val="both"/>
      </w:pPr>
      <w:r>
        <w:rPr>
          <w:rFonts w:ascii="Georgia" w:hAnsi="Georgia" w:cs="Georgia" w:eastAsia="Georgia"/>
          <w:b/>
          <w:i/>
          <w:sz w:val="22"/>
        </w:rPr>
        <w:t>(Aal Imraan, Aayat 13)</w:t>
      </w:r>
    </w:p>
    <w:p>
      <w:r>
        <w:br w:type="page"/>
      </w:r>
    </w:p>
    <w:p>
      <w:pPr>
        <w:pStyle w:val="Heading1"/>
        <w:spacing w:before="360" w:after="200" w:line="300" w:lineRule="exact"/>
        <w:jc w:val="center"/>
      </w:pPr>
      <w:r>
        <w:rPr>
          <w:rFonts w:ascii="Georgia" w:hAnsi="Georgia" w:cs="Georgia" w:eastAsia="Georgia"/>
          <w:b/>
          <w:i w:val="0"/>
          <w:color w:val="1F3864"/>
          <w:sz w:val="32"/>
        </w:rPr>
        <w:t>WHAT WERE THEY SUPPOSED TO HAVE DONE?</w:t>
      </w:r>
    </w:p>
    <w:p>
      <w:pPr>
        <w:spacing w:before="120" w:after="120" w:line="300" w:lineRule="exact"/>
        <w:ind w:left="720" w:right="720"/>
        <w:jc w:val="center"/>
      </w:pPr>
      <w:r>
        <w:rPr>
          <w:rFonts w:ascii="Georgia" w:hAnsi="Georgia" w:cs="Georgia" w:eastAsia="Georgia"/>
          <w:b w:val="0"/>
          <w:i/>
          <w:sz w:val="22"/>
        </w:rPr>
        <w:t>"They (the Muttaqeen) are those who, if We grant them authority on earth, they establish Salaat, pay Zakaat, command virtue and prohibit evil. And the final result (of success) is with Allah."</w:t>
      </w:r>
    </w:p>
    <w:p>
      <w:pPr>
        <w:spacing w:before="120" w:after="120" w:line="300" w:lineRule="exact"/>
        <w:ind w:left="720" w:right="720"/>
        <w:jc w:val="center"/>
      </w:pPr>
      <w:r>
        <w:rPr>
          <w:rFonts w:ascii="Georgia" w:hAnsi="Georgia" w:cs="Georgia" w:eastAsia="Georgia"/>
          <w:b w:val="0"/>
          <w:i/>
          <w:sz w:val="22"/>
        </w:rPr>
        <w:t>(Al-Hajj, 41)</w:t>
      </w:r>
    </w:p>
    <w:p>
      <w:pPr>
        <w:spacing w:before="0" w:after="120" w:line="300" w:lineRule="exact"/>
        <w:jc w:val="both"/>
      </w:pPr>
      <w:r>
        <w:rPr>
          <w:rFonts w:ascii="Georgia" w:hAnsi="Georgia" w:cs="Georgia" w:eastAsia="Georgia"/>
          <w:b w:val="0"/>
          <w:i w:val="0"/>
          <w:sz w:val="22"/>
        </w:rPr>
        <w:t>They were supposed to have instituted the Qur'aanic Shariah as their Law and Constitution. They were supposed to have established the Sunnah as the lifestyle. They were supposed to have executed the command of Amr Bil Ma'roof Nahy Anil Munkar. But, what did they do?</w:t>
      </w:r>
    </w:p>
    <w:p>
      <w:pPr>
        <w:spacing w:before="0" w:after="120" w:line="300" w:lineRule="exact"/>
        <w:jc w:val="both"/>
      </w:pPr>
      <w:r>
        <w:rPr>
          <w:rFonts w:ascii="Georgia" w:hAnsi="Georgia" w:cs="Georgia" w:eastAsia="Georgia"/>
          <w:b w:val="0"/>
          <w:i w:val="0"/>
          <w:sz w:val="22"/>
        </w:rPr>
        <w:t>They did everything in diametric conflict with the Command of Allah Ta'ala, hence Allah Ta'ala has inflicted His Athaab in the form of Yahood-Nasaara genocide which is being perpetrated today on a massive scale in Palestine while the world looks on impotent.</w:t>
      </w:r>
    </w:p>
    <w:p>
      <w:pPr>
        <w:spacing w:before="120" w:after="120" w:line="300" w:lineRule="exact"/>
        <w:ind w:left="720" w:right="720"/>
        <w:jc w:val="center"/>
      </w:pPr>
      <w:r>
        <w:rPr>
          <w:rFonts w:ascii="Georgia" w:hAnsi="Georgia" w:cs="Georgia" w:eastAsia="Georgia"/>
          <w:b w:val="0"/>
          <w:i/>
          <w:sz w:val="22"/>
        </w:rPr>
        <w:t>"If Allah helps you, then none can defeat you. And, if He abandons you, then who is there besides Him to help you?" (Qur'aan)</w:t>
      </w:r>
    </w:p>
    <w:p>
      <w:pPr>
        <w:spacing w:before="120" w:after="120" w:line="300" w:lineRule="exact"/>
        <w:ind w:left="720" w:right="720"/>
        <w:jc w:val="center"/>
      </w:pPr>
      <w:r>
        <w:rPr>
          <w:rFonts w:ascii="Georgia" w:hAnsi="Georgia" w:cs="Georgia" w:eastAsia="Georgia"/>
          <w:b w:val="0"/>
          <w:i/>
          <w:sz w:val="22"/>
        </w:rPr>
        <w:t>"Do not follow the kaafireen and the munaafiqeen. Ignore their harassment and repose trust on Allah. Allah suffices as a Helper."</w:t>
      </w:r>
    </w:p>
    <w:p>
      <w:pPr>
        <w:spacing w:before="120" w:after="120" w:line="300" w:lineRule="exact"/>
        <w:ind w:left="720" w:right="720"/>
        <w:jc w:val="center"/>
      </w:pPr>
      <w:r>
        <w:rPr>
          <w:rFonts w:ascii="Georgia" w:hAnsi="Georgia" w:cs="Georgia" w:eastAsia="Georgia"/>
          <w:b w:val="0"/>
          <w:i/>
          <w:sz w:val="22"/>
        </w:rPr>
        <w:t>(Al-Ahzaab, Aayat 48)</w:t>
      </w:r>
    </w:p>
    <w:p>
      <w:r>
        <w:br w:type="page"/>
      </w:r>
    </w:p>
    <w:p>
      <w:pPr>
        <w:pStyle w:val="Heading1"/>
        <w:spacing w:before="360" w:after="200" w:line="300" w:lineRule="exact"/>
        <w:jc w:val="center"/>
      </w:pPr>
      <w:r>
        <w:rPr>
          <w:rFonts w:ascii="Georgia" w:hAnsi="Georgia" w:cs="Georgia" w:eastAsia="Georgia"/>
          <w:b/>
          <w:i w:val="0"/>
          <w:color w:val="1F3864"/>
          <w:sz w:val="32"/>
        </w:rPr>
        <w:t>NO ACCIDENTS</w:t>
      </w:r>
    </w:p>
    <w:p>
      <w:pPr>
        <w:spacing w:before="120" w:after="120" w:line="300" w:lineRule="exact"/>
        <w:ind w:left="720" w:right="720"/>
        <w:jc w:val="center"/>
      </w:pPr>
      <w:r>
        <w:rPr>
          <w:rFonts w:ascii="Georgia" w:hAnsi="Georgia" w:cs="Georgia" w:eastAsia="Georgia"/>
          <w:b w:val="0"/>
          <w:i/>
          <w:sz w:val="22"/>
        </w:rPr>
        <w:t>"Everything is recorded in a Clear Kitaab." (Qur'aan)</w:t>
      </w:r>
    </w:p>
    <w:p>
      <w:pPr>
        <w:spacing w:before="120" w:after="120" w:line="300" w:lineRule="exact"/>
        <w:ind w:left="720" w:right="720"/>
        <w:jc w:val="center"/>
      </w:pPr>
      <w:r>
        <w:rPr>
          <w:rFonts w:ascii="Georgia" w:hAnsi="Georgia" w:cs="Georgia" w:eastAsia="Georgia"/>
          <w:b w:val="0"/>
          <w:i/>
          <w:sz w:val="22"/>
        </w:rPr>
        <w:t>"There is no calamity/ misfortune (befalling anyone) except with the permission of Allah. He who believes in Allah, Allah guides his heart. And Allah is aware of everything. Obey Allah and obey the Rasool. If you turn away (from the Deen), then on Our Messengers is only the Clear Delivery (of the Message of Allah). Allah! There is no deity but He, and on Allah should the Mu'minoon have trust."</w:t>
      </w:r>
    </w:p>
    <w:p>
      <w:pPr>
        <w:spacing w:before="120" w:after="120" w:line="300" w:lineRule="exact"/>
        <w:ind w:left="720" w:right="720"/>
        <w:jc w:val="center"/>
      </w:pPr>
      <w:r>
        <w:rPr>
          <w:rFonts w:ascii="Georgia" w:hAnsi="Georgia" w:cs="Georgia" w:eastAsia="Georgia"/>
          <w:b w:val="0"/>
          <w:i/>
          <w:sz w:val="22"/>
        </w:rPr>
        <w:t>(At-Taghaabun, 11, 12 &amp; 13)</w:t>
      </w:r>
    </w:p>
    <w:p>
      <w:pPr>
        <w:spacing w:before="0" w:after="120" w:line="300" w:lineRule="exact"/>
        <w:jc w:val="both"/>
      </w:pPr>
      <w:r>
        <w:rPr>
          <w:rFonts w:ascii="Georgia" w:hAnsi="Georgia" w:cs="Georgia" w:eastAsia="Georgia"/>
          <w:b w:val="0"/>
          <w:i w:val="0"/>
          <w:sz w:val="22"/>
        </w:rPr>
        <w:t>Everything, down to the most infinitesimal occurrence, is the effect of the decree of Allah Azza Wa Jal. He says in the Qur'aan Majeed: "Not a leaf drops (from a tree), but He is aware." The Maut of a leaf, of an ant and an insect arrives at the appointed time by the command of Allah Ta'ala. He says that all of this is "Recorded in a Clear Kitaab" – in Looh Mahfuz.</w:t>
      </w:r>
    </w:p>
    <w:p>
      <w:pPr>
        <w:spacing w:before="0" w:after="120" w:line="300" w:lineRule="exact"/>
        <w:jc w:val="both"/>
      </w:pPr>
      <w:r>
        <w:rPr>
          <w:rFonts w:ascii="Georgia" w:hAnsi="Georgia" w:cs="Georgia" w:eastAsia="Georgia"/>
          <w:b w:val="0"/>
          <w:i w:val="0"/>
          <w:sz w:val="22"/>
        </w:rPr>
        <w:t>Thus, the Mu'min readily understands that whatever is transpiring in Gazzah/Palestine and all over creation and in all the millions of universes, is by the decree of Allah Azza Wa Jal. There are no accidents in His creation. The calamity in Gazzah is therefore not unfathomable despite its heart-rending effect.</w:t>
      </w:r>
    </w:p>
    <w:p>
      <w:r>
        <w:br w:type="page"/>
      </w:r>
    </w:p>
    <w:p>
      <w:pPr>
        <w:pStyle w:val="Heading3"/>
        <w:spacing w:before="200" w:after="120" w:line="300" w:lineRule="exact"/>
        <w:jc w:val="left"/>
      </w:pPr>
      <w:r>
        <w:rPr>
          <w:rFonts w:ascii="Georgia" w:hAnsi="Georgia" w:cs="Georgia" w:eastAsia="Georgia"/>
          <w:b/>
          <w:i w:val="0"/>
          <w:color w:val="2E74B5"/>
          <w:sz w:val="24"/>
        </w:rPr>
        <w:t>Israeli antiwar protesters rally near Gaza</w:t>
      </w:r>
    </w:p>
    <w:p>
      <w:pPr>
        <w:spacing w:before="0" w:after="120" w:line="300" w:lineRule="exact"/>
        <w:jc w:val="both"/>
      </w:pPr>
      <w:r>
        <w:rPr>
          <w:rFonts w:ascii="Georgia" w:hAnsi="Georgia" w:cs="Georgia" w:eastAsia="Georgia"/>
          <w:b w:val="0"/>
          <w:i w:val="0"/>
          <w:sz w:val="22"/>
        </w:rPr>
        <w:t>The Israeli military veterans' activist group Breaking the Silence has shared video clips of protesters participating in a march near the boundary between Gaza and Israel and calling for a halt to the war.</w:t>
      </w:r>
    </w:p>
    <w:p>
      <w:pPr>
        <w:spacing w:before="0" w:after="120" w:line="300" w:lineRule="exact"/>
        <w:jc w:val="both"/>
      </w:pPr>
      <w:r>
        <w:rPr>
          <w:rFonts w:ascii="Georgia" w:hAnsi="Georgia" w:cs="Georgia" w:eastAsia="Georgia"/>
          <w:b w:val="0"/>
          <w:i w:val="0"/>
          <w:sz w:val="22"/>
        </w:rPr>
        <w:t>"We come here to end this terrible war," says one of the Israeli participants.</w:t>
      </w:r>
    </w:p>
    <w:p>
      <w:pPr>
        <w:spacing w:before="0" w:after="120" w:line="300" w:lineRule="exact"/>
        <w:jc w:val="both"/>
      </w:pPr>
      <w:r>
        <w:rPr>
          <w:rFonts w:ascii="Georgia" w:hAnsi="Georgia" w:cs="Georgia" w:eastAsia="Georgia"/>
          <w:b w:val="0"/>
          <w:i w:val="0"/>
          <w:sz w:val="22"/>
        </w:rPr>
        <w:t>"It's a disgusting humanitarian catastrophe that we are responsible for, and it's about time this war has ended," he says.</w:t>
      </w:r>
    </w:p>
    <w:p>
      <w:pPr>
        <w:spacing w:before="0" w:after="120" w:line="300" w:lineRule="exact"/>
        <w:jc w:val="both"/>
      </w:pPr>
      <w:r>
        <w:rPr>
          <w:rFonts w:ascii="Georgia" w:hAnsi="Georgia" w:cs="Georgia" w:eastAsia="Georgia"/>
          <w:b w:val="0"/>
          <w:i w:val="0"/>
          <w:sz w:val="22"/>
        </w:rPr>
        <w:t>Protesters held signs calling for the killing to stop while some banged on drums and other instruments.</w:t>
      </w:r>
    </w:p>
    <w:p>
      <w:pPr>
        <w:spacing w:before="120" w:after="40" w:line="300" w:lineRule="exact"/>
        <w:jc w:val="both"/>
      </w:pPr>
      <w:r>
        <w:rPr>
          <w:rFonts w:ascii="Georgia" w:hAnsi="Georgia" w:cs="Georgia" w:eastAsia="Georgia"/>
          <w:b/>
          <w:i/>
          <w:sz w:val="22"/>
        </w:rPr>
        <w:t>(Al Jazeera)</w:t>
      </w:r>
    </w:p>
    <w:p>
      <w:r>
        <w:br w:type="page"/>
      </w:r>
    </w:p>
    <w:p>
      <w:pPr>
        <w:pStyle w:val="Heading1"/>
        <w:spacing w:before="360" w:after="200" w:line="300" w:lineRule="exact"/>
        <w:jc w:val="center"/>
      </w:pPr>
      <w:r>
        <w:rPr>
          <w:rFonts w:ascii="Georgia" w:hAnsi="Georgia" w:cs="Georgia" w:eastAsia="Georgia"/>
          <w:b/>
          <w:i w:val="0"/>
          <w:color w:val="1F3864"/>
          <w:sz w:val="32"/>
        </w:rPr>
        <w:t>BRUTALITY OF THE ISMAIL SHIAHS</w:t>
      </w:r>
    </w:p>
    <w:p>
      <w:pPr>
        <w:spacing w:before="0" w:after="120" w:line="300" w:lineRule="exact"/>
        <w:jc w:val="both"/>
      </w:pPr>
      <w:r>
        <w:rPr>
          <w:rFonts w:ascii="Georgia" w:hAnsi="Georgia" w:cs="Georgia" w:eastAsia="Georgia"/>
          <w:b w:val="0"/>
          <w:i w:val="0"/>
          <w:sz w:val="22"/>
        </w:rPr>
        <w:t>In the year 317 Hijri (930 CE) an Ismaili Shiah sect, the Qarmatians, attacked Makkah Mukarramah during the Hajj season. Numerous Hujjaaj were massacred. Dead bodies were dumped in the ZamZam Well and the Ka'bah was looted.</w:t>
      </w:r>
    </w:p>
    <w:p>
      <w:pPr>
        <w:spacing w:before="0" w:after="120" w:line="300" w:lineRule="exact"/>
        <w:jc w:val="both"/>
      </w:pPr>
      <w:r>
        <w:rPr>
          <w:rFonts w:ascii="Georgia" w:hAnsi="Georgia" w:cs="Georgia" w:eastAsia="Georgia"/>
          <w:b w:val="0"/>
          <w:i w:val="0"/>
          <w:sz w:val="22"/>
        </w:rPr>
        <w:t>The Hajr-e-Aswad (Black Stone) was stolen by these vile Shiahs and taken to their base in Eastern Arabia. Later, after a ransom was paid, the Stone was returned.</w:t>
      </w:r>
    </w:p>
    <w:p>
      <w:r>
        <w:br w:type="page"/>
      </w:r>
    </w:p>
    <w:p>
      <w:pPr>
        <w:pStyle w:val="Heading1"/>
        <w:spacing w:before="360" w:after="200" w:line="300" w:lineRule="exact"/>
        <w:jc w:val="center"/>
      </w:pPr>
      <w:r>
        <w:rPr>
          <w:rFonts w:ascii="Georgia" w:hAnsi="Georgia" w:cs="Georgia" w:eastAsia="Georgia"/>
          <w:b/>
          <w:i w:val="0"/>
          <w:color w:val="1F3864"/>
          <w:sz w:val="32"/>
        </w:rPr>
        <w:t>AIDING THE MU'MINEEN</w:t>
      </w:r>
    </w:p>
    <w:p>
      <w:pPr>
        <w:spacing w:before="0" w:after="120" w:line="300" w:lineRule="exact"/>
        <w:jc w:val="both"/>
      </w:pPr>
      <w:r>
        <w:rPr>
          <w:rFonts w:ascii="Georgia" w:hAnsi="Georgia" w:cs="Georgia" w:eastAsia="Georgia"/>
          <w:b w:val="0"/>
          <w:i w:val="0"/>
          <w:sz w:val="22"/>
        </w:rPr>
        <w:t>Aiding the Mu'mineen is the obligation of Allah Azza Wa Jal. Stating this bounden obligation, the Qur'aan Majeed says:</w:t>
      </w:r>
    </w:p>
    <w:p>
      <w:pPr>
        <w:spacing w:before="120" w:after="120" w:line="300" w:lineRule="exact"/>
        <w:ind w:left="720" w:right="720"/>
        <w:jc w:val="center"/>
      </w:pPr>
      <w:r>
        <w:rPr>
          <w:rFonts w:ascii="Georgia" w:hAnsi="Georgia" w:cs="Georgia" w:eastAsia="Georgia"/>
          <w:b w:val="0"/>
          <w:i/>
          <w:sz w:val="22"/>
        </w:rPr>
        <w:t>"Providing the Mu'mineen with aid has been the obligation on Us."</w:t>
      </w:r>
    </w:p>
    <w:p>
      <w:pPr>
        <w:spacing w:before="120" w:after="120" w:line="300" w:lineRule="exact"/>
        <w:ind w:left="720" w:right="720"/>
        <w:jc w:val="center"/>
      </w:pPr>
      <w:r>
        <w:rPr>
          <w:rFonts w:ascii="Georgia" w:hAnsi="Georgia" w:cs="Georgia" w:eastAsia="Georgia"/>
          <w:b w:val="0"/>
          <w:i/>
          <w:sz w:val="22"/>
        </w:rPr>
        <w:t>(Ar-Room, Aayat 47)</w:t>
      </w:r>
    </w:p>
    <w:p>
      <w:pPr>
        <w:spacing w:before="0" w:after="120" w:line="300" w:lineRule="exact"/>
        <w:jc w:val="both"/>
      </w:pPr>
      <w:r>
        <w:rPr>
          <w:rFonts w:ascii="Georgia" w:hAnsi="Georgia" w:cs="Georgia" w:eastAsia="Georgia"/>
          <w:b w:val="0"/>
          <w:i w:val="0"/>
          <w:sz w:val="22"/>
        </w:rPr>
        <w:t>The denial of Allah's aid for the Muslims of Palestine and elsewhere testifies that Muslims are no longer the Mu'mineen who are entitled to the help of Allah Ta'ala. Helping the Mu'mineen is the stated obligation of Allah Ta'ala. Thus, it is clear that Muslims are no longer the Mu'mineen in the meaning of the Qur'aan.</w:t>
      </w:r>
    </w:p>
    <w:p>
      <w:pPr>
        <w:spacing w:before="120" w:after="120" w:line="300" w:lineRule="exact"/>
        <w:ind w:left="720" w:right="720"/>
        <w:jc w:val="center"/>
      </w:pPr>
      <w:r>
        <w:rPr>
          <w:rFonts w:ascii="Georgia" w:hAnsi="Georgia" w:cs="Georgia" w:eastAsia="Georgia"/>
          <w:b w:val="0"/>
          <w:i/>
          <w:sz w:val="22"/>
        </w:rPr>
        <w:t>"Never will Allah grant the kuffaar domination over the Mu'mineen."</w:t>
      </w:r>
    </w:p>
    <w:p>
      <w:pPr>
        <w:spacing w:before="120" w:after="120" w:line="300" w:lineRule="exact"/>
        <w:ind w:left="720" w:right="720"/>
        <w:jc w:val="center"/>
      </w:pPr>
      <w:r>
        <w:rPr>
          <w:rFonts w:ascii="Georgia" w:hAnsi="Georgia" w:cs="Georgia" w:eastAsia="Georgia"/>
          <w:b w:val="0"/>
          <w:i/>
          <w:sz w:val="22"/>
        </w:rPr>
        <w:t>(An-Nisaa', Aayat 141)</w:t>
      </w:r>
    </w:p>
    <w:p>
      <w:pPr>
        <w:spacing w:before="0" w:after="120" w:line="300" w:lineRule="exact"/>
        <w:jc w:val="both"/>
      </w:pPr>
      <w:r>
        <w:rPr>
          <w:rFonts w:ascii="Georgia" w:hAnsi="Georgia" w:cs="Georgia" w:eastAsia="Georgia"/>
          <w:b w:val="0"/>
          <w:i w:val="0"/>
          <w:sz w:val="22"/>
        </w:rPr>
        <w:t>The imperative need to qualify for Divine Aid is to become Mu'mineen in the way the Sahaabah were Mu'mineen.</w:t>
      </w:r>
    </w:p>
    <w:p>
      <w:r>
        <w:br w:type="page"/>
      </w:r>
    </w:p>
    <w:p>
      <w:pPr>
        <w:pStyle w:val="Heading1"/>
        <w:spacing w:before="360" w:after="200" w:line="300" w:lineRule="exact"/>
        <w:jc w:val="center"/>
      </w:pPr>
      <w:r>
        <w:rPr>
          <w:rFonts w:ascii="Georgia" w:hAnsi="Georgia" w:cs="Georgia" w:eastAsia="Georgia"/>
          <w:b/>
          <w:i w:val="0"/>
          <w:color w:val="1F3864"/>
          <w:sz w:val="32"/>
        </w:rPr>
        <w:t>'OUR AID'</w:t>
      </w:r>
    </w:p>
    <w:p>
      <w:pPr>
        <w:spacing w:before="120" w:after="40" w:line="300" w:lineRule="exact"/>
        <w:jc w:val="both"/>
      </w:pPr>
      <w:r>
        <w:rPr>
          <w:rFonts w:ascii="Georgia" w:hAnsi="Georgia" w:cs="Georgia" w:eastAsia="Georgia"/>
          <w:b/>
          <w:i/>
          <w:sz w:val="22"/>
        </w:rPr>
        <w:t>"Verily, We shall aid our Messengers and the</w:t>
      </w:r>
    </w:p>
    <w:p>
      <w:pPr>
        <w:spacing w:before="120" w:after="40" w:line="300" w:lineRule="exact"/>
        <w:jc w:val="both"/>
      </w:pPr>
      <w:r>
        <w:rPr>
          <w:rFonts w:ascii="Georgia" w:hAnsi="Georgia" w:cs="Georgia" w:eastAsia="Georgia"/>
          <w:b/>
          <w:i/>
          <w:sz w:val="22"/>
        </w:rPr>
        <w:t>People of Imaan in this worldly life and on the Day when witnesses shall stand."</w:t>
      </w:r>
    </w:p>
    <w:p>
      <w:pPr>
        <w:spacing w:before="120" w:after="40" w:line="300" w:lineRule="exact"/>
        <w:jc w:val="both"/>
      </w:pPr>
      <w:r>
        <w:rPr>
          <w:rFonts w:ascii="Georgia" w:hAnsi="Georgia" w:cs="Georgia" w:eastAsia="Georgia"/>
          <w:b/>
          <w:i/>
          <w:sz w:val="22"/>
        </w:rPr>
        <w:t>(Al-Mu'min, Aayat 51)</w:t>
      </w:r>
    </w:p>
    <w:p>
      <w:pPr>
        <w:spacing w:before="0" w:after="120" w:line="300" w:lineRule="exact"/>
        <w:jc w:val="both"/>
      </w:pPr>
      <w:r>
        <w:rPr>
          <w:rFonts w:ascii="Georgia" w:hAnsi="Georgia" w:cs="Georgia" w:eastAsia="Georgia"/>
          <w:b w:val="0"/>
          <w:i w:val="0"/>
          <w:sz w:val="22"/>
        </w:rPr>
        <w:t>Allah Ta'ala has promised His aid for the Ambiya (Alayhimus salaam) and for the Mu'mineen in this world as well as in the Aakhirat when the Malaaikah will stand to testify for establishing the truth of the Ambiya and the true Believers.</w:t>
      </w:r>
    </w:p>
    <w:p>
      <w:pPr>
        <w:spacing w:before="0" w:after="120" w:line="300" w:lineRule="exact"/>
        <w:jc w:val="both"/>
      </w:pPr>
      <w:r>
        <w:rPr>
          <w:rFonts w:ascii="Georgia" w:hAnsi="Georgia" w:cs="Georgia" w:eastAsia="Georgia"/>
          <w:b w:val="0"/>
          <w:i w:val="0"/>
          <w:sz w:val="22"/>
        </w:rPr>
        <w:t>But the Ummah today is not seeing the fulfilment of the Divine Promise. There is no mystery underlying the denial of aid promised by Allah Ta'ala. The precondition for Allah's aid is valid Imaan. Alas! That condition is today lacking, hence Muslims should not expect fulfilment of the Divine Promise.</w:t>
      </w:r>
    </w:p>
    <w:p>
      <w:r>
        <w:br w:type="page"/>
      </w:r>
    </w:p>
    <w:p>
      <w:pPr>
        <w:pStyle w:val="Heading1"/>
        <w:spacing w:before="360" w:after="200" w:line="300" w:lineRule="exact"/>
        <w:jc w:val="center"/>
      </w:pPr>
      <w:r>
        <w:rPr>
          <w:rFonts w:ascii="Georgia" w:hAnsi="Georgia" w:cs="Georgia" w:eastAsia="Georgia"/>
          <w:b/>
          <w:i w:val="0"/>
          <w:color w:val="1F3864"/>
          <w:sz w:val="32"/>
        </w:rPr>
        <w:t>DOMINATION IS FOR THE SULAHA</w:t>
      </w:r>
    </w:p>
    <w:p>
      <w:pPr>
        <w:spacing w:before="120" w:after="120" w:line="300" w:lineRule="exact"/>
        <w:ind w:left="720" w:right="720"/>
        <w:jc w:val="center"/>
      </w:pPr>
      <w:r>
        <w:rPr>
          <w:rFonts w:ascii="Georgia" w:hAnsi="Georgia" w:cs="Georgia" w:eastAsia="Georgia"/>
          <w:b w:val="0"/>
          <w:i/>
          <w:sz w:val="22"/>
        </w:rPr>
        <w:t>"Verily, We have decreed in the Zaboor after the Thikr that My Saalih (Pious) servants will inherit the earth."</w:t>
      </w:r>
    </w:p>
    <w:p>
      <w:pPr>
        <w:spacing w:before="120" w:after="120" w:line="300" w:lineRule="exact"/>
        <w:ind w:left="720" w:right="720"/>
        <w:jc w:val="center"/>
      </w:pPr>
      <w:r>
        <w:rPr>
          <w:rFonts w:ascii="Georgia" w:hAnsi="Georgia" w:cs="Georgia" w:eastAsia="Georgia"/>
          <w:b w:val="0"/>
          <w:i/>
          <w:sz w:val="22"/>
        </w:rPr>
        <w:t>(Al-Ambiya, Aayat 105)</w:t>
      </w:r>
    </w:p>
    <w:p>
      <w:pPr>
        <w:spacing w:before="0" w:after="120" w:line="300" w:lineRule="exact"/>
        <w:jc w:val="both"/>
      </w:pPr>
      <w:r>
        <w:rPr>
          <w:rFonts w:ascii="Georgia" w:hAnsi="Georgia" w:cs="Georgia" w:eastAsia="Georgia"/>
          <w:b w:val="0"/>
          <w:i w:val="0"/>
          <w:sz w:val="22"/>
        </w:rPr>
        <w:t>The 'Thikr' here refers to Looh Mahfuz. Inheriting the earth refers to political power and domination. Political domination is granted by Allah Ta'ala to His Saalih (Pious) servants. Since the Muslims of this era are lacking in this attribute, they no longer are entitled to political power and domination. Hence, Allah Ta'ala is punishing Muslims with kuffaar domination.</w:t>
      </w:r>
    </w:p>
    <w:p>
      <w:r>
        <w:br w:type="page"/>
      </w:r>
    </w:p>
    <w:p>
      <w:pPr>
        <w:pStyle w:val="Heading1"/>
        <w:spacing w:before="360" w:after="200" w:line="300" w:lineRule="exact"/>
        <w:jc w:val="center"/>
      </w:pPr>
      <w:r>
        <w:rPr>
          <w:rFonts w:ascii="Georgia" w:hAnsi="Georgia" w:cs="Georgia" w:eastAsia="Georgia"/>
          <w:b/>
          <w:i w:val="0"/>
          <w:color w:val="1F3864"/>
          <w:sz w:val="32"/>
        </w:rPr>
        <w:t>IN THE WAKE OF THE WESTERN KUFR LIFESTYLE</w:t>
      </w:r>
    </w:p>
    <w:p>
      <w:pPr>
        <w:spacing w:before="0" w:after="120" w:line="300" w:lineRule="exact"/>
        <w:jc w:val="both"/>
      </w:pPr>
      <w:r>
        <w:rPr>
          <w:rFonts w:ascii="Georgia" w:hAnsi="Georgia" w:cs="Georgia" w:eastAsia="Georgia"/>
          <w:b w:val="0"/>
          <w:i w:val="0"/>
          <w:sz w:val="22"/>
        </w:rPr>
        <w:t>Short-lived marriages on the rise in Saudi Arabia as 65% of divorces occur within the first year</w:t>
      </w:r>
    </w:p>
    <w:p>
      <w:pPr>
        <w:spacing w:before="0" w:after="120" w:line="300" w:lineRule="exact"/>
        <w:jc w:val="both"/>
      </w:pPr>
      <w:r>
        <w:rPr>
          <w:rFonts w:ascii="Georgia" w:hAnsi="Georgia" w:cs="Georgia" w:eastAsia="Georgia"/>
          <w:b w:val="0"/>
          <w:i w:val="0"/>
          <w:sz w:val="22"/>
        </w:rPr>
        <w:t>The data shows divorces reached 12.6% of all registered marriages this year</w:t>
      </w:r>
    </w:p>
    <w:p>
      <w:pPr>
        <w:spacing w:before="0" w:after="120" w:line="300" w:lineRule="exact"/>
        <w:jc w:val="both"/>
      </w:pPr>
      <w:r>
        <w:rPr>
          <w:rFonts w:ascii="Georgia" w:hAnsi="Georgia" w:cs="Georgia" w:eastAsia="Georgia"/>
          <w:b w:val="0"/>
          <w:i w:val="0"/>
          <w:sz w:val="22"/>
        </w:rPr>
        <w:t>Last updated: July 12, 2025 | 11:52</w:t>
      </w:r>
    </w:p>
    <w:p>
      <w:pPr>
        <w:spacing w:before="0" w:after="120" w:line="300" w:lineRule="exact"/>
        <w:jc w:val="both"/>
      </w:pPr>
      <w:r>
        <w:rPr>
          <w:rFonts w:ascii="Georgia" w:hAnsi="Georgia" w:cs="Georgia" w:eastAsia="Georgia"/>
          <w:b w:val="0"/>
          <w:i w:val="0"/>
          <w:sz w:val="22"/>
        </w:rPr>
        <w:t>Huda Ata, Special to Gulf News</w:t>
      </w:r>
    </w:p>
    <w:p>
      <w:pPr>
        <w:spacing w:before="0" w:after="120" w:line="300" w:lineRule="exact"/>
        <w:jc w:val="both"/>
      </w:pPr>
      <w:r>
        <w:rPr>
          <w:rFonts w:ascii="Georgia" w:hAnsi="Georgia" w:cs="Georgia" w:eastAsia="Georgia"/>
          <w:b w:val="0"/>
          <w:i w:val="0"/>
          <w:sz w:val="22"/>
        </w:rPr>
        <w:t>Al Baha region topped the divorce rate charts with 36% share, followed by Riyadh at 21.7%.Agency. For representational purpose only.</w:t>
      </w:r>
    </w:p>
    <w:p>
      <w:pPr>
        <w:spacing w:before="0" w:after="120" w:line="300" w:lineRule="exact"/>
        <w:jc w:val="both"/>
      </w:pPr>
      <w:r>
        <w:rPr>
          <w:rFonts w:ascii="Georgia" w:hAnsi="Georgia" w:cs="Georgia" w:eastAsia="Georgia"/>
          <w:b w:val="0"/>
          <w:i w:val="0"/>
          <w:sz w:val="22"/>
        </w:rPr>
        <w:t>Dubai: Saudi Arabia recorded approximately 57,595 divorce cases in 2025, averaging 157 divorces per day, or one every nine minutes, according to newly released data from the Ministry of Justice and the General Authority for Statistics.</w:t>
      </w:r>
    </w:p>
    <w:p>
      <w:pPr>
        <w:spacing w:before="0" w:after="120" w:line="300" w:lineRule="exact"/>
        <w:jc w:val="both"/>
      </w:pPr>
      <w:r>
        <w:rPr>
          <w:rFonts w:ascii="Georgia" w:hAnsi="Georgia" w:cs="Georgia" w:eastAsia="Georgia"/>
          <w:b w:val="0"/>
          <w:i w:val="0"/>
          <w:sz w:val="22"/>
        </w:rPr>
        <w:t>The data shows divorces reached 12.6 per cent of all registered marriages this year, with over 65 per cent of cases occurring within the first year of marriage, highlighting a trend of early separation despite expensive weddings and high emotional investment.</w:t>
      </w:r>
    </w:p>
    <w:p>
      <w:r>
        <w:br w:type="page"/>
      </w:r>
    </w:p>
    <w:p>
      <w:pPr>
        <w:pStyle w:val="Heading1"/>
        <w:spacing w:before="360" w:after="200" w:line="300" w:lineRule="exact"/>
        <w:jc w:val="center"/>
      </w:pPr>
      <w:r>
        <w:rPr>
          <w:rFonts w:ascii="Georgia" w:hAnsi="Georgia" w:cs="Georgia" w:eastAsia="Georgia"/>
          <w:b/>
          <w:i w:val="0"/>
          <w:color w:val="1F3864"/>
          <w:sz w:val="32"/>
        </w:rPr>
        <w:t>'Ilm (Knowledge) of the Deen is not for the Dunya</w:t>
      </w:r>
    </w:p>
    <w:p>
      <w:pPr>
        <w:spacing w:before="0" w:after="120" w:line="300" w:lineRule="exact"/>
        <w:jc w:val="both"/>
      </w:pPr>
      <w:r>
        <w:rPr>
          <w:rFonts w:ascii="Georgia" w:hAnsi="Georgia" w:cs="Georgia" w:eastAsia="Georgia"/>
          <w:b w:val="0"/>
          <w:i w:val="0"/>
          <w:sz w:val="22"/>
        </w:rPr>
        <w:t>Shaykh Yahya bin Mu'aaz rahmatullahi alayh (211-251 AH ~ 830–871 CE) was once asked: 'When is 'Ilm (Deeni Knowledge), Hilm (perseverance) and Wisdom (Hikmah) taken away from a person?'</w:t>
      </w:r>
    </w:p>
    <w:p>
      <w:pPr>
        <w:spacing w:before="0" w:after="120" w:line="300" w:lineRule="exact"/>
        <w:jc w:val="both"/>
      </w:pPr>
      <w:r>
        <w:rPr>
          <w:rFonts w:ascii="Georgia" w:hAnsi="Georgia" w:cs="Georgia" w:eastAsia="Georgia"/>
          <w:b w:val="0"/>
          <w:i w:val="0"/>
          <w:sz w:val="22"/>
        </w:rPr>
        <w:t>By 'Ilm is meant only knowledge of the Glorious Qur'an and Sunnah; it does not mean any form of secular education. Hilm implies a lofty stage of patience (sabr) where despite having the power and ability to extract revenge, one restrains oneself. Hikmah (spiritual wisdom) is a celestial light (Nur) from Allah Ta'ala about which Rasulullah (sallallahu alayhi wasallam) said:</w:t>
      </w:r>
    </w:p>
    <w:p>
      <w:pPr>
        <w:spacing w:before="120" w:after="40" w:line="300" w:lineRule="exact"/>
        <w:jc w:val="both"/>
      </w:pPr>
      <w:r>
        <w:rPr>
          <w:rFonts w:ascii="Georgia" w:hAnsi="Georgia" w:cs="Georgia" w:eastAsia="Georgia"/>
          <w:b/>
          <w:i/>
          <w:sz w:val="22"/>
        </w:rPr>
        <w:t>'Beware of the firaasat (spiritual wisdom) of the Mu'min, for he sees with the Light of Allah Ta'ala.' (Tirmidhi)</w:t>
      </w:r>
    </w:p>
    <w:p>
      <w:pPr>
        <w:spacing w:before="0" w:after="120" w:line="300" w:lineRule="exact"/>
        <w:jc w:val="both"/>
      </w:pPr>
      <w:r>
        <w:rPr>
          <w:rFonts w:ascii="Georgia" w:hAnsi="Georgia" w:cs="Georgia" w:eastAsia="Georgia"/>
          <w:b w:val="0"/>
          <w:i w:val="0"/>
          <w:sz w:val="22"/>
        </w:rPr>
        <w:t>So, when Shaykh Yahya bin Mu'aaz rahmatullahi alayh was asked, 'When are these three treasures taken away from a person?' He replied:</w:t>
      </w:r>
    </w:p>
    <w:p>
      <w:pPr>
        <w:spacing w:before="120" w:after="40" w:line="300" w:lineRule="exact"/>
        <w:jc w:val="both"/>
      </w:pPr>
      <w:r>
        <w:rPr>
          <w:rFonts w:ascii="Georgia" w:hAnsi="Georgia" w:cs="Georgia" w:eastAsia="Georgia"/>
          <w:b/>
          <w:i/>
          <w:sz w:val="22"/>
        </w:rPr>
        <w:t>'When a person (of 'Ilm, Hilm and Hikmah) desires and seeks dunya (world) through these three treasures.'</w:t>
      </w:r>
    </w:p>
    <w:p>
      <w:pPr>
        <w:spacing w:before="0" w:after="120" w:line="300" w:lineRule="exact"/>
        <w:jc w:val="both"/>
      </w:pPr>
      <w:r>
        <w:rPr>
          <w:rFonts w:ascii="Georgia" w:hAnsi="Georgia" w:cs="Georgia" w:eastAsia="Georgia"/>
          <w:b w:val="0"/>
          <w:i w:val="0"/>
          <w:sz w:val="22"/>
        </w:rPr>
        <w:t>This is amongst the signs of Qiyaamah (Day of Judgement) as Rasulullah (sallallahu alayhi wasallam) had predicted:</w:t>
      </w:r>
    </w:p>
    <w:p>
      <w:pPr>
        <w:spacing w:before="120" w:after="40" w:line="300" w:lineRule="exact"/>
        <w:jc w:val="both"/>
      </w:pPr>
      <w:r>
        <w:rPr>
          <w:rFonts w:ascii="Georgia" w:hAnsi="Georgia" w:cs="Georgia" w:eastAsia="Georgia"/>
          <w:b/>
          <w:i/>
          <w:sz w:val="22"/>
        </w:rPr>
        <w:t>'Ilm of Deen will be taught for reasons other than the Deen.' (Tirmidhi)</w:t>
      </w:r>
    </w:p>
    <w:p>
      <w:pPr>
        <w:spacing w:before="0" w:after="120" w:line="300" w:lineRule="exact"/>
        <w:jc w:val="both"/>
      </w:pPr>
      <w:r>
        <w:rPr>
          <w:rFonts w:ascii="Georgia" w:hAnsi="Georgia" w:cs="Georgia" w:eastAsia="Georgia"/>
          <w:b w:val="0"/>
          <w:i w:val="0"/>
          <w:sz w:val="22"/>
        </w:rPr>
        <w:t>The purpose of pursuing 'Ilm is to gain the Pleasure of Allah Ta'ala by knowing how to obey the Laws and Commands of Allah Ta'ala.</w:t>
      </w:r>
    </w:p>
    <w:p>
      <w:pPr>
        <w:spacing w:before="0" w:after="120" w:line="300" w:lineRule="exact"/>
        <w:jc w:val="both"/>
      </w:pPr>
      <w:r>
        <w:rPr>
          <w:rFonts w:ascii="Georgia" w:hAnsi="Georgia" w:cs="Georgia" w:eastAsia="Georgia"/>
          <w:b w:val="0"/>
          <w:i w:val="0"/>
          <w:sz w:val="22"/>
        </w:rPr>
        <w:t>Rasulullah (sallallahu alayhi wasallam) also said:</w:t>
      </w:r>
    </w:p>
    <w:p>
      <w:pPr>
        <w:spacing w:before="0" w:after="120" w:line="300" w:lineRule="exact"/>
        <w:jc w:val="both"/>
      </w:pPr>
      <w:r>
        <w:rPr>
          <w:rFonts w:ascii="Georgia" w:hAnsi="Georgia" w:cs="Georgia" w:eastAsia="Georgia"/>
          <w:b w:val="0"/>
          <w:i w:val="0"/>
          <w:sz w:val="22"/>
        </w:rPr>
        <w:t>"…And the dunya (wealth, rank) will be pursued and searched with the Amal (deeds) of the Akhirah." Deen will be used as a front for the acquisition of worldly and nafsaani objectives, and this is what we are finding nowadays.</w:t>
      </w:r>
    </w:p>
    <w:p>
      <w:pPr>
        <w:spacing w:before="0" w:after="120" w:line="300" w:lineRule="exact"/>
        <w:jc w:val="both"/>
      </w:pPr>
      <w:r>
        <w:rPr>
          <w:rFonts w:ascii="Georgia" w:hAnsi="Georgia" w:cs="Georgia" w:eastAsia="Georgia"/>
          <w:b w:val="0"/>
          <w:i w:val="0"/>
          <w:sz w:val="22"/>
        </w:rPr>
        <w:t>Today, we find all over, an abundance of different kinds of programmes and projects taking place in the name of Deen, whereas the true purpose is nafsaani gratification. The purpose is dunya; the purpose is wealth, name and fame. Take for example all these Qira'at Competitions, with Qurr'a coming from foreign countries, being paid large amounts of money for reciting. Rasulullah (sallallahu alayhi wasallam) said:</w:t>
      </w:r>
    </w:p>
    <w:p>
      <w:pPr>
        <w:spacing w:before="120" w:after="40" w:line="300" w:lineRule="exact"/>
        <w:jc w:val="both"/>
      </w:pPr>
      <w:r>
        <w:rPr>
          <w:rFonts w:ascii="Georgia" w:hAnsi="Georgia" w:cs="Georgia" w:eastAsia="Georgia"/>
          <w:b/>
          <w:i/>
          <w:sz w:val="22"/>
        </w:rPr>
        <w:t>"Read the Qur'an and act by it. And do not abandon it, do not exceed its limits, do not eat with it (i.e. money) and do not seek more by using it." (Sahih)</w:t>
      </w:r>
    </w:p>
    <w:p>
      <w:pPr>
        <w:spacing w:before="0" w:after="120" w:line="300" w:lineRule="exact"/>
        <w:jc w:val="both"/>
      </w:pPr>
      <w:r>
        <w:rPr>
          <w:rFonts w:ascii="Georgia" w:hAnsi="Georgia" w:cs="Georgia" w:eastAsia="Georgia"/>
          <w:b w:val="0"/>
          <w:i w:val="0"/>
          <w:sz w:val="22"/>
        </w:rPr>
        <w:t>Allah Ta'ala has sent the Glorious Qur'an for our Hidayah (guidance) and for our success in the Akhirah (Hereafter) by making amal (practice) upon it. But now people are using it for competitions and online classes, charging fees. They are using Deen in order to gain dunya. Similarly, we now have Iftaar (break-fast) programs - gluttonous programs wherein all types of exotic foods are served for merriment at the time of Iftaar, even delaying Maghrib Salah for over thirty minutes or more – enjoying themselves with their gluttony in total conflict with the Sunnah.</w:t>
      </w:r>
    </w:p>
    <w:p>
      <w:pPr>
        <w:spacing w:before="0" w:after="120" w:line="300" w:lineRule="exact"/>
        <w:jc w:val="both"/>
      </w:pPr>
      <w:r>
        <w:rPr>
          <w:rFonts w:ascii="Georgia" w:hAnsi="Georgia" w:cs="Georgia" w:eastAsia="Georgia"/>
          <w:b w:val="0"/>
          <w:i w:val="0"/>
          <w:sz w:val="22"/>
        </w:rPr>
        <w:t>What did Rasulullah (sallallahu alayhi wasallam) instruct us to have at the time of Iftaar? Three dates and water. This is Iftaar. Everything else is shaitaaniyat.</w:t>
      </w:r>
    </w:p>
    <w:p>
      <w:pPr>
        <w:spacing w:before="0" w:after="120" w:line="300" w:lineRule="exact"/>
        <w:jc w:val="both"/>
      </w:pPr>
      <w:r>
        <w:rPr>
          <w:rFonts w:ascii="Georgia" w:hAnsi="Georgia" w:cs="Georgia" w:eastAsia="Georgia"/>
          <w:b w:val="0"/>
          <w:i w:val="0"/>
          <w:sz w:val="22"/>
        </w:rPr>
        <w:t>Another recent development is programmes by Molvis to attract youth. Yet more competitions involving applications (and 'compulsory' registration of personal contact details). The young person who goes for Salaah for a certain number of days receives a prize. This is how youth are being satanically motivated and attracted to the Masjid. Their niyyat is corrupted. They perform Salaat for the shaitaani prizes, not for Allah Ta'ala. Rasulullah (sallallahu alayhi wasallam) showed us the correct Sunnah way of motivation:</w:t>
      </w:r>
    </w:p>
    <w:p>
      <w:pPr>
        <w:spacing w:before="120" w:after="40" w:line="300" w:lineRule="exact"/>
        <w:jc w:val="both"/>
      </w:pPr>
      <w:r>
        <w:rPr>
          <w:rFonts w:ascii="Georgia" w:hAnsi="Georgia" w:cs="Georgia" w:eastAsia="Georgia"/>
          <w:b/>
          <w:i/>
          <w:sz w:val="22"/>
        </w:rPr>
        <w:t>"Command your children to pray when they become seven years old, and beat them for it (prayer) when they become ten years old and arrange their beds (to sleep) separately." (Aboo Dawood)</w:t>
      </w:r>
    </w:p>
    <w:p>
      <w:pPr>
        <w:spacing w:before="0" w:after="120" w:line="300" w:lineRule="exact"/>
        <w:jc w:val="both"/>
      </w:pPr>
      <w:r>
        <w:rPr>
          <w:rFonts w:ascii="Georgia" w:hAnsi="Georgia" w:cs="Georgia" w:eastAsia="Georgia"/>
          <w:b w:val="0"/>
          <w:i w:val="0"/>
          <w:sz w:val="22"/>
        </w:rPr>
        <w:t>Instead of prizes like toys and money, the child should be disciplined and reprimanded: "Hang your whip where the members of your household can see it."</w:t>
      </w:r>
    </w:p>
    <w:p>
      <w:pPr>
        <w:spacing w:before="0" w:after="120" w:line="300" w:lineRule="exact"/>
        <w:jc w:val="both"/>
      </w:pPr>
      <w:r>
        <w:rPr>
          <w:rFonts w:ascii="Georgia" w:hAnsi="Georgia" w:cs="Georgia" w:eastAsia="Georgia"/>
          <w:b w:val="0"/>
          <w:i w:val="0"/>
          <w:sz w:val="22"/>
        </w:rPr>
        <w:t>This should act as a deterrent – create healthy fear, this is the Sunnah way.</w:t>
      </w:r>
    </w:p>
    <w:p>
      <w:pPr>
        <w:spacing w:before="0" w:after="120" w:line="300" w:lineRule="exact"/>
        <w:jc w:val="both"/>
      </w:pPr>
      <w:r>
        <w:rPr>
          <w:rFonts w:ascii="Georgia" w:hAnsi="Georgia" w:cs="Georgia" w:eastAsia="Georgia"/>
          <w:b w:val="0"/>
          <w:i w:val="0"/>
          <w:sz w:val="22"/>
        </w:rPr>
        <w:t>All these (new) programs are now organized in name of Deen, which is used as a cover to earn the carrion of the dunya. Another such stunt is the 'Mess/Mass Itiqaaf' organized by Maulanas and Shuyookh. In essence, these functions are merry making parties where the entire Masjid is transformed into a picnic camp.</w:t>
      </w:r>
    </w:p>
    <w:p>
      <w:pPr>
        <w:spacing w:before="120" w:after="40" w:line="300" w:lineRule="exact"/>
        <w:jc w:val="both"/>
      </w:pPr>
      <w:r>
        <w:rPr>
          <w:rFonts w:ascii="Georgia" w:hAnsi="Georgia" w:cs="Georgia" w:eastAsia="Georgia"/>
          <w:b/>
          <w:i/>
          <w:sz w:val="22"/>
        </w:rPr>
        <w:t>"…And the dunya will be pursued and searched with the Amal (deeds) of the Akhirah."</w:t>
      </w:r>
    </w:p>
    <w:p>
      <w:pPr>
        <w:spacing w:before="0" w:after="120" w:line="300" w:lineRule="exact"/>
        <w:jc w:val="both"/>
      </w:pPr>
      <w:r>
        <w:rPr>
          <w:rFonts w:ascii="Georgia" w:hAnsi="Georgia" w:cs="Georgia" w:eastAsia="Georgia"/>
          <w:b w:val="0"/>
          <w:i w:val="0"/>
          <w:sz w:val="22"/>
        </w:rPr>
        <w:t>The words of Rasulullah (sallallahu alayhi wasallam) must materialise. His predictions will come to pass and we are seeing it in our time. All these programs are headed by so-called learned people, so-called Alims, and as Rasulullah (sallallahu alayhi wasallam) also predicted:</w:t>
      </w:r>
    </w:p>
    <w:p>
      <w:pPr>
        <w:spacing w:before="120" w:after="40" w:line="300" w:lineRule="exact"/>
        <w:jc w:val="both"/>
      </w:pPr>
      <w:r>
        <w:rPr>
          <w:rFonts w:ascii="Georgia" w:hAnsi="Georgia" w:cs="Georgia" w:eastAsia="Georgia"/>
          <w:b/>
          <w:i/>
          <w:sz w:val="22"/>
        </w:rPr>
        <w:t>'Ilm of Deen will be taught other than for reasons of Deen.' (Tirmidhi)</w:t>
      </w:r>
    </w:p>
    <w:p>
      <w:pPr>
        <w:spacing w:before="0" w:after="120" w:line="300" w:lineRule="exact"/>
        <w:jc w:val="both"/>
      </w:pPr>
      <w:r>
        <w:rPr>
          <w:rFonts w:ascii="Georgia" w:hAnsi="Georgia" w:cs="Georgia" w:eastAsia="Georgia"/>
          <w:b w:val="0"/>
          <w:i w:val="0"/>
          <w:sz w:val="22"/>
        </w:rPr>
        <w:t>The intention is name, fame or money. It is therefore essential to rectify ones niyyah (intention) whilst pursuing 'Ilm, so as not to ruin one's Aakhirah. 'Ilm is only for one purpose, for the Pleasure (Ridha) of Allah Ta'ala. The way for acquiring this Pleasure of Allah Ta'ala is by practicing the Aa'mal of Deen correctly. This is the objective of 'Ilm. The purpose is not for gaining a certificate or title of Maulana, Mufti, etc.</w:t>
      </w:r>
    </w:p>
    <w:p>
      <w:pPr>
        <w:spacing w:before="0" w:after="120" w:line="300" w:lineRule="exact"/>
        <w:jc w:val="both"/>
      </w:pPr>
      <w:r>
        <w:rPr>
          <w:rFonts w:ascii="Georgia" w:hAnsi="Georgia" w:cs="Georgia" w:eastAsia="Georgia"/>
          <w:b w:val="0"/>
          <w:i w:val="0"/>
          <w:sz w:val="22"/>
        </w:rPr>
        <w:t>The Sahabah (radhiyallahu anhum), 'Ulama, Fuqaha/ Sulahaa, Taa'bieen did not have such certificates. The systems nowadays in Deeni Madaris, Darul Ulooms are all modelled along the style of Kuffar colleges and universities. This is why nowadays there is no barakah (blessings) in 'Ilm.</w:t>
      </w:r>
    </w:p>
    <w:p>
      <w:r>
        <w:br w:type="page"/>
      </w:r>
    </w:p>
    <w:p>
      <w:pPr>
        <w:spacing w:before="0" w:after="120" w:line="300" w:lineRule="exact"/>
        <w:jc w:val="both"/>
      </w:pPr>
      <w:r>
        <w:rPr>
          <w:rFonts w:ascii="Georgia" w:hAnsi="Georgia" w:cs="Georgia" w:eastAsia="Georgia"/>
          <w:b w:val="0"/>
          <w:i w:val="0"/>
          <w:sz w:val="22"/>
        </w:rPr>
        <w:t>Soldiers plead with reporters on IDF press tour of Gaza to publicize that they're burnt out</w:t>
      </w:r>
    </w:p>
    <w:p>
      <w:pPr>
        <w:spacing w:before="0" w:after="120" w:line="300" w:lineRule="exact"/>
        <w:jc w:val="both"/>
      </w:pPr>
      <w:r>
        <w:rPr>
          <w:rFonts w:ascii="Georgia" w:hAnsi="Georgia" w:cs="Georgia" w:eastAsia="Georgia"/>
          <w:b w:val="0"/>
          <w:i w:val="0"/>
          <w:sz w:val="22"/>
        </w:rPr>
        <w:t>Today, 1:37 am 1 August 2025</w:t>
      </w:r>
    </w:p>
    <w:p>
      <w:pPr>
        <w:spacing w:before="0" w:after="120" w:line="300" w:lineRule="exact"/>
        <w:jc w:val="both"/>
      </w:pPr>
      <w:r>
        <w:rPr>
          <w:rFonts w:ascii="Georgia" w:hAnsi="Georgia" w:cs="Georgia" w:eastAsia="Georgia"/>
          <w:b w:val="0"/>
          <w:i w:val="0"/>
          <w:sz w:val="22"/>
        </w:rPr>
        <w:t>The Haaretz daily quotes several soldiers currently serving in Gaza who share how burnt out they are after serving several hundred days of reserve duty.</w:t>
      </w:r>
    </w:p>
    <w:p>
      <w:pPr>
        <w:spacing w:before="0" w:after="120" w:line="300" w:lineRule="exact"/>
        <w:jc w:val="both"/>
      </w:pPr>
      <w:r>
        <w:rPr>
          <w:rFonts w:ascii="Georgia" w:hAnsi="Georgia" w:cs="Georgia" w:eastAsia="Georgia"/>
          <w:b w:val="0"/>
          <w:i w:val="0"/>
          <w:sz w:val="22"/>
        </w:rPr>
        <w:t>"Don't forget to talk about the reservists and active duty soldiers and how exhausted we are," one of them tells the paper during a press tour of the northern Gaza city of Beit Hanoun organized by the IDF.</w:t>
      </w:r>
    </w:p>
    <w:p>
      <w:pPr>
        <w:spacing w:before="0" w:after="120" w:line="300" w:lineRule="exact"/>
        <w:jc w:val="both"/>
      </w:pPr>
      <w:r>
        <w:rPr>
          <w:rFonts w:ascii="Georgia" w:hAnsi="Georgia" w:cs="Georgia" w:eastAsia="Georgia"/>
          <w:b w:val="0"/>
          <w:i w:val="0"/>
          <w:sz w:val="22"/>
        </w:rPr>
        <w:t>"I've already [informed the army] that I'm not going back to Gaza after this tour. I'm done with Gaza. People don't understand what burnout is. They think it's just a matter of giving us a few more hours of sleep, but it's much more than that. People here are exhausted," he says.</w:t>
      </w:r>
    </w:p>
    <w:p>
      <w:pPr>
        <w:spacing w:before="0" w:after="120" w:line="300" w:lineRule="exact"/>
        <w:jc w:val="both"/>
      </w:pPr>
      <w:r>
        <w:rPr>
          <w:rFonts w:ascii="Georgia" w:hAnsi="Georgia" w:cs="Georgia" w:eastAsia="Georgia"/>
          <w:b w:val="0"/>
          <w:i w:val="0"/>
          <w:sz w:val="22"/>
        </w:rPr>
        <w:t>"There are not enough forces to carry out the missions. Tell the public what we are going through and shed light on the difficult conditions," another soldier says.</w:t>
      </w:r>
    </w:p>
    <w:p>
      <w:pPr>
        <w:spacing w:before="0" w:after="120" w:line="300" w:lineRule="exact"/>
        <w:jc w:val="both"/>
      </w:pPr>
      <w:r>
        <w:rPr>
          <w:rFonts w:ascii="Georgia" w:hAnsi="Georgia" w:cs="Georgia" w:eastAsia="Georgia"/>
          <w:b w:val="0"/>
          <w:i w:val="0"/>
          <w:sz w:val="22"/>
        </w:rPr>
        <w:t>Toward the end of the tour, two officers could be heard giving an order to troops over the radio to open fire so that the videographers could have some footage of "fighting."</w:t>
      </w:r>
    </w:p>
    <w:p>
      <w:pPr>
        <w:spacing w:before="0" w:after="120" w:line="300" w:lineRule="exact"/>
        <w:jc w:val="both"/>
      </w:pPr>
      <w:r>
        <w:rPr>
          <w:rFonts w:ascii="Georgia" w:hAnsi="Georgia" w:cs="Georgia" w:eastAsia="Georgia"/>
          <w:b w:val="0"/>
          <w:i w:val="0"/>
          <w:sz w:val="22"/>
        </w:rPr>
        <w:t>Shortly thereafter, extended machine gun fire could be heard in the background. When asked whether the shooting was a show for the media, the officers leading the tour had a hard time containing their smiles https:// www.timesofisrael.com/ liveblog-august-1-202</w:t>
      </w:r>
    </w:p>
    <w:p>
      <w:r>
        <w:br w:type="page"/>
      </w:r>
    </w:p>
    <w:p>
      <w:pPr>
        <w:pStyle w:val="Heading1"/>
        <w:spacing w:before="360" w:after="200" w:line="300" w:lineRule="exact"/>
        <w:jc w:val="center"/>
      </w:pPr>
      <w:r>
        <w:rPr>
          <w:rFonts w:ascii="Georgia" w:hAnsi="Georgia" w:cs="Georgia" w:eastAsia="Georgia"/>
          <w:b/>
          <w:i w:val="0"/>
          <w:color w:val="1F3864"/>
          <w:sz w:val="32"/>
        </w:rPr>
        <w:t>THE KUFFAAR STATE OF IRAN</w:t>
      </w:r>
    </w:p>
    <w:p>
      <w:pPr>
        <w:spacing w:before="0" w:after="120" w:line="300" w:lineRule="exact"/>
        <w:jc w:val="both"/>
      </w:pPr>
      <w:r>
        <w:rPr>
          <w:rFonts w:ascii="Georgia" w:hAnsi="Georgia" w:cs="Georgia" w:eastAsia="Georgia"/>
          <w:b w:val="0"/>
          <w:i w:val="0"/>
          <w:sz w:val="22"/>
        </w:rPr>
        <w:t>Iran formerly was an Islamic state. The Safavid Shiah dynasty established the Isthna Ashri (Twelvers - those who believe in the 12 imaams) Shiah religion in Iran. Prior to this satanic dynasty Iran was predominantly Muslim.</w:t>
      </w:r>
    </w:p>
    <w:p>
      <w:pPr>
        <w:spacing w:before="0" w:after="120" w:line="300" w:lineRule="exact"/>
        <w:jc w:val="both"/>
      </w:pPr>
      <w:r>
        <w:rPr>
          <w:rFonts w:ascii="Georgia" w:hAnsi="Georgia" w:cs="Georgia" w:eastAsia="Georgia"/>
          <w:b w:val="0"/>
          <w:i w:val="0"/>
          <w:sz w:val="22"/>
        </w:rPr>
        <w:t>Massive and brutal persecution and oppression of Muslims by the Shiahs changed the land into a Shiah state. The current expulsion of hundreds of thousands of Afghaani Muslims from Iran is a continuation of the oppression of the Shiah kuffaar. In 16 days after the 12 day Iran-Israel war, Iran has expelled more than half a million Muslims, and the cruel process is still continuing.</w:t>
      </w:r>
    </w:p>
    <w:p>
      <w:r>
        <w:br w:type="page"/>
      </w:r>
    </w:p>
    <w:p>
      <w:pPr>
        <w:pStyle w:val="Heading1"/>
        <w:spacing w:before="360" w:after="200" w:line="300" w:lineRule="exact"/>
        <w:jc w:val="center"/>
      </w:pPr>
      <w:r>
        <w:rPr>
          <w:rFonts w:ascii="Georgia" w:hAnsi="Georgia" w:cs="Georgia" w:eastAsia="Georgia"/>
          <w:b/>
          <w:i w:val="0"/>
          <w:color w:val="1F3864"/>
          <w:sz w:val="32"/>
        </w:rPr>
        <w:t>SAKHRATULLAAH</w:t>
      </w:r>
    </w:p>
    <w:p>
      <w:pPr>
        <w:spacing w:before="0" w:after="120" w:line="300" w:lineRule="exact"/>
        <w:jc w:val="both"/>
      </w:pPr>
      <w:r>
        <w:rPr>
          <w:rFonts w:ascii="Georgia" w:hAnsi="Georgia" w:cs="Georgia" w:eastAsia="Georgia"/>
          <w:b w:val="0"/>
          <w:i w:val="0"/>
          <w:sz w:val="22"/>
        </w:rPr>
        <w:t>(THE ROCK OF ALLAH)</w:t>
      </w:r>
    </w:p>
    <w:p>
      <w:pPr>
        <w:spacing w:before="0" w:after="120" w:line="300" w:lineRule="exact"/>
        <w:jc w:val="both"/>
      </w:pPr>
      <w:r>
        <w:rPr>
          <w:rFonts w:ascii="Georgia" w:hAnsi="Georgia" w:cs="Georgia" w:eastAsia="Georgia"/>
          <w:b w:val="0"/>
          <w:i w:val="0"/>
          <w:sz w:val="22"/>
        </w:rPr>
        <w:t>From the era of Hadhrat Nabi Ibraaheem, the Qiblah of the Mu'mineen was Sakhratullah (The Rock of Allah).</w:t>
      </w:r>
    </w:p>
    <w:p>
      <w:pPr>
        <w:spacing w:before="0" w:after="120" w:line="300" w:lineRule="exact"/>
        <w:jc w:val="both"/>
      </w:pPr>
      <w:r>
        <w:rPr>
          <w:rFonts w:ascii="Georgia" w:hAnsi="Georgia" w:cs="Georgia" w:eastAsia="Georgia"/>
          <w:b w:val="0"/>
          <w:i w:val="0"/>
          <w:sz w:val="22"/>
        </w:rPr>
        <w:t>After leaving Egypt, Nabi Ibraaheem (Alayhis salaam) settled in Palestine where he developed the city of Baitil Maqdis. A man by the name Khaleelullah who was a descendent of Saam Ibn Nooh (Alayhis salaam), linked up with Nabi Ibraaheem (Alayhis salaam) and assisted him in the development of the city. Hadhrat Jibraeel (Alayhis salaam) appeared with a stone from Jannat and planted it at the location of Baitil Maqdis. Henceforth this stone became the direction of the Qiblah for all Believers. Its name was Sakhratullaah (The Rock of Allah).</w:t>
      </w:r>
    </w:p>
    <w:p>
      <w:pPr>
        <w:spacing w:before="0" w:after="120" w:line="300" w:lineRule="exact"/>
        <w:jc w:val="both"/>
      </w:pPr>
      <w:r>
        <w:rPr>
          <w:rFonts w:ascii="Georgia" w:hAnsi="Georgia" w:cs="Georgia" w:eastAsia="Georgia"/>
          <w:b w:val="0"/>
          <w:i w:val="0"/>
          <w:sz w:val="22"/>
        </w:rPr>
        <w:t>The original or first Qiblah was reverted to after Rasulullah (Sallallahu alayhi wasallam) migrated to Madinah Munawaarah.</w:t>
      </w:r>
    </w:p>
    <w:p>
      <w:r>
        <w:br w:type="page"/>
      </w:r>
    </w:p>
    <w:p>
      <w:pPr>
        <w:pStyle w:val="Heading1"/>
        <w:spacing w:before="360" w:after="200" w:line="300" w:lineRule="exact"/>
        <w:jc w:val="center"/>
      </w:pPr>
      <w:r>
        <w:rPr>
          <w:rFonts w:ascii="Georgia" w:hAnsi="Georgia" w:cs="Georgia" w:eastAsia="Georgia"/>
          <w:b/>
          <w:i w:val="0"/>
          <w:color w:val="1F3864"/>
          <w:sz w:val="32"/>
        </w:rPr>
        <w:t>NO AID FROM ANYWHERE</w:t>
      </w:r>
    </w:p>
    <w:p>
      <w:pPr>
        <w:spacing w:before="0" w:after="120" w:line="300" w:lineRule="exact"/>
        <w:jc w:val="both"/>
      </w:pPr>
      <w:r>
        <w:rPr>
          <w:rFonts w:ascii="Georgia" w:hAnsi="Georgia" w:cs="Georgia" w:eastAsia="Georgia"/>
          <w:b w:val="0"/>
          <w:i w:val="0"/>
          <w:sz w:val="22"/>
        </w:rPr>
        <w:t>"O People of Intelligence! Take lesson!"</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Victoria Rose, a British consultant plastic Surgeon who's recently returned from Nasser Hospital in Khan Younis.</w:t>
      </w:r>
    </w:p>
    <w:p>
      <w:pPr>
        <w:spacing w:before="0" w:after="120" w:line="300" w:lineRule="exact"/>
        <w:jc w:val="both"/>
      </w:pPr>
      <w:r>
        <w:rPr>
          <w:rFonts w:ascii="Georgia" w:hAnsi="Georgia" w:cs="Georgia" w:eastAsia="Georgia"/>
          <w:b w:val="0"/>
          <w:i w:val="0"/>
          <w:sz w:val="22"/>
        </w:rPr>
        <w:t>Asked about the long-term struggles faced by the thousands of wounded people and what care they would have, she replied that "there really is no way" that these patients can be rehabilitated under the current circumstances.</w:t>
      </w:r>
    </w:p>
    <w:p>
      <w:pPr>
        <w:spacing w:before="0" w:after="120" w:line="300" w:lineRule="exact"/>
        <w:jc w:val="both"/>
      </w:pPr>
      <w:r>
        <w:rPr>
          <w:rFonts w:ascii="Georgia" w:hAnsi="Georgia" w:cs="Georgia" w:eastAsia="Georgia"/>
          <w:b w:val="0"/>
          <w:i w:val="0"/>
          <w:sz w:val="22"/>
        </w:rPr>
        <w:t>"There's virtually no infrastructure left; I think 69 percent of all buildings in Gaza have been destroyed and 94 percent of all hospitals have been completely or partially destroyed – and that will include all the physiotherapy centres," she told Al Jazeera.</w:t>
      </w:r>
    </w:p>
    <w:p>
      <w:pPr>
        <w:spacing w:before="0" w:after="120" w:line="300" w:lineRule="exact"/>
        <w:jc w:val="both"/>
      </w:pPr>
      <w:r>
        <w:rPr>
          <w:rFonts w:ascii="Georgia" w:hAnsi="Georgia" w:cs="Georgia" w:eastAsia="Georgia"/>
          <w:b w:val="0"/>
          <w:i w:val="0"/>
          <w:sz w:val="22"/>
        </w:rPr>
        <w:t>Rose also said that most patients actually need secondary surgery.</w:t>
      </w:r>
    </w:p>
    <w:p>
      <w:pPr>
        <w:spacing w:before="0" w:after="120" w:line="300" w:lineRule="exact"/>
        <w:jc w:val="both"/>
      </w:pPr>
      <w:r>
        <w:rPr>
          <w:rFonts w:ascii="Georgia" w:hAnsi="Georgia" w:cs="Georgia" w:eastAsia="Georgia"/>
          <w:b w:val="0"/>
          <w:i w:val="0"/>
          <w:sz w:val="22"/>
        </w:rPr>
        <w:t>"A lot of what we do when we are out there is the limb-saving injuries, so cleaning the wounds and getting them closed – but a lot of that involves shortening bones, performing operations that will need a second part to restore function.</w:t>
      </w:r>
    </w:p>
    <w:p>
      <w:pPr>
        <w:spacing w:before="0" w:after="120" w:line="300" w:lineRule="exact"/>
        <w:jc w:val="both"/>
      </w:pPr>
      <w:r>
        <w:rPr>
          <w:rFonts w:ascii="Georgia" w:hAnsi="Georgia" w:cs="Georgia" w:eastAsia="Georgia"/>
          <w:b w:val="0"/>
          <w:i w:val="0"/>
          <w:sz w:val="22"/>
        </w:rPr>
        <w:t>"And that really is the worry, is that there are lots of people already waiting for those surgeries and we just don't know where they are and we don't have the facilities to operate on them."</w:t>
      </w:r>
    </w:p>
    <w:p>
      <w:pPr>
        <w:spacing w:before="0" w:after="120" w:line="300" w:lineRule="exact"/>
        <w:jc w:val="both"/>
      </w:pPr>
      <w:r>
        <w:rPr>
          <w:rFonts w:ascii="Georgia" w:hAnsi="Georgia" w:cs="Georgia" w:eastAsia="Georgia"/>
          <w:b w:val="0"/>
          <w:i w:val="0"/>
          <w:sz w:val="22"/>
        </w:rPr>
        <w:t>Commenting on the deepening starvation across Gaza, Rose said the toll this takes on the people trying to recover from this kind of injuries is "absolutely huge".</w:t>
      </w:r>
    </w:p>
    <w:p>
      <w:pPr>
        <w:spacing w:before="0" w:after="120" w:line="300" w:lineRule="exact"/>
        <w:jc w:val="both"/>
      </w:pPr>
      <w:r>
        <w:rPr>
          <w:rFonts w:ascii="Georgia" w:hAnsi="Georgia" w:cs="Georgia" w:eastAsia="Georgia"/>
          <w:b w:val="0"/>
          <w:i w:val="0"/>
          <w:sz w:val="22"/>
        </w:rPr>
        <w:t>"The pictures that we are seeing now are showing very late-stage malnutrition which is basically un-survivable from," she said, explaining that infection rates "are soaring" as people suffering from malnutrition gradually lose the ability to mount immune responses.</w:t>
      </w:r>
    </w:p>
    <w:p>
      <w:pPr>
        <w:spacing w:before="0" w:after="120" w:line="300" w:lineRule="exact"/>
        <w:jc w:val="both"/>
      </w:pPr>
      <w:r>
        <w:rPr>
          <w:rFonts w:ascii="Georgia" w:hAnsi="Georgia" w:cs="Georgia" w:eastAsia="Georgia"/>
          <w:b w:val="0"/>
          <w:i w:val="0"/>
          <w:sz w:val="22"/>
        </w:rPr>
        <w:t>"Coupled with the fact that aid is not getting in in any form – so not only are we not seeing adequate food supplies, we are not seeing adequate medical supplies, and certainly when we were there in June we did not have the antibiotics that we required to fight these sort of infections – so it compounds the problem.</w:t>
      </w:r>
    </w:p>
    <w:p>
      <w:pPr>
        <w:spacing w:before="0" w:after="120" w:line="300" w:lineRule="exact"/>
        <w:jc w:val="both"/>
      </w:pPr>
      <w:r>
        <w:rPr>
          <w:rFonts w:ascii="Georgia" w:hAnsi="Georgia" w:cs="Georgia" w:eastAsia="Georgia"/>
          <w:b w:val="0"/>
          <w:i w:val="0"/>
          <w:sz w:val="22"/>
        </w:rPr>
        <w:t>"The malnutrition, the lack of aid – it's making these injuries un-survivable."</w:t>
      </w:r>
    </w:p>
    <w:p>
      <w:pPr>
        <w:spacing w:before="0" w:after="120" w:line="300" w:lineRule="exact"/>
        <w:jc w:val="both"/>
      </w:pPr>
      <w:r>
        <w:rPr>
          <w:rFonts w:ascii="Georgia" w:hAnsi="Georgia" w:cs="Georgia" w:eastAsia="Georgia"/>
          <w:b w:val="0"/>
          <w:i w:val="0"/>
          <w:sz w:val="22"/>
        </w:rPr>
        <w:t>"When we were there, we were operating every day without a break for the 24 days; I was averaging about 12 patients a day and my colleagues had separate operating lists," Rose said.</w:t>
      </w:r>
    </w:p>
    <w:p>
      <w:pPr>
        <w:spacing w:before="0" w:after="120" w:line="300" w:lineRule="exact"/>
        <w:jc w:val="both"/>
      </w:pPr>
      <w:r>
        <w:rPr>
          <w:rFonts w:ascii="Georgia" w:hAnsi="Georgia" w:cs="Georgia" w:eastAsia="Georgia"/>
          <w:b w:val="0"/>
          <w:i w:val="0"/>
          <w:sz w:val="22"/>
        </w:rPr>
        <w:t>"The bulk of what we saw initially was all bomb blast injuries and then in the latter part of the trip we started to see a lot of the gunshot wounds from the GHF shootings," she added.</w:t>
      </w:r>
    </w:p>
    <w:p>
      <w:pPr>
        <w:spacing w:before="0" w:after="120" w:line="300" w:lineRule="exact"/>
        <w:jc w:val="both"/>
      </w:pPr>
      <w:r>
        <w:rPr>
          <w:rFonts w:ascii="Georgia" w:hAnsi="Georgia" w:cs="Georgia" w:eastAsia="Georgia"/>
          <w:b w:val="0"/>
          <w:i w:val="0"/>
          <w:sz w:val="22"/>
        </w:rPr>
        <w:t>"What we're seeing now is that the population is displaced and everybody is living in tents and this is where the bombs are going off – so there is no protection," Rose continued, describing the traumatic injuries caused by the bombardment as "much more severe".</w:t>
      </w:r>
    </w:p>
    <w:p>
      <w:pPr>
        <w:spacing w:before="0" w:after="120" w:line="300" w:lineRule="exact"/>
        <w:jc w:val="both"/>
      </w:pPr>
      <w:r>
        <w:rPr>
          <w:rFonts w:ascii="Georgia" w:hAnsi="Georgia" w:cs="Georgia" w:eastAsia="Georgia"/>
          <w:b w:val="0"/>
          <w:i w:val="0"/>
          <w:sz w:val="22"/>
        </w:rPr>
        <w:t>"So we were seeing children with knees missing, with feet missing, with hands missing, with large chunks taken out of their faces; really, really significant injuries that many of them didn't survive."</w:t>
      </w:r>
    </w:p>
    <w:p>
      <w:pPr>
        <w:spacing w:before="0" w:after="120" w:line="300" w:lineRule="exact"/>
        <w:jc w:val="both"/>
      </w:pPr>
      <w:r>
        <w:rPr>
          <w:rFonts w:ascii="Georgia" w:hAnsi="Georgia" w:cs="Georgia" w:eastAsia="Georgia"/>
          <w:b w:val="0"/>
          <w:i w:val="0"/>
          <w:sz w:val="22"/>
        </w:rPr>
        <w:t>(Al-Jazeera)</w:t>
      </w:r>
    </w:p>
    <w:p>
      <w:r>
        <w:br w:type="page"/>
      </w:r>
    </w:p>
    <w:p>
      <w:pPr>
        <w:pStyle w:val="Heading1"/>
        <w:spacing w:before="360" w:after="200" w:line="300" w:lineRule="exact"/>
        <w:jc w:val="center"/>
      </w:pPr>
      <w:r>
        <w:rPr>
          <w:rFonts w:ascii="Georgia" w:hAnsi="Georgia" w:cs="Georgia" w:eastAsia="Georgia"/>
          <w:b/>
          <w:i w:val="0"/>
          <w:color w:val="1F3864"/>
          <w:sz w:val="32"/>
        </w:rPr>
        <w:t>THE ARMIES OF ALLAH</w:t>
      </w:r>
    </w:p>
    <w:p>
      <w:pPr>
        <w:spacing w:before="120" w:after="120" w:line="300" w:lineRule="exact"/>
        <w:ind w:left="720" w:right="720"/>
        <w:jc w:val="center"/>
      </w:pPr>
      <w:r>
        <w:rPr>
          <w:rFonts w:ascii="Georgia" w:hAnsi="Georgia" w:cs="Georgia" w:eastAsia="Georgia"/>
          <w:b w:val="0"/>
          <w:i/>
          <w:sz w:val="22"/>
        </w:rPr>
        <w:t>"No one knows the armies of Allah except He."</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"The armies of the heavens and earth belong to Allah."</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Even a mosquito and even a deformed, one-legged mosquito, is a constituent in the Armies of Allah. Allah Ta'ala had dispatched a onelegged mosquito to destroy a king who was more arrogant, more stupid and more brutal than the Clown, Trump and the barbaric butcher, Netanyahu.</w:t>
      </w:r>
    </w:p>
    <w:p>
      <w:pPr>
        <w:spacing w:before="0" w:after="120" w:line="300" w:lineRule="exact"/>
        <w:jc w:val="both"/>
      </w:pPr>
      <w:r>
        <w:rPr>
          <w:rFonts w:ascii="Georgia" w:hAnsi="Georgia" w:cs="Georgia" w:eastAsia="Georgia"/>
          <w:b w:val="0"/>
          <w:i w:val="0"/>
          <w:sz w:val="22"/>
        </w:rPr>
        <w:t>Despite having witnessed all the miraculous events testifying to the Nubuwwat and Truth of Hadhrat Ibraaheem (Alayhis salaam), Namrood most intransigently rejected Imaan. His end was disgraceful and painful.</w:t>
      </w:r>
    </w:p>
    <w:p>
      <w:pPr>
        <w:spacing w:before="0" w:after="120" w:line="300" w:lineRule="exact"/>
        <w:jc w:val="both"/>
      </w:pPr>
      <w:r>
        <w:rPr>
          <w:rFonts w:ascii="Georgia" w:hAnsi="Georgia" w:cs="Georgia" w:eastAsia="Georgia"/>
          <w:b w:val="0"/>
          <w:i w:val="0"/>
          <w:sz w:val="22"/>
        </w:rPr>
        <w:t>Allah Ta'ala dispatched a one-eyed, one-legged mosquito which entered his body via his nostril and seated itself on Namrood's brain. It began gnawing his brain. Namrood would writhe with pain. He would gain momentary relief when someone would strike on his head with a shoe. Therefore, whoever visited him was requested to mete out this humiliating punishment to him.</w:t>
      </w:r>
    </w:p>
    <w:p>
      <w:pPr>
        <w:spacing w:before="0" w:after="120" w:line="300" w:lineRule="exact"/>
        <w:jc w:val="both"/>
      </w:pPr>
      <w:r>
        <w:rPr>
          <w:rFonts w:ascii="Georgia" w:hAnsi="Georgia" w:cs="Georgia" w:eastAsia="Georgia"/>
          <w:b w:val="0"/>
          <w:i w:val="0"/>
          <w:sz w:val="22"/>
        </w:rPr>
        <w:t>He was compelled to engage servants to be at his side all night to repeatedly strike him on the head for the slight relief from the excruciating pain caused by the gnawing on his brain by the mosquito. After forty days of suffering, the servant, tired of this all-night vigil, struck Namrood with a club on his head. This was the end of Namrood who perished so ignominiously.</w:t>
      </w:r>
    </w:p>
    <w:p>
      <w:pPr>
        <w:spacing w:before="0" w:after="120" w:line="300" w:lineRule="exact"/>
        <w:jc w:val="both"/>
      </w:pPr>
      <w:r>
        <w:rPr>
          <w:rFonts w:ascii="Georgia" w:hAnsi="Georgia" w:cs="Georgia" w:eastAsia="Georgia"/>
          <w:b w:val="0"/>
          <w:i w:val="0"/>
          <w:sz w:val="22"/>
        </w:rPr>
        <w:t>Muslims should not loose focus. The gaze should be focused on Allah Azza Wa Jal. Whatever is transpiring in Palestine is by the decree of Allah Azza Wa Jal. The Decree of Allah Ta'ala will run its prescribed course. Nothing can thwart the Decree of Allah Azza Wa Jal. The free run which the Yahood and Nasaara have today is respite for them and Athaab for the grossly treasonous, treacherous Ummah of today.</w:t>
      </w:r>
    </w:p>
    <w:p>
      <w:pPr>
        <w:spacing w:before="0" w:after="120" w:line="300" w:lineRule="exact"/>
        <w:jc w:val="both"/>
      </w:pPr>
      <w:r>
        <w:rPr>
          <w:rFonts w:ascii="Georgia" w:hAnsi="Georgia" w:cs="Georgia" w:eastAsia="Georgia"/>
          <w:b w:val="0"/>
          <w:i w:val="0"/>
          <w:sz w:val="22"/>
        </w:rPr>
        <w:t>"Verily, His command, when He intends something</w:t>
      </w:r>
    </w:p>
    <w:p>
      <w:pPr>
        <w:spacing w:before="120" w:after="120" w:line="300" w:lineRule="exact"/>
        <w:ind w:left="720" w:right="720"/>
        <w:jc w:val="center"/>
      </w:pPr>
      <w:r>
        <w:rPr>
          <w:rFonts w:ascii="Georgia" w:hAnsi="Georgia" w:cs="Georgia" w:eastAsia="Georgia"/>
          <w:b w:val="0"/>
          <w:i/>
          <w:sz w:val="22"/>
        </w:rPr>
        <w:t>is that He says for it: 'BE!' Then it comes (into existence).</w:t>
      </w:r>
    </w:p>
    <w:p>
      <w:pPr>
        <w:spacing w:before="120" w:after="120" w:line="300" w:lineRule="exact"/>
        <w:ind w:left="720" w:right="720"/>
        <w:jc w:val="center"/>
      </w:pPr>
      <w:r>
        <w:rPr>
          <w:rFonts w:ascii="Georgia" w:hAnsi="Georgia" w:cs="Georgia" w:eastAsia="Georgia"/>
          <w:b w:val="0"/>
          <w:i/>
          <w:sz w:val="22"/>
        </w:rPr>
        <w:t>Glorious is That Being in Whose Hand are the reins of everything, and unto Whom will you all be returned."</w:t>
      </w:r>
    </w:p>
    <w:p>
      <w:pPr>
        <w:spacing w:before="120" w:after="120" w:line="300" w:lineRule="exact"/>
        <w:ind w:left="720" w:right="720"/>
        <w:jc w:val="center"/>
      </w:pPr>
      <w:r>
        <w:rPr>
          <w:rFonts w:ascii="Georgia" w:hAnsi="Georgia" w:cs="Georgia" w:eastAsia="Georgia"/>
          <w:b w:val="0"/>
          <w:i/>
          <w:sz w:val="22"/>
        </w:rPr>
        <w:t>(Yaaseen, 82 &amp; 83)</w:t>
      </w:r>
    </w:p>
    <w:p>
      <w:r>
        <w:br w:type="page"/>
      </w:r>
    </w:p>
    <w:p>
      <w:pPr>
        <w:pStyle w:val="Heading1"/>
        <w:spacing w:before="360" w:after="200" w:line="300" w:lineRule="exact"/>
        <w:jc w:val="center"/>
      </w:pPr>
      <w:r>
        <w:rPr>
          <w:rFonts w:ascii="Georgia" w:hAnsi="Georgia" w:cs="Georgia" w:eastAsia="Georgia"/>
          <w:b/>
          <w:i w:val="0"/>
          <w:color w:val="1F3864"/>
          <w:sz w:val="32"/>
        </w:rPr>
        <w:t>"MORE ASTRAY THAN ANIMALS"</w:t>
      </w:r>
    </w:p>
    <w:p>
      <w:pPr>
        <w:spacing w:before="120" w:after="40" w:line="300" w:lineRule="exact"/>
        <w:jc w:val="both"/>
      </w:pPr>
      <w:r>
        <w:rPr>
          <w:rFonts w:ascii="Georgia" w:hAnsi="Georgia" w:cs="Georgia" w:eastAsia="Georgia"/>
          <w:b/>
          <w:i/>
          <w:sz w:val="22"/>
        </w:rPr>
        <w:t>"Do you think that most of them hear or understand?</w:t>
      </w:r>
    </w:p>
    <w:p>
      <w:pPr>
        <w:spacing w:before="120" w:after="40" w:line="300" w:lineRule="exact"/>
        <w:jc w:val="both"/>
      </w:pPr>
      <w:r>
        <w:rPr>
          <w:rFonts w:ascii="Georgia" w:hAnsi="Georgia" w:cs="Georgia" w:eastAsia="Georgia"/>
          <w:b/>
          <w:i/>
          <w:sz w:val="22"/>
        </w:rPr>
        <w:t>They are like animals. In fact, more astray than animals."</w:t>
      </w:r>
    </w:p>
    <w:p>
      <w:pPr>
        <w:spacing w:before="120" w:after="40" w:line="300" w:lineRule="exact"/>
        <w:jc w:val="both"/>
      </w:pPr>
      <w:r>
        <w:rPr>
          <w:rFonts w:ascii="Georgia" w:hAnsi="Georgia" w:cs="Georgia" w:eastAsia="Georgia"/>
          <w:b/>
          <w:i/>
          <w:sz w:val="22"/>
        </w:rPr>
        <w:t>(Al-Furqaan, Aayat 44)</w:t>
      </w:r>
    </w:p>
    <w:p>
      <w:pPr>
        <w:spacing w:before="0" w:after="120" w:line="300" w:lineRule="exact"/>
        <w:jc w:val="both"/>
      </w:pPr>
      <w:r>
        <w:rPr>
          <w:rFonts w:ascii="Georgia" w:hAnsi="Georgia" w:cs="Georgia" w:eastAsia="Georgia"/>
          <w:b w:val="0"/>
          <w:i w:val="0"/>
          <w:sz w:val="22"/>
        </w:rPr>
        <w:t>The vast majority of people are in deviation. Thus, they are worse than animals. The majority is not a criterion or standard of rectitude. The majority is always the followers of Iblees. Their brains are welded in satanic deviation.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