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majlis-archive-logo.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76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524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THE SINISTER SATANIC PLOT OF THE YAHOOD AND NASAARA</w:t>
      </w:r>
    </w:p>
    <w:p>
      <w:pPr>
        <w:pStyle w:val="Heading3"/>
        <w:spacing w:before="200" w:after="120" w:line="300" w:lineRule="exact"/>
        <w:jc w:val="left"/>
      </w:pPr>
      <w:r>
        <w:rPr>
          <w:rFonts w:ascii="Georgia" w:hAnsi="Georgia" w:cs="Georgia" w:eastAsia="Georgia"/>
          <w:b/>
          <w:i w:val="0"/>
          <w:color w:val="2E74B5"/>
          <w:sz w:val="24"/>
        </w:rPr>
        <w:t>GAZZAH</w:t>
      </w:r>
    </w:p>
    <w:p>
      <w:pPr>
        <w:spacing w:before="120" w:after="40" w:line="300" w:lineRule="exact"/>
        <w:jc w:val="both"/>
      </w:pPr>
      <w:r>
        <w:rPr>
          <w:rFonts w:ascii="Georgia" w:hAnsi="Georgia" w:cs="Georgia" w:eastAsia="Georgia"/>
          <w:b/>
          <w:i/>
          <w:sz w:val="22"/>
        </w:rPr>
        <w:t>"Indeed they conspired their plot. (However) the</w:t>
      </w:r>
    </w:p>
    <w:p>
      <w:pPr>
        <w:spacing w:before="120" w:after="40" w:line="300" w:lineRule="exact"/>
        <w:jc w:val="both"/>
      </w:pPr>
      <w:r>
        <w:rPr>
          <w:rFonts w:ascii="Georgia" w:hAnsi="Georgia" w:cs="Georgia" w:eastAsia="Georgia"/>
          <w:b/>
          <w:i/>
          <w:sz w:val="22"/>
        </w:rPr>
        <w:t>(attainment) of their plot rests with Allah even though (the villainous magnitude) of their plot is such that even mountains will move.</w:t>
      </w:r>
    </w:p>
    <w:p>
      <w:pPr>
        <w:spacing w:before="120" w:after="40" w:line="300" w:lineRule="exact"/>
        <w:jc w:val="both"/>
      </w:pPr>
      <w:r>
        <w:rPr>
          <w:rFonts w:ascii="Georgia" w:hAnsi="Georgia" w:cs="Georgia" w:eastAsia="Georgia"/>
          <w:b/>
          <w:i/>
          <w:sz w:val="22"/>
        </w:rPr>
        <w:t>(Ibraaheem, Aayat 46)</w:t>
      </w:r>
    </w:p>
    <w:p>
      <w:pPr>
        <w:spacing w:before="0" w:after="120" w:line="300" w:lineRule="exact"/>
        <w:jc w:val="both"/>
      </w:pPr>
      <w:r>
        <w:rPr>
          <w:rFonts w:ascii="Georgia" w:hAnsi="Georgia" w:cs="Georgia" w:eastAsia="Georgia"/>
          <w:b w:val="0"/>
          <w:i w:val="0"/>
          <w:sz w:val="22"/>
        </w:rPr>
        <w:t>The 7 October 2023 false flag operation conspired by Israel and the USA is of the kind mentioned in the aforementioned Qur'aanic Aayat. It can move mountains and it has in fact gone to this extent. The plot to depopulate and destroy Gazzah (Gaza) by means of genocide and brutality which is being executed incessantly and murderously daily and hourly, was conspired long before October 7. The false flag stunt was to justify the contemplated genocide.</w:t>
      </w:r>
    </w:p>
    <w:p>
      <w:pPr>
        <w:spacing w:before="0" w:after="120" w:line="300" w:lineRule="exact"/>
        <w:jc w:val="both"/>
      </w:pPr>
      <w:r>
        <w:rPr>
          <w:rFonts w:ascii="Georgia" w:hAnsi="Georgia" w:cs="Georgia" w:eastAsia="Georgia"/>
          <w:b w:val="0"/>
          <w:i w:val="0"/>
          <w:sz w:val="22"/>
        </w:rPr>
        <w:t>The episode which has transpired on 7 October in Israel was the effect of the conspiracy to expel the entire population of Gazzah and to annex the land to Israel as another occupied province – occupied just as Israel is occupied. In a nutshell the nefarious satanic PLOT about which Trump and Netanyahu are currently haggling despite both the USA and Israel being in cahoots in its enaction, is for Gazzah to be totally denuded of its inhabitants who should be eliminated, and those who cannot be eliminated should be expelled.</w:t>
      </w:r>
    </w:p>
    <w:p>
      <w:pPr>
        <w:spacing w:before="0" w:after="120" w:line="300" w:lineRule="exact"/>
        <w:jc w:val="both"/>
      </w:pPr>
      <w:r>
        <w:rPr>
          <w:rFonts w:ascii="Georgia" w:hAnsi="Georgia" w:cs="Georgia" w:eastAsia="Georgia"/>
          <w:b w:val="0"/>
          <w:i w:val="0"/>
          <w:sz w:val="22"/>
        </w:rPr>
        <w:t>The next step is to colonize, not only Gazzah, but the entire Land of Palestine to enable the western pirates to milk the Land of its trillions of dollars of gas. As far as the USA is concerned, the main attraction is the gas. As far as Israel is concerned, it is the gas as well as the Yahud's dream of the 'greater Israel' which in their hallucination will include Syria, Jordan, Lebanon and even Arabia.</w:t>
      </w:r>
    </w:p>
    <w:p>
      <w:pPr>
        <w:spacing w:before="0" w:after="120" w:line="300" w:lineRule="exact"/>
        <w:jc w:val="both"/>
      </w:pPr>
      <w:r>
        <w:rPr>
          <w:rFonts w:ascii="Georgia" w:hAnsi="Georgia" w:cs="Georgia" w:eastAsia="Georgia"/>
          <w:b w:val="0"/>
          <w:i w:val="0"/>
          <w:sz w:val="22"/>
        </w:rPr>
        <w:t>Some months prior to 7 October, 2023 Hamas and Israel had agreed on a plan to exploit the gas fields of Gazzah. Despite the agreement, the Yahud who are the most avaricious lovers of wealth would never honour an agreement/pact. The Qur'aan Majeed expressly refers to the treachery of the Yahud, and their expulsion from Madina on the command of Rasulullah (Sallallahu alayhi wasallam) was due to their gargantan lust for treachery and wealth.</w:t>
      </w:r>
    </w:p>
    <w:p>
      <w:pPr>
        <w:spacing w:before="0" w:after="120" w:line="300" w:lineRule="exact"/>
        <w:jc w:val="both"/>
      </w:pPr>
      <w:r>
        <w:rPr>
          <w:rFonts w:ascii="Georgia" w:hAnsi="Georgia" w:cs="Georgia" w:eastAsia="Georgia"/>
          <w:b w:val="0"/>
          <w:i w:val="0"/>
          <w:sz w:val="22"/>
        </w:rPr>
        <w:t>As far as Trump is concerned, their conspired objective appears to be in sight, hence he has repeatedly laid claim to Gazzah – that Gazzah will become a USA territory. It is on this score that Trump is now gradually, but incrementally distancing himself and the USA from Netanyahu and Israel. Trump wants the whole cake. The Gazzah cake must be for only America.</w:t>
      </w:r>
    </w:p>
    <w:p>
      <w:pPr>
        <w:spacing w:before="0" w:after="120" w:line="300" w:lineRule="exact"/>
        <w:jc w:val="both"/>
      </w:pPr>
      <w:r>
        <w:rPr>
          <w:rFonts w:ascii="Georgia" w:hAnsi="Georgia" w:cs="Georgia" w:eastAsia="Georgia"/>
          <w:b w:val="0"/>
          <w:i w:val="0"/>
          <w:sz w:val="22"/>
        </w:rPr>
        <w:t>The genocide in Palestine was planned by the USA and executed on the ground by the Yahud who are operating the USA base called 'Israel'. Without America, Israel will disappear from the map within a matter of days or weeks.</w:t>
      </w:r>
    </w:p>
    <w:p>
      <w:pPr>
        <w:spacing w:before="0" w:after="120" w:line="300" w:lineRule="exact"/>
        <w:jc w:val="both"/>
      </w:pPr>
      <w:r>
        <w:rPr>
          <w:rFonts w:ascii="Georgia" w:hAnsi="Georgia" w:cs="Georgia" w:eastAsia="Georgia"/>
          <w:b w:val="0"/>
          <w:i w:val="0"/>
          <w:sz w:val="22"/>
        </w:rPr>
        <w:t>In addition to the gas fields, the USA will establish a military base in Gazzah. It is the USA's plot to transform Gazzah into an American territory thereby foiling the designs of Israel which includes acquiring ownership of the gas fields.</w:t>
      </w:r>
    </w:p>
    <w:p>
      <w:pPr>
        <w:spacing w:before="0" w:after="120" w:line="300" w:lineRule="exact"/>
        <w:jc w:val="both"/>
      </w:pPr>
      <w:r>
        <w:rPr>
          <w:rFonts w:ascii="Georgia" w:hAnsi="Georgia" w:cs="Georgia" w:eastAsia="Georgia"/>
          <w:b w:val="0"/>
          <w:i w:val="0"/>
          <w:sz w:val="22"/>
        </w:rPr>
        <w:t>In the aforementioned Qur'aanic Aayat, it is mentioned that "their plots are by Allah". Thus, Muslims should understand that whatever is transpiring is the Decree of Allah Ta'ala. Their conspiracy of the Yahud and Nasaara will follow its divinely prescribed course. Their plots will be foiled by the inter-vention of Allah Azza Wa Jal.</w:t>
      </w:r>
    </w:p>
    <w:p>
      <w:pPr>
        <w:spacing w:before="120" w:after="120" w:line="300" w:lineRule="exact"/>
        <w:ind w:left="720" w:right="720"/>
        <w:jc w:val="center"/>
      </w:pPr>
      <w:r>
        <w:rPr>
          <w:rFonts w:ascii="Georgia" w:hAnsi="Georgia" w:cs="Georgia" w:eastAsia="Georgia"/>
          <w:b w:val="0"/>
          <w:i/>
          <w:sz w:val="22"/>
        </w:rPr>
        <w:t>"For every nation there is an appointed time. When that hour arrives, it shall neither be delayed nor advanced."</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"Never will you find a change for the Way of Al-</w:t>
      </w:r>
    </w:p>
    <w:p>
      <w:r>
        <w:br w:type="page"/>
      </w:r>
    </w:p>
    <w:p>
      <w:pPr>
        <w:pStyle w:val="Heading1"/>
        <w:spacing w:before="360" w:after="200" w:line="300" w:lineRule="exact"/>
        <w:jc w:val="center"/>
      </w:pPr>
      <w:r>
        <w:rPr>
          <w:rFonts w:ascii="Georgia" w:hAnsi="Georgia" w:cs="Georgia" w:eastAsia="Georgia"/>
          <w:b/>
          <w:i w:val="0"/>
          <w:color w:val="1F3864"/>
          <w:sz w:val="32"/>
        </w:rPr>
        <w:t>IS JIHAD TODAY FARDH ON ALL OF US?</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The International Union of Muslim Scholars (IUMS) has issued a fatwa that Jihad is Fardh Ayn due to the genocide being executed in Gazzah. Does this mean that Jihad is now Fardh on every Muslim man and woman? Please comment on the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are not aware of the Fardh Ayn concept of the IUMS. In terms of the Shariah, Fardh Ayn means that an act is compulsory on every Muslim man and woman, e.g. Salaat and Saum. If the IUMS subscribes to this Shar'i meaning, then obviously, the fatwa is erroneous in this particular aspect, that Jihad in the Gazzah scenario cannot be Fardh Ayn for all the 2 billion Muslims of the world is quite obvious.</w:t>
      </w:r>
    </w:p>
    <w:p>
      <w:pPr>
        <w:spacing w:before="0" w:after="120" w:line="300" w:lineRule="exact"/>
        <w:jc w:val="both"/>
      </w:pPr>
      <w:r>
        <w:rPr>
          <w:rFonts w:ascii="Georgia" w:hAnsi="Georgia" w:cs="Georgia" w:eastAsia="Georgia"/>
          <w:b w:val="0"/>
          <w:i w:val="0"/>
          <w:sz w:val="22"/>
        </w:rPr>
        <w:t>How will 2 billion Muslim men and women make their way to Gazzah? Assuming by some figment of hallucination, they manage to reach Gazzah whilst all Gazzans are taking refuge and fleeing, what will the 2 billion Muslims do under the sky? Should they stand there to be slaughtered by the merciless bombing from the skies and commit suicide in fulfilment of the alleged Fardh Ayn fatwa? Suicide is never Fardh Ayn.</w:t>
      </w:r>
    </w:p>
    <w:p>
      <w:pPr>
        <w:spacing w:before="0" w:after="120" w:line="300" w:lineRule="exact"/>
        <w:jc w:val="both"/>
      </w:pPr>
      <w:r>
        <w:rPr>
          <w:rFonts w:ascii="Georgia" w:hAnsi="Georgia" w:cs="Georgia" w:eastAsia="Georgia"/>
          <w:b w:val="0"/>
          <w:i w:val="0"/>
          <w:sz w:val="22"/>
        </w:rPr>
        <w:t>Furthermore, if the 17 members of the Fatwa Committee of the IUMS really believe that Jihad has become Fardh Ayn, then why are they not in Gazzah? Why are they sitting and enjoying safety and luxury wherever they may be?</w:t>
      </w:r>
    </w:p>
    <w:p>
      <w:pPr>
        <w:spacing w:before="0" w:after="120" w:line="300" w:lineRule="exact"/>
        <w:jc w:val="both"/>
      </w:pPr>
      <w:r>
        <w:rPr>
          <w:rFonts w:ascii="Georgia" w:hAnsi="Georgia" w:cs="Georgia" w:eastAsia="Georgia"/>
          <w:b w:val="0"/>
          <w:i w:val="0"/>
          <w:sz w:val="22"/>
        </w:rPr>
        <w:t>In so far as Jihad being obligatory on all Muslim governments and armed forces is concerned, this is correct – 100% correct. However, the major issue in this respect is that today there are no Muslim governments and armies. All of them are kuffaar – munaafiq and murtad. Thus, the Fatwa has no meaning for them. We are in agreement with the rest of the Fatwa.</w:t>
      </w:r>
    </w:p>
    <w:p>
      <w:r>
        <w:br w:type="page"/>
      </w:r>
    </w:p>
    <w:p>
      <w:pPr>
        <w:pStyle w:val="Heading1"/>
        <w:spacing w:before="360" w:after="200" w:line="300" w:lineRule="exact"/>
        <w:jc w:val="center"/>
      </w:pPr>
      <w:r>
        <w:rPr>
          <w:rFonts w:ascii="Georgia" w:hAnsi="Georgia" w:cs="Georgia" w:eastAsia="Georgia"/>
          <w:b/>
          <w:i w:val="0"/>
          <w:color w:val="1F3864"/>
          <w:sz w:val="32"/>
        </w:rPr>
        <w:t>THE MUNAAFIQ DANGER FOR THE TRUE TALIBAN</w:t>
      </w:r>
    </w:p>
    <w:p>
      <w:pPr>
        <w:spacing w:before="0" w:after="120" w:line="300" w:lineRule="exact"/>
        <w:jc w:val="both"/>
      </w:pPr>
      <w:r>
        <w:rPr>
          <w:rFonts w:ascii="Georgia" w:hAnsi="Georgia" w:cs="Georgia" w:eastAsia="Georgia"/>
          <w:b w:val="0"/>
          <w:i w:val="0"/>
          <w:sz w:val="22"/>
        </w:rPr>
        <w:t>The following report highlights the problems and danger the true Taliban have to contend with.</w:t>
      </w:r>
    </w:p>
    <w:p>
      <w:pPr>
        <w:spacing w:before="0" w:after="120" w:line="300" w:lineRule="exact"/>
        <w:jc w:val="both"/>
      </w:pPr>
      <w:r>
        <w:rPr>
          <w:rFonts w:ascii="Georgia" w:hAnsi="Georgia" w:cs="Georgia" w:eastAsia="Georgia"/>
          <w:b w:val="0"/>
          <w:i w:val="0"/>
          <w:sz w:val="22"/>
        </w:rPr>
        <w:t>"KABUL, Afghanistan — Taliban appear split over a recent decree banning the filming and broadcasting of living beings, with many of their officials ignoring the directive despite its approval by the Taliban leader Hibatullah Akhundzada.</w:t>
      </w:r>
    </w:p>
    <w:p>
      <w:pPr>
        <w:spacing w:before="0" w:after="120" w:line="300" w:lineRule="exact"/>
        <w:jc w:val="both"/>
      </w:pPr>
      <w:r>
        <w:rPr>
          <w:rFonts w:ascii="Georgia" w:hAnsi="Georgia" w:cs="Georgia" w:eastAsia="Georgia"/>
          <w:b w:val="0"/>
          <w:i w:val="0"/>
          <w:sz w:val="22"/>
        </w:rPr>
        <w:t>A review of the Taliban's official social media and websites shows that out of 24 ministries, only three—the Ministries of Justice, Higher Education, and Promotion of Virtue and Prevention of Vice—have complied with the ban, ceasing to share images or videos. Meanwhile, 21 other ministries and the offices of three deputy chief ministers continue to publish footage, seemingly disregarding their leader's order.</w:t>
      </w:r>
    </w:p>
    <w:p>
      <w:pPr>
        <w:spacing w:before="0" w:after="120" w:line="300" w:lineRule="exact"/>
        <w:jc w:val="both"/>
      </w:pPr>
      <w:r>
        <w:rPr>
          <w:rFonts w:ascii="Georgia" w:hAnsi="Georgia" w:cs="Georgia" w:eastAsia="Georgia"/>
          <w:b w:val="0"/>
          <w:i w:val="0"/>
          <w:sz w:val="22"/>
        </w:rPr>
        <w:t>The law, ratified in September as part of the Taliban's "Promotion of Virtue and Prevention of Vice" code, prohibits broadcasting images of living beings and imposes several other restrictions. Despite this, senior officials from key ministries, including Defense, Interior, Finance, and Public Health, have continued to feature images and videos of their daily activities on official platforms.</w:t>
      </w:r>
    </w:p>
    <w:p>
      <w:pPr>
        <w:spacing w:before="0" w:after="120" w:line="300" w:lineRule="exact"/>
        <w:jc w:val="both"/>
      </w:pPr>
      <w:r>
        <w:rPr>
          <w:rFonts w:ascii="Georgia" w:hAnsi="Georgia" w:cs="Georgia" w:eastAsia="Georgia"/>
          <w:b w:val="0"/>
          <w:i w:val="0"/>
          <w:sz w:val="22"/>
        </w:rPr>
        <w:t>The Taliban ministries of justice, higher education, and promotion of virtue have been the most vocal in enforcing the law. Neda Mohammad Nadim, the Higher Education Minister, and Khalid Hanafi, Minister of Promotion of Virtue and Prevention of Vice, have prohibited filming during their provincial visits and ordered their ministries to stop broadcasting images. Yet, other prominent officials have paid little heed to the decree, fueling speculation of internal divisions within the Taliban leadership."</w:t>
      </w:r>
    </w:p>
    <w:p>
      <w:pPr>
        <w:spacing w:before="0" w:after="120" w:line="300" w:lineRule="exact"/>
        <w:jc w:val="both"/>
      </w:pPr>
      <w:r>
        <w:rPr>
          <w:rFonts w:ascii="Georgia" w:hAnsi="Georgia" w:cs="Georgia" w:eastAsia="Georgia"/>
          <w:b w:val="0"/>
          <w:i w:val="0"/>
          <w:sz w:val="22"/>
        </w:rPr>
        <w:t>The Taliban – that is, the genuine Taliban – are not divided on the issue of the prohibition of pictures of animate objects and the ban enacted on this haraam practice. The Munaafiqs who are part of the Afghanistan government are in cahoots with the west. They are bootlickers of the U.S.A. A few dollars is sufficient to procure the allegiance of these munaafiqeen and to sew the discord and anarchy in the ranks of the Taliban.</w:t>
      </w:r>
    </w:p>
    <w:p>
      <w:pPr>
        <w:spacing w:before="0" w:after="120" w:line="300" w:lineRule="exact"/>
        <w:jc w:val="both"/>
      </w:pPr>
      <w:r>
        <w:rPr>
          <w:rFonts w:ascii="Georgia" w:hAnsi="Georgia" w:cs="Georgia" w:eastAsia="Georgia"/>
          <w:b w:val="0"/>
          <w:i w:val="0"/>
          <w:sz w:val="22"/>
        </w:rPr>
        <w:t>The lamentable truth is that the genuine Taliban had not attended to the Imaani and Deeni development of the masses. The entire generation of Afghans under American domination has become zindeeq, munaafiq and murtad.</w:t>
      </w:r>
    </w:p>
    <w:p>
      <w:pPr>
        <w:spacing w:before="0" w:after="120" w:line="300" w:lineRule="exact"/>
        <w:jc w:val="both"/>
      </w:pPr>
      <w:r>
        <w:rPr>
          <w:rFonts w:ascii="Georgia" w:hAnsi="Georgia" w:cs="Georgia" w:eastAsia="Georgia"/>
          <w:b w:val="0"/>
          <w:i w:val="0"/>
          <w:sz w:val="22"/>
        </w:rPr>
        <w:t>The West understands that the way for destroying the Imaan of Muslims is to transform them into heretics, materialists and sceptics. This ensures that they are torn away from their Imaani bearings. While they will retain Muslim names, their hearts will be bereft of Imaan. The West has achieved the success of its plot by means of its extremely potent method of secular education which in reality is kufr and immoral education.</w:t>
      </w:r>
    </w:p>
    <w:p>
      <w:pPr>
        <w:spacing w:before="0" w:after="120" w:line="300" w:lineRule="exact"/>
        <w:jc w:val="both"/>
      </w:pPr>
      <w:r>
        <w:rPr>
          <w:rFonts w:ascii="Georgia" w:hAnsi="Georgia" w:cs="Georgia" w:eastAsia="Georgia"/>
          <w:b w:val="0"/>
          <w:i w:val="0"/>
          <w:sz w:val="22"/>
        </w:rPr>
        <w:t>During its 2 decade occupation of Afghanistan, the U.S. had not neglected the plot of secular education and its accursed trap of women's rights and their satanic 'right' to western secular education. Thus, an entire generation of Murtad Afghans is today the worst problem and danger for the Taliban.</w:t>
      </w:r>
    </w:p>
    <w:p>
      <w:pPr>
        <w:spacing w:before="0" w:after="120" w:line="300" w:lineRule="exact"/>
        <w:jc w:val="both"/>
      </w:pPr>
      <w:r>
        <w:rPr>
          <w:rFonts w:ascii="Georgia" w:hAnsi="Georgia" w:cs="Georgia" w:eastAsia="Georgia"/>
          <w:b w:val="0"/>
          <w:i w:val="0"/>
          <w:sz w:val="22"/>
        </w:rPr>
        <w:t>If the Taliban had attended to the Deeni Ta'leem of the children in all the villages where they had operated during the tenure of their Jihad against the Western kuffaar, then today the entire generation of true Muslims would have formed a strong backbone for the Taliban.</w:t>
      </w:r>
    </w:p>
    <w:p>
      <w:pPr>
        <w:spacing w:before="0" w:after="120" w:line="300" w:lineRule="exact"/>
        <w:jc w:val="both"/>
      </w:pPr>
      <w:r>
        <w:rPr>
          <w:rFonts w:ascii="Georgia" w:hAnsi="Georgia" w:cs="Georgia" w:eastAsia="Georgia"/>
          <w:b w:val="0"/>
          <w:i w:val="0"/>
          <w:sz w:val="22"/>
        </w:rPr>
        <w:t>For running the country today, the Taliban are reliant on munaafiq and murtad personnel masquerading as Muslims. These munaafiqeen in the midst of the Taliban are dangerous snakes, bootlicking the Yahood and Nasaara, and plotting the elimination of the semblance of Shariah Law which the Old Guard Taliban are able to implement. May Allah Ta'ala aid the genuine Taliban and protect them against the Snakes and kuffaar Bootlickers prowling in their midst, gnawing at the foundations of the Deen, and seeking to destroy the Old Guard whose objective is to establish the Law of the Shariah.</w:t>
      </w:r>
    </w:p>
    <w:p>
      <w:r>
        <w:br w:type="page"/>
      </w:r>
    </w:p>
    <w:p>
      <w:pPr>
        <w:pStyle w:val="Heading1"/>
        <w:spacing w:before="360" w:after="200" w:line="300" w:lineRule="exact"/>
        <w:jc w:val="center"/>
      </w:pPr>
      <w:r>
        <w:rPr>
          <w:rFonts w:ascii="Georgia" w:hAnsi="Georgia" w:cs="Georgia" w:eastAsia="Georgia"/>
          <w:b/>
          <w:i w:val="0"/>
          <w:color w:val="1F3864"/>
          <w:sz w:val="32"/>
        </w:rPr>
        <w:t>TREACHERY, BRUTALITY &amp; KUFR OF THE SHIAS</w:t>
      </w:r>
    </w:p>
    <w:p>
      <w:pPr>
        <w:spacing w:before="0" w:after="120" w:line="300" w:lineRule="exact"/>
        <w:jc w:val="both"/>
      </w:pPr>
      <w:r>
        <w:rPr>
          <w:rFonts w:ascii="Georgia" w:hAnsi="Georgia" w:cs="Georgia" w:eastAsia="Georgia"/>
          <w:b w:val="0"/>
          <w:i w:val="0"/>
          <w:sz w:val="22"/>
        </w:rPr>
        <w:t>By Dr.Majdi Rab'i</w:t>
      </w:r>
    </w:p>
    <w:p>
      <w:pPr>
        <w:spacing w:before="0" w:after="120" w:line="300" w:lineRule="exact"/>
        <w:jc w:val="both"/>
      </w:pPr>
      <w:r>
        <w:rPr>
          <w:rFonts w:ascii="Georgia" w:hAnsi="Georgia" w:cs="Georgia" w:eastAsia="Georgia"/>
          <w:b w:val="0"/>
          <w:i w:val="0"/>
          <w:sz w:val="22"/>
        </w:rPr>
        <w:t>"I spent ten years of my life with the Shias. I studied their history, traced their legacies and influential men, and scrutinised their scuffles with the Ahlus Sunnah wal Jama'ah etc.</w:t>
      </w:r>
    </w:p>
    <w:p>
      <w:pPr>
        <w:spacing w:before="0" w:after="120" w:line="300" w:lineRule="exact"/>
        <w:jc w:val="both"/>
      </w:pPr>
      <w:r>
        <w:rPr>
          <w:rFonts w:ascii="Georgia" w:hAnsi="Georgia" w:cs="Georgia" w:eastAsia="Georgia"/>
          <w:b w:val="0"/>
          <w:i w:val="0"/>
          <w:sz w:val="22"/>
        </w:rPr>
        <w:t>I done this during my academic journeys to Iraq and Iran, due to which I received my Masters and my Doctorate in Shi'i History. For a long period, I stayed with and observed the Batini Shias, who made lawful (for themselves) the blood of Muslims and spread Shiasm with iron and fire (i.e. extreme violence) until they forced (almost the entire) Iranian public to embrace Shiasm! They forced millions of Muslims to convert to Shiasm. Historians have recorded that one million Muslims were slaughtered by the Rawafid (the pejorative name of the Shiah). Consequently, Iran was changed from a Sunni country to a Zoroastrian and Rafidhi state.</w:t>
      </w:r>
    </w:p>
    <w:p>
      <w:pPr>
        <w:spacing w:before="0" w:after="120" w:line="300" w:lineRule="exact"/>
        <w:jc w:val="both"/>
      </w:pPr>
      <w:r>
        <w:rPr>
          <w:rFonts w:ascii="Georgia" w:hAnsi="Georgia" w:cs="Georgia" w:eastAsia="Georgia"/>
          <w:b w:val="0"/>
          <w:i w:val="0"/>
          <w:sz w:val="22"/>
        </w:rPr>
        <w:t>The dark history (of the Shias) is that they even aligned themselves with the Jews and Christians against the Ahlus Sunnah wal Jama'ah. It was this alliance that prevented the Ottomans from conquering the entire Europe after they had already conquered Eastern Europe and entered the heart thereof.</w:t>
      </w:r>
    </w:p>
    <w:p>
      <w:pPr>
        <w:spacing w:before="0" w:after="120" w:line="300" w:lineRule="exact"/>
        <w:jc w:val="both"/>
      </w:pPr>
      <w:r>
        <w:rPr>
          <w:rFonts w:ascii="Georgia" w:hAnsi="Georgia" w:cs="Georgia" w:eastAsia="Georgia"/>
          <w:b w:val="0"/>
          <w:i w:val="0"/>
          <w:sz w:val="22"/>
        </w:rPr>
        <w:t>They laid siege upon Vienna but the backstabbing and attacks from the rear by the Safawids forced the Ottomans to abort their siege of Vienna and return to the Eastern countries.</w:t>
      </w:r>
    </w:p>
    <w:p>
      <w:pPr>
        <w:spacing w:before="0" w:after="120" w:line="300" w:lineRule="exact"/>
        <w:jc w:val="both"/>
      </w:pPr>
      <w:r>
        <w:rPr>
          <w:rFonts w:ascii="Georgia" w:hAnsi="Georgia" w:cs="Georgia" w:eastAsia="Georgia"/>
          <w:b w:val="0"/>
          <w:i w:val="0"/>
          <w:sz w:val="22"/>
        </w:rPr>
        <w:t>Thus they destroyed the chance of conquering Europe and spreading Islam amongst its people. This is the reason one of the great Western historians stated, "If it was not for the treachery of the Shi'i Safawids towards the Ottoman caliphate and their attacks from the rear, the Ottomans would have conquered the entire Europe and it would have been an Islamic continent."</w:t>
      </w:r>
    </w:p>
    <w:p>
      <w:pPr>
        <w:spacing w:before="0" w:after="120" w:line="300" w:lineRule="exact"/>
        <w:jc w:val="both"/>
      </w:pPr>
      <w:r>
        <w:rPr>
          <w:rFonts w:ascii="Georgia" w:hAnsi="Georgia" w:cs="Georgia" w:eastAsia="Georgia"/>
          <w:b w:val="0"/>
          <w:i w:val="0"/>
          <w:sz w:val="22"/>
        </w:rPr>
        <w:t>A historical fact which left me dazed and I simply could not believe that a human (even if he did not claim to be Muslim) could perpetrate such an act, i.e. that which the Shia Qaramitah did to the Ka'bah on the Eighth of Zil-Hijjah 317 A.H. They attacked the Hujjaj and killed more than thirty thousand people. They destroyed the Zam-Zam dome, removed the door of the Ka'bah as well as its cover and they slaughtered those Hujjaj who clung onto it. Thereafter they dumped the corpses of the slain Muslims in the well of Zam-Zam. Finally, they removed the Hajar Aswad and took it to their country.</w:t>
      </w:r>
    </w:p>
    <w:p>
      <w:pPr>
        <w:spacing w:before="0" w:after="120" w:line="300" w:lineRule="exact"/>
        <w:jc w:val="both"/>
      </w:pPr>
      <w:r>
        <w:rPr>
          <w:rFonts w:ascii="Georgia" w:hAnsi="Georgia" w:cs="Georgia" w:eastAsia="Georgia"/>
          <w:b w:val="0"/>
          <w:i w:val="0"/>
          <w:sz w:val="22"/>
        </w:rPr>
        <w:t>That's when I understood the reality of Ibn Taymiyah's statement regarding the Batini Shias. He stated that they are worse in their disbelief than the Jews and Christians and it is a greater responsibility to fight them than to fight the disbelievers, as they are in the category of renegades.</w:t>
      </w:r>
    </w:p>
    <w:p>
      <w:pPr>
        <w:spacing w:before="0" w:after="120" w:line="300" w:lineRule="exact"/>
        <w:jc w:val="both"/>
      </w:pPr>
      <w:r>
        <w:rPr>
          <w:rFonts w:ascii="Georgia" w:hAnsi="Georgia" w:cs="Georgia" w:eastAsia="Georgia"/>
          <w:b w:val="0"/>
          <w:i w:val="0"/>
          <w:sz w:val="22"/>
        </w:rPr>
        <w:t>Today, as we see what is happening in Syria as far as worshipping Asad, killing and slaughtering the Ahlus Sunnah in a way that was not even done by the Jews or the Tartars, destruction and desecration of Masjids etc. I am convinced that Bashar Asad and his sect (Nusairi Alawi Shias) are from the progeny of the Batiniyyah Qaramitah.</w:t>
      </w:r>
    </w:p>
    <w:p>
      <w:pPr>
        <w:spacing w:before="0" w:after="120" w:line="300" w:lineRule="exact"/>
        <w:jc w:val="both"/>
      </w:pPr>
      <w:r>
        <w:rPr>
          <w:rFonts w:ascii="Georgia" w:hAnsi="Georgia" w:cs="Georgia" w:eastAsia="Georgia"/>
          <w:b w:val="0"/>
          <w:i w:val="0"/>
          <w:sz w:val="22"/>
        </w:rPr>
        <w:t>The words of my Lord are so true, "They are offspring, one from the other"! It is as if history is repeating itself.</w:t>
      </w:r>
    </w:p>
    <w:p>
      <w:pPr>
        <w:spacing w:before="0" w:after="120" w:line="300" w:lineRule="exact"/>
        <w:jc w:val="both"/>
      </w:pPr>
      <w:r>
        <w:rPr>
          <w:rFonts w:ascii="Georgia" w:hAnsi="Georgia" w:cs="Georgia" w:eastAsia="Georgia"/>
          <w:b w:val="0"/>
          <w:i w:val="0"/>
          <w:sz w:val="22"/>
        </w:rPr>
        <w:t>Dr Majdi Rib'i</w:t>
      </w:r>
    </w:p>
    <w:p>
      <w:pPr>
        <w:spacing w:before="0" w:after="120" w:line="300" w:lineRule="exact"/>
        <w:jc w:val="both"/>
      </w:pPr>
      <w:r>
        <w:rPr>
          <w:rFonts w:ascii="Georgia" w:hAnsi="Georgia" w:cs="Georgia" w:eastAsia="Georgia"/>
          <w:b w:val="0"/>
          <w:i w:val="0"/>
          <w:sz w:val="22"/>
        </w:rPr>
        <w:t>Specialist Historian</w:t>
      </w:r>
    </w:p>
    <w:p>
      <w:pPr>
        <w:spacing w:before="0" w:after="120" w:line="300" w:lineRule="exact"/>
        <w:jc w:val="both"/>
      </w:pPr>
      <w:r>
        <w:rPr>
          <w:rFonts w:ascii="Georgia" w:hAnsi="Georgia" w:cs="Georgia" w:eastAsia="Georgia"/>
          <w:b w:val="0"/>
          <w:i w:val="0"/>
          <w:sz w:val="22"/>
        </w:rPr>
        <w:t>The least that we can do at this moment is to spread these facts so the Ahlus Sunnah and the entire world emerge from (Shi'i) deception."</w:t>
      </w:r>
    </w:p>
    <w:p>
      <w:r>
        <w:br w:type="page"/>
      </w:r>
    </w:p>
    <w:p>
      <w:pPr>
        <w:pStyle w:val="Heading1"/>
        <w:spacing w:before="360" w:after="200" w:line="300" w:lineRule="exact"/>
        <w:jc w:val="center"/>
      </w:pPr>
      <w:r>
        <w:rPr>
          <w:rFonts w:ascii="Georgia" w:hAnsi="Georgia" w:cs="Georgia" w:eastAsia="Georgia"/>
          <w:b/>
          <w:i w:val="0"/>
          <w:color w:val="1F3864"/>
          <w:sz w:val="32"/>
        </w:rPr>
        <w:t>HE SUFFICES</w:t>
      </w:r>
    </w:p>
    <w:p>
      <w:pPr>
        <w:spacing w:before="120" w:after="120" w:line="300" w:lineRule="exact"/>
        <w:ind w:left="720" w:right="720"/>
        <w:jc w:val="center"/>
      </w:pPr>
      <w:r>
        <w:rPr>
          <w:rFonts w:ascii="Georgia" w:hAnsi="Georgia" w:cs="Georgia" w:eastAsia="Georgia"/>
          <w:b w:val="0"/>
          <w:i/>
          <w:sz w:val="22"/>
        </w:rPr>
        <w:t>"O Nabi! Sufficient for you is Allah and the Mu'mineen who follow you."</w:t>
      </w:r>
    </w:p>
    <w:p>
      <w:pPr>
        <w:spacing w:before="120" w:after="120" w:line="300" w:lineRule="exact"/>
        <w:ind w:left="720" w:right="720"/>
        <w:jc w:val="center"/>
      </w:pPr>
      <w:r>
        <w:rPr>
          <w:rFonts w:ascii="Georgia" w:hAnsi="Georgia" w:cs="Georgia" w:eastAsia="Georgia"/>
          <w:b w:val="0"/>
          <w:i/>
          <w:sz w:val="22"/>
        </w:rPr>
        <w:t>(Al-Anfaal, Aayat 64)</w:t>
      </w:r>
    </w:p>
    <w:p>
      <w:pPr>
        <w:spacing w:before="0" w:after="120" w:line="300" w:lineRule="exact"/>
        <w:jc w:val="both"/>
      </w:pPr>
      <w:r>
        <w:rPr>
          <w:rFonts w:ascii="Georgia" w:hAnsi="Georgia" w:cs="Georgia" w:eastAsia="Georgia"/>
          <w:b w:val="0"/>
          <w:i w:val="0"/>
          <w:sz w:val="22"/>
        </w:rPr>
        <w:t>If Muslims become genuine Muslims, Allah Ta'ala and true Muslims will suffice as aid for the Mujaahideen. The first requisite is that the Mujaahideen should be obedient followers of the Deen. Then they will not look askance for support from the Shiahs of Hizbullah, Iran and the kuffaar of the 'international community' of morons. They will then not be in need of flimsy 'ceasefires' brokered by Zindeeqs and Munaafiqs in Qatar under the directive of America.</w:t>
      </w:r>
    </w:p>
    <w:p>
      <w:r>
        <w:br w:type="page"/>
      </w:r>
    </w:p>
    <w:p>
      <w:pPr>
        <w:pStyle w:val="Heading1"/>
        <w:spacing w:before="360" w:after="200" w:line="300" w:lineRule="exact"/>
        <w:jc w:val="center"/>
      </w:pPr>
      <w:r>
        <w:rPr>
          <w:rFonts w:ascii="Georgia" w:hAnsi="Georgia" w:cs="Georgia" w:eastAsia="Georgia"/>
          <w:b/>
          <w:i w:val="0"/>
          <w:color w:val="1F3864"/>
          <w:sz w:val="32"/>
        </w:rPr>
        <w:t>BILLION HUGE LOSS OF U.S. MILITARY EQUIPMENT</w:t>
      </w:r>
    </w:p>
    <w:p>
      <w:pPr>
        <w:spacing w:before="0" w:after="120" w:line="300" w:lineRule="exact"/>
        <w:jc w:val="both"/>
      </w:pPr>
      <w:r>
        <w:rPr>
          <w:rFonts w:ascii="Georgia" w:hAnsi="Georgia" w:cs="Georgia" w:eastAsia="Georgia"/>
          <w:b w:val="0"/>
          <w:i w:val="0"/>
          <w:sz w:val="22"/>
        </w:rPr>
        <w:t>One consequence of the defeat the USA suffered in Afghanistan is the capture by the Taliban of $8 billion of military equipment. This is a huge economic, military and political loss and defeat for America.</w:t>
      </w:r>
    </w:p>
    <w:p>
      <w:pPr>
        <w:spacing w:before="0" w:after="120" w:line="300" w:lineRule="exact"/>
        <w:jc w:val="both"/>
      </w:pPr>
      <w:r>
        <w:rPr>
          <w:rFonts w:ascii="Georgia" w:hAnsi="Georgia" w:cs="Georgia" w:eastAsia="Georgia"/>
          <w:b w:val="0"/>
          <w:i w:val="0"/>
          <w:sz w:val="22"/>
        </w:rPr>
        <w:t>In 2021 the US-led Western forces hastily and chaotically withdrew and fled from Afghanistan leaving behind billions of dollars of military equipment including aircraft, missiles, military vehicles, rifles, rocket-launchers, and a variety of weapons and communications equipment.</w:t>
      </w:r>
    </w:p>
    <w:p>
      <w:pPr>
        <w:spacing w:before="0" w:after="120" w:line="300" w:lineRule="exact"/>
        <w:jc w:val="both"/>
      </w:pPr>
      <w:r>
        <w:rPr>
          <w:rFonts w:ascii="Georgia" w:hAnsi="Georgia" w:cs="Georgia" w:eastAsia="Georgia"/>
          <w:b w:val="0"/>
          <w:i w:val="0"/>
          <w:sz w:val="22"/>
        </w:rPr>
        <w:t>Now America is seeking the return of the equipment it lost in its more than 20 years of aggression. Trump said in this regard: "Joe Biden gave our military equipment, a big chunk of it to the enemy." In fact, Biden did not 'give' anything to the Taliban. The Taliban had defeated the US coalition in the two decades war. Now the military equipment is of the spoils of war and belongs to the Taliban.</w:t>
      </w:r>
    </w:p>
    <w:p>
      <w:pPr>
        <w:spacing w:before="0" w:after="120" w:line="300" w:lineRule="exact"/>
        <w:jc w:val="both"/>
      </w:pPr>
      <w:r>
        <w:rPr>
          <w:rFonts w:ascii="Georgia" w:hAnsi="Georgia" w:cs="Georgia" w:eastAsia="Georgia"/>
          <w:b w:val="0"/>
          <w:i w:val="0"/>
          <w:sz w:val="22"/>
        </w:rPr>
        <w:t>Rejecting the claim of Trump, the Taliban representative, Zabihullah Mujahid said:</w:t>
      </w:r>
    </w:p>
    <w:p>
      <w:pPr>
        <w:spacing w:before="0" w:after="120" w:line="300" w:lineRule="exact"/>
        <w:jc w:val="both"/>
      </w:pPr>
      <w:r>
        <w:rPr>
          <w:rFonts w:ascii="Georgia" w:hAnsi="Georgia" w:cs="Georgia" w:eastAsia="Georgia"/>
          <w:b w:val="0"/>
          <w:i w:val="0"/>
          <w:sz w:val="22"/>
        </w:rPr>
        <w:t>"The weapons that America abandoned in Afghanistan, as well as those provided to the former Afghan regime, are now in the possession of the Mujahideen [ Taliban forces] as spoils of war,"</w:t>
      </w:r>
    </w:p>
    <w:p>
      <w:pPr>
        <w:spacing w:before="0" w:after="120" w:line="300" w:lineRule="exact"/>
        <w:jc w:val="both"/>
      </w:pPr>
      <w:r>
        <w:rPr>
          <w:rFonts w:ascii="Georgia" w:hAnsi="Georgia" w:cs="Georgia" w:eastAsia="Georgia"/>
          <w:b w:val="0"/>
          <w:i w:val="0"/>
          <w:sz w:val="22"/>
        </w:rPr>
        <w:t>"The Afghan people now own these weapons and are utilizing them to defend their independence, sovereignty, and Islamic system. No external force can compel us to surrender these weapons, nor will we accept any demands for their surrender. We will use these weapons to repel invaders who dare to seize them."</w:t>
      </w:r>
    </w:p>
    <w:p>
      <w:pPr>
        <w:spacing w:before="0" w:after="120" w:line="300" w:lineRule="exact"/>
        <w:jc w:val="both"/>
      </w:pPr>
      <w:r>
        <w:rPr>
          <w:rFonts w:ascii="Georgia" w:hAnsi="Georgia" w:cs="Georgia" w:eastAsia="Georgia"/>
          <w:b w:val="0"/>
          <w:i w:val="0"/>
          <w:sz w:val="22"/>
        </w:rPr>
        <w:t>Trump warned that future financial assistance to Taliban-ruled Afghanistan would be contingent upon the return of U.S. military arms.</w:t>
      </w:r>
    </w:p>
    <w:p>
      <w:pPr>
        <w:spacing w:before="0" w:after="120" w:line="300" w:lineRule="exact"/>
        <w:jc w:val="both"/>
      </w:pPr>
      <w:r>
        <w:rPr>
          <w:rFonts w:ascii="Georgia" w:hAnsi="Georgia" w:cs="Georgia" w:eastAsia="Georgia"/>
          <w:b w:val="0"/>
          <w:i w:val="0"/>
          <w:sz w:val="22"/>
        </w:rPr>
        <w:t>"If we're going to pay billions of dollars a year, tell them we're not going to give them the money unless they give back our military equipment," Trump said.</w:t>
      </w:r>
    </w:p>
    <w:p>
      <w:pPr>
        <w:spacing w:before="0" w:after="120" w:line="300" w:lineRule="exact"/>
        <w:jc w:val="both"/>
      </w:pPr>
      <w:r>
        <w:rPr>
          <w:rFonts w:ascii="Georgia" w:hAnsi="Georgia" w:cs="Georgia" w:eastAsia="Georgia"/>
          <w:b w:val="0"/>
          <w:i w:val="0"/>
          <w:sz w:val="22"/>
        </w:rPr>
        <w:t>Rejecting the raving of the Clown, Mr.Trump, the Afghan Spokesman said that the Taliban have not received "a single penny" from the U.S. in financial aid since regaining control of the country. The Taliban have neither anticipated nor sought any assistance from Washington.</w:t>
      </w:r>
    </w:p>
    <w:p>
      <w:r>
        <w:br w:type="page"/>
      </w:r>
    </w:p>
    <w:p>
      <w:pPr>
        <w:pStyle w:val="Heading1"/>
        <w:spacing w:before="360" w:after="200" w:line="300" w:lineRule="exact"/>
        <w:jc w:val="center"/>
      </w:pPr>
      <w:r>
        <w:rPr>
          <w:rFonts w:ascii="Georgia" w:hAnsi="Georgia" w:cs="Georgia" w:eastAsia="Georgia"/>
          <w:b/>
          <w:i w:val="0"/>
          <w:color w:val="1F3864"/>
          <w:sz w:val="32"/>
        </w:rPr>
        <w:t>THE MURTAD BOOTLICKERS</w:t>
      </w:r>
    </w:p>
    <w:p>
      <w:pPr>
        <w:spacing w:before="120" w:after="120" w:line="300" w:lineRule="exact"/>
        <w:ind w:left="720" w:right="720"/>
        <w:jc w:val="center"/>
      </w:pPr>
      <w:r>
        <w:rPr>
          <w:rFonts w:ascii="Georgia" w:hAnsi="Georgia" w:cs="Georgia" w:eastAsia="Georgia"/>
          <w:b w:val="0"/>
          <w:i/>
          <w:sz w:val="22"/>
        </w:rPr>
        <w:t>"Verily those who have turned on their backs (i.e. by becoming Murtads) after the Huda (Allah's Guidance) was clarified for them, Shaitaan has beautified for them (their kufr) and has given them much hope…. Allah is well aware of their secrets (of plotting and bootlicking their kuffaar bosses)."</w:t>
      </w:r>
    </w:p>
    <w:p>
      <w:pPr>
        <w:spacing w:before="120" w:after="120" w:line="300" w:lineRule="exact"/>
        <w:ind w:left="720" w:right="720"/>
        <w:jc w:val="center"/>
      </w:pPr>
      <w:r>
        <w:rPr>
          <w:rFonts w:ascii="Georgia" w:hAnsi="Georgia" w:cs="Georgia" w:eastAsia="Georgia"/>
          <w:b w:val="0"/>
          <w:i/>
          <w:sz w:val="22"/>
        </w:rPr>
        <w:t>(Muhammad, Aayat 25 &amp; 26)</w:t>
      </w:r>
    </w:p>
    <w:p>
      <w:pPr>
        <w:spacing w:before="0" w:after="120" w:line="300" w:lineRule="exact"/>
        <w:jc w:val="both"/>
      </w:pPr>
      <w:r>
        <w:rPr>
          <w:rFonts w:ascii="Georgia" w:hAnsi="Georgia" w:cs="Georgia" w:eastAsia="Georgia"/>
          <w:b w:val="0"/>
          <w:i w:val="0"/>
          <w:sz w:val="22"/>
        </w:rPr>
        <w:t>This Aayat of the Qur'aan Majeed brings within its scope the murtad bootlickers who elevate kuffaar politicians above, far above, Muslims. Their 'secrets' include their hidden kufr. They conceal their kufr while masquerading as Muslims. Beware of these frauds, deceits, munaafiqs and copro rubbishes who prowl in the Muslim community.</w:t>
      </w:r>
    </w:p>
    <w:p>
      <w:r>
        <w:br w:type="page"/>
      </w:r>
    </w:p>
    <w:p>
      <w:pPr>
        <w:pStyle w:val="Heading1"/>
        <w:spacing w:before="360" w:after="200" w:line="300" w:lineRule="exact"/>
        <w:jc w:val="center"/>
      </w:pPr>
      <w:r>
        <w:rPr>
          <w:rFonts w:ascii="Georgia" w:hAnsi="Georgia" w:cs="Georgia" w:eastAsia="Georgia"/>
          <w:b/>
          <w:i w:val="0"/>
          <w:color w:val="1F3864"/>
          <w:sz w:val="32"/>
        </w:rPr>
        <w:t>RESPONSE FOR OPPRESSION</w:t>
      </w:r>
    </w:p>
    <w:p>
      <w:pPr>
        <w:spacing w:before="0" w:after="120" w:line="300" w:lineRule="exact"/>
        <w:jc w:val="both"/>
      </w:pPr>
      <w:r>
        <w:rPr>
          <w:rFonts w:ascii="Georgia" w:hAnsi="Georgia" w:cs="Georgia" w:eastAsia="Georgia"/>
          <w:b w:val="0"/>
          <w:i w:val="0"/>
          <w:sz w:val="22"/>
        </w:rPr>
        <w:t>Hadhrat Abu Dardaa' (Radhiyallahu anhu) narrated that Rasulullah (Sallallahu alayhi wasallam) said:</w:t>
      </w:r>
    </w:p>
    <w:p>
      <w:pPr>
        <w:spacing w:before="120" w:after="40" w:line="300" w:lineRule="exact"/>
        <w:jc w:val="both"/>
      </w:pPr>
      <w:r>
        <w:rPr>
          <w:rFonts w:ascii="Georgia" w:hAnsi="Georgia" w:cs="Georgia" w:eastAsia="Georgia"/>
          <w:b/>
          <w:i/>
          <w:sz w:val="22"/>
        </w:rPr>
        <w:t>"Verily, Allah Azza Wa Jal says: 'I am Allah besides Whom there is no deity other than Me. I am the</w:t>
      </w:r>
    </w:p>
    <w:p>
      <w:pPr>
        <w:spacing w:before="120" w:after="40" w:line="300" w:lineRule="exact"/>
        <w:jc w:val="both"/>
      </w:pPr>
      <w:r>
        <w:rPr>
          <w:rFonts w:ascii="Georgia" w:hAnsi="Georgia" w:cs="Georgia" w:eastAsia="Georgia"/>
          <w:b/>
          <w:i/>
          <w:sz w:val="22"/>
        </w:rPr>
        <w:t>Controller of kings.</w:t>
      </w:r>
    </w:p>
    <w:p>
      <w:pPr>
        <w:spacing w:before="120" w:after="40" w:line="300" w:lineRule="exact"/>
        <w:jc w:val="both"/>
      </w:pPr>
      <w:r>
        <w:rPr>
          <w:rFonts w:ascii="Georgia" w:hAnsi="Georgia" w:cs="Georgia" w:eastAsia="Georgia"/>
          <w:b/>
          <w:i/>
          <w:sz w:val="22"/>
        </w:rPr>
        <w:t>The hearts of kings are in My Hand. When the servants (people)</w:t>
      </w:r>
    </w:p>
    <w:p>
      <w:pPr>
        <w:spacing w:before="120" w:after="40" w:line="300" w:lineRule="exact"/>
        <w:jc w:val="both"/>
      </w:pPr>
      <w:r>
        <w:rPr>
          <w:rFonts w:ascii="Georgia" w:hAnsi="Georgia" w:cs="Georgia" w:eastAsia="Georgia"/>
          <w:b/>
          <w:i/>
          <w:sz w:val="22"/>
        </w:rPr>
        <w:t>obey Me, I instill benevolence and mercy in the hearts of the kings for the people. When the servants disobey Me, I instill in the hearts of the kings wrath and oppression for the people. Then they inflict horrible punishment on the people. Therefore, do not involve yourselves (that is: do not waste your time and effort) with cursing (and reviling)</w:t>
      </w:r>
    </w:p>
    <w:p>
      <w:pPr>
        <w:spacing w:before="120" w:after="40" w:line="300" w:lineRule="exact"/>
        <w:jc w:val="both"/>
      </w:pPr>
      <w:r>
        <w:rPr>
          <w:rFonts w:ascii="Georgia" w:hAnsi="Georgia" w:cs="Georgia" w:eastAsia="Georgia"/>
          <w:b/>
          <w:i/>
          <w:sz w:val="22"/>
        </w:rPr>
        <w:t>the kings (rulers/regimes). On the contrary, involve yourselves with Thikr and Humility unto Me.</w:t>
      </w:r>
    </w:p>
    <w:p>
      <w:pPr>
        <w:spacing w:before="120" w:after="40" w:line="300" w:lineRule="exact"/>
        <w:jc w:val="both"/>
      </w:pPr>
      <w:r>
        <w:rPr>
          <w:rFonts w:ascii="Georgia" w:hAnsi="Georgia" w:cs="Georgia" w:eastAsia="Georgia"/>
          <w:b/>
          <w:i/>
          <w:sz w:val="22"/>
        </w:rPr>
        <w:t>Then I shall suffice for you regarding your kings."</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"He who thinks that Allah will not help him (i.e. the Nabi) in this dunya and the Aakhirat, should extend (arrange) a rope (or a ladder) to the skies, then (climb up it) and cut (the process of Revelation) to see if his plot will eliminate that which is causing him anger."</w:t>
      </w:r>
    </w:p>
    <w:p>
      <w:pPr>
        <w:spacing w:before="120" w:after="120" w:line="300" w:lineRule="exact"/>
        <w:ind w:left="720" w:right="720"/>
        <w:jc w:val="center"/>
      </w:pPr>
      <w:r>
        <w:rPr>
          <w:rFonts w:ascii="Georgia" w:hAnsi="Georgia" w:cs="Georgia" w:eastAsia="Georgia"/>
          <w:b w:val="0"/>
          <w:i/>
          <w:sz w:val="22"/>
        </w:rPr>
        <w:t>(Al-Hajj, Aayat 15)</w:t>
      </w:r>
    </w:p>
    <w:p>
      <w:pPr>
        <w:spacing w:before="0" w:after="120" w:line="300" w:lineRule="exact"/>
        <w:jc w:val="both"/>
      </w:pPr>
      <w:r>
        <w:rPr>
          <w:rFonts w:ascii="Georgia" w:hAnsi="Georgia" w:cs="Georgia" w:eastAsia="Georgia"/>
          <w:b w:val="0"/>
          <w:i w:val="0"/>
          <w:sz w:val="22"/>
        </w:rPr>
        <w:t>This Aayat confirms with emphasis Divine Aid for Rasulullah (Sallallahu alayhi wasallam) to secure the accomplishment of his mission of establishing the Deen. Other Aayat of the Qur'aan Majeed extend the Nusrat (Aid) of Allah Ta'ala to all those who are sincerely holding on to the Deen.</w:t>
      </w:r>
    </w:p>
    <w:p>
      <w:pPr>
        <w:spacing w:before="0" w:after="120" w:line="300" w:lineRule="exact"/>
        <w:jc w:val="both"/>
      </w:pPr>
      <w:r>
        <w:rPr>
          <w:rFonts w:ascii="Georgia" w:hAnsi="Georgia" w:cs="Georgia" w:eastAsia="Georgia"/>
          <w:b w:val="0"/>
          <w:i w:val="0"/>
          <w:sz w:val="22"/>
        </w:rPr>
        <w:t>Those who hold on to the Deen, making it their life and objective will not be denied the Aid of Allah Ta'ala. The plots and enmity of the kuffaar will not thwart the Aid of Allah Ta'ala reaching His faithful servants.</w:t>
      </w:r>
    </w:p>
    <w:p>
      <w:pPr>
        <w:spacing w:before="0" w:after="120" w:line="300" w:lineRule="exact"/>
        <w:jc w:val="both"/>
      </w:pPr>
      <w:r>
        <w:rPr>
          <w:rFonts w:ascii="Georgia" w:hAnsi="Georgia" w:cs="Georgia" w:eastAsia="Georgia"/>
          <w:b w:val="0"/>
          <w:i w:val="0"/>
          <w:sz w:val="22"/>
        </w:rPr>
        <w:t>When the kuffaar succeed in humiliating and defeating Muslims, it is not so on account of their power and ability. Muslim defeat is the consequence of treason against Allah Ta'ala. The ascendency and domination of the kuffaar are the effects of Athaab-the Punishment of Allah Azza Wa Jal. The solution for the Athaab is repentance and reformation. Adherence to the Shariah and adoption of the Sunnah are the answers for Muslim degradation, humiliation and defeat. The Qur'aan Majeed states:</w:t>
      </w:r>
    </w:p>
    <w:p>
      <w:pPr>
        <w:spacing w:before="120" w:after="120" w:line="300" w:lineRule="exact"/>
        <w:ind w:left="720" w:right="720"/>
        <w:jc w:val="center"/>
      </w:pPr>
      <w:r>
        <w:rPr>
          <w:rFonts w:ascii="Georgia" w:hAnsi="Georgia" w:cs="Georgia" w:eastAsia="Georgia"/>
          <w:b w:val="0"/>
          <w:i/>
          <w:sz w:val="22"/>
        </w:rPr>
        <w:t>"If you aid (the Deen of) Allah, He will aid you."</w:t>
      </w:r>
    </w:p>
    <w:p>
      <w:r>
        <w:br w:type="page"/>
      </w:r>
    </w:p>
    <w:p>
      <w:pPr>
        <w:pStyle w:val="Heading1"/>
        <w:spacing w:before="360" w:after="200" w:line="300" w:lineRule="exact"/>
        <w:jc w:val="center"/>
      </w:pPr>
      <w:r>
        <w:rPr>
          <w:rFonts w:ascii="Georgia" w:hAnsi="Georgia" w:cs="Georgia" w:eastAsia="Georgia"/>
          <w:b/>
          <w:i w:val="0"/>
          <w:color w:val="1F3864"/>
          <w:sz w:val="32"/>
        </w:rPr>
        <w:t>"WE DESTROY…."</w:t>
      </w:r>
    </w:p>
    <w:p>
      <w:pPr>
        <w:spacing w:before="0" w:after="120" w:line="300" w:lineRule="exact"/>
        <w:jc w:val="both"/>
      </w:pPr>
      <w:r>
        <w:rPr>
          <w:rFonts w:ascii="Georgia" w:hAnsi="Georgia" w:cs="Georgia" w:eastAsia="Georgia"/>
          <w:b w:val="0"/>
          <w:i w:val="0"/>
          <w:sz w:val="22"/>
        </w:rPr>
        <w:t>"Numerous were the towns which We (Allah)</w:t>
      </w:r>
    </w:p>
    <w:p>
      <w:pPr>
        <w:spacing w:before="120" w:after="120" w:line="300" w:lineRule="exact"/>
        <w:ind w:left="720" w:right="720"/>
        <w:jc w:val="center"/>
      </w:pPr>
      <w:r>
        <w:rPr>
          <w:rFonts w:ascii="Georgia" w:hAnsi="Georgia" w:cs="Georgia" w:eastAsia="Georgia"/>
          <w:b w:val="0"/>
          <w:i/>
          <w:sz w:val="22"/>
        </w:rPr>
        <w:t>had destroyed whilst they (the inhabitants) were oppressive (indulging in fisq, fujoor and kufr). Thus, now ( you will see) the towns destroyed</w:t>
      </w:r>
    </w:p>
    <w:p>
      <w:pPr>
        <w:spacing w:before="120" w:after="120" w:line="300" w:lineRule="exact"/>
        <w:ind w:left="720" w:right="720"/>
        <w:jc w:val="center"/>
      </w:pPr>
      <w:r>
        <w:rPr>
          <w:rFonts w:ascii="Georgia" w:hAnsi="Georgia" w:cs="Georgia" w:eastAsia="Georgia"/>
          <w:b w:val="0"/>
          <w:i/>
          <w:sz w:val="22"/>
        </w:rPr>
        <w:t>(and laying) on their roofs (i.e. utterly destroyed).</w:t>
      </w:r>
    </w:p>
    <w:p>
      <w:pPr>
        <w:spacing w:before="120" w:after="120" w:line="300" w:lineRule="exact"/>
        <w:ind w:left="720" w:right="720"/>
        <w:jc w:val="center"/>
      </w:pPr>
      <w:r>
        <w:rPr>
          <w:rFonts w:ascii="Georgia" w:hAnsi="Georgia" w:cs="Georgia" w:eastAsia="Georgia"/>
          <w:b w:val="0"/>
          <w:i/>
          <w:sz w:val="22"/>
        </w:rPr>
        <w:t>And (you will see) many of the wells and strong fortifications (destroyed) and disused."</w:t>
      </w:r>
    </w:p>
    <w:p>
      <w:pPr>
        <w:spacing w:before="120" w:after="120" w:line="300" w:lineRule="exact"/>
        <w:ind w:left="720" w:right="720"/>
        <w:jc w:val="center"/>
      </w:pPr>
      <w:r>
        <w:rPr>
          <w:rFonts w:ascii="Georgia" w:hAnsi="Georgia" w:cs="Georgia" w:eastAsia="Georgia"/>
          <w:b w:val="0"/>
          <w:i/>
          <w:sz w:val="22"/>
        </w:rPr>
        <w:t>(Al-Hajj, Aayat 45)</w:t>
      </w:r>
    </w:p>
    <w:p>
      <w:pPr>
        <w:spacing w:before="0" w:after="120" w:line="300" w:lineRule="exact"/>
        <w:jc w:val="both"/>
      </w:pPr>
      <w:r>
        <w:rPr>
          <w:rFonts w:ascii="Georgia" w:hAnsi="Georgia" w:cs="Georgia" w:eastAsia="Georgia"/>
          <w:b w:val="0"/>
          <w:i w:val="0"/>
          <w:sz w:val="22"/>
        </w:rPr>
        <w:t>Towns, cities and villages were and are destroyed by the command of Allah Ta'ala when the inhabitants of these places traverse beyond all scope of reformation. All events and upheavals occurring in the world are the decrees of Allah Azza Wa Jal.</w:t>
      </w:r>
    </w:p>
    <w:p>
      <w:pPr>
        <w:spacing w:before="0" w:after="120" w:line="300" w:lineRule="exact"/>
        <w:jc w:val="both"/>
      </w:pPr>
      <w:r>
        <w:rPr>
          <w:rFonts w:ascii="Georgia" w:hAnsi="Georgia" w:cs="Georgia" w:eastAsia="Georgia"/>
          <w:b w:val="0"/>
          <w:i w:val="0"/>
          <w:sz w:val="22"/>
        </w:rPr>
        <w:t>The destruction which has left Gazzah in ruins and rubble is within the purview of the aforementioned Aayat as well as many other Aayaat and Ahaadith. It is the Athaab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THE PLOT OF THE CLOWN</w:t>
      </w:r>
    </w:p>
    <w:p>
      <w:pPr>
        <w:spacing w:before="0" w:after="120" w:line="300" w:lineRule="exact"/>
        <w:jc w:val="both"/>
      </w:pPr>
      <w:r>
        <w:rPr>
          <w:rFonts w:ascii="Georgia" w:hAnsi="Georgia" w:cs="Georgia" w:eastAsia="Georgia"/>
          <w:b w:val="0"/>
          <w:i w:val="0"/>
          <w:sz w:val="22"/>
        </w:rPr>
        <w:t>The Clown, Trump with his avaricious eyes on Gazzah, excreted from his mouth:</w:t>
      </w:r>
    </w:p>
    <w:p>
      <w:pPr>
        <w:spacing w:before="0" w:after="120" w:line="300" w:lineRule="exact"/>
        <w:jc w:val="both"/>
      </w:pPr>
      <w:r>
        <w:rPr>
          <w:rFonts w:ascii="Georgia" w:hAnsi="Georgia" w:cs="Georgia" w:eastAsia="Georgia"/>
          <w:b w:val="0"/>
          <w:i w:val="0"/>
          <w:sz w:val="22"/>
        </w:rPr>
        <w:t>"As far as rebuilding it (i.e. Gazzah), we may give it to other states in the Middle East to build sections of it; other people may do it through our auspices. But we're committed to owning it, taking it, and making sure that Hamas doesn't move back. There's nothing to move back to. The place is a demolition site."</w:t>
      </w:r>
    </w:p>
    <w:p>
      <w:pPr>
        <w:spacing w:before="0" w:after="120" w:line="300" w:lineRule="exact"/>
        <w:jc w:val="both"/>
      </w:pPr>
      <w:r>
        <w:rPr>
          <w:rFonts w:ascii="Georgia" w:hAnsi="Georgia" w:cs="Georgia" w:eastAsia="Georgia"/>
          <w:b w:val="0"/>
          <w:i w:val="0"/>
          <w:sz w:val="22"/>
        </w:rPr>
        <w:t>The Clown is stupid. Nevertheless, he has stated with clarity the plans and plot of the Yahood and Nasaara, and the conspiracy is not restricted to Gazzah. The entire Middle East comes within the purview of the colonial plans of this stupid Clown who head a stupid nation of mad people.</w:t>
      </w:r>
    </w:p>
    <w:p>
      <w:pPr>
        <w:spacing w:before="0" w:after="120" w:line="300" w:lineRule="exact"/>
        <w:jc w:val="both"/>
      </w:pPr>
      <w:r>
        <w:rPr>
          <w:rFonts w:ascii="Georgia" w:hAnsi="Georgia" w:cs="Georgia" w:eastAsia="Georgia"/>
          <w:b w:val="0"/>
          <w:i w:val="0"/>
          <w:sz w:val="22"/>
        </w:rPr>
        <w:t>As far as Muslims are concerned, the entire earth belongs to only Allah Ta'ala. The Qur'aan Majeed states: "Verily, the earth belongs to only Allah. He grants it to whomever He wills." It is only Allah Ta'ala Who will decide the ownership of Gazzah and of all other countries on which the eyes of the Yahood and Nasaara are fixed.</w:t>
      </w:r>
    </w:p>
    <w:p>
      <w:pPr>
        <w:spacing w:before="0" w:after="120" w:line="300" w:lineRule="exact"/>
        <w:jc w:val="both"/>
      </w:pPr>
      <w:r>
        <w:rPr>
          <w:rFonts w:ascii="Georgia" w:hAnsi="Georgia" w:cs="Georgia" w:eastAsia="Georgia"/>
          <w:b w:val="0"/>
          <w:i w:val="0"/>
          <w:sz w:val="22"/>
        </w:rPr>
        <w:t>Currently, Muslims are being brutally dispossessed of their land as a Punishment for their treason and rebellion against Allah Ta'ala. As long as Muslims fail to understand the cause for their dispossession, suffering and humiliation, they will remain the serfs and serves of impure and brutal devils such as the Clown</w:t>
      </w:r>
    </w:p>
    <w:p>
      <w:r>
        <w:br w:type="page"/>
      </w:r>
    </w:p>
    <w:p>
      <w:pPr>
        <w:pStyle w:val="Heading1"/>
        <w:spacing w:before="360" w:after="200" w:line="300" w:lineRule="exact"/>
        <w:jc w:val="center"/>
      </w:pPr>
      <w:r>
        <w:rPr>
          <w:rFonts w:ascii="Georgia" w:hAnsi="Georgia" w:cs="Georgia" w:eastAsia="Georgia"/>
          <w:b/>
          <w:i w:val="0"/>
          <w:color w:val="1F3864"/>
          <w:sz w:val="32"/>
        </w:rPr>
        <w:t>"DO NOT ABUSE THE RULERS</w:t>
      </w:r>
    </w:p>
    <w:p>
      <w:pPr>
        <w:spacing w:before="0" w:after="120" w:line="300" w:lineRule="exact"/>
        <w:jc w:val="both"/>
      </w:pPr>
      <w:r>
        <w:rPr>
          <w:rFonts w:ascii="Georgia" w:hAnsi="Georgia" w:cs="Georgia" w:eastAsia="Georgia"/>
          <w:b w:val="0"/>
          <w:i w:val="0"/>
          <w:sz w:val="22"/>
        </w:rPr>
        <w:t>SAID 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Rasulullah (Sallallahu alayhi wasallam) said that Allah Ta'ala says:</w:t>
      </w:r>
    </w:p>
    <w:p>
      <w:pPr>
        <w:spacing w:before="120" w:after="40" w:line="300" w:lineRule="exact"/>
        <w:jc w:val="both"/>
      </w:pPr>
      <w:r>
        <w:rPr>
          <w:rFonts w:ascii="Georgia" w:hAnsi="Georgia" w:cs="Georgia" w:eastAsia="Georgia"/>
          <w:b/>
          <w:i/>
          <w:sz w:val="22"/>
        </w:rPr>
        <w:t>"I am Allah. There is no deity except I Who is the King of kings and the King of sovereignty. The hearts of kings (rulers/governments)</w:t>
      </w:r>
    </w:p>
    <w:p>
      <w:pPr>
        <w:spacing w:before="120" w:after="40" w:line="300" w:lineRule="exact"/>
        <w:jc w:val="both"/>
      </w:pPr>
      <w:r>
        <w:rPr>
          <w:rFonts w:ascii="Georgia" w:hAnsi="Georgia" w:cs="Georgia" w:eastAsia="Georgia"/>
          <w:b/>
          <w:i/>
          <w:sz w:val="22"/>
        </w:rPr>
        <w:t>are in My Hand (Control and Power). When the people obey Me, I turn the hearts of the kings towards them with mercy and benevolence.</w:t>
      </w:r>
    </w:p>
    <w:p>
      <w:pPr>
        <w:spacing w:before="120" w:after="40" w:line="300" w:lineRule="exact"/>
        <w:jc w:val="both"/>
      </w:pPr>
      <w:r>
        <w:rPr>
          <w:rFonts w:ascii="Georgia" w:hAnsi="Georgia" w:cs="Georgia" w:eastAsia="Georgia"/>
          <w:b/>
          <w:i/>
          <w:sz w:val="22"/>
        </w:rPr>
        <w:t>When the people disobey Me, I imbue the hearts of the kings with wrath and vengeance. Then they afflict the people with terrible punishment. Therefore do not involve yourselves (do not waste your time) upraiding (abusing and cursing) the kings. On the contrary, involve yourselves with Thikr and Tawaadhu' (Humility) so that I suffice for you against (the oppression) of your rulers."</w:t>
      </w:r>
    </w:p>
    <w:p>
      <w:pPr>
        <w:spacing w:before="0" w:after="120" w:line="300" w:lineRule="exact"/>
        <w:jc w:val="both"/>
      </w:pPr>
      <w:r>
        <w:rPr>
          <w:rFonts w:ascii="Georgia" w:hAnsi="Georgia" w:cs="Georgia" w:eastAsia="Georgia"/>
          <w:b w:val="0"/>
          <w:i w:val="0"/>
          <w:sz w:val="22"/>
        </w:rPr>
        <w:t>There are several more similar Ahaadith instructing us to refrain from vilifying and up-raising the rulers. The consequence of disobedience of the people is the appointment by Allah Ta'ala of tyrants and oppressors to punish them.</w:t>
      </w:r>
    </w:p>
    <w:p>
      <w:pPr>
        <w:spacing w:before="0" w:after="120" w:line="300" w:lineRule="exact"/>
        <w:jc w:val="both"/>
      </w:pPr>
      <w:r>
        <w:rPr>
          <w:rFonts w:ascii="Georgia" w:hAnsi="Georgia" w:cs="Georgia" w:eastAsia="Georgia"/>
          <w:b w:val="0"/>
          <w:i w:val="0"/>
          <w:sz w:val="22"/>
        </w:rPr>
        <w:t>Muslims, including ourselves, invariably react emotionally when segments of the Ummah are tyrannized, terrorized and brutalized as is the current scenario in Palestine. Then we inveigh against the perpetrators – the rulers – for the acts of oppression and brutality to which they subject us.</w:t>
      </w:r>
    </w:p>
    <w:p>
      <w:pPr>
        <w:spacing w:before="0" w:after="120" w:line="300" w:lineRule="exact"/>
        <w:jc w:val="both"/>
      </w:pPr>
      <w:r>
        <w:rPr>
          <w:rFonts w:ascii="Georgia" w:hAnsi="Georgia" w:cs="Georgia" w:eastAsia="Georgia"/>
          <w:b w:val="0"/>
          <w:i w:val="0"/>
          <w:sz w:val="22"/>
        </w:rPr>
        <w:t>While this attitudinal configuration is a natural reaction of Muslims who cherish deep love for their suffering brethren, the need is to restrain the emotion and to react within the boundaries of the precepts of the Qur'aan and Sunnah.</w:t>
      </w:r>
    </w:p>
    <w:p>
      <w:pPr>
        <w:spacing w:before="0" w:after="120" w:line="300" w:lineRule="exact"/>
        <w:jc w:val="both"/>
      </w:pPr>
      <w:r>
        <w:rPr>
          <w:rFonts w:ascii="Georgia" w:hAnsi="Georgia" w:cs="Georgia" w:eastAsia="Georgia"/>
          <w:b w:val="0"/>
          <w:i w:val="0"/>
          <w:sz w:val="22"/>
        </w:rPr>
        <w:t>Vilifying the oppressors and hurling vituperation at them as we generally do, is in reality in conflict with the spirit and teaching of the Qur'aan and Sunnah. The Qur'aan Majeed explicitly declares:</w:t>
      </w:r>
    </w:p>
    <w:p>
      <w:pPr>
        <w:spacing w:before="120" w:after="120" w:line="300" w:lineRule="exact"/>
        <w:ind w:left="720" w:right="720"/>
        <w:jc w:val="center"/>
      </w:pPr>
      <w:r>
        <w:rPr>
          <w:rFonts w:ascii="Georgia" w:hAnsi="Georgia" w:cs="Georgia" w:eastAsia="Georgia"/>
          <w:b w:val="0"/>
          <w:i/>
          <w:sz w:val="22"/>
        </w:rPr>
        <w:t>"No calamity can befall except with the permission of Allah. Whoever, believes in Allah, He guides his heart, and Allah is aware of everything."</w:t>
      </w:r>
    </w:p>
    <w:p>
      <w:pPr>
        <w:spacing w:before="120" w:after="120" w:line="300" w:lineRule="exact"/>
        <w:ind w:left="720" w:right="720"/>
        <w:jc w:val="center"/>
      </w:pPr>
      <w:r>
        <w:rPr>
          <w:rFonts w:ascii="Georgia" w:hAnsi="Georgia" w:cs="Georgia" w:eastAsia="Georgia"/>
          <w:b w:val="0"/>
          <w:i/>
          <w:sz w:val="22"/>
        </w:rPr>
        <w:t>(At-Taghaabun, Aayat 11)</w:t>
      </w:r>
    </w:p>
    <w:p>
      <w:pPr>
        <w:spacing w:before="120" w:after="120" w:line="300" w:lineRule="exact"/>
        <w:ind w:left="720" w:right="720"/>
        <w:jc w:val="center"/>
      </w:pPr>
      <w:r>
        <w:rPr>
          <w:rFonts w:ascii="Georgia" w:hAnsi="Georgia" w:cs="Georgia" w:eastAsia="Georgia"/>
          <w:b w:val="0"/>
          <w:i/>
          <w:sz w:val="22"/>
        </w:rPr>
        <w:t>"There is no calamity which befalls (you) on earth and even in yourselves</w:t>
      </w:r>
    </w:p>
    <w:p>
      <w:pPr>
        <w:spacing w:before="120" w:after="40" w:line="300" w:lineRule="exact"/>
        <w:jc w:val="both"/>
      </w:pPr>
      <w:r>
        <w:rPr>
          <w:rFonts w:ascii="Georgia" w:hAnsi="Georgia" w:cs="Georgia" w:eastAsia="Georgia"/>
          <w:b/>
          <w:i/>
          <w:sz w:val="22"/>
        </w:rPr>
        <w:t>except that it is recorded in a Kitaab even before We create it (the calamity)."</w:t>
      </w:r>
    </w:p>
    <w:p>
      <w:pPr>
        <w:spacing w:before="0" w:after="120" w:line="300" w:lineRule="exact"/>
        <w:jc w:val="both"/>
      </w:pPr>
      <w:r>
        <w:rPr>
          <w:rFonts w:ascii="Georgia" w:hAnsi="Georgia" w:cs="Georgia" w:eastAsia="Georgia"/>
          <w:b w:val="0"/>
          <w:i w:val="0"/>
          <w:sz w:val="22"/>
        </w:rPr>
        <w:t>(Al-Hadeed, Aayat 22)</w:t>
      </w:r>
    </w:p>
    <w:p>
      <w:pPr>
        <w:spacing w:before="120" w:after="120" w:line="300" w:lineRule="exact"/>
        <w:ind w:left="720" w:right="720"/>
        <w:jc w:val="center"/>
      </w:pPr>
      <w:r>
        <w:rPr>
          <w:rFonts w:ascii="Georgia" w:hAnsi="Georgia" w:cs="Georgia" w:eastAsia="Georgia"/>
          <w:b w:val="0"/>
          <w:i/>
          <w:sz w:val="22"/>
        </w:rPr>
        <w:t>"Say: 'Never shall any calamity befall us except that which Allah has decreed for us. Therefore, the</w:t>
      </w:r>
    </w:p>
    <w:p>
      <w:pPr>
        <w:spacing w:before="120" w:after="120" w:line="300" w:lineRule="exact"/>
        <w:ind w:left="720" w:right="720"/>
        <w:jc w:val="center"/>
      </w:pPr>
      <w:r>
        <w:rPr>
          <w:rFonts w:ascii="Georgia" w:hAnsi="Georgia" w:cs="Georgia" w:eastAsia="Georgia"/>
          <w:b w:val="0"/>
          <w:i/>
          <w:sz w:val="22"/>
        </w:rPr>
        <w:t>Mu'minoon should have trust on Allah."</w:t>
      </w:r>
    </w:p>
    <w:p>
      <w:pPr>
        <w:spacing w:before="120" w:after="120" w:line="300" w:lineRule="exact"/>
        <w:ind w:left="720" w:right="720"/>
        <w:jc w:val="center"/>
      </w:pPr>
      <w:r>
        <w:rPr>
          <w:rFonts w:ascii="Georgia" w:hAnsi="Georgia" w:cs="Georgia" w:eastAsia="Georgia"/>
          <w:b w:val="0"/>
          <w:i/>
          <w:sz w:val="22"/>
        </w:rPr>
        <w:t>(At-Taubah, Aayat 51)</w:t>
      </w:r>
    </w:p>
    <w:p>
      <w:pPr>
        <w:spacing w:before="0" w:after="120" w:line="300" w:lineRule="exact"/>
        <w:jc w:val="both"/>
      </w:pPr>
      <w:r>
        <w:rPr>
          <w:rFonts w:ascii="Georgia" w:hAnsi="Georgia" w:cs="Georgia" w:eastAsia="Georgia"/>
          <w:b w:val="0"/>
          <w:i w:val="0"/>
          <w:sz w:val="22"/>
        </w:rPr>
        <w:t>Now that it is known to Muslims that all calamities and misfortunes are the decrees of Allah Ta'ala, then it does not behove us to allow our intellect to become overshadowed with emotion to the degree of becoming entirely forgetful of the advices and commands of Allah Ta'ala and His Rasool (Sallallahu alayhi wasallam). Our Nabi (Sallallahu alayhi wasallam) said:</w:t>
      </w:r>
    </w:p>
    <w:p>
      <w:pPr>
        <w:spacing w:before="120" w:after="120" w:line="300" w:lineRule="exact"/>
        <w:ind w:left="720" w:right="720"/>
        <w:jc w:val="center"/>
      </w:pPr>
      <w:r>
        <w:rPr>
          <w:rFonts w:ascii="Georgia" w:hAnsi="Georgia" w:cs="Georgia" w:eastAsia="Georgia"/>
          <w:b w:val="0"/>
          <w:i/>
          <w:sz w:val="22"/>
        </w:rPr>
        <w:t>"The hearts of the rulers are in the control of Allah…"</w:t>
      </w:r>
    </w:p>
    <w:p>
      <w:pPr>
        <w:spacing w:before="0" w:after="120" w:line="300" w:lineRule="exact"/>
        <w:jc w:val="both"/>
      </w:pPr>
      <w:r>
        <w:rPr>
          <w:rFonts w:ascii="Georgia" w:hAnsi="Georgia" w:cs="Georgia" w:eastAsia="Georgia"/>
          <w:b w:val="0"/>
          <w:i w:val="0"/>
          <w:sz w:val="22"/>
        </w:rPr>
        <w:t>The calamity and the punishment which overtake us are the decrees of Allah Ta'ala. In this regard the Qur'aan Majeed states:</w:t>
      </w:r>
    </w:p>
    <w:p>
      <w:pPr>
        <w:spacing w:before="120" w:after="120" w:line="300" w:lineRule="exact"/>
        <w:ind w:left="720" w:right="720"/>
        <w:jc w:val="center"/>
      </w:pPr>
      <w:r>
        <w:rPr>
          <w:rFonts w:ascii="Georgia" w:hAnsi="Georgia" w:cs="Georgia" w:eastAsia="Georgia"/>
          <w:b w:val="0"/>
          <w:i/>
          <w:sz w:val="22"/>
        </w:rPr>
        <w:t>"Nothing is hidden from your Rabb, be it a grain in the earth or in the sky, nor anything smaller than it (a grain) nor bigger, but it is recorded in a Clear Book (Looh Mahfooz)."</w:t>
      </w:r>
    </w:p>
    <w:p>
      <w:pPr>
        <w:spacing w:before="120" w:after="120" w:line="300" w:lineRule="exact"/>
        <w:ind w:left="720" w:right="720"/>
        <w:jc w:val="center"/>
      </w:pPr>
      <w:r>
        <w:rPr>
          <w:rFonts w:ascii="Georgia" w:hAnsi="Georgia" w:cs="Georgia" w:eastAsia="Georgia"/>
          <w:b w:val="0"/>
          <w:i/>
          <w:sz w:val="22"/>
        </w:rPr>
        <w:t>(Yoonus, Aayat 61)</w:t>
      </w:r>
    </w:p>
    <w:p>
      <w:pPr>
        <w:spacing w:before="120" w:after="120" w:line="300" w:lineRule="exact"/>
        <w:ind w:left="720" w:right="720"/>
        <w:jc w:val="center"/>
      </w:pPr>
      <w:r>
        <w:rPr>
          <w:rFonts w:ascii="Georgia" w:hAnsi="Georgia" w:cs="Georgia" w:eastAsia="Georgia"/>
          <w:b w:val="0"/>
          <w:i/>
          <w:sz w:val="22"/>
        </w:rPr>
        <w:t>"By Him are the Keys of the Ghaib. No one knows (the Ghaib) except He. He knows what is on the land and in the ocean.</w:t>
      </w:r>
    </w:p>
    <w:p>
      <w:pPr>
        <w:spacing w:before="120" w:after="120" w:line="300" w:lineRule="exact"/>
        <w:ind w:left="720" w:right="720"/>
        <w:jc w:val="center"/>
      </w:pPr>
      <w:r>
        <w:rPr>
          <w:rFonts w:ascii="Georgia" w:hAnsi="Georgia" w:cs="Georgia" w:eastAsia="Georgia"/>
          <w:b w:val="0"/>
          <w:i/>
          <w:sz w:val="22"/>
        </w:rPr>
        <w:t>Not a leaf drops (from a tree), but He is aware of it. There is not a seed in the darkness of the earth (underground)</w:t>
      </w:r>
    </w:p>
    <w:p>
      <w:pPr>
        <w:spacing w:before="120" w:after="120" w:line="300" w:lineRule="exact"/>
        <w:ind w:left="720" w:right="720"/>
        <w:jc w:val="center"/>
      </w:pPr>
      <w:r>
        <w:rPr>
          <w:rFonts w:ascii="Georgia" w:hAnsi="Georgia" w:cs="Georgia" w:eastAsia="Georgia"/>
          <w:b w:val="0"/>
          <w:i/>
          <w:sz w:val="22"/>
        </w:rPr>
        <w:t>nor anything moist or dry, but it is recorded in a Clear Kitaab."</w:t>
      </w:r>
    </w:p>
    <w:p>
      <w:pPr>
        <w:spacing w:before="120" w:after="120" w:line="300" w:lineRule="exact"/>
        <w:ind w:left="720" w:right="720"/>
        <w:jc w:val="center"/>
      </w:pPr>
      <w:r>
        <w:rPr>
          <w:rFonts w:ascii="Georgia" w:hAnsi="Georgia" w:cs="Georgia" w:eastAsia="Georgia"/>
          <w:b w:val="0"/>
          <w:i/>
          <w:sz w:val="22"/>
        </w:rPr>
        <w:t>(Al-An'aam, Aayat 59)</w:t>
      </w:r>
    </w:p>
    <w:p>
      <w:pPr>
        <w:spacing w:before="0" w:after="120" w:line="300" w:lineRule="exact"/>
        <w:jc w:val="both"/>
      </w:pPr>
      <w:r>
        <w:rPr>
          <w:rFonts w:ascii="Georgia" w:hAnsi="Georgia" w:cs="Georgia" w:eastAsia="Georgia"/>
          <w:b w:val="0"/>
          <w:i w:val="0"/>
          <w:sz w:val="22"/>
        </w:rPr>
        <w:t>Even the death of a leaf is recorded and it happens with the command of Allah Ta'ala. What should we now understand of the mighty upheavals occurring in the universe?</w:t>
      </w:r>
    </w:p>
    <w:p>
      <w:pPr>
        <w:spacing w:before="0" w:after="120" w:line="300" w:lineRule="exact"/>
        <w:jc w:val="both"/>
      </w:pPr>
      <w:r>
        <w:rPr>
          <w:rFonts w:ascii="Georgia" w:hAnsi="Georgia" w:cs="Georgia" w:eastAsia="Georgia"/>
          <w:b w:val="0"/>
          <w:i w:val="0"/>
          <w:sz w:val="22"/>
        </w:rPr>
        <w:t>When the earthquake strikes, when the volcano erupts, when the hurricane and the tsunami wrought havoc, death and destruction, we do not revile these creations of Allah Ta'ala. Just as these natural disasters bring death and destruction in their wake, so too do the kuffaar agents of Allah Ta'ala act. They act in terms of the decree of Allah Azza Wa Jal. It is He Who punishes us for our fisq, fujoor, kufr and treason. Allah Ta'ala sends an army from His numerous armies against us to brutalize and humiliate us.</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4)</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7)</w:t>
      </w:r>
    </w:p>
    <w:p>
      <w:pPr>
        <w:spacing w:before="120" w:after="120" w:line="300" w:lineRule="exact"/>
        <w:ind w:left="720" w:right="720"/>
        <w:jc w:val="center"/>
      </w:pPr>
      <w:r>
        <w:rPr>
          <w:rFonts w:ascii="Georgia" w:hAnsi="Georgia" w:cs="Georgia" w:eastAsia="Georgia"/>
          <w:b w:val="0"/>
          <w:i/>
          <w:sz w:val="22"/>
        </w:rPr>
        <w:t>"No one knows the Armies of your Rabb, except He."</w:t>
      </w:r>
    </w:p>
    <w:p>
      <w:pPr>
        <w:spacing w:before="120" w:after="120" w:line="300" w:lineRule="exact"/>
        <w:ind w:left="720" w:right="720"/>
        <w:jc w:val="center"/>
      </w:pPr>
      <w:r>
        <w:rPr>
          <w:rFonts w:ascii="Georgia" w:hAnsi="Georgia" w:cs="Georgia" w:eastAsia="Georgia"/>
          <w:b w:val="0"/>
          <w:i/>
          <w:sz w:val="22"/>
        </w:rPr>
        <w:t>(Al-Muddathir, Aayat 31)</w:t>
      </w:r>
    </w:p>
    <w:p>
      <w:pPr>
        <w:spacing w:before="0" w:after="120" w:line="300" w:lineRule="exact"/>
        <w:jc w:val="both"/>
      </w:pPr>
      <w:r>
        <w:rPr>
          <w:rFonts w:ascii="Georgia" w:hAnsi="Georgia" w:cs="Georgia" w:eastAsia="Georgia"/>
          <w:b w:val="0"/>
          <w:i w:val="0"/>
          <w:sz w:val="22"/>
        </w:rPr>
        <w:t>Referring specifically to His Kuffaar army, Allah Ta'ala states in the Qur'aan Majeed:</w:t>
      </w:r>
    </w:p>
    <w:p>
      <w:pPr>
        <w:spacing w:before="120" w:after="120" w:line="300" w:lineRule="exact"/>
        <w:ind w:left="720" w:right="720"/>
        <w:jc w:val="center"/>
      </w:pPr>
      <w:r>
        <w:rPr>
          <w:rFonts w:ascii="Georgia" w:hAnsi="Georgia" w:cs="Georgia" w:eastAsia="Georgia"/>
          <w:b w:val="0"/>
          <w:i/>
          <w:sz w:val="22"/>
        </w:rPr>
        <w:t>"We have declared to Bani Israaeel in the Kitaab (Torah): 'You will assuredly cause anarchy twice on earth and reach great heights (extremes in anarchy/mischief/villainy).</w:t>
      </w:r>
    </w:p>
    <w:p>
      <w:pPr>
        <w:spacing w:before="120" w:after="120" w:line="300" w:lineRule="exact"/>
        <w:ind w:left="720" w:right="720"/>
        <w:jc w:val="center"/>
      </w:pPr>
      <w:r>
        <w:rPr>
          <w:rFonts w:ascii="Georgia" w:hAnsi="Georgia" w:cs="Georgia" w:eastAsia="Georgia"/>
          <w:b w:val="0"/>
          <w:i/>
          <w:sz w:val="22"/>
        </w:rPr>
        <w:t>"When the first of the two promises comes, We shall send against you such of Our servants (kuffaar) who are powerful in war. They will penetrate (your) homes. This is a promise to be fulfilled."</w:t>
      </w:r>
    </w:p>
    <w:p>
      <w:pPr>
        <w:spacing w:before="120" w:after="120" w:line="300" w:lineRule="exact"/>
        <w:ind w:left="720" w:right="720"/>
        <w:jc w:val="center"/>
      </w:pPr>
      <w:r>
        <w:rPr>
          <w:rFonts w:ascii="Georgia" w:hAnsi="Georgia" w:cs="Georgia" w:eastAsia="Georgia"/>
          <w:b w:val="0"/>
          <w:i/>
          <w:sz w:val="22"/>
        </w:rPr>
        <w:t>(Bani Israaeel, Aayat 4 &amp; 5)</w:t>
      </w:r>
    </w:p>
    <w:p>
      <w:pPr>
        <w:spacing w:before="120" w:after="120" w:line="300" w:lineRule="exact"/>
        <w:ind w:left="720" w:right="720"/>
        <w:jc w:val="center"/>
      </w:pPr>
      <w:r>
        <w:rPr>
          <w:rFonts w:ascii="Georgia" w:hAnsi="Georgia" w:cs="Georgia" w:eastAsia="Georgia"/>
          <w:b w:val="0"/>
          <w:i/>
          <w:sz w:val="22"/>
        </w:rPr>
        <w:t>"When the second promise comes (they will with Our permission) disfigure your faces, enter the Musjid (Musjidul Aqsa) as they had entered the first time (causing defilement and destruction), and they will destroy everything they overrun."</w:t>
      </w:r>
    </w:p>
    <w:p>
      <w:pPr>
        <w:spacing w:before="0" w:after="120" w:line="300" w:lineRule="exact"/>
        <w:jc w:val="both"/>
      </w:pPr>
      <w:r>
        <w:rPr>
          <w:rFonts w:ascii="Georgia" w:hAnsi="Georgia" w:cs="Georgia" w:eastAsia="Georgia"/>
          <w:b w:val="0"/>
          <w:i w:val="0"/>
          <w:sz w:val="22"/>
        </w:rPr>
        <w:t>That was the heart-rending fate of the then Muslim Ummah and Palestine. That was the Athaab of Allah Ta'ala executed by the Kuffaar agents and army of Allah Azza Wa Jal (the Babylonian mushrikeen under Nebucanezzar) by the decree and permission of Allah Ta'ala. It ran its course as was decreed. Today that episode is being re-enacted. The only difference is that Bani Israaeel today is the Kuffaar agent executing the Divine Punishment on the Muslim Ummah of today whereas in bygone times, Bani Israaeel was the Ummah being punished.</w:t>
      </w:r>
    </w:p>
    <w:p>
      <w:pPr>
        <w:spacing w:before="0" w:after="120" w:line="300" w:lineRule="exact"/>
        <w:jc w:val="both"/>
      </w:pPr>
      <w:r>
        <w:rPr>
          <w:rFonts w:ascii="Georgia" w:hAnsi="Georgia" w:cs="Georgia" w:eastAsia="Georgia"/>
          <w:b w:val="0"/>
          <w:i w:val="0"/>
          <w:sz w:val="22"/>
        </w:rPr>
        <w:t>This Punishment will run its prescribed course as decreed by Allah Ta'ala. Allah Azza Wa Jal is Samee (The Hearer), Baseer (The One Who Sees), Qaadir (The All-Powerful One, Aadil (The Just One) and Rahmaan (The Merciful One). He knows and sees everything, yet He is allowing the Yahood to execute their brutal genocide. That is because it is Allah Azza Wa Jal Who has empowered them and Who is directing the operations. Trump and Netanyahu are clowns and dunderheads - little flies, powerless to do anything. The Orchestrator is Allah Azza Wa Jal.</w:t>
      </w:r>
    </w:p>
    <w:p>
      <w:pPr>
        <w:spacing w:before="0" w:after="120" w:line="300" w:lineRule="exact"/>
        <w:jc w:val="both"/>
      </w:pPr>
      <w:r>
        <w:rPr>
          <w:rFonts w:ascii="Georgia" w:hAnsi="Georgia" w:cs="Georgia" w:eastAsia="Georgia"/>
          <w:b w:val="0"/>
          <w:i w:val="0"/>
          <w:sz w:val="22"/>
        </w:rPr>
        <w:t>Muslims are required to abandon their haraam hedonic lifestyle of obsequious bootlicking the kuffaar and emulous emulation of the Yahood and Nasaara. We are required by Allah Ta'ala to acknowledge our treason against Him, to repent – Taubah and Istighfaar - and to renew our Pledge of Obedience. Then overnight the tables will be turned.</w:t>
      </w:r>
    </w:p>
    <w:p>
      <w:pPr>
        <w:spacing w:before="120" w:after="40" w:line="300" w:lineRule="exact"/>
        <w:jc w:val="both"/>
      </w:pPr>
      <w:r>
        <w:rPr>
          <w:rFonts w:ascii="Georgia" w:hAnsi="Georgia" w:cs="Georgia" w:eastAsia="Georgia"/>
          <w:b/>
          <w:i/>
          <w:sz w:val="22"/>
        </w:rPr>
        <w:t>"Do not follow the kaafireen and the munaafiqeen.</w:t>
      </w:r>
    </w:p>
    <w:p>
      <w:pPr>
        <w:spacing w:before="120" w:after="40" w:line="300" w:lineRule="exact"/>
        <w:jc w:val="both"/>
      </w:pPr>
      <w:r>
        <w:rPr>
          <w:rFonts w:ascii="Georgia" w:hAnsi="Georgia" w:cs="Georgia" w:eastAsia="Georgia"/>
          <w:b/>
          <w:i/>
          <w:sz w:val="22"/>
        </w:rPr>
        <w:t>Ignore their harassment and repose trust on Allah. Allah suffices as a Helper."</w:t>
      </w:r>
    </w:p>
    <w:p>
      <w:pPr>
        <w:spacing w:before="120" w:after="40" w:line="300" w:lineRule="exact"/>
        <w:jc w:val="both"/>
      </w:pPr>
      <w:r>
        <w:rPr>
          <w:rFonts w:ascii="Georgia" w:hAnsi="Georgia" w:cs="Georgia" w:eastAsia="Georgia"/>
          <w:b/>
          <w:i/>
          <w:sz w:val="22"/>
        </w:rPr>
        <w:t>(Al-Ahzaab, Aayat 48)</w:t>
      </w:r>
    </w:p>
    <w:p>
      <w:pPr>
        <w:spacing w:before="120" w:after="40" w:line="300" w:lineRule="exact"/>
        <w:jc w:val="both"/>
      </w:pPr>
      <w:r>
        <w:rPr>
          <w:rFonts w:ascii="Georgia" w:hAnsi="Georgia" w:cs="Georgia" w:eastAsia="Georgia"/>
          <w:b/>
          <w:i/>
          <w:sz w:val="22"/>
        </w:rPr>
        <w:t>"O People of Imaan! If you help Allah (His Deen), He will help you and plant your feet firmly (against your enemy)."</w:t>
      </w:r>
    </w:p>
    <w:p>
      <w:pPr>
        <w:spacing w:before="120" w:after="40" w:line="300" w:lineRule="exact"/>
        <w:jc w:val="both"/>
      </w:pPr>
      <w:r>
        <w:rPr>
          <w:rFonts w:ascii="Georgia" w:hAnsi="Georgia" w:cs="Georgia" w:eastAsia="Georgia"/>
          <w:b/>
          <w:i/>
          <w:sz w:val="22"/>
        </w:rPr>
        <w:t>(Muhammad, Aayat 7)</w:t>
      </w:r>
    </w:p>
    <w:p>
      <w:pPr>
        <w:spacing w:before="0" w:after="120" w:line="300" w:lineRule="exact"/>
        <w:jc w:val="both"/>
      </w:pPr>
      <w:r>
        <w:rPr>
          <w:rFonts w:ascii="Georgia" w:hAnsi="Georgia" w:cs="Georgia" w:eastAsia="Georgia"/>
          <w:b w:val="0"/>
          <w:i w:val="0"/>
          <w:sz w:val="22"/>
        </w:rPr>
        <w:t>Our reaction when calamity befalls us should be, according to the Qur'aan:</w:t>
      </w:r>
    </w:p>
    <w:p>
      <w:pPr>
        <w:spacing w:before="120" w:after="120" w:line="300" w:lineRule="exact"/>
        <w:ind w:left="720" w:right="720"/>
        <w:jc w:val="center"/>
      </w:pPr>
      <w:r>
        <w:rPr>
          <w:rFonts w:ascii="Georgia" w:hAnsi="Georgia" w:cs="Georgia" w:eastAsia="Georgia"/>
          <w:b w:val="0"/>
          <w:i/>
          <w:sz w:val="22"/>
        </w:rPr>
        <w:t>"Give glad tidings to the Saabireen. They are those, when calamity befalls them, they say: 'Verily we belong to Allah and to Him shall we return".</w:t>
      </w:r>
    </w:p>
    <w:p>
      <w:pPr>
        <w:spacing w:before="120" w:after="120" w:line="300" w:lineRule="exact"/>
        <w:ind w:left="720" w:right="720"/>
        <w:jc w:val="center"/>
      </w:pPr>
      <w:r>
        <w:rPr>
          <w:rFonts w:ascii="Georgia" w:hAnsi="Georgia" w:cs="Georgia" w:eastAsia="Georgia"/>
          <w:b w:val="0"/>
          <w:i/>
          <w:sz w:val="22"/>
        </w:rPr>
        <w:t>(Al-Baqarah, Aayat 156)</w:t>
      </w:r>
    </w:p>
    <w:p>
      <w:r>
        <w:br w:type="page"/>
      </w:r>
    </w:p>
    <w:p>
      <w:pPr>
        <w:pStyle w:val="Heading1"/>
        <w:spacing w:before="360" w:after="200" w:line="300" w:lineRule="exact"/>
        <w:jc w:val="center"/>
      </w:pPr>
      <w:r>
        <w:rPr>
          <w:rFonts w:ascii="Georgia" w:hAnsi="Georgia" w:cs="Georgia" w:eastAsia="Georgia"/>
          <w:b/>
          <w:i w:val="0"/>
          <w:color w:val="1F3864"/>
          <w:sz w:val="32"/>
        </w:rPr>
        <w:t>DEMOCRACY IS DEAD AND SHARIAH IS EFFECTIVE</w:t>
      </w:r>
    </w:p>
    <w:p>
      <w:pPr>
        <w:spacing w:before="0" w:after="120" w:line="300" w:lineRule="exact"/>
        <w:jc w:val="both"/>
      </w:pPr>
      <w:r>
        <w:rPr>
          <w:rFonts w:ascii="Georgia" w:hAnsi="Georgia" w:cs="Georgia" w:eastAsia="Georgia"/>
          <w:b w:val="0"/>
          <w:i w:val="0"/>
          <w:sz w:val="22"/>
        </w:rPr>
        <w:t>Akhundzada also criticized the West, saying 'non-believers' had united against Muslims and that the U.S. and others were united in their hostility toward Islam, citing the Israel-Hamas war in Gaza.</w:t>
      </w:r>
    </w:p>
    <w:p>
      <w:pPr>
        <w:spacing w:before="0" w:after="120" w:line="300" w:lineRule="exact"/>
        <w:jc w:val="both"/>
      </w:pPr>
      <w:r>
        <w:rPr>
          <w:rFonts w:ascii="Georgia" w:hAnsi="Georgia" w:cs="Georgia" w:eastAsia="Georgia"/>
          <w:b w:val="0"/>
          <w:i w:val="0"/>
          <w:sz w:val="22"/>
        </w:rPr>
        <w:t>Authored by: Wion Web Desk 30 Mar 2025 20:44 IST</w:t>
      </w:r>
    </w:p>
    <w:p>
      <w:pPr>
        <w:spacing w:before="0" w:after="120" w:line="300" w:lineRule="exact"/>
        <w:jc w:val="both"/>
      </w:pPr>
      <w:r>
        <w:rPr>
          <w:rFonts w:ascii="Georgia" w:hAnsi="Georgia" w:cs="Georgia" w:eastAsia="Georgia"/>
          <w:b w:val="0"/>
          <w:i w:val="0"/>
          <w:sz w:val="22"/>
        </w:rPr>
        <w:t>The Taliban leader, Haibatullah Akhundzada, said on Sunday that democracy has come to an end in Afghanistan and there was no need for Western laws at all since sharia was already in effect. "Democracy has come to an end in Afghanistan, and sharia is in effect," said Akhundzada during a sermon marking Eid ul-Fitr in Kandahar's Eidgah Mosque. "There is no need for laws that originate from the West. We will create our own laws," Akhundzada said, speaking in Pashto while emphasizing the importance of Islamic laws.</w:t>
      </w:r>
    </w:p>
    <w:p>
      <w:pPr>
        <w:spacing w:before="0" w:after="120" w:line="300" w:lineRule="exact"/>
        <w:jc w:val="both"/>
      </w:pPr>
      <w:r>
        <w:rPr>
          <w:rFonts w:ascii="Georgia" w:hAnsi="Georgia" w:cs="Georgia" w:eastAsia="Georgia"/>
          <w:b w:val="0"/>
          <w:i w:val="0"/>
          <w:sz w:val="22"/>
        </w:rPr>
        <w:t>Akhundzada also criticized the West, saying 'non-believers' had united against Muslims and that the U.S. and others were united in their hostility toward Islam, citing the Israel-Hamas war in Gaza. He added that those who supported democracy were trying to create a divide between the people of Afghanistan and the Taliban government. The 50-minute audio of Akhundzada's message was published on X by the Taliban government's chief spokesman, Zabihullah Mujahid.</w:t>
      </w:r>
    </w:p>
    <w:p>
      <w:r>
        <w:br w:type="page"/>
      </w:r>
    </w:p>
    <w:p>
      <w:pPr>
        <w:pStyle w:val="Heading1"/>
        <w:spacing w:before="360" w:after="200" w:line="300" w:lineRule="exact"/>
        <w:jc w:val="center"/>
      </w:pPr>
      <w:r>
        <w:rPr>
          <w:rFonts w:ascii="Georgia" w:hAnsi="Georgia" w:cs="Georgia" w:eastAsia="Georgia"/>
          <w:b/>
          <w:i w:val="0"/>
          <w:color w:val="1F3864"/>
          <w:sz w:val="32"/>
        </w:rPr>
        <w:t>MJC-MEMBER OF HIZBUSH SHAITAAN</w:t>
      </w:r>
    </w:p>
    <w:p>
      <w:pPr>
        <w:spacing w:before="120" w:after="40" w:line="300" w:lineRule="exact"/>
        <w:jc w:val="both"/>
      </w:pPr>
      <w:r>
        <w:rPr>
          <w:rFonts w:ascii="Georgia" w:hAnsi="Georgia" w:cs="Georgia" w:eastAsia="Georgia"/>
          <w:b/>
          <w:i/>
          <w:sz w:val="22"/>
        </w:rPr>
        <w:t>"Shaitaan has overwhelmed them, hence induced them to forget the Remembrance (Thikr) of Allah.</w:t>
      </w:r>
    </w:p>
    <w:p>
      <w:pPr>
        <w:spacing w:before="120" w:after="40" w:line="300" w:lineRule="exact"/>
        <w:jc w:val="both"/>
      </w:pPr>
      <w:r>
        <w:rPr>
          <w:rFonts w:ascii="Georgia" w:hAnsi="Georgia" w:cs="Georgia" w:eastAsia="Georgia"/>
          <w:b/>
          <w:i/>
          <w:sz w:val="22"/>
        </w:rPr>
        <w:t>Indeed, they are Hizbush Shaitaan (the Clique of the Devil).</w:t>
      </w:r>
    </w:p>
    <w:p>
      <w:pPr>
        <w:spacing w:before="120" w:after="40" w:line="300" w:lineRule="exact"/>
        <w:jc w:val="both"/>
      </w:pPr>
      <w:r>
        <w:rPr>
          <w:rFonts w:ascii="Georgia" w:hAnsi="Georgia" w:cs="Georgia" w:eastAsia="Georgia"/>
          <w:b/>
          <w:i/>
          <w:sz w:val="22"/>
        </w:rPr>
        <w:t>Behold! Hizbush Shaitaan – they are the losers."</w:t>
      </w:r>
    </w:p>
    <w:p>
      <w:pPr>
        <w:spacing w:before="0" w:after="120" w:line="300" w:lineRule="exact"/>
        <w:jc w:val="both"/>
      </w:pPr>
      <w:r>
        <w:rPr>
          <w:rFonts w:ascii="Georgia" w:hAnsi="Georgia" w:cs="Georgia" w:eastAsia="Georgia"/>
          <w:b w:val="0"/>
          <w:i w:val="0"/>
          <w:sz w:val="22"/>
        </w:rPr>
        <w:t>The MJC Carrion Halaalizer, having come out in support of a Murtad who flagrantly indulges in kufr and shirk and who blatantly denies the fundamental basis of Imaan for Najaat (Salvation), has itself denuded itself of its 'deeni' façade with which it camouflages the kufr lurking within its bosom.</w:t>
      </w:r>
    </w:p>
    <w:p>
      <w:pPr>
        <w:spacing w:before="0" w:after="120" w:line="300" w:lineRule="exact"/>
        <w:jc w:val="both"/>
      </w:pPr>
      <w:r>
        <w:rPr>
          <w:rFonts w:ascii="Georgia" w:hAnsi="Georgia" w:cs="Georgia" w:eastAsia="Georgia"/>
          <w:b w:val="0"/>
          <w:i w:val="0"/>
          <w:sz w:val="22"/>
        </w:rPr>
        <w:t>In terms of the Qur'aan, the MJC Carrion Halaalizer is now a confirmed member of Hizbush Shaitaan. Shaitaan has urinated in their brains. Intoxicated with shaitaani veronal urine-drug, the MJC no longer understands the need to retain its outer cover of deception to conceal its nifaaq and kufr, hence from its heights of hubris it has demonstrated its blithe disregard for the Shariah with its support for a character suffering from indurate nifaaq, kufr and shirk. They have extinguished their Imaan.</w:t>
      </w:r>
    </w:p>
    <w:p>
      <w:r>
        <w:br w:type="page"/>
      </w:r>
    </w:p>
    <w:p>
      <w:pPr>
        <w:pStyle w:val="Heading1"/>
        <w:spacing w:before="360" w:after="200" w:line="300" w:lineRule="exact"/>
        <w:jc w:val="center"/>
      </w:pPr>
      <w:r>
        <w:rPr>
          <w:rFonts w:ascii="Georgia" w:hAnsi="Georgia" w:cs="Georgia" w:eastAsia="Georgia"/>
          <w:b/>
          <w:i w:val="0"/>
          <w:color w:val="1F3864"/>
          <w:sz w:val="32"/>
        </w:rPr>
        <w:t>THE HIZB OF ALLAH</w:t>
      </w:r>
    </w:p>
    <w:p>
      <w:pPr>
        <w:spacing w:before="0" w:after="120" w:line="300" w:lineRule="exact"/>
        <w:jc w:val="both"/>
      </w:pPr>
      <w:r>
        <w:rPr>
          <w:rFonts w:ascii="Georgia" w:hAnsi="Georgia" w:cs="Georgia" w:eastAsia="Georgia"/>
          <w:b w:val="0"/>
          <w:i w:val="0"/>
          <w:sz w:val="22"/>
        </w:rPr>
        <w:t>"You will not find people who have Imaan in Allah and the Last Day befriending those who oppose Allah and His Rasool even if they (the kuffaar and zindeeq</w:t>
      </w:r>
    </w:p>
    <w:p>
      <w:pPr>
        <w:spacing w:before="0" w:after="120" w:line="300" w:lineRule="exact"/>
        <w:jc w:val="both"/>
      </w:pPr>
      <w:r>
        <w:rPr>
          <w:rFonts w:ascii="Georgia" w:hAnsi="Georgia" w:cs="Georgia" w:eastAsia="Georgia"/>
          <w:b w:val="0"/>
          <w:i w:val="0"/>
          <w:sz w:val="22"/>
        </w:rPr>
        <w:t>Bootlickers) are their fathers or their sons or their brothers or their families. Indeed these people</w:t>
      </w:r>
    </w:p>
    <w:p>
      <w:pPr>
        <w:spacing w:before="0" w:after="120" w:line="300" w:lineRule="exact"/>
        <w:jc w:val="both"/>
      </w:pPr>
      <w:r>
        <w:rPr>
          <w:rFonts w:ascii="Georgia" w:hAnsi="Georgia" w:cs="Georgia" w:eastAsia="Georgia"/>
          <w:b w:val="0"/>
          <w:i w:val="0"/>
          <w:sz w:val="22"/>
        </w:rPr>
        <w:t>(who do not befriend the opponents of Allah), Allah has embedded Imaan in their hearts and He assists them with His Mercy. He will admit them into such</w:t>
      </w:r>
    </w:p>
    <w:p>
      <w:pPr>
        <w:spacing w:before="0" w:after="120" w:line="300" w:lineRule="exact"/>
        <w:jc w:val="both"/>
      </w:pPr>
      <w:r>
        <w:rPr>
          <w:rFonts w:ascii="Georgia" w:hAnsi="Georgia" w:cs="Georgia" w:eastAsia="Georgia"/>
          <w:b w:val="0"/>
          <w:i w:val="0"/>
          <w:sz w:val="22"/>
        </w:rPr>
        <w:t>Orchards (of Jannat) beneath which flow rivers. Therein shall they dwell forever. Allah is well pleased with them and they are well pleased with Him. Indeed, they are the Group (Hizb) of Allah. Behold! The</w:t>
      </w:r>
    </w:p>
    <w:p>
      <w:pPr>
        <w:spacing w:before="0" w:after="120" w:line="300" w:lineRule="exact"/>
        <w:jc w:val="both"/>
      </w:pPr>
      <w:r>
        <w:rPr>
          <w:rFonts w:ascii="Georgia" w:hAnsi="Georgia" w:cs="Georgia" w:eastAsia="Georgia"/>
          <w:b w:val="0"/>
          <w:i w:val="0"/>
          <w:sz w:val="22"/>
        </w:rPr>
        <w:t>Hizb of Allah shall be the only successful ones."</w:t>
      </w:r>
    </w:p>
    <w:p>
      <w:pPr>
        <w:spacing w:before="0" w:after="120" w:line="300" w:lineRule="exact"/>
        <w:jc w:val="both"/>
      </w:pPr>
      <w:r>
        <w:rPr>
          <w:rFonts w:ascii="Georgia" w:hAnsi="Georgia" w:cs="Georgia" w:eastAsia="Georgia"/>
          <w:b w:val="0"/>
          <w:i w:val="0"/>
          <w:sz w:val="22"/>
        </w:rPr>
        <w:t>(Al-Mujaadalah, Aayat 22)</w:t>
      </w:r>
    </w:p>
    <w:p>
      <w:r>
        <w:br w:type="page"/>
      </w:r>
    </w:p>
    <w:p>
      <w:pPr>
        <w:pStyle w:val="Heading1"/>
        <w:spacing w:before="360" w:after="200" w:line="300" w:lineRule="exact"/>
        <w:jc w:val="center"/>
      </w:pPr>
      <w:r>
        <w:rPr>
          <w:rFonts w:ascii="Georgia" w:hAnsi="Georgia" w:cs="Georgia" w:eastAsia="Georgia"/>
          <w:b/>
          <w:i w:val="0"/>
          <w:color w:val="1F3864"/>
          <w:sz w:val="32"/>
        </w:rPr>
        <w:t>HIS HELP</w:t>
      </w:r>
    </w:p>
    <w:p>
      <w:pPr>
        <w:spacing w:before="120" w:after="40" w:line="300" w:lineRule="exact"/>
        <w:jc w:val="both"/>
      </w:pPr>
      <w:r>
        <w:rPr>
          <w:rFonts w:ascii="Georgia" w:hAnsi="Georgia" w:cs="Georgia" w:eastAsia="Georgia"/>
          <w:b/>
          <w:i/>
          <w:sz w:val="22"/>
        </w:rPr>
        <w:t>"O People of Imaan! If you help Allah (His Deen), He will help you and plant your feet firmly (against your enemy)." (Muhammad, Aayat 7)</w:t>
      </w:r>
    </w:p>
    <w:p>
      <w:r>
        <w:br w:type="page"/>
      </w:r>
    </w:p>
    <w:p>
      <w:pPr>
        <w:pStyle w:val="Heading1"/>
        <w:spacing w:before="360" w:after="200" w:line="300" w:lineRule="exact"/>
        <w:jc w:val="center"/>
      </w:pPr>
      <w:r>
        <w:rPr>
          <w:rFonts w:ascii="Georgia" w:hAnsi="Georgia" w:cs="Georgia" w:eastAsia="Georgia"/>
          <w:b/>
          <w:i w:val="0"/>
          <w:color w:val="1F3864"/>
          <w:sz w:val="32"/>
        </w:rPr>
        <w:t>"DO NOT BEFRIEND THEM"</w:t>
      </w:r>
    </w:p>
    <w:p>
      <w:pPr>
        <w:spacing w:before="120" w:after="120" w:line="300" w:lineRule="exact"/>
        <w:ind w:left="720" w:right="720"/>
        <w:jc w:val="center"/>
      </w:pPr>
      <w:r>
        <w:rPr>
          <w:rFonts w:ascii="Georgia" w:hAnsi="Georgia" w:cs="Georgia" w:eastAsia="Georgia"/>
          <w:b w:val="0"/>
          <w:i/>
          <w:sz w:val="22"/>
        </w:rPr>
        <w:t>"O People of Imaan! Do not take as friends your fathers and your brothers if they prefer kufr to Imaan. Those from among you (Muslims) who befriend them, indeed they are the Zaalimoon (oppressors)."</w:t>
      </w:r>
    </w:p>
    <w:p>
      <w:pPr>
        <w:spacing w:before="120" w:after="120" w:line="300" w:lineRule="exact"/>
        <w:ind w:left="720" w:right="720"/>
        <w:jc w:val="center"/>
      </w:pPr>
      <w:r>
        <w:rPr>
          <w:rFonts w:ascii="Georgia" w:hAnsi="Georgia" w:cs="Georgia" w:eastAsia="Georgia"/>
          <w:b w:val="0"/>
          <w:i/>
          <w:sz w:val="22"/>
        </w:rPr>
        <w:t>(At-Taubah, Aayat 23)</w:t>
      </w:r>
    </w:p>
    <w:p>
      <w:pPr>
        <w:spacing w:before="0" w:after="120" w:line="300" w:lineRule="exact"/>
        <w:jc w:val="both"/>
      </w:pPr>
      <w:r>
        <w:rPr>
          <w:rFonts w:ascii="Georgia" w:hAnsi="Georgia" w:cs="Georgia" w:eastAsia="Georgia"/>
          <w:b w:val="0"/>
          <w:i w:val="0"/>
          <w:sz w:val="22"/>
        </w:rPr>
        <w:t>Muwaalaat (friendship) and Najaat (Salvation in the Hereafter) in Islam are based on Imaan. Friendship with anyone is for the sake of Allah Ta'ala - to acquire His Pleasure, not for any worldly and nafsaani motive. Such misguided 'friendship' must necessarily end in moral, spiritual and mundane corruption. Kuffaar can never be the friends of Muslims. Regardless of what hue and persuasion they may be, they are one breed of ingrates. The Qur'aan says that those Muslims who befriend the kuffaar even if they are fathers and brothers, are likewise kuffaar.</w:t>
      </w:r>
    </w:p>
    <w:p>
      <w:pPr>
        <w:spacing w:before="0" w:after="120" w:line="300" w:lineRule="exact"/>
        <w:jc w:val="both"/>
      </w:pPr>
      <w:r>
        <w:rPr>
          <w:rFonts w:ascii="Georgia" w:hAnsi="Georgia" w:cs="Georgia" w:eastAsia="Georgia"/>
          <w:b w:val="0"/>
          <w:i w:val="0"/>
          <w:sz w:val="22"/>
        </w:rPr>
        <w:t>Acts of philanthropy and altruism are not the criterion for friendship. The criterion is Imaan. From the Islamic perspective, humanitarian acts and philanthropy regardless of the benefit to mankind, are baseless and worthless without Imaan. In the Aakhirat, the good deeds of the kuffaar will be worthless. Describing worthless deeds of 'virtue', the Qur'aan Majeed states:</w:t>
      </w:r>
    </w:p>
    <w:p>
      <w:pPr>
        <w:spacing w:before="120" w:after="120" w:line="300" w:lineRule="exact"/>
        <w:ind w:left="720" w:right="720"/>
        <w:jc w:val="center"/>
      </w:pPr>
      <w:r>
        <w:rPr>
          <w:rFonts w:ascii="Georgia" w:hAnsi="Georgia" w:cs="Georgia" w:eastAsia="Georgia"/>
          <w:b w:val="0"/>
          <w:i/>
          <w:sz w:val="22"/>
        </w:rPr>
        <w:t>"…he who does not believe in Allah and the Last Day, his similitude is like a rock on which sand (has gathered). When comes a gush of rain, it is left bare. These people have no control over anything they earn. Allah does not guide the kaafireen people."</w:t>
      </w:r>
    </w:p>
    <w:p>
      <w:pPr>
        <w:spacing w:before="120" w:after="120" w:line="300" w:lineRule="exact"/>
        <w:ind w:left="720" w:right="720"/>
        <w:jc w:val="center"/>
      </w:pPr>
      <w:r>
        <w:rPr>
          <w:rFonts w:ascii="Georgia" w:hAnsi="Georgia" w:cs="Georgia" w:eastAsia="Georgia"/>
          <w:b w:val="0"/>
          <w:i/>
          <w:sz w:val="22"/>
        </w:rPr>
        <w:t>(Al-Baqarah, Aayat 264)</w:t>
      </w:r>
    </w:p>
    <w:p>
      <w:pPr>
        <w:spacing w:before="0" w:after="120" w:line="300" w:lineRule="exact"/>
        <w:jc w:val="both"/>
      </w:pPr>
      <w:r>
        <w:rPr>
          <w:rFonts w:ascii="Georgia" w:hAnsi="Georgia" w:cs="Georgia" w:eastAsia="Georgia"/>
          <w:b w:val="0"/>
          <w:i w:val="0"/>
          <w:sz w:val="22"/>
        </w:rPr>
        <w:t>The Zindeeqs who bootlick the kuffaar politicians and their interfaith kuffaar comrades elevate these so-called 'philanthropists' above the Muslimeen on the basis of their hollow proclamations of 'justice' and speeches against oppression. These Zanaadaqah claim that the kuffaar regardless of their kufr and rejection of Islam are more deserving of Jannat than sinful Muslims. The standard of salvation according to the hypocrite Zindeeqs is worldly humanitarian deeds, not Imaan.</w:t>
      </w:r>
    </w:p>
    <w:p>
      <w:pPr>
        <w:spacing w:before="0" w:after="120" w:line="300" w:lineRule="exact"/>
        <w:jc w:val="both"/>
      </w:pPr>
      <w:r>
        <w:rPr>
          <w:rFonts w:ascii="Georgia" w:hAnsi="Georgia" w:cs="Georgia" w:eastAsia="Georgia"/>
          <w:b w:val="0"/>
          <w:i w:val="0"/>
          <w:sz w:val="22"/>
        </w:rPr>
        <w:t>The Zindeeqs masquerading as Muslims are Satanists who believe themselves to be the rightly guided ones. Denouncing and rejecting them, the Qur'aan Majeed states:</w:t>
      </w:r>
    </w:p>
    <w:p>
      <w:pPr>
        <w:spacing w:before="120" w:after="120" w:line="300" w:lineRule="exact"/>
        <w:ind w:left="720" w:right="720"/>
        <w:jc w:val="center"/>
      </w:pPr>
      <w:r>
        <w:rPr>
          <w:rFonts w:ascii="Georgia" w:hAnsi="Georgia" w:cs="Georgia" w:eastAsia="Georgia"/>
          <w:b w:val="0"/>
          <w:i/>
          <w:sz w:val="22"/>
        </w:rPr>
        <w:t>"Verily, they take the shayaateen (devils) as friends besides</w:t>
      </w:r>
    </w:p>
    <w:p>
      <w:pPr>
        <w:spacing w:before="120" w:after="120" w:line="300" w:lineRule="exact"/>
        <w:ind w:left="720" w:right="720"/>
        <w:jc w:val="center"/>
      </w:pPr>
      <w:r>
        <w:rPr>
          <w:rFonts w:ascii="Georgia" w:hAnsi="Georgia" w:cs="Georgia" w:eastAsia="Georgia"/>
          <w:b w:val="0"/>
          <w:i/>
          <w:sz w:val="22"/>
        </w:rPr>
        <w:t>Allah and they think that they are the guided ones."</w:t>
      </w:r>
    </w:p>
    <w:p>
      <w:pPr>
        <w:spacing w:before="120" w:after="120" w:line="300" w:lineRule="exact"/>
        <w:ind w:left="720" w:right="720"/>
        <w:jc w:val="center"/>
      </w:pPr>
      <w:r>
        <w:rPr>
          <w:rFonts w:ascii="Georgia" w:hAnsi="Georgia" w:cs="Georgia" w:eastAsia="Georgia"/>
          <w:b w:val="0"/>
          <w:i/>
          <w:sz w:val="22"/>
        </w:rPr>
        <w:t>(Al-A'raaf, Aayat 30)</w:t>
      </w:r>
    </w:p>
    <w:p>
      <w:pPr>
        <w:spacing w:before="0" w:after="120" w:line="300" w:lineRule="exact"/>
        <w:jc w:val="both"/>
      </w:pPr>
      <w:r>
        <w:rPr>
          <w:rFonts w:ascii="Georgia" w:hAnsi="Georgia" w:cs="Georgia" w:eastAsia="Georgia"/>
          <w:b w:val="0"/>
          <w:i w:val="0"/>
          <w:sz w:val="22"/>
        </w:rPr>
        <w:t>The friendship of kuffaar is with Shaitaan. Regarding this reality, the Qur'aan Majeed referring to Nabi Ibraaheem (Alayhis salaam) says:</w:t>
      </w:r>
    </w:p>
    <w:p>
      <w:pPr>
        <w:spacing w:before="120" w:after="120" w:line="300" w:lineRule="exact"/>
        <w:ind w:left="720" w:right="720"/>
        <w:jc w:val="center"/>
      </w:pPr>
      <w:r>
        <w:rPr>
          <w:rFonts w:ascii="Georgia" w:hAnsi="Georgia" w:cs="Georgia" w:eastAsia="Georgia"/>
          <w:b w:val="0"/>
          <w:i/>
          <w:sz w:val="22"/>
        </w:rPr>
        <w:t>"O my father! Do not worship shaitaan. Verily, shaitaan was to his Rabb a (rebellious) sinner. O my father! Verily I fear that the punishment from Ar-Rahmaan will afflict you. Then you will become the friend of shaitaan."</w:t>
      </w:r>
    </w:p>
    <w:p>
      <w:pPr>
        <w:spacing w:before="120" w:after="120" w:line="300" w:lineRule="exact"/>
        <w:ind w:left="720" w:right="720"/>
        <w:jc w:val="center"/>
      </w:pPr>
      <w:r>
        <w:rPr>
          <w:rFonts w:ascii="Georgia" w:hAnsi="Georgia" w:cs="Georgia" w:eastAsia="Georgia"/>
          <w:b w:val="0"/>
          <w:i/>
          <w:sz w:val="22"/>
        </w:rPr>
        <w:t>(Maryam, Aayat 45)</w:t>
      </w:r>
    </w:p>
    <w:p>
      <w:pPr>
        <w:spacing w:before="120" w:after="120" w:line="300" w:lineRule="exact"/>
        <w:ind w:left="720" w:right="720"/>
        <w:jc w:val="center"/>
      </w:pPr>
      <w:r>
        <w:rPr>
          <w:rFonts w:ascii="Georgia" w:hAnsi="Georgia" w:cs="Georgia" w:eastAsia="Georgia"/>
          <w:b w:val="0"/>
          <w:i/>
          <w:sz w:val="22"/>
        </w:rPr>
        <w:t>"Verily, We have made the shayaateen (devils) the friends of those who have no Imaan."</w:t>
      </w:r>
    </w:p>
    <w:p>
      <w:pPr>
        <w:spacing w:before="120" w:after="120" w:line="300" w:lineRule="exact"/>
        <w:ind w:left="720" w:right="720"/>
        <w:jc w:val="center"/>
      </w:pPr>
      <w:r>
        <w:rPr>
          <w:rFonts w:ascii="Georgia" w:hAnsi="Georgia" w:cs="Georgia" w:eastAsia="Georgia"/>
          <w:b w:val="0"/>
          <w:i/>
          <w:sz w:val="22"/>
        </w:rPr>
        <w:t>(Al-A'raaf, Aayat 27)</w:t>
      </w:r>
    </w:p>
    <w:p>
      <w:pPr>
        <w:spacing w:before="0" w:after="120" w:line="300" w:lineRule="exact"/>
        <w:jc w:val="both"/>
      </w:pPr>
      <w:r>
        <w:rPr>
          <w:rFonts w:ascii="Georgia" w:hAnsi="Georgia" w:cs="Georgia" w:eastAsia="Georgia"/>
          <w:b w:val="0"/>
          <w:i w:val="0"/>
          <w:sz w:val="22"/>
        </w:rPr>
        <w:t>These zindeeqs of our time belong to Hizbush Shaitaan (The Clique of Shaitaan). It is Iblees who urinates kufr into their brains:</w:t>
      </w:r>
    </w:p>
    <w:p>
      <w:pPr>
        <w:spacing w:before="120" w:after="120" w:line="300" w:lineRule="exact"/>
        <w:ind w:left="720" w:right="720"/>
        <w:jc w:val="center"/>
      </w:pPr>
      <w:r>
        <w:rPr>
          <w:rFonts w:ascii="Georgia" w:hAnsi="Georgia" w:cs="Georgia" w:eastAsia="Georgia"/>
          <w:b w:val="0"/>
          <w:i/>
          <w:sz w:val="22"/>
        </w:rPr>
        <w:t>"Verily, he (Iblees) calls his Clique so that they become the people of the Fire."</w:t>
      </w:r>
    </w:p>
    <w:p>
      <w:pPr>
        <w:spacing w:before="120" w:after="120" w:line="300" w:lineRule="exact"/>
        <w:ind w:left="720" w:right="720"/>
        <w:jc w:val="center"/>
      </w:pPr>
      <w:r>
        <w:rPr>
          <w:rFonts w:ascii="Georgia" w:hAnsi="Georgia" w:cs="Georgia" w:eastAsia="Georgia"/>
          <w:b w:val="0"/>
          <w:i/>
          <w:sz w:val="22"/>
        </w:rPr>
        <w:t>(Faatir, Aayat 6)</w:t>
      </w:r>
    </w:p>
    <w:p>
      <w:pPr>
        <w:spacing w:before="120" w:after="120" w:line="300" w:lineRule="exact"/>
        <w:ind w:left="720" w:right="720"/>
        <w:jc w:val="center"/>
      </w:pPr>
      <w:r>
        <w:rPr>
          <w:rFonts w:ascii="Georgia" w:hAnsi="Georgia" w:cs="Georgia" w:eastAsia="Georgia"/>
          <w:b w:val="0"/>
          <w:i/>
          <w:sz w:val="22"/>
        </w:rPr>
        <w:t>It is only Shaitaan who inspired the Murtad to excrete the following statement of irrefutable kufr: "I could only say that by the evidence of my experience, Tutu deserved paradise more than an Imam or Sheikh or Mufti who said the right formula, but chose not be a witness for justice; who memorized the Quran but chose not to live it… while people like Tutu, Boesak, Beyers, Guru Krishna, Slovo were confronting evil!"</w:t>
      </w:r>
    </w:p>
    <w:p>
      <w:pPr>
        <w:spacing w:before="0" w:after="120" w:line="300" w:lineRule="exact"/>
        <w:jc w:val="both"/>
      </w:pPr>
      <w:r>
        <w:rPr>
          <w:rFonts w:ascii="Georgia" w:hAnsi="Georgia" w:cs="Georgia" w:eastAsia="Georgia"/>
          <w:b w:val="0"/>
          <w:i w:val="0"/>
          <w:sz w:val="22"/>
        </w:rPr>
        <w:t>The response to this murtad's 'experience and opinion' is that his copro idea is shaitaani excreta which he has disgorged.</w:t>
      </w:r>
    </w:p>
    <w:p>
      <w:pPr>
        <w:spacing w:before="0" w:after="120" w:line="300" w:lineRule="exact"/>
        <w:jc w:val="both"/>
      </w:pPr>
      <w:r>
        <w:rPr>
          <w:rFonts w:ascii="Georgia" w:hAnsi="Georgia" w:cs="Georgia" w:eastAsia="Georgia"/>
          <w:b w:val="0"/>
          <w:i w:val="0"/>
          <w:sz w:val="22"/>
        </w:rPr>
        <w:t>Muslims should understand well that this narrative of kufr can emanate only from someone doomed to Jahannam - someone created specifically to be Hasabu Jahannam (Fuel for Hell-Fire). Understand well that the worst scoundrel Muslim – one who believes in Allah, His Rasool and the fundamentals of Islam, will enter Jannat despite his mountains of villainy, injustice, oppression, debauchery, etc. If Allah Ta'ala chooses to forgive him, he will enter Paradise without even entering Jahannam to suffer punishment. If Allah Ta'ala selects to punish him, then after having served his punishment, he will enter Jannat, and the extent of his Jannat will be ten times the size of earth.</w:t>
      </w:r>
    </w:p>
    <w:p>
      <w:pPr>
        <w:spacing w:before="0" w:after="120" w:line="300" w:lineRule="exact"/>
        <w:jc w:val="both"/>
      </w:pPr>
      <w:r>
        <w:rPr>
          <w:rFonts w:ascii="Georgia" w:hAnsi="Georgia" w:cs="Georgia" w:eastAsia="Georgia"/>
          <w:b w:val="0"/>
          <w:i w:val="0"/>
          <w:sz w:val="22"/>
        </w:rPr>
        <w:t>On the other hand, the 'greatest' kaafir philanthropist who had dedicated his life to humanitarian activities and to fighting oppression, will be doomed to everlasting perdition and Hell-Fire because he is a TREASONIST. He wasted his entire worldly life in committing treason against His Creator. He had denied the Final Message and Law of His Creator, Allah Ta'ala. As such, he is doomed to be an everlasting inmate of Jahannam.</w:t>
      </w:r>
    </w:p>
    <w:p>
      <w:pPr>
        <w:spacing w:before="0" w:after="120" w:line="300" w:lineRule="exact"/>
        <w:jc w:val="both"/>
      </w:pPr>
      <w:r>
        <w:rPr>
          <w:rFonts w:ascii="Georgia" w:hAnsi="Georgia" w:cs="Georgia" w:eastAsia="Georgia"/>
          <w:b w:val="0"/>
          <w:i w:val="0"/>
          <w:sz w:val="22"/>
        </w:rPr>
        <w:t>For the kuffaar philanthropists and for their zindeeq bootlickers masquerading as Muslims, the Qur'aan states:</w:t>
      </w:r>
    </w:p>
    <w:p>
      <w:pPr>
        <w:spacing w:before="120" w:after="120" w:line="300" w:lineRule="exact"/>
        <w:ind w:left="720" w:right="720"/>
        <w:jc w:val="center"/>
      </w:pPr>
      <w:r>
        <w:rPr>
          <w:rFonts w:ascii="Georgia" w:hAnsi="Georgia" w:cs="Georgia" w:eastAsia="Georgia"/>
          <w:b w:val="0"/>
          <w:i/>
          <w:sz w:val="22"/>
        </w:rPr>
        <w:t>"Before them is Jahannam. Whatever they had earned (done) will not avail them in any way whatsoever nor will those whom they adopted as friends besides Allah be of any avail. For them shall be a terrible punishment."</w:t>
      </w:r>
    </w:p>
    <w:p>
      <w:pPr>
        <w:spacing w:before="120" w:after="120" w:line="300" w:lineRule="exact"/>
        <w:ind w:left="720" w:right="720"/>
        <w:jc w:val="center"/>
      </w:pPr>
      <w:r>
        <w:rPr>
          <w:rFonts w:ascii="Georgia" w:hAnsi="Georgia" w:cs="Georgia" w:eastAsia="Georgia"/>
          <w:b w:val="0"/>
          <w:i/>
          <w:sz w:val="22"/>
        </w:rPr>
        <w:t>(Al-Jaathiyah, Aayat 10)</w:t>
      </w:r>
    </w:p>
    <w:p>
      <w:pPr>
        <w:spacing w:before="0" w:after="120" w:line="300" w:lineRule="exact"/>
        <w:jc w:val="both"/>
      </w:pPr>
      <w:r>
        <w:rPr>
          <w:rFonts w:ascii="Georgia" w:hAnsi="Georgia" w:cs="Georgia" w:eastAsia="Georgia"/>
          <w:b w:val="0"/>
          <w:i w:val="0"/>
          <w:sz w:val="22"/>
        </w:rPr>
        <w:t>Their humanitarian activities and their so-called struggles against oppression will be of no avail. Their worldly efforts will all be wasted and worthless in the Aakhirah. For them their will be only everlasting Hell-Fire while the worst Muslim scoundrel will be in Jannat after serving his sentence or he may even be forgiven and sent to Jannat without punishment. This is because he is not a treasonist. He did not reject Tauheed and the Shariah stemming from Tauheed. He believed in the Risaalat of Muhammad (Sallallahu alayhi wasallam). He was not an idolater nor a cross-worshipper nor did he subscribe to any of the kufr beliefs of Tutu, Boesak and the Hindu Guru Krishna whose boots the Zindeeq is licking.</w:t>
      </w:r>
    </w:p>
    <w:p>
      <w:pPr>
        <w:spacing w:before="0" w:after="120" w:line="300" w:lineRule="exact"/>
        <w:jc w:val="both"/>
      </w:pPr>
      <w:r>
        <w:rPr>
          <w:rFonts w:ascii="Georgia" w:hAnsi="Georgia" w:cs="Georgia" w:eastAsia="Georgia"/>
          <w:b w:val="0"/>
          <w:i w:val="0"/>
          <w:sz w:val="22"/>
        </w:rPr>
        <w:t>These munaafiqeen will suffer horribly when Malakul Maut captures them. The Qur'aan Majeed states:</w:t>
      </w:r>
    </w:p>
    <w:p>
      <w:pPr>
        <w:spacing w:before="120" w:after="120" w:line="300" w:lineRule="exact"/>
        <w:ind w:left="720" w:right="720"/>
        <w:jc w:val="center"/>
      </w:pPr>
      <w:r>
        <w:rPr>
          <w:rFonts w:ascii="Georgia" w:hAnsi="Georgia" w:cs="Georgia" w:eastAsia="Georgia"/>
          <w:b w:val="0"/>
          <w:i/>
          <w:sz w:val="22"/>
        </w:rPr>
        <w:t>"What will be their condition when the Angels (of Death) shall kill them, striking their faces and their backs?</w:t>
      </w:r>
    </w:p>
    <w:p>
      <w:pPr>
        <w:spacing w:before="120" w:after="120" w:line="300" w:lineRule="exact"/>
        <w:ind w:left="720" w:right="720"/>
        <w:jc w:val="center"/>
      </w:pPr>
      <w:r>
        <w:rPr>
          <w:rFonts w:ascii="Georgia" w:hAnsi="Georgia" w:cs="Georgia" w:eastAsia="Georgia"/>
          <w:b w:val="0"/>
          <w:i/>
          <w:sz w:val="22"/>
        </w:rPr>
        <w:t>This (painful death) is the effect of them having pursued things which countenanced the Wrath of Allah, and they were averse to the Pleasure of Allah. Thus, has He destroyed their (superficially good) deeds."</w:t>
      </w:r>
    </w:p>
    <w:p>
      <w:pPr>
        <w:spacing w:before="0" w:after="120" w:line="300" w:lineRule="exact"/>
        <w:jc w:val="both"/>
      </w:pPr>
      <w:r>
        <w:rPr>
          <w:rFonts w:ascii="Georgia" w:hAnsi="Georgia" w:cs="Georgia" w:eastAsia="Georgia"/>
          <w:b w:val="0"/>
          <w:i w:val="0"/>
          <w:sz w:val="22"/>
        </w:rPr>
        <w:t>Their humanitarian deeds of goodness will not avail them. Their deeds are worthless without the pivot of Imaan. Deeds bereft of the basis of Imaan will not secure salvation for the kuffaar and their underling, subordinate bootlicking munaafiqeen parading as 'muslims'. They will soon readily understand this reality and comprehend in entirety the self-destruction they had perpetrated throughout their lives:</w:t>
      </w:r>
    </w:p>
    <w:p>
      <w:pPr>
        <w:spacing w:before="120" w:after="120" w:line="300" w:lineRule="exact"/>
        <w:ind w:left="720" w:right="720"/>
        <w:jc w:val="center"/>
      </w:pPr>
      <w:r>
        <w:rPr>
          <w:rFonts w:ascii="Georgia" w:hAnsi="Georgia" w:cs="Georgia" w:eastAsia="Georgia"/>
          <w:b w:val="0"/>
          <w:i/>
          <w:sz w:val="22"/>
        </w:rPr>
        <w:t>"They will say: 'Alas! If we had listened or if we had intelligence, we would not have become the companions of the Fire. Thus, will they concede their sins. Begone/Get far away (in perdition)! (This will be) for the companions of the Fire!"</w:t>
      </w:r>
    </w:p>
    <w:p>
      <w:pPr>
        <w:spacing w:before="120" w:after="120" w:line="300" w:lineRule="exact"/>
        <w:ind w:left="720" w:right="720"/>
        <w:jc w:val="center"/>
      </w:pPr>
      <w:r>
        <w:rPr>
          <w:rFonts w:ascii="Georgia" w:hAnsi="Georgia" w:cs="Georgia" w:eastAsia="Georgia"/>
          <w:b w:val="0"/>
          <w:i/>
          <w:sz w:val="22"/>
        </w:rPr>
        <w:t>(Al-Mulk, Aayat 10 &amp; 11)</w:t>
      </w:r>
    </w:p>
    <w:p>
      <w:pPr>
        <w:spacing w:before="0" w:after="120" w:line="300" w:lineRule="exact"/>
        <w:jc w:val="both"/>
      </w:pPr>
      <w:r>
        <w:rPr>
          <w:rFonts w:ascii="Georgia" w:hAnsi="Georgia" w:cs="Georgia" w:eastAsia="Georgia"/>
          <w:b w:val="0"/>
          <w:i w:val="0"/>
          <w:sz w:val="22"/>
        </w:rPr>
        <w:t>The Qur'aanic term mentioning the distance and estrangement of the evil companions of the Fire is 'suhkan'. It is stated in a pejorative sense such as the Afrikaans term: 'VOETSEK! When these modernist munaafiq bootlicker and their mushrik idolaters will express grief at their fate, it will be said to them:</w:t>
      </w:r>
    </w:p>
    <w:p>
      <w:pPr>
        <w:spacing w:before="0" w:after="120" w:line="300" w:lineRule="exact"/>
        <w:jc w:val="both"/>
      </w:pPr>
      <w:r>
        <w:rPr>
          <w:rFonts w:ascii="Georgia" w:hAnsi="Georgia" w:cs="Georgia" w:eastAsia="Georgia"/>
          <w:b w:val="0"/>
          <w:i w:val="0"/>
          <w:sz w:val="22"/>
        </w:rPr>
        <w:t>"Voetsek! Get lost and disappear into the</w:t>
      </w:r>
    </w:p>
    <w:p>
      <w:pPr>
        <w:spacing w:before="0" w:after="120" w:line="300" w:lineRule="exact"/>
        <w:jc w:val="both"/>
      </w:pPr>
      <w:r>
        <w:rPr>
          <w:rFonts w:ascii="Georgia" w:hAnsi="Georgia" w:cs="Georgia" w:eastAsia="Georgia"/>
          <w:b w:val="0"/>
          <w:i w:val="0"/>
          <w:sz w:val="22"/>
        </w:rPr>
        <w:t>Blazing Fire."</w:t>
      </w:r>
    </w:p>
    <w:p>
      <w:r>
        <w:br w:type="page"/>
      </w:r>
    </w:p>
    <w:p>
      <w:pPr>
        <w:pStyle w:val="Heading1"/>
        <w:spacing w:before="360" w:after="200" w:line="300" w:lineRule="exact"/>
        <w:jc w:val="center"/>
      </w:pPr>
      <w:r>
        <w:rPr>
          <w:rFonts w:ascii="Georgia" w:hAnsi="Georgia" w:cs="Georgia" w:eastAsia="Georgia"/>
          <w:b/>
          <w:i w:val="0"/>
          <w:color w:val="1F3864"/>
          <w:sz w:val="32"/>
        </w:rPr>
        <w:t>"DO NOT FOLLOW THEM…"</w:t>
      </w:r>
    </w:p>
    <w:p>
      <w:pPr>
        <w:spacing w:before="120" w:after="40" w:line="300" w:lineRule="exact"/>
        <w:jc w:val="both"/>
      </w:pPr>
      <w:r>
        <w:rPr>
          <w:rFonts w:ascii="Georgia" w:hAnsi="Georgia" w:cs="Georgia" w:eastAsia="Georgia"/>
          <w:b/>
          <w:i/>
          <w:sz w:val="22"/>
        </w:rPr>
        <w:t>"Do not follow the kaafireen and the munaafiqeen. Ignore their harassment and repose trust on Allah. Allah suffices as a Helper."</w:t>
      </w:r>
    </w:p>
    <w:p>
      <w:pPr>
        <w:spacing w:before="120" w:after="40" w:line="300" w:lineRule="exact"/>
        <w:jc w:val="both"/>
      </w:pPr>
      <w:r>
        <w:rPr>
          <w:rFonts w:ascii="Georgia" w:hAnsi="Georgia" w:cs="Georgia" w:eastAsia="Georgia"/>
          <w:b/>
          <w:i/>
          <w:sz w:val="22"/>
        </w:rPr>
        <w:t>(Al-Ahzaab, Aayat 48)</w:t>
      </w:r>
    </w:p>
    <w:p>
      <w:pPr>
        <w:spacing w:before="0" w:after="120" w:line="300" w:lineRule="exact"/>
        <w:jc w:val="both"/>
      </w:pPr>
      <w:r>
        <w:rPr>
          <w:rFonts w:ascii="Georgia" w:hAnsi="Georgia" w:cs="Georgia" w:eastAsia="Georgia"/>
          <w:b w:val="0"/>
          <w:i w:val="0"/>
          <w:sz w:val="22"/>
        </w:rPr>
        <w:t>This Trust (Tawakkul) is attainable only by means of total obedience to the Shariah and adoption of the Sunnah.</w:t>
      </w:r>
    </w:p>
    <w:p>
      <w:r>
        <w:br w:type="page"/>
      </w:r>
    </w:p>
    <w:p>
      <w:pPr>
        <w:pStyle w:val="Heading1"/>
        <w:spacing w:before="360" w:after="200" w:line="300" w:lineRule="exact"/>
        <w:jc w:val="center"/>
      </w:pPr>
      <w:r>
        <w:rPr>
          <w:rFonts w:ascii="Georgia" w:hAnsi="Georgia" w:cs="Georgia" w:eastAsia="Georgia"/>
          <w:b/>
          <w:i w:val="0"/>
          <w:color w:val="1F3864"/>
          <w:sz w:val="32"/>
        </w:rPr>
        <w:t>"OUR PERPETUAL ENEMIES"</w:t>
      </w:r>
    </w:p>
    <w:p>
      <w:pPr>
        <w:spacing w:before="120" w:after="40" w:line="300" w:lineRule="exact"/>
        <w:jc w:val="both"/>
      </w:pPr>
      <w:r>
        <w:rPr>
          <w:rFonts w:ascii="Georgia" w:hAnsi="Georgia" w:cs="Georgia" w:eastAsia="Georgia"/>
          <w:b/>
          <w:i/>
          <w:sz w:val="22"/>
        </w:rPr>
        <w:t>"Verily, for you (Mu'mineen) there is a beautiful pattern of life in (the life of) Ibraaheem and those with him.</w:t>
      </w:r>
    </w:p>
    <w:p>
      <w:pPr>
        <w:spacing w:before="120" w:after="40" w:line="300" w:lineRule="exact"/>
        <w:jc w:val="both"/>
      </w:pPr>
      <w:r>
        <w:rPr>
          <w:rFonts w:ascii="Georgia" w:hAnsi="Georgia" w:cs="Georgia" w:eastAsia="Georgia"/>
          <w:b/>
          <w:i/>
          <w:sz w:val="22"/>
        </w:rPr>
        <w:t>(Remember) when he said to his people: 'Verily, we</w:t>
      </w:r>
    </w:p>
    <w:p>
      <w:pPr>
        <w:spacing w:before="120" w:after="40" w:line="300" w:lineRule="exact"/>
        <w:jc w:val="both"/>
      </w:pPr>
      <w:r>
        <w:rPr>
          <w:rFonts w:ascii="Georgia" w:hAnsi="Georgia" w:cs="Georgia" w:eastAsia="Georgia"/>
          <w:b/>
          <w:i/>
          <w:sz w:val="22"/>
        </w:rPr>
        <w:t>(Mu'mineen) dissociate from you and from your objects of worship besides Allah. We reject you. Enmity and hatred have surfaced between you and us forever, until you believe in Allah, The one…"</w:t>
      </w:r>
    </w:p>
    <w:p>
      <w:pPr>
        <w:spacing w:before="120" w:after="40" w:line="300" w:lineRule="exact"/>
        <w:jc w:val="both"/>
      </w:pPr>
      <w:r>
        <w:rPr>
          <w:rFonts w:ascii="Georgia" w:hAnsi="Georgia" w:cs="Georgia" w:eastAsia="Georgia"/>
          <w:b/>
          <w:i/>
          <w:sz w:val="22"/>
        </w:rPr>
        <w:t>(Al-Mumtahinah, Aayat 4)</w:t>
      </w:r>
    </w:p>
    <w:p>
      <w:pPr>
        <w:spacing w:before="0" w:after="120" w:line="300" w:lineRule="exact"/>
        <w:jc w:val="both"/>
      </w:pPr>
      <w:r>
        <w:rPr>
          <w:rFonts w:ascii="Georgia" w:hAnsi="Georgia" w:cs="Georgia" w:eastAsia="Georgia"/>
          <w:b w:val="0"/>
          <w:i w:val="0"/>
          <w:sz w:val="22"/>
        </w:rPr>
        <w:t>The Western kuffaar who are experts in plotting and fabricating schemes and conspiracies against Islam have plotted their 'Abraham Accord' to trick, decieve and ensnare ignorant Muslims and modernists whose Imaan either dangles on a thread or has been effaced whilst studying at the brothel universities. But, there is no accord with the kuffaar in the Deen and Philosophy of Nabi Ibraaheem (Alayhis salaam).</w:t>
      </w:r>
    </w:p>
    <w:p>
      <w:pPr>
        <w:spacing w:before="0" w:after="120" w:line="300" w:lineRule="exact"/>
        <w:jc w:val="both"/>
      </w:pPr>
      <w:r>
        <w:rPr>
          <w:rFonts w:ascii="Georgia" w:hAnsi="Georgia" w:cs="Georgia" w:eastAsia="Georgia"/>
          <w:b w:val="0"/>
          <w:i w:val="0"/>
          <w:sz w:val="22"/>
        </w:rPr>
        <w:t>He had with utmost clarity denounced the kuffaar and in the most strident manner did he proclaim adaawat (enmity) and baghdhaa' (hatred) for those who are mushriks. All of these kuffaar politicians and copro-humanitarians come within the purview of the Uswah Hasanah of Nabi Ibraaheem (Alayhis salaam) as expounded in the aforementioned Qur'aanic Aayat. Nabi Ibraaheem's Uswah Hasanah dictated the proclamation against the kuffaar mentioned in the Aayat.</w:t>
      </w:r>
    </w:p>
    <w:p>
      <w:pPr>
        <w:spacing w:before="0" w:after="120" w:line="300" w:lineRule="exact"/>
        <w:jc w:val="both"/>
      </w:pPr>
      <w:r>
        <w:rPr>
          <w:rFonts w:ascii="Georgia" w:hAnsi="Georgia" w:cs="Georgia" w:eastAsia="Georgia"/>
          <w:b w:val="0"/>
          <w:i w:val="0"/>
          <w:sz w:val="22"/>
        </w:rPr>
        <w:t>Do not be misled and trapped in the snare of Iblees by the munaafiqs who bootlick the kuffaar politicians. All their 'accords' and interfaith issues are ploys of Iblees being executed by the zanaadaqah and modernists in the Muslim community.</w:t>
      </w:r>
    </w:p>
    <w:p>
      <w:r>
        <w:br w:type="page"/>
      </w:r>
    </w:p>
    <w:p>
      <w:pPr>
        <w:pStyle w:val="Heading1"/>
        <w:spacing w:before="360" w:after="200" w:line="300" w:lineRule="exact"/>
        <w:jc w:val="center"/>
      </w:pPr>
      <w:r>
        <w:rPr>
          <w:rFonts w:ascii="Georgia" w:hAnsi="Georgia" w:cs="Georgia" w:eastAsia="Georgia"/>
          <w:b/>
          <w:i w:val="0"/>
          <w:color w:val="1F3864"/>
          <w:sz w:val="32"/>
        </w:rPr>
        <w:t>THE ZAALIMOON</w:t>
      </w:r>
    </w:p>
    <w:p>
      <w:pPr>
        <w:spacing w:before="0" w:after="120" w:line="300" w:lineRule="exact"/>
        <w:jc w:val="both"/>
      </w:pPr>
      <w:r>
        <w:rPr>
          <w:rFonts w:ascii="Georgia" w:hAnsi="Georgia" w:cs="Georgia" w:eastAsia="Georgia"/>
          <w:b w:val="0"/>
          <w:i w:val="0"/>
          <w:sz w:val="22"/>
        </w:rPr>
        <w:t>"We did not destroy towns except when their inhabitants were zaalimoon (evil transgressors and oppressors)."</w:t>
      </w:r>
    </w:p>
    <w:p>
      <w:pPr>
        <w:spacing w:before="0" w:after="120" w:line="300" w:lineRule="exact"/>
        <w:jc w:val="both"/>
      </w:pPr>
      <w:r>
        <w:rPr>
          <w:rFonts w:ascii="Georgia" w:hAnsi="Georgia" w:cs="Georgia" w:eastAsia="Georgia"/>
          <w:b w:val="0"/>
          <w:i w:val="0"/>
          <w:sz w:val="22"/>
        </w:rPr>
        <w:t>(Al-Qasas, Aayat 59)</w:t>
      </w:r>
    </w:p>
    <w:p>
      <w:pPr>
        <w:spacing w:before="0" w:after="120" w:line="300" w:lineRule="exact"/>
        <w:jc w:val="both"/>
      </w:pPr>
      <w:r>
        <w:rPr>
          <w:rFonts w:ascii="Georgia" w:hAnsi="Georgia" w:cs="Georgia" w:eastAsia="Georgia"/>
          <w:b w:val="0"/>
          <w:i w:val="0"/>
          <w:sz w:val="22"/>
        </w:rPr>
        <w:t>Towns and lands are destroyed by the Punishment of Allah Azza Wa Jal. It is only the gross and flagrant sinning and treason of the inhabitants which invite the Athaab of Allah Ta'ala. When the inhabitants exceed all bounds of transgression, fisq, fujoor and kufr, and have no regret and no intention of reforming, then the Athaab of Allah Ta'ala becomes justified.</w:t>
      </w:r>
    </w:p>
    <w:p>
      <w:pPr>
        <w:spacing w:before="0" w:after="120" w:line="300" w:lineRule="exact"/>
        <w:jc w:val="both"/>
      </w:pPr>
      <w:r>
        <w:rPr>
          <w:rFonts w:ascii="Georgia" w:hAnsi="Georgia" w:cs="Georgia" w:eastAsia="Georgia"/>
          <w:b w:val="0"/>
          <w:i w:val="0"/>
          <w:sz w:val="22"/>
        </w:rPr>
        <w:t>Thus, the upheavals of Athaab we are witnessing today in Palestine, Somalia, Sudan, Syria, Kashmir, Burma, China, etc. are the consequences of the Ummah's treason and rebellion.</w:t>
      </w:r>
    </w:p>
    <w:p>
      <w:r>
        <w:br w:type="page"/>
      </w:r>
    </w:p>
    <w:p>
      <w:pPr>
        <w:pStyle w:val="Heading1"/>
        <w:spacing w:before="360" w:after="200" w:line="300" w:lineRule="exact"/>
        <w:jc w:val="center"/>
      </w:pPr>
      <w:r>
        <w:rPr>
          <w:rFonts w:ascii="Georgia" w:hAnsi="Georgia" w:cs="Georgia" w:eastAsia="Georgia"/>
          <w:b/>
          <w:i w:val="0"/>
          <w:color w:val="1F3864"/>
          <w:sz w:val="32"/>
        </w:rPr>
        <w:t>"HE IS NOT GHAAFIL"</w:t>
      </w:r>
    </w:p>
    <w:p>
      <w:pPr>
        <w:spacing w:before="0" w:after="120" w:line="300" w:lineRule="exact"/>
        <w:jc w:val="both"/>
      </w:pPr>
      <w:r>
        <w:rPr>
          <w:rFonts w:ascii="Georgia" w:hAnsi="Georgia" w:cs="Georgia" w:eastAsia="Georgia"/>
          <w:b w:val="0"/>
          <w:i w:val="0"/>
          <w:sz w:val="22"/>
        </w:rPr>
        <w:t>"Verily, We are not ghaafil (oblivious)</w:t>
      </w:r>
    </w:p>
    <w:p>
      <w:pPr>
        <w:spacing w:before="0" w:after="120" w:line="300" w:lineRule="exact"/>
        <w:jc w:val="both"/>
      </w:pPr>
      <w:r>
        <w:rPr>
          <w:rFonts w:ascii="Georgia" w:hAnsi="Georgia" w:cs="Georgia" w:eastAsia="Georgia"/>
          <w:b w:val="0"/>
          <w:i w:val="0"/>
          <w:sz w:val="22"/>
        </w:rPr>
        <w:t>Regarding creation."</w:t>
      </w:r>
    </w:p>
    <w:p>
      <w:pPr>
        <w:spacing w:before="0" w:after="120" w:line="300" w:lineRule="exact"/>
        <w:jc w:val="both"/>
      </w:pPr>
      <w:r>
        <w:rPr>
          <w:rFonts w:ascii="Georgia" w:hAnsi="Georgia" w:cs="Georgia" w:eastAsia="Georgia"/>
          <w:b w:val="0"/>
          <w:i w:val="0"/>
          <w:sz w:val="22"/>
        </w:rPr>
        <w:t>(Al-Mu'minoon, Aayat 17)</w:t>
      </w:r>
    </w:p>
    <w:p>
      <w:pPr>
        <w:spacing w:before="0" w:after="120" w:line="300" w:lineRule="exact"/>
        <w:jc w:val="both"/>
      </w:pPr>
      <w:r>
        <w:rPr>
          <w:rFonts w:ascii="Georgia" w:hAnsi="Georgia" w:cs="Georgia" w:eastAsia="Georgia"/>
          <w:b w:val="0"/>
          <w:i w:val="0"/>
          <w:sz w:val="22"/>
        </w:rPr>
        <w:t>Whatever transpires in the universe is by the decree of Allah Ta'ala. He is not ghaafil (oblivious) of the happenings on earth, in the universe and in His entire creation.</w:t>
      </w:r>
    </w:p>
    <w:p>
      <w:pPr>
        <w:spacing w:before="0" w:after="120" w:line="300" w:lineRule="exact"/>
        <w:jc w:val="both"/>
      </w:pPr>
      <w:r>
        <w:rPr>
          <w:rFonts w:ascii="Georgia" w:hAnsi="Georgia" w:cs="Georgia" w:eastAsia="Georgia"/>
          <w:b w:val="0"/>
          <w:i w:val="0"/>
          <w:sz w:val="22"/>
        </w:rPr>
        <w:t>While we grieve for the suffering of the Ummah in Palestine and elsewhere, we should not be ghaafil of the fact that Allah Azza Jal is aware of what is happening. He sees, hears, and has all the power to end the suffering. But His Wisdom is allowing the Athaab to continue, and it will run its prescribed course, and no one has the power to thwart the Decree of Allah Azza Wa Jal. No one can fathom the mystery and wisdom of the decrees of Allah Azza Wa Jal.</w:t>
      </w:r>
    </w:p>
    <w:p>
      <w:pPr>
        <w:spacing w:before="0" w:after="120" w:line="300" w:lineRule="exact"/>
        <w:jc w:val="both"/>
      </w:pPr>
      <w:r>
        <w:rPr>
          <w:rFonts w:ascii="Georgia" w:hAnsi="Georgia" w:cs="Georgia" w:eastAsia="Georgia"/>
          <w:b w:val="0"/>
          <w:i w:val="0"/>
          <w:sz w:val="22"/>
        </w:rPr>
        <w:t>"Not a leaf drops (from a tree), but He is aware.</w:t>
      </w:r>
    </w:p>
    <w:p>
      <w:pPr>
        <w:spacing w:before="0" w:after="120" w:line="300" w:lineRule="exact"/>
        <w:jc w:val="both"/>
      </w:pPr>
      <w:r>
        <w:rPr>
          <w:rFonts w:ascii="Georgia" w:hAnsi="Georgia" w:cs="Georgia" w:eastAsia="Georgia"/>
          <w:b w:val="0"/>
          <w:i w:val="0"/>
          <w:sz w:val="22"/>
        </w:rPr>
        <w:t>There is not a seed in the darkness of the earth</w:t>
      </w:r>
    </w:p>
    <w:p>
      <w:pPr>
        <w:spacing w:before="0" w:after="120" w:line="300" w:lineRule="exact"/>
        <w:jc w:val="both"/>
      </w:pPr>
      <w:r>
        <w:rPr>
          <w:rFonts w:ascii="Georgia" w:hAnsi="Georgia" w:cs="Georgia" w:eastAsia="Georgia"/>
          <w:b w:val="0"/>
          <w:i w:val="0"/>
          <w:sz w:val="22"/>
        </w:rPr>
        <w:t>(underground) nor anything moist or dry, but it is recorded in a Clear Book (in Looh Mahfuz)</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CALAMITIES</w:t>
      </w:r>
    </w:p>
    <w:p>
      <w:pPr>
        <w:spacing w:before="0" w:after="120" w:line="300" w:lineRule="exact"/>
        <w:jc w:val="both"/>
      </w:pPr>
      <w:r>
        <w:rPr>
          <w:rFonts w:ascii="Georgia" w:hAnsi="Georgia" w:cs="Georgia" w:eastAsia="Georgia"/>
          <w:b w:val="0"/>
          <w:i w:val="0"/>
          <w:sz w:val="22"/>
        </w:rPr>
        <w:t>"There is no calamity/misfortune (befalling anyone)</w:t>
      </w:r>
    </w:p>
    <w:p>
      <w:pPr>
        <w:spacing w:before="0" w:after="120" w:line="300" w:lineRule="exact"/>
        <w:jc w:val="both"/>
      </w:pPr>
      <w:r>
        <w:rPr>
          <w:rFonts w:ascii="Georgia" w:hAnsi="Georgia" w:cs="Georgia" w:eastAsia="Georgia"/>
          <w:b w:val="0"/>
          <w:i w:val="0"/>
          <w:sz w:val="22"/>
        </w:rPr>
        <w:t>except with the permission of Allah. He who believes in Allah, Allah guides his heart. And Allah is aware of everything. Obey Allah and obey the Rasool. If you turn away (from the Deen), then on Our Messengers is only the Clear Delivery (of the Message of Allah): There is no deity but He, and on Allah should the Mu'minoon have trust." (At-Taghaabun, 11, 12 &amp; 13)</w:t>
      </w:r>
    </w:p>
    <w:p>
      <w:r>
        <w:br w:type="page"/>
      </w:r>
    </w:p>
    <w:p>
      <w:pPr>
        <w:pStyle w:val="Heading1"/>
        <w:spacing w:before="360" w:after="200" w:line="300" w:lineRule="exact"/>
        <w:jc w:val="center"/>
      </w:pPr>
      <w:r>
        <w:rPr>
          <w:rFonts w:ascii="Georgia" w:hAnsi="Georgia" w:cs="Georgia" w:eastAsia="Georgia"/>
          <w:b/>
          <w:i w:val="0"/>
          <w:color w:val="1F3864"/>
          <w:sz w:val="32"/>
        </w:rPr>
        <w:t>THE BATTLE OF MOOTAH</w:t>
      </w:r>
    </w:p>
    <w:p>
      <w:pPr>
        <w:pStyle w:val="Heading3"/>
        <w:spacing w:before="200" w:after="120" w:line="300" w:lineRule="exact"/>
        <w:jc w:val="left"/>
      </w:pPr>
      <w:r>
        <w:rPr>
          <w:rFonts w:ascii="Georgia" w:hAnsi="Georgia" w:cs="Georgia" w:eastAsia="Georgia"/>
          <w:b/>
          <w:i w:val="0"/>
          <w:color w:val="2E74B5"/>
          <w:sz w:val="24"/>
        </w:rPr>
        <w:t>A STORM OF FAITH AGAINST THE TIDES OF ROME!</w:t>
      </w:r>
    </w:p>
    <w:p>
      <w:pPr>
        <w:spacing w:before="0" w:after="120" w:line="300" w:lineRule="exact"/>
        <w:jc w:val="both"/>
      </w:pPr>
      <w:r>
        <w:rPr>
          <w:rFonts w:ascii="Georgia" w:hAnsi="Georgia" w:cs="Georgia" w:eastAsia="Georgia"/>
          <w:b w:val="0"/>
          <w:i w:val="0"/>
          <w:sz w:val="22"/>
        </w:rPr>
        <w:t>3000 vs 100,000?! The Sahaabah (Radhiyallahu Anhum) stood on the burning sands of Mootah, staring at an OCEAN of Roman steel—10,000? 30,000? NO—Muslim sources say 100,000 elite Byzantine warriors! The earth trembled under their march, shields locked, spears gleaming, the Cross raised high. The Muslims were outnumbered beyond imagination—some hearts wavered. Should they wait for reinforcements?</w:t>
      </w:r>
    </w:p>
    <w:p>
      <w:pPr>
        <w:spacing w:before="0" w:after="120" w:line="300" w:lineRule="exact"/>
        <w:jc w:val="both"/>
      </w:pPr>
      <w:r>
        <w:rPr>
          <w:rFonts w:ascii="Georgia" w:hAnsi="Georgia" w:cs="Georgia" w:eastAsia="Georgia"/>
          <w:b w:val="0"/>
          <w:i w:val="0"/>
          <w:sz w:val="22"/>
        </w:rPr>
        <w:t>THEN CAME THE THUNDER OF ABDULLAH BIN RAWAAHAH (Radhiyallahu Anhu)! With fire in his voice, he roared: "O Muslims! We do not fight with numbers—we fight with EMAN (faith)! We fight for the Deen of Allah! If we advance, we attain either VICTORY or SHAHAADAH (martyrdom)! Both are GLORY!"</w:t>
      </w:r>
    </w:p>
    <w:p>
      <w:pPr>
        <w:spacing w:before="0" w:after="120" w:line="300" w:lineRule="exact"/>
        <w:jc w:val="both"/>
      </w:pPr>
      <w:r>
        <w:rPr>
          <w:rFonts w:ascii="Georgia" w:hAnsi="Georgia" w:cs="Georgia" w:eastAsia="Georgia"/>
          <w:b w:val="0"/>
          <w:i w:val="0"/>
          <w:sz w:val="22"/>
        </w:rPr>
        <w:t>THE MUSLIMS ERUPTED! Their fear turned into UNSTOPPABLE FURY! They charged—3000 LIONS against an ARMY OF TITANS!</w:t>
      </w:r>
    </w:p>
    <w:p>
      <w:pPr>
        <w:spacing w:before="0" w:after="120" w:line="300" w:lineRule="exact"/>
        <w:jc w:val="both"/>
      </w:pPr>
      <w:r>
        <w:rPr>
          <w:rFonts w:ascii="Georgia" w:hAnsi="Georgia" w:cs="Georgia" w:eastAsia="Georgia"/>
          <w:b w:val="0"/>
          <w:i w:val="0"/>
          <w:sz w:val="22"/>
        </w:rPr>
        <w:t>THE BATTLE BEGAN—A WHIRLWIND OF HEROISM!</w:t>
      </w:r>
    </w:p>
    <w:p>
      <w:pPr>
        <w:spacing w:before="0" w:after="120" w:line="300" w:lineRule="exact"/>
        <w:jc w:val="both"/>
      </w:pPr>
      <w:r>
        <w:rPr>
          <w:rFonts w:ascii="Georgia" w:hAnsi="Georgia" w:cs="Georgia" w:eastAsia="Georgia"/>
          <w:b w:val="0"/>
          <w:i w:val="0"/>
          <w:sz w:val="22"/>
        </w:rPr>
        <w:t>First, ZAID BIN HAARITHAH (Radhiyallahu Anhu), the beloved adopted son of Rasulullah (Sallallahu Alaihi Wasallam), GRABBED THE STANDARD! He fought like a DEMON OF JIHAD, cutting through Romans until arrows and spears PIERCED HIS CHEST! He fell—SHAHEED!</w:t>
      </w:r>
    </w:p>
    <w:p>
      <w:pPr>
        <w:spacing w:before="0" w:after="120" w:line="300" w:lineRule="exact"/>
        <w:jc w:val="both"/>
      </w:pPr>
      <w:r>
        <w:rPr>
          <w:rFonts w:ascii="Georgia" w:hAnsi="Georgia" w:cs="Georgia" w:eastAsia="Georgia"/>
          <w:b w:val="0"/>
          <w:i w:val="0"/>
          <w:sz w:val="22"/>
        </w:rPr>
        <w:t>Then, JAFAR BIN ABI TAALIB (Radhiyallahu Anhu), the FLYING EAGLE OF ISLAM, snatched the flag! He CHOPPED THROUGH THE ENEMY until his RIGHT ARM WAS SEVERED! He held the flag with his LEFT! When that too was cut, he GRIPPED IT WITH HIS TEETH until he was MARTYRED! His body had OVER 90 WOUNDS!</w:t>
      </w:r>
    </w:p>
    <w:p>
      <w:pPr>
        <w:spacing w:before="0" w:after="120" w:line="300" w:lineRule="exact"/>
        <w:jc w:val="both"/>
      </w:pPr>
      <w:r>
        <w:rPr>
          <w:rFonts w:ascii="Georgia" w:hAnsi="Georgia" w:cs="Georgia" w:eastAsia="Georgia"/>
          <w:b w:val="0"/>
          <w:i w:val="0"/>
          <w:sz w:val="22"/>
        </w:rPr>
        <w:t>Next, ABDULLAH BIN RAWAAHAH (Radhiyallahu Anhu), the POET-WARRIOR, took the banner! He SMASHED INTO THE ROMAN LINES, reciting verses of courage until HE TOO FELL— SHAHEED!</w:t>
      </w:r>
    </w:p>
    <w:p>
      <w:pPr>
        <w:spacing w:before="0" w:after="120" w:line="300" w:lineRule="exact"/>
        <w:jc w:val="both"/>
      </w:pPr>
      <w:r>
        <w:rPr>
          <w:rFonts w:ascii="Georgia" w:hAnsi="Georgia" w:cs="Georgia" w:eastAsia="Georgia"/>
          <w:b w:val="0"/>
          <w:i w:val="0"/>
          <w:sz w:val="22"/>
        </w:rPr>
        <w:t>BACK IN MADINAH—A MIRACLE! Rasulullah (Sallallahu Alaihi Wasallam) was WATCHING THE BATTLE FROM AFAR! Tears streamed from his HOLY EYES as he announced each martyrdom: "Zaid has fallen… Now Ja'far… Now Abdullah…"</w:t>
      </w:r>
    </w:p>
    <w:p>
      <w:pPr>
        <w:spacing w:before="0" w:after="120" w:line="300" w:lineRule="exact"/>
        <w:jc w:val="both"/>
      </w:pPr>
      <w:r>
        <w:rPr>
          <w:rFonts w:ascii="Georgia" w:hAnsi="Georgia" w:cs="Georgia" w:eastAsia="Georgia"/>
          <w:b w:val="0"/>
          <w:i w:val="0"/>
          <w:sz w:val="22"/>
        </w:rPr>
        <w:t>THE STANDARD FELL—THE MUSLIMS WERE ON THE BRINK!</w:t>
      </w:r>
    </w:p>
    <w:p>
      <w:pPr>
        <w:spacing w:before="0" w:after="120" w:line="300" w:lineRule="exact"/>
        <w:jc w:val="both"/>
      </w:pPr>
      <w:r>
        <w:rPr>
          <w:rFonts w:ascii="Georgia" w:hAnsi="Georgia" w:cs="Georgia" w:eastAsia="Georgia"/>
          <w:b w:val="0"/>
          <w:i w:val="0"/>
          <w:sz w:val="22"/>
        </w:rPr>
        <w:t>THEN—A SWORD FLASHED! Rasulullah (Sallallahu Alaihi Wasallam) declared: "NOW THE STANDARD IS IN THE HAND OF A SWORD FROM THE SWORDS OF ALLAH— KHALID BIN WALEED!"</w:t>
      </w:r>
    </w:p>
    <w:p>
      <w:pPr>
        <w:spacing w:before="0" w:after="120" w:line="300" w:lineRule="exact"/>
        <w:jc w:val="both"/>
      </w:pPr>
      <w:r>
        <w:rPr>
          <w:rFonts w:ascii="Georgia" w:hAnsi="Georgia" w:cs="Georgia" w:eastAsia="Georgia"/>
          <w:b w:val="0"/>
          <w:i w:val="0"/>
          <w:sz w:val="22"/>
        </w:rPr>
        <w:t>KHALID BIN WALEED (Radhiyallahu Anhu) UNLEASHES HELL!</w:t>
      </w:r>
    </w:p>
    <w:p>
      <w:pPr>
        <w:spacing w:before="0" w:after="120" w:line="300" w:lineRule="exact"/>
        <w:jc w:val="both"/>
      </w:pPr>
      <w:r>
        <w:rPr>
          <w:rFonts w:ascii="Georgia" w:hAnsi="Georgia" w:cs="Georgia" w:eastAsia="Georgia"/>
          <w:b w:val="0"/>
          <w:i w:val="0"/>
          <w:sz w:val="22"/>
        </w:rPr>
        <w:t>He REORGANIZED THE MUSLIM FORCES with LIGHTNING TACTICS!</w:t>
      </w:r>
    </w:p>
    <w:p>
      <w:pPr>
        <w:spacing w:before="0" w:after="120" w:line="300" w:lineRule="exact"/>
        <w:jc w:val="both"/>
      </w:pPr>
      <w:r>
        <w:rPr>
          <w:rFonts w:ascii="Georgia" w:hAnsi="Georgia" w:cs="Georgia" w:eastAsia="Georgia"/>
          <w:b w:val="0"/>
          <w:i w:val="0"/>
          <w:sz w:val="22"/>
        </w:rPr>
        <w:t>He CHARGED, RETREATED, FLANKED—CONFUSING THE ROMANS!</w:t>
      </w:r>
    </w:p>
    <w:p>
      <w:pPr>
        <w:spacing w:before="0" w:after="120" w:line="300" w:lineRule="exact"/>
        <w:jc w:val="both"/>
      </w:pPr>
      <w:r>
        <w:rPr>
          <w:rFonts w:ascii="Georgia" w:hAnsi="Georgia" w:cs="Georgia" w:eastAsia="Georgia"/>
          <w:b w:val="0"/>
          <w:i w:val="0"/>
          <w:sz w:val="22"/>
        </w:rPr>
        <w:t>He BROKE NINE SWORDS from non-stop combat!</w:t>
      </w:r>
    </w:p>
    <w:p>
      <w:pPr>
        <w:spacing w:before="0" w:after="120" w:line="300" w:lineRule="exact"/>
        <w:jc w:val="both"/>
      </w:pPr>
      <w:r>
        <w:rPr>
          <w:rFonts w:ascii="Georgia" w:hAnsi="Georgia" w:cs="Georgia" w:eastAsia="Georgia"/>
          <w:b w:val="0"/>
          <w:i w:val="0"/>
          <w:sz w:val="22"/>
        </w:rPr>
        <w:t>His FEROCITY WAS SUPERNATURAL! The Romans COULD NOT BREAK HIM!</w:t>
      </w:r>
    </w:p>
    <w:p>
      <w:pPr>
        <w:spacing w:before="0" w:after="120" w:line="300" w:lineRule="exact"/>
        <w:jc w:val="both"/>
      </w:pPr>
      <w:r>
        <w:rPr>
          <w:rFonts w:ascii="Georgia" w:hAnsi="Georgia" w:cs="Georgia" w:eastAsia="Georgia"/>
          <w:b w:val="0"/>
          <w:i w:val="0"/>
          <w:sz w:val="22"/>
        </w:rPr>
        <w:t>BY DAWN—THE MIRACLE! The MIGHTY ROMAN ARMY— 100,000 STRONG—HAD FLED! The Muslims stood VICTORIOUS!</w:t>
      </w:r>
    </w:p>
    <w:p>
      <w:pPr>
        <w:spacing w:before="0" w:after="120" w:line="300" w:lineRule="exact"/>
        <w:jc w:val="both"/>
      </w:pPr>
      <w:r>
        <w:rPr>
          <w:rFonts w:ascii="Georgia" w:hAnsi="Georgia" w:cs="Georgia" w:eastAsia="Georgia"/>
          <w:b w:val="0"/>
          <w:i w:val="0"/>
          <w:sz w:val="22"/>
        </w:rPr>
        <w:t>ISLAM HAD WON AGAINST ALL ODDS! Not by numbers— BUT BY THE WILL OF ALLAH, AND THE UNBREAKABLE HEARTS OF THE SAHAABAH!</w:t>
      </w:r>
    </w:p>
    <w:p>
      <w:pPr>
        <w:spacing w:before="0" w:after="120" w:line="300" w:lineRule="exact"/>
        <w:jc w:val="both"/>
      </w:pPr>
      <w:r>
        <w:rPr>
          <w:rFonts w:ascii="Georgia" w:hAnsi="Georgia" w:cs="Georgia" w:eastAsia="Georgia"/>
          <w:b w:val="0"/>
          <w:i w:val="0"/>
          <w:sz w:val="22"/>
        </w:rPr>
        <w:t>THE BATTLE OF MOOTAH—A LEGEND OF FAITH, VALOUR, AND DIVINE AID! A STORY THAT WILL ECHO UNTIL THE DAY OF JUDGMENT!</w:t>
      </w:r>
    </w:p>
    <w:p>
      <w:pPr>
        <w:jc w:val="center"/>
      </w:pPr>
      <w:r>
        <w:drawing>
          <wp:inline xmlns:a="http://schemas.openxmlformats.org/drawingml/2006/main" xmlns:pic="http://schemas.openxmlformats.org/drawingml/2006/picture">
            <wp:extent cx="2103120" cy="20985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03120" cy="209856"/>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be pleased with all the Sahaabah!"</w:t>
      </w:r>
    </w:p>
    <w:p>
      <w:pPr>
        <w:spacing w:before="0" w:after="120" w:line="300" w:lineRule="exact"/>
        <w:jc w:val="both"/>
      </w:pPr>
      <w:r>
        <w:rPr>
          <w:rFonts w:ascii="Georgia" w:hAnsi="Georgia" w:cs="Georgia" w:eastAsia="Georgia"/>
          <w:b w:val="0"/>
          <w:i w:val="0"/>
          <w:sz w:val="22"/>
        </w:rPr>
        <w:t>SAYYIDINA KHALID BIN WALEED—THE SWORD OF ALLAH—HAD ARRIVED!</w:t>
      </w:r>
    </w:p>
    <w:p>
      <w:pPr>
        <w:spacing w:before="0" w:after="120" w:line="300" w:lineRule="exact"/>
        <w:jc w:val="both"/>
      </w:pPr>
      <w:r>
        <w:rPr>
          <w:rFonts w:ascii="Georgia" w:hAnsi="Georgia" w:cs="Georgia" w:eastAsia="Georgia"/>
          <w:b w:val="0"/>
          <w:i w:val="0"/>
          <w:sz w:val="22"/>
        </w:rPr>
        <w:t>SUBHAANALLAH! SUBHAANALLAH INDEED!</w:t>
      </w:r>
    </w:p>
    <w:p>
      <w:pPr>
        <w:spacing w:before="0" w:after="120" w:line="300" w:lineRule="exact"/>
        <w:jc w:val="both"/>
      </w:pPr>
      <w:r>
        <w:rPr>
          <w:rFonts w:ascii="Georgia" w:hAnsi="Georgia" w:cs="Georgia" w:eastAsia="Georgia"/>
          <w:b w:val="0"/>
          <w:i w:val="0"/>
          <w:sz w:val="22"/>
        </w:rPr>
        <w:t>A BATTLE THAT DEFIES LOGIC—A VICTORY THAT DEFINES LEGENDS!</w:t>
      </w:r>
    </w:p>
    <w:p>
      <w:pPr>
        <w:spacing w:before="0" w:after="120" w:line="300" w:lineRule="exact"/>
        <w:jc w:val="both"/>
      </w:pPr>
      <w:r>
        <w:rPr>
          <w:rFonts w:ascii="Georgia" w:hAnsi="Georgia" w:cs="Georgia" w:eastAsia="Georgia"/>
          <w:b w:val="0"/>
          <w:i w:val="0"/>
          <w:sz w:val="22"/>
        </w:rPr>
        <w:t>3000 vs 100,000? No problem for the LIONS OF ISLAM!</w:t>
      </w:r>
    </w:p>
    <w:p>
      <w:pPr>
        <w:spacing w:before="0" w:after="120" w:line="300" w:lineRule="exact"/>
        <w:jc w:val="both"/>
      </w:pPr>
      <w:r>
        <w:rPr>
          <w:rFonts w:ascii="Georgia" w:hAnsi="Georgia" w:cs="Georgia" w:eastAsia="Georgia"/>
          <w:b w:val="0"/>
          <w:i w:val="0"/>
          <w:sz w:val="22"/>
        </w:rPr>
        <w:t>Three commanders martyred? The Muslims only grew STRONGER!</w:t>
      </w:r>
    </w:p>
    <w:p>
      <w:pPr>
        <w:spacing w:before="0" w:after="120" w:line="300" w:lineRule="exact"/>
        <w:jc w:val="both"/>
      </w:pPr>
      <w:r>
        <w:rPr>
          <w:rFonts w:ascii="Georgia" w:hAnsi="Georgia" w:cs="Georgia" w:eastAsia="Georgia"/>
          <w:b w:val="0"/>
          <w:i w:val="0"/>
          <w:sz w:val="22"/>
        </w:rPr>
        <w:t>Nine swords shattered? Khalid bin Waleed (Radhiyallahu Anhu) FORGED A TENTH FROM HIS UNYIELDING WILL!</w:t>
      </w:r>
    </w:p>
    <w:p>
      <w:pPr>
        <w:spacing w:before="0" w:after="120" w:line="300" w:lineRule="exact"/>
        <w:jc w:val="both"/>
      </w:pPr>
      <w:r>
        <w:rPr>
          <w:rFonts w:ascii="Georgia" w:hAnsi="Georgia" w:cs="Georgia" w:eastAsia="Georgia"/>
          <w:b w:val="0"/>
          <w:i w:val="0"/>
          <w:sz w:val="22"/>
        </w:rPr>
        <w:t>THE ROMANS THOUGHT THEY COULD CRUSH ISLAM— INSTEAD, THEY FACED:</w:t>
      </w:r>
    </w:p>
    <w:p>
      <w:pPr>
        <w:spacing w:before="0" w:after="120" w:line="300" w:lineRule="exact"/>
        <w:jc w:val="both"/>
      </w:pPr>
      <w:r>
        <w:rPr>
          <w:rFonts w:ascii="Georgia" w:hAnsi="Georgia" w:cs="Georgia" w:eastAsia="Georgia"/>
          <w:b w:val="0"/>
          <w:i w:val="0"/>
          <w:sz w:val="22"/>
        </w:rPr>
        <w:t>**ZAID (Radhiyallahu Anhu), the BELOVED, falling as a SHIELD FOR THE UMMAH!</w:t>
      </w:r>
    </w:p>
    <w:p>
      <w:pPr>
        <w:spacing w:before="0" w:after="120" w:line="300" w:lineRule="exact"/>
        <w:jc w:val="both"/>
      </w:pPr>
      <w:r>
        <w:rPr>
          <w:rFonts w:ascii="Georgia" w:hAnsi="Georgia" w:cs="Georgia" w:eastAsia="Georgia"/>
          <w:b w:val="0"/>
          <w:i w:val="0"/>
          <w:sz w:val="22"/>
        </w:rPr>
        <w:t>**JA'FAR (Radhiyallahu Anhu), the HERO, whose BLOOD FLEW LIKE EAGLES' WINGS!</w:t>
      </w:r>
    </w:p>
    <w:p>
      <w:pPr>
        <w:spacing w:before="0" w:after="120" w:line="300" w:lineRule="exact"/>
        <w:jc w:val="both"/>
      </w:pPr>
      <w:r>
        <w:rPr>
          <w:rFonts w:ascii="Georgia" w:hAnsi="Georgia" w:cs="Georgia" w:eastAsia="Georgia"/>
          <w:b w:val="0"/>
          <w:i w:val="0"/>
          <w:sz w:val="22"/>
        </w:rPr>
        <w:t>**ABDULLAH (Radhiyallahu Anhu), the POET, whose LAST WORDS WERE A POEM FOR JANNAH!</w:t>
      </w:r>
    </w:p>
    <w:p>
      <w:pPr>
        <w:spacing w:before="0" w:after="120" w:line="300" w:lineRule="exact"/>
        <w:jc w:val="both"/>
      </w:pPr>
      <w:r>
        <w:rPr>
          <w:rFonts w:ascii="Georgia" w:hAnsi="Georgia" w:cs="Georgia" w:eastAsia="Georgia"/>
          <w:b w:val="0"/>
          <w:i w:val="0"/>
          <w:sz w:val="22"/>
        </w:rPr>
        <w:t>**KHALID (Radhiyallahu Anhu), the SWORD OF ALLAH, who TURNED THE TIDE WITH DIVINE FURY!</w:t>
      </w:r>
    </w:p>
    <w:p>
      <w:pPr>
        <w:spacing w:before="0" w:after="120" w:line="300" w:lineRule="exact"/>
        <w:jc w:val="both"/>
      </w:pPr>
      <w:r>
        <w:rPr>
          <w:rFonts w:ascii="Georgia" w:hAnsi="Georgia" w:cs="Georgia" w:eastAsia="Georgia"/>
          <w:b w:val="0"/>
          <w:i w:val="0"/>
          <w:sz w:val="22"/>
        </w:rPr>
        <w:t>**AND ALL THIS—WHILE RASULULLAH (Sallallahu Alaihi Wasallam) WATCHED FROM MADINAH, HIS TEARS WATERING THE SEEDS OF ETERNITY!</w:t>
      </w:r>
    </w:p>
    <w:p>
      <w:pPr>
        <w:spacing w:before="0" w:after="120" w:line="300" w:lineRule="exact"/>
        <w:jc w:val="both"/>
      </w:pPr>
      <w:r>
        <w:rPr>
          <w:rFonts w:ascii="Georgia" w:hAnsi="Georgia" w:cs="Georgia" w:eastAsia="Georgia"/>
          <w:b w:val="0"/>
          <w:i w:val="0"/>
          <w:sz w:val="22"/>
        </w:rPr>
        <w:t>**THIS WASN'T JUST A BATTLE—IT WAS A DA'WAH TO THE WORLD!</w:t>
      </w:r>
    </w:p>
    <w:p>
      <w:pPr>
        <w:spacing w:before="0" w:after="120" w:line="300" w:lineRule="exact"/>
        <w:jc w:val="both"/>
      </w:pPr>
      <w:r>
        <w:rPr>
          <w:rFonts w:ascii="Georgia" w:hAnsi="Georgia" w:cs="Georgia" w:eastAsia="Georgia"/>
          <w:b w:val="0"/>
          <w:i w:val="0"/>
          <w:sz w:val="22"/>
        </w:rPr>
        <w:t>"Islam does not rise by numbers, but by THE MEN WHO STAND WHEN THE EARTH SHAKES!"</w:t>
      </w:r>
    </w:p>
    <w:p>
      <w:pPr>
        <w:jc w:val="center"/>
      </w:pPr>
      <w:r>
        <w:drawing>
          <wp:inline xmlns:a="http://schemas.openxmlformats.org/drawingml/2006/main" xmlns:pic="http://schemas.openxmlformats.org/drawingml/2006/picture">
            <wp:extent cx="1928266" cy="46150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928266" cy="461504"/>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make us among the lovers of the Sahaabah, and grant us their love and their way!"</w:t>
      </w:r>
    </w:p>
    <w:p>
      <w:pPr>
        <w:spacing w:before="0" w:after="120" w:line="300" w:lineRule="exact"/>
        <w:jc w:val="both"/>
      </w:pPr>
      <w:r>
        <w:rPr>
          <w:rFonts w:ascii="Georgia" w:hAnsi="Georgia" w:cs="Georgia" w:eastAsia="Georgia"/>
          <w:b w:val="0"/>
          <w:i w:val="0"/>
          <w:sz w:val="22"/>
        </w:rPr>
        <w:t>SUBHAANALLAH! SUBHAANALLAH! SUBHAANALLAH!</w:t>
      </w:r>
    </w:p>
    <w:p>
      <w:pPr>
        <w:spacing w:before="0" w:after="120" w:line="300" w:lineRule="exact"/>
        <w:jc w:val="both"/>
      </w:pPr>
      <w:r>
        <w:rPr>
          <w:rFonts w:ascii="Georgia" w:hAnsi="Georgia" w:cs="Georgia" w:eastAsia="Georgia"/>
          <w:b w:val="0"/>
          <w:i w:val="0"/>
          <w:sz w:val="22"/>
        </w:rPr>
        <w:t>The Battle of Mootah— where FAITH MOVED MOUNTAINS, AND 3000 DEFIED DESTINY!</w:t>
      </w:r>
    </w:p>
    <w:p>
      <w:pPr>
        <w:jc w:val="center"/>
      </w:pPr>
      <w:r>
        <w:drawing>
          <wp:inline xmlns:a="http://schemas.openxmlformats.org/drawingml/2006/main" xmlns:pic="http://schemas.openxmlformats.org/drawingml/2006/picture">
            <wp:extent cx="1752600" cy="25492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52600" cy="254924"/>
                    </a:xfrm>
                    <a:prstGeom prst="rect"/>
                  </pic:spPr>
                </pic:pic>
              </a:graphicData>
            </a:graphic>
          </wp:inline>
        </w:drawing>
      </w:r>
    </w:p>
    <w:p>
      <w:pPr>
        <w:spacing w:before="0" w:after="120" w:line="300" w:lineRule="exact"/>
        <w:jc w:val="both"/>
      </w:pPr>
      <w:r>
        <w:rPr>
          <w:rFonts w:ascii="Georgia" w:hAnsi="Georgia" w:cs="Georgia" w:eastAsia="Georgia"/>
          <w:b w:val="0"/>
          <w:i w:val="0"/>
          <w:sz w:val="22"/>
        </w:rPr>
        <w:t>"And victory comes only from Allah!" (Qur'an 8:10)</w:t>
      </w:r>
    </w:p>
    <w:p>
      <w:r>
        <w:br w:type="page"/>
      </w:r>
    </w:p>
    <w:p>
      <w:pPr>
        <w:pStyle w:val="Heading1"/>
        <w:spacing w:before="360" w:after="200" w:line="300" w:lineRule="exact"/>
        <w:jc w:val="center"/>
      </w:pPr>
      <w:r>
        <w:rPr>
          <w:rFonts w:ascii="Georgia" w:hAnsi="Georgia" w:cs="Georgia" w:eastAsia="Georgia"/>
          <w:b/>
          <w:i w:val="0"/>
          <w:color w:val="1F3864"/>
          <w:sz w:val="32"/>
        </w:rPr>
        <w:t>THE ARMIES OF ALLAH</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4)</w:t>
      </w:r>
    </w:p>
    <w:p>
      <w:pPr>
        <w:spacing w:before="0" w:after="120" w:line="300" w:lineRule="exact"/>
        <w:jc w:val="both"/>
      </w:pPr>
      <w:r>
        <w:rPr>
          <w:rFonts w:ascii="Georgia" w:hAnsi="Georgia" w:cs="Georgia" w:eastAsia="Georgia"/>
          <w:b w:val="0"/>
          <w:i w:val="0"/>
          <w:sz w:val="22"/>
        </w:rPr>
        <w:t>The Yahood, the Nasaara, natural disasters and all things of destruction are units in the Armies of Allah. They operate by the decree of Allah Ta'ala. Nothing and no one can lift a finger without authorization and empowerment by Allah Azza Wa Jal.</w:t>
      </w:r>
    </w:p>
    <w:p>
      <w:pPr>
        <w:spacing w:before="0" w:after="120" w:line="300" w:lineRule="exact"/>
        <w:jc w:val="both"/>
      </w:pPr>
      <w:r>
        <w:rPr>
          <w:rFonts w:ascii="Georgia" w:hAnsi="Georgia" w:cs="Georgia" w:eastAsia="Georgia"/>
          <w:b w:val="0"/>
          <w:i w:val="0"/>
          <w:sz w:val="22"/>
        </w:rPr>
        <w:t>To emphasize the fact that all powers and forces are the armies of Allah Azza Wa Jal, the Qur'aan repeats the above Verse, just two verses after having mentioned it:</w:t>
      </w:r>
    </w:p>
    <w:p>
      <w:pPr>
        <w:spacing w:before="120" w:after="120" w:line="300" w:lineRule="exact"/>
        <w:ind w:left="720" w:right="720"/>
        <w:jc w:val="center"/>
      </w:pPr>
      <w:r>
        <w:rPr>
          <w:rFonts w:ascii="Georgia" w:hAnsi="Georgia" w:cs="Georgia" w:eastAsia="Georgia"/>
          <w:b w:val="0"/>
          <w:i/>
          <w:sz w:val="22"/>
        </w:rPr>
        <w:t>"The armies of the heavens and earth belong to Allah."</w:t>
      </w:r>
    </w:p>
    <w:p>
      <w:pPr>
        <w:spacing w:before="120" w:after="120" w:line="300" w:lineRule="exact"/>
        <w:ind w:left="720" w:right="720"/>
        <w:jc w:val="center"/>
      </w:pPr>
      <w:r>
        <w:rPr>
          <w:rFonts w:ascii="Georgia" w:hAnsi="Georgia" w:cs="Georgia" w:eastAsia="Georgia"/>
          <w:b w:val="0"/>
          <w:i/>
          <w:sz w:val="22"/>
        </w:rPr>
        <w:t>(Al-Fath, Aayat 7)</w:t>
      </w:r>
    </w:p>
    <w:p>
      <w:pPr>
        <w:spacing w:before="0" w:after="120" w:line="300" w:lineRule="exact"/>
        <w:jc w:val="both"/>
      </w:pPr>
      <w:r>
        <w:rPr>
          <w:rFonts w:ascii="Georgia" w:hAnsi="Georgia" w:cs="Georgia" w:eastAsia="Georgia"/>
          <w:b w:val="0"/>
          <w:i w:val="0"/>
          <w:sz w:val="22"/>
        </w:rPr>
        <w:t>Again emphasizing this fact and reality, the Qur'aan states;</w:t>
      </w:r>
    </w:p>
    <w:p>
      <w:pPr>
        <w:spacing w:before="120" w:after="120" w:line="300" w:lineRule="exact"/>
        <w:ind w:left="720" w:right="720"/>
        <w:jc w:val="center"/>
      </w:pPr>
      <w:r>
        <w:rPr>
          <w:rFonts w:ascii="Georgia" w:hAnsi="Georgia" w:cs="Georgia" w:eastAsia="Georgia"/>
          <w:b w:val="0"/>
          <w:i/>
          <w:sz w:val="22"/>
        </w:rPr>
        <w:t>"No one knows the Armies of your Rabb, except He."</w:t>
      </w:r>
    </w:p>
    <w:p>
      <w:pPr>
        <w:spacing w:before="120" w:after="120" w:line="300" w:lineRule="exact"/>
        <w:ind w:left="720" w:right="720"/>
        <w:jc w:val="center"/>
      </w:pPr>
      <w:r>
        <w:rPr>
          <w:rFonts w:ascii="Georgia" w:hAnsi="Georgia" w:cs="Georgia" w:eastAsia="Georgia"/>
          <w:b w:val="0"/>
          <w:i/>
          <w:sz w:val="22"/>
        </w:rPr>
        <w:t>(Al-Muddathir, Aayat 31)</w:t>
      </w:r>
    </w:p>
    <w:p>
      <w:pPr>
        <w:spacing w:before="0" w:after="120" w:line="300" w:lineRule="exact"/>
        <w:jc w:val="both"/>
      </w:pPr>
      <w:r>
        <w:rPr>
          <w:rFonts w:ascii="Georgia" w:hAnsi="Georgia" w:cs="Georgia" w:eastAsia="Georgia"/>
          <w:b w:val="0"/>
          <w:i w:val="0"/>
          <w:sz w:val="22"/>
        </w:rPr>
        <w:t>To punish the disobedient and rebellious Believers, Allah Ta'ala sends against them any unit from His Armies. The kuffaar, the hurricane, earthquake, tsunami, etc., etc. are all units of the Armies of Allah Ta'ala. They operate within the bounds of the power ordained for them.</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0" w:after="120" w:line="300" w:lineRule="exact"/>
        <w:jc w:val="both"/>
      </w:pPr>
      <w:r>
        <w:rPr>
          <w:rFonts w:ascii="Georgia" w:hAnsi="Georgia" w:cs="Georgia" w:eastAsia="Georgia"/>
          <w:b w:val="0"/>
          <w:i w:val="0"/>
          <w:sz w:val="22"/>
        </w:rPr>
        <w:t>Who are the people who are entitled to receive the Aid of Allah Ta'ala? Answering this question, the Qur'aan Majeed states:</w:t>
      </w:r>
    </w:p>
    <w:p>
      <w:pPr>
        <w:spacing w:before="120" w:after="120" w:line="300" w:lineRule="exact"/>
        <w:ind w:left="720" w:right="720"/>
        <w:jc w:val="center"/>
      </w:pPr>
      <w:r>
        <w:rPr>
          <w:rFonts w:ascii="Georgia" w:hAnsi="Georgia" w:cs="Georgia" w:eastAsia="Georgia"/>
          <w:b w:val="0"/>
          <w:i/>
          <w:sz w:val="22"/>
        </w:rPr>
        <w:t>"Most assuredly, Allah will aid those who aid Him.</w:t>
      </w:r>
    </w:p>
    <w:p>
      <w:pPr>
        <w:spacing w:before="120" w:after="120" w:line="300" w:lineRule="exact"/>
        <w:ind w:left="720" w:right="720"/>
        <w:jc w:val="center"/>
      </w:pPr>
      <w:r>
        <w:rPr>
          <w:rFonts w:ascii="Georgia" w:hAnsi="Georgia" w:cs="Georgia" w:eastAsia="Georgia"/>
          <w:b w:val="0"/>
          <w:i/>
          <w:sz w:val="22"/>
        </w:rPr>
        <w:t>Verily, Allah is powerful and mighty."</w:t>
      </w:r>
    </w:p>
    <w:p>
      <w:pPr>
        <w:spacing w:before="120" w:after="120" w:line="300" w:lineRule="exact"/>
        <w:ind w:left="720" w:right="720"/>
        <w:jc w:val="center"/>
      </w:pPr>
      <w:r>
        <w:rPr>
          <w:rFonts w:ascii="Georgia" w:hAnsi="Georgia" w:cs="Georgia" w:eastAsia="Georgia"/>
          <w:b w:val="0"/>
          <w:i/>
          <w:sz w:val="22"/>
        </w:rPr>
        <w:t>(Al-Hajj, Aayat 40)</w:t>
      </w:r>
    </w:p>
    <w:p>
      <w:pPr>
        <w:spacing w:before="0" w:after="120" w:line="300" w:lineRule="exact"/>
        <w:jc w:val="both"/>
      </w:pPr>
      <w:r>
        <w:rPr>
          <w:rFonts w:ascii="Georgia" w:hAnsi="Georgia" w:cs="Georgia" w:eastAsia="Georgia"/>
          <w:b w:val="0"/>
          <w:i w:val="0"/>
          <w:sz w:val="22"/>
        </w:rPr>
        <w:t>Those who aid the Deen of Allah Ta'ala are the ones who "aid Allah Ta'ala". Who are they? Answering this question, the Qur'aan Majeed says:</w:t>
      </w:r>
    </w:p>
    <w:p>
      <w:pPr>
        <w:spacing w:before="120" w:after="120" w:line="300" w:lineRule="exact"/>
        <w:ind w:left="720" w:right="720"/>
        <w:jc w:val="center"/>
      </w:pPr>
      <w:r>
        <w:rPr>
          <w:rFonts w:ascii="Georgia" w:hAnsi="Georgia" w:cs="Georgia" w:eastAsia="Georgia"/>
          <w:b w:val="0"/>
          <w:i/>
          <w:sz w:val="22"/>
        </w:rPr>
        <w:t>"They are those who, if We grant them authority on earth, they establish Salaat, pay Zakaat, command virtue and prohibit evil. And the final result is with Allah."</w:t>
      </w:r>
    </w:p>
    <w:p>
      <w:pPr>
        <w:spacing w:before="120" w:after="120" w:line="300" w:lineRule="exact"/>
        <w:ind w:left="720" w:right="720"/>
        <w:jc w:val="center"/>
      </w:pPr>
      <w:r>
        <w:rPr>
          <w:rFonts w:ascii="Georgia" w:hAnsi="Georgia" w:cs="Georgia" w:eastAsia="Georgia"/>
          <w:b w:val="0"/>
          <w:i/>
          <w:sz w:val="22"/>
        </w:rPr>
        <w:t>(Al-Hajj, 41)</w:t>
      </w:r>
    </w:p>
    <w:p>
      <w:pPr>
        <w:spacing w:before="0" w:after="120" w:line="300" w:lineRule="exact"/>
        <w:jc w:val="both"/>
      </w:pPr>
      <w:r>
        <w:rPr>
          <w:rFonts w:ascii="Georgia" w:hAnsi="Georgia" w:cs="Georgia" w:eastAsia="Georgia"/>
          <w:b w:val="0"/>
          <w:i w:val="0"/>
          <w:sz w:val="22"/>
        </w:rPr>
        <w:t>Muslims who have abandoned the Deen and who regulate their lives in emulation of the kuffaar as is the case in all countries, do not deserve the Nusrat (Aid) of Allah. The consequences of being deprived of the Aid of Allah Ta'ala are glaringly visible today in Palestine, Kashmir, India, China, Somalia, Sudan, etc.</w:t>
      </w:r>
    </w:p>
    <w:p>
      <w:r>
        <w:br w:type="page"/>
      </w:r>
    </w:p>
    <w:p>
      <w:pPr>
        <w:pStyle w:val="Heading1"/>
        <w:spacing w:before="360" w:after="200" w:line="300" w:lineRule="exact"/>
        <w:jc w:val="center"/>
      </w:pPr>
      <w:r>
        <w:rPr>
          <w:rFonts w:ascii="Georgia" w:hAnsi="Georgia" w:cs="Georgia" w:eastAsia="Georgia"/>
          <w:b/>
          <w:i w:val="0"/>
          <w:color w:val="1F3864"/>
          <w:sz w:val="32"/>
        </w:rPr>
        <w:t>ABANDONING THE DEEN</w:t>
      </w:r>
    </w:p>
    <w:p>
      <w:pPr>
        <w:spacing w:before="120" w:after="40" w:line="300" w:lineRule="exact"/>
        <w:jc w:val="both"/>
      </w:pPr>
      <w:r>
        <w:rPr>
          <w:rFonts w:ascii="Georgia" w:hAnsi="Georgia" w:cs="Georgia" w:eastAsia="Georgia"/>
          <w:b/>
          <w:i/>
          <w:sz w:val="22"/>
        </w:rPr>
        <w:t>"If Allah helps you, then none can defeat you.</w:t>
      </w:r>
    </w:p>
    <w:p>
      <w:pPr>
        <w:spacing w:before="120" w:after="40" w:line="300" w:lineRule="exact"/>
        <w:jc w:val="both"/>
      </w:pPr>
      <w:r>
        <w:rPr>
          <w:rFonts w:ascii="Georgia" w:hAnsi="Georgia" w:cs="Georgia" w:eastAsia="Georgia"/>
          <w:b/>
          <w:i/>
          <w:sz w:val="22"/>
        </w:rPr>
        <w:t>And, if He abandons you, then who is there to help you. The Mu'minoon should trust only Allah (and no one else)."</w:t>
      </w:r>
    </w:p>
    <w:p>
      <w:pPr>
        <w:spacing w:before="120" w:after="40" w:line="300" w:lineRule="exact"/>
        <w:jc w:val="both"/>
      </w:pPr>
      <w:r>
        <w:rPr>
          <w:rFonts w:ascii="Georgia" w:hAnsi="Georgia" w:cs="Georgia" w:eastAsia="Georgia"/>
          <w:b/>
          <w:i/>
          <w:sz w:val="22"/>
        </w:rPr>
        <w:t>(Aal Imraan, Aayat 160)</w:t>
      </w:r>
    </w:p>
    <w:p>
      <w:pPr>
        <w:spacing w:before="0" w:after="120" w:line="300" w:lineRule="exact"/>
        <w:jc w:val="both"/>
      </w:pPr>
      <w:r>
        <w:rPr>
          <w:rFonts w:ascii="Georgia" w:hAnsi="Georgia" w:cs="Georgia" w:eastAsia="Georgia"/>
          <w:b w:val="0"/>
          <w:i w:val="0"/>
          <w:sz w:val="22"/>
        </w:rPr>
        <w:t>This Aayat of the Qur'aan Majeed as well as other similar verses and supplementary Ahaadith should convince all understanding Muslims –Muslims with genuine Imaan – Imaan uncorrupted with western/atheistic ideologies - that there is no conundrum in the heart-rending conflagration consuming Muslims in Palestine.</w:t>
      </w:r>
    </w:p>
    <w:p>
      <w:pPr>
        <w:spacing w:before="0" w:after="120" w:line="300" w:lineRule="exact"/>
        <w:jc w:val="both"/>
      </w:pPr>
      <w:r>
        <w:rPr>
          <w:rFonts w:ascii="Georgia" w:hAnsi="Georgia" w:cs="Georgia" w:eastAsia="Georgia"/>
          <w:b w:val="0"/>
          <w:i w:val="0"/>
          <w:sz w:val="22"/>
        </w:rPr>
        <w:t>Whatever is transpiring in Palestine and in every other place in this universe, is the Decree of Allah Azza Wa Jal:</w:t>
      </w:r>
    </w:p>
    <w:p>
      <w:pPr>
        <w:spacing w:before="0" w:after="120" w:line="300" w:lineRule="exact"/>
        <w:jc w:val="both"/>
      </w:pPr>
      <w:r>
        <w:rPr>
          <w:rFonts w:ascii="Georgia" w:hAnsi="Georgia" w:cs="Georgia" w:eastAsia="Georgia"/>
          <w:b w:val="0"/>
          <w:i w:val="0"/>
          <w:sz w:val="22"/>
        </w:rPr>
        <w:t>"Everything is recorded in a Clear Kitaab."</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Decree of Allah Ta'ala cannot be thwarted or impeded. It will run its prescribed course.</w:t>
      </w:r>
    </w:p>
    <w:p>
      <w:pPr>
        <w:spacing w:before="0" w:after="120" w:line="300" w:lineRule="exact"/>
        <w:jc w:val="both"/>
      </w:pPr>
      <w:r>
        <w:rPr>
          <w:rFonts w:ascii="Georgia" w:hAnsi="Georgia" w:cs="Georgia" w:eastAsia="Georgia"/>
          <w:b w:val="0"/>
          <w:i w:val="0"/>
          <w:sz w:val="22"/>
        </w:rPr>
        <w:t>Muslims, all over the world, have abandoned the Deen. They have forgotten Allah Ta'ala. He has therefore abandoned us by withholding His Nusrat (Help) from the Ummah. If Allah Ta'ala was pleased with Muslims, then according to the Qur'aan "none can defeat you". Today Muslims sprawled at the feet of the kuffaar and licking their boots, find no succour. The very boots they are licking and the very kuffaar they are emulating are kicking and humiliating them.</w:t>
      </w:r>
    </w:p>
    <w:p>
      <w:pPr>
        <w:spacing w:before="0" w:after="120" w:line="300" w:lineRule="exact"/>
        <w:jc w:val="both"/>
      </w:pPr>
      <w:r>
        <w:rPr>
          <w:rFonts w:ascii="Georgia" w:hAnsi="Georgia" w:cs="Georgia" w:eastAsia="Georgia"/>
          <w:b w:val="0"/>
          <w:i w:val="0"/>
          <w:sz w:val="22"/>
        </w:rPr>
        <w:t>Allah Ta'ala commands that the Mu'mineen should have Tawakkul (Trust) on only Him. But Muslims are reposing their trust on the stupid, imaginary and fictitious 'international community'. This international community, the UN, the international courts and other kuffaar institutions are all mirages and fictions. No one can aid Muslims because Allah Ta'ala has abandoned us.</w:t>
      </w:r>
    </w:p>
    <w:p>
      <w:pPr>
        <w:spacing w:before="0" w:after="120" w:line="300" w:lineRule="exact"/>
        <w:jc w:val="both"/>
      </w:pPr>
      <w:r>
        <w:rPr>
          <w:rFonts w:ascii="Georgia" w:hAnsi="Georgia" w:cs="Georgia" w:eastAsia="Georgia"/>
          <w:b w:val="0"/>
          <w:i w:val="0"/>
          <w:sz w:val="22"/>
        </w:rPr>
        <w:t>The only way of gaining the Nusrat of Allah Ta'ala is to return back to Islam with Taubah, Istighfaar, Taa-at (Obedience) and Ibaadat. There is no other way.</w:t>
      </w:r>
    </w:p>
    <w:p>
      <w:r>
        <w:br w:type="page"/>
      </w:r>
    </w:p>
    <w:p>
      <w:pPr>
        <w:pStyle w:val="Heading1"/>
        <w:spacing w:before="360" w:after="200" w:line="300" w:lineRule="exact"/>
        <w:jc w:val="center"/>
      </w:pPr>
      <w:r>
        <w:rPr>
          <w:rFonts w:ascii="Georgia" w:hAnsi="Georgia" w:cs="Georgia" w:eastAsia="Georgia"/>
          <w:b/>
          <w:i w:val="0"/>
          <w:color w:val="1F3864"/>
          <w:sz w:val="32"/>
        </w:rPr>
        <w:t>JIHAD BY THE REGIME'S OF MUSLIM COUNTRIES? A HILARIOUS JOKE</w:t>
      </w:r>
    </w:p>
    <w:p>
      <w:pPr>
        <w:spacing w:before="0" w:after="120" w:line="300" w:lineRule="exact"/>
        <w:jc w:val="both"/>
      </w:pPr>
      <w:r>
        <w:rPr>
          <w:rFonts w:ascii="Georgia" w:hAnsi="Georgia" w:cs="Georgia" w:eastAsia="Georgia"/>
          <w:b w:val="0"/>
          <w:i w:val="0"/>
          <w:sz w:val="22"/>
        </w:rPr>
        <w:t>Some entities, namely the IUMS (International Union of Islamic Scholars) and Mufti Taqi Usmani) have issued the fatwa of Jihad being obligatory on all Muslim governments. In the wake of kuffaar brutalities on Muslim communities, not only in Gazzah, but in several other places such as Burma, India, China, etc., Jihad being Fardh on Muslim governments is an axiomatic truth and reality which is not in need of these belated fatwas.</w:t>
      </w:r>
    </w:p>
    <w:p>
      <w:pPr>
        <w:spacing w:before="0" w:after="120" w:line="300" w:lineRule="exact"/>
        <w:jc w:val="both"/>
      </w:pPr>
      <w:r>
        <w:rPr>
          <w:rFonts w:ascii="Georgia" w:hAnsi="Georgia" w:cs="Georgia" w:eastAsia="Georgia"/>
          <w:b w:val="0"/>
          <w:i w:val="0"/>
          <w:sz w:val="22"/>
        </w:rPr>
        <w:t>However, these fatwas are full of sound and fury signifying nil, absolutely nothing. Firstly, all regimes in all Muslim countries with the solitary exception of Afghanistan, are KUFR. The governments of the Muslim countries have abolished the Shariah and have substituted for it some western kufr system of government. Even the abolition of a single hukm of the Shariah is kufr. But we find that the entire Shariah has been expunged from the law system of all Muslim countries.</w:t>
      </w:r>
    </w:p>
    <w:p>
      <w:pPr>
        <w:spacing w:before="0" w:after="120" w:line="300" w:lineRule="exact"/>
        <w:jc w:val="both"/>
      </w:pPr>
      <w:r>
        <w:rPr>
          <w:rFonts w:ascii="Georgia" w:hAnsi="Georgia" w:cs="Georgia" w:eastAsia="Georgia"/>
          <w:b w:val="0"/>
          <w:i w:val="0"/>
          <w:sz w:val="22"/>
        </w:rPr>
        <w:t>Kuffaar regimes governing the Muslim countries with systems of Kufr cannot be expected to heed the flapdoodle fatwas of the Muftis who themselves are generally bootlickers of the kufr regimes.</w:t>
      </w:r>
    </w:p>
    <w:p>
      <w:pPr>
        <w:spacing w:before="0" w:after="120" w:line="300" w:lineRule="exact"/>
        <w:jc w:val="both"/>
      </w:pPr>
      <w:r>
        <w:rPr>
          <w:rFonts w:ascii="Georgia" w:hAnsi="Georgia" w:cs="Georgia" w:eastAsia="Georgia"/>
          <w:b w:val="0"/>
          <w:i w:val="0"/>
          <w:sz w:val="22"/>
        </w:rPr>
        <w:t>Did Mufti Taqi ever issue the fatwa of Jihad being Fardh on the government of Pakistan regarding the brutalities of Burma and India on their respective Muslim communities? Palestine in relation to Burma and India is far away. Did Mufti Taqi ever say that Jihad is Fardh on the Pakistani government regarding the issue of Kashmir? And did the IUMS ever issue such a fatwa for governments adjoining countries where genocide was being perpetrated against Muslims?</w:t>
      </w:r>
    </w:p>
    <w:p>
      <w:pPr>
        <w:spacing w:before="0" w:after="120" w:line="300" w:lineRule="exact"/>
        <w:jc w:val="both"/>
      </w:pPr>
      <w:r>
        <w:rPr>
          <w:rFonts w:ascii="Georgia" w:hAnsi="Georgia" w:cs="Georgia" w:eastAsia="Georgia"/>
          <w:b w:val="0"/>
          <w:i w:val="0"/>
          <w:sz w:val="22"/>
        </w:rPr>
        <w:t>The armed forces of all Muslim countries are in cahoots with their respective kuffaar governments, hence they too are kuffaar regardless of their trumpeting 'islamic' themes. The kufr of the regimes has rendered the armed forces impotent against the kuffaar. The only utility the armies in Muslim countries have is to oppress and brutalize their civilian populations. But against the kuffaar, they are absolutely useless, hopeless and impotent.</w:t>
      </w:r>
    </w:p>
    <w:p>
      <w:pPr>
        <w:spacing w:before="0" w:after="120" w:line="300" w:lineRule="exact"/>
        <w:jc w:val="both"/>
      </w:pPr>
      <w:r>
        <w:rPr>
          <w:rFonts w:ascii="Georgia" w:hAnsi="Georgia" w:cs="Georgia" w:eastAsia="Georgia"/>
          <w:b w:val="0"/>
          <w:i w:val="0"/>
          <w:sz w:val="22"/>
        </w:rPr>
        <w:t>In addition to being silent spectators of the massacres and genocide in Gazzah, all armies, airforces, navies and governments are in cahoots with Israel and the USA. In fact, they are totally submissive and docile on account of their fear for the Yahood and Nasaara, and such fear is the effect of being fearless against Allah Ta'ala. This includes Qatar who deceptively portrays to be in support of Palestine while in reality it too is in collaboration with the Yahood and Nasaara.</w:t>
      </w:r>
    </w:p>
    <w:p>
      <w:pPr>
        <w:spacing w:before="0" w:after="120" w:line="300" w:lineRule="exact"/>
        <w:jc w:val="both"/>
      </w:pPr>
      <w:r>
        <w:rPr>
          <w:rFonts w:ascii="Georgia" w:hAnsi="Georgia" w:cs="Georgia" w:eastAsia="Georgia"/>
          <w:b w:val="0"/>
          <w:i w:val="0"/>
          <w:sz w:val="22"/>
        </w:rPr>
        <w:t>While the Grand Iblees 'mufti' of Egypt castigated these entities for their fatwa, calling it 'irresponsible', we say that it is a hilarious joke devoid of substance.</w:t>
      </w:r>
    </w:p>
    <w:p>
      <w:pPr>
        <w:spacing w:before="120" w:after="120" w:line="300" w:lineRule="exact"/>
        <w:ind w:left="720" w:right="720"/>
        <w:jc w:val="center"/>
      </w:pPr>
      <w:r>
        <w:rPr>
          <w:rFonts w:ascii="Georgia" w:hAnsi="Georgia" w:cs="Georgia" w:eastAsia="Georgia"/>
          <w:b w:val="0"/>
          <w:i/>
          <w:sz w:val="22"/>
        </w:rPr>
        <w:t>"Verily, the earth belongs to Allah. He grants its dominion to whomever He wills of His servants. The ultimate result (of success and victory) is for the Muttaqeen."</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NAPAKISTAN: THE CURSE OF THE MAZLOOM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"Three Duas are Mustajaabaat (readily accepted by Allah Ta'ala).</w:t>
      </w:r>
    </w:p>
    <w:p>
      <w:pPr>
        <w:spacing w:before="120" w:after="40" w:line="300" w:lineRule="exact"/>
        <w:jc w:val="both"/>
      </w:pPr>
      <w:r>
        <w:rPr>
          <w:rFonts w:ascii="Georgia" w:hAnsi="Georgia" w:cs="Georgia" w:eastAsia="Georgia"/>
          <w:b/>
          <w:i/>
          <w:sz w:val="22"/>
        </w:rPr>
        <w:t>The Dua of one's father; the Dua of the wayfarer (not a merrymaking tourist), and the Dua (Curse) of the Mazloom (Oppressed one). The Dua of the Mazloom is raised above the clouds. The portals of Heaven are opened for it, and Rabb proclaims: "I take oath by My Glory and Might that I shall aid you even if it is after some time."</w:t>
      </w:r>
    </w:p>
    <w:p>
      <w:pPr>
        <w:spacing w:before="0" w:after="120" w:line="300" w:lineRule="exact"/>
        <w:jc w:val="both"/>
      </w:pPr>
      <w:r>
        <w:rPr>
          <w:rFonts w:ascii="Georgia" w:hAnsi="Georgia" w:cs="Georgia" w:eastAsia="Georgia"/>
          <w:b w:val="0"/>
          <w:i w:val="0"/>
          <w:sz w:val="22"/>
        </w:rPr>
        <w:t>Pakistan or Napakistan, because of some political issues and differences with the Taliban of Afghanistan is expelling more than a million Afghan immigrants from Pakistan. Heartlessly and without any vestige of mercy, the Na-pakistani authorities are totally inconsiderate regarding the zulm they are inflicting on these unfortunate Muslims who have settled in Pakistan since many decades. Thousands have been born in Napakistan and have no ties with Afghanistan.</w:t>
      </w:r>
    </w:p>
    <w:p>
      <w:pPr>
        <w:spacing w:before="0" w:after="120" w:line="300" w:lineRule="exact"/>
        <w:jc w:val="both"/>
      </w:pPr>
      <w:r>
        <w:rPr>
          <w:rFonts w:ascii="Georgia" w:hAnsi="Georgia" w:cs="Georgia" w:eastAsia="Georgia"/>
          <w:b w:val="0"/>
          <w:i w:val="0"/>
          <w:sz w:val="22"/>
        </w:rPr>
        <w:t>Since the regime in Napakistan is kufr, it conducts itself like the kuffaar Yahood in Gazzah. A kufr regime masquerading as Muslims, excel in zulm. It is therefore uncaring and oblivious of the cruelty and brutality it is inflicting on the more than million Reciters of the Kalimah.</w:t>
      </w:r>
    </w:p>
    <w:p>
      <w:pPr>
        <w:spacing w:before="0" w:after="120" w:line="300" w:lineRule="exact"/>
        <w:jc w:val="both"/>
      </w:pPr>
      <w:r>
        <w:rPr>
          <w:rFonts w:ascii="Georgia" w:hAnsi="Georgia" w:cs="Georgia" w:eastAsia="Georgia"/>
          <w:b w:val="0"/>
          <w:i w:val="0"/>
          <w:sz w:val="22"/>
        </w:rPr>
        <w:t>There is absolutely no justification for this inhuman treatment and zulm on an entire community of more than a million whose 'crime' is that the kufr government of Napakistan has some political differences with the Taliban. In a flaccid and baseless attempt to justify the expulsion of the Afghan community, the government of Napakistan alleges that these immigrants are linked to criminal activities. This is the worst stupid, flapdoodle reason proffered by the kufr regime for justifying its cruelty.</w:t>
      </w:r>
    </w:p>
    <w:p>
      <w:pPr>
        <w:spacing w:before="0" w:after="120" w:line="300" w:lineRule="exact"/>
        <w:jc w:val="both"/>
      </w:pPr>
      <w:r>
        <w:rPr>
          <w:rFonts w:ascii="Georgia" w:hAnsi="Georgia" w:cs="Georgia" w:eastAsia="Georgia"/>
          <w:b w:val="0"/>
          <w:i w:val="0"/>
          <w:sz w:val="22"/>
        </w:rPr>
        <w:t>As for crime, the entire Napakistan is a House of Crime, right from the top to the bottom, from the president down to the ordinary folk. The country is rife with crime. Now the Afghan community is being made the scapegoat for a satanic political objective. It is pure shaitaani spite in the style of the Yahood and Nasaara enemies of Islam.</w:t>
      </w:r>
    </w:p>
    <w:p>
      <w:pPr>
        <w:spacing w:before="0" w:after="120" w:line="300" w:lineRule="exact"/>
        <w:jc w:val="both"/>
      </w:pPr>
      <w:r>
        <w:rPr>
          <w:rFonts w:ascii="Georgia" w:hAnsi="Georgia" w:cs="Georgia" w:eastAsia="Georgia"/>
          <w:b w:val="0"/>
          <w:i w:val="0"/>
          <w:sz w:val="22"/>
        </w:rPr>
        <w:t>The kufr regime of Napakistan is also an enemy of Allah Ta'ala, of Islam and of the Ummah, hence it suffers no pang of conscience for the Zulm it is inflicting on more than a million Reciters of the Kalimah Shahaadat. The Curses of the Mazloomeen will not go unanswered.</w:t>
      </w:r>
    </w:p>
    <w:p>
      <w:r>
        <w:br w:type="page"/>
      </w:r>
    </w:p>
    <w:p>
      <w:pPr>
        <w:pStyle w:val="Heading1"/>
        <w:spacing w:before="360" w:after="200" w:line="300" w:lineRule="exact"/>
        <w:jc w:val="center"/>
      </w:pPr>
      <w:r>
        <w:rPr>
          <w:rFonts w:ascii="Georgia" w:hAnsi="Georgia" w:cs="Georgia" w:eastAsia="Georgia"/>
          <w:b/>
          <w:i w:val="0"/>
          <w:color w:val="1F3864"/>
          <w:sz w:val="32"/>
        </w:rPr>
        <w:t>SHAH ISMAAEEL SHAHEED</w:t>
      </w:r>
    </w:p>
    <w:p>
      <w:pPr>
        <w:pStyle w:val="Heading3"/>
        <w:spacing w:before="200" w:after="120" w:line="300" w:lineRule="exact"/>
        <w:jc w:val="left"/>
      </w:pPr>
      <w:r>
        <w:rPr>
          <w:rFonts w:ascii="Georgia" w:hAnsi="Georgia" w:cs="Georgia" w:eastAsia="Georgia"/>
          <w:b/>
          <w:i w:val="0"/>
          <w:color w:val="2E74B5"/>
          <w:sz w:val="24"/>
        </w:rPr>
        <w:t>THE UNYIELDING FLAME OF IMAAN</w:t>
      </w:r>
    </w:p>
    <w:p>
      <w:pPr>
        <w:pStyle w:val="Heading3"/>
        <w:spacing w:before="200" w:after="120" w:line="300" w:lineRule="exact"/>
        <w:jc w:val="left"/>
      </w:pPr>
      <w:r>
        <w:rPr>
          <w:rFonts w:ascii="Georgia" w:hAnsi="Georgia" w:cs="Georgia" w:eastAsia="Georgia"/>
          <w:b/>
          <w:i w:val="0"/>
          <w:color w:val="2E74B5"/>
          <w:sz w:val="24"/>
        </w:rPr>
        <w:t>BY AN ANONYMOUS BROTHER</w:t>
      </w:r>
    </w:p>
    <w:p>
      <w:pPr>
        <w:spacing w:before="0" w:after="120" w:line="300" w:lineRule="exact"/>
        <w:jc w:val="both"/>
      </w:pPr>
      <w:r>
        <w:rPr>
          <w:rFonts w:ascii="Georgia" w:hAnsi="Georgia" w:cs="Georgia" w:eastAsia="Georgia"/>
          <w:b w:val="0"/>
          <w:i w:val="0"/>
          <w:sz w:val="22"/>
        </w:rPr>
        <w:t>In an era where the light of Islam flickered under the oppressive darkness of tyranny, one man emerged as a blazing torch of divine fury and unshakable conviction—Hazrat Shah Isma'eel Shaheed (Rahmatullahi Alayh). A warrior-scholar, a lion of the battlefield, and a spiritual dynamo, his life was a symphony of sacrifice, courage, and unwavering devotion to the cause of Allah.</w:t>
      </w:r>
    </w:p>
    <w:p>
      <w:pPr>
        <w:spacing w:before="0" w:after="120" w:line="300" w:lineRule="exact"/>
        <w:jc w:val="both"/>
      </w:pPr>
      <w:r>
        <w:rPr>
          <w:rFonts w:ascii="Georgia" w:hAnsi="Georgia" w:cs="Georgia" w:eastAsia="Georgia"/>
          <w:b w:val="0"/>
          <w:i w:val="0"/>
          <w:sz w:val="22"/>
        </w:rPr>
        <w:t>Hazrat Shah Isma'eel was not merely a speaker—he was a hurricane of divine inspiration, his words igniting hearts with the fire of Imaan. His sermons were not just heard; they shook souls to their core, compelling thousands to embrace Islam. His eloquence was a sword, cutting through the veils of ignorance and hypocrisy, leaving audiences trembling in awe of the Haqq.</w:t>
      </w:r>
    </w:p>
    <w:p>
      <w:pPr>
        <w:spacing w:before="0" w:after="120" w:line="300" w:lineRule="exact"/>
        <w:jc w:val="both"/>
      </w:pPr>
      <w:r>
        <w:rPr>
          <w:rFonts w:ascii="Georgia" w:hAnsi="Georgia" w:cs="Georgia" w:eastAsia="Georgia"/>
          <w:b w:val="0"/>
          <w:i w:val="0"/>
          <w:sz w:val="22"/>
        </w:rPr>
        <w:t>To prepare for the ultimate sacrifice in the path of Allah, Hazrat Shah Isma'eel subjected himself to superhuman trials, transforming his body and soul into an unbreakable weapon of Jihad. His legendary training regimen was the stuff of myths:</w:t>
      </w:r>
    </w:p>
    <w:p>
      <w:pPr>
        <w:spacing w:before="0" w:after="120" w:line="300" w:lineRule="exact"/>
        <w:jc w:val="both"/>
      </w:pPr>
      <w:r>
        <w:rPr>
          <w:rFonts w:ascii="Georgia" w:hAnsi="Georgia" w:cs="Georgia" w:eastAsia="Georgia"/>
          <w:b w:val="0"/>
          <w:i w:val="0"/>
          <w:sz w:val="22"/>
        </w:rPr>
        <w:t>He would run for miles without pause, his breath steady, his heart fixed on Allah.</w:t>
      </w:r>
    </w:p>
    <w:p>
      <w:pPr>
        <w:spacing w:before="0" w:after="120" w:line="300" w:lineRule="exact"/>
        <w:jc w:val="both"/>
      </w:pPr>
      <w:r>
        <w:rPr>
          <w:rFonts w:ascii="Georgia" w:hAnsi="Georgia" w:cs="Georgia" w:eastAsia="Georgia"/>
          <w:b w:val="0"/>
          <w:i w:val="0"/>
          <w:sz w:val="22"/>
        </w:rPr>
        <w:t>To harden his resolve, he strode barefoot across scorching sand and burning earth, his feet blistering yet his spirit unyielding.</w:t>
      </w:r>
    </w:p>
    <w:p>
      <w:pPr>
        <w:spacing w:before="0" w:after="120" w:line="300" w:lineRule="exact"/>
        <w:jc w:val="both"/>
      </w:pPr>
      <w:r>
        <w:rPr>
          <w:rFonts w:ascii="Georgia" w:hAnsi="Georgia" w:cs="Georgia" w:eastAsia="Georgia"/>
          <w:b w:val="0"/>
          <w:i w:val="0"/>
          <w:sz w:val="22"/>
        </w:rPr>
        <w:t>As he swam across the raging Jamna River, he recited the Qur'an, proving that a Mujaahid's connection to Allah never wavers—even in the face of death.</w:t>
      </w:r>
    </w:p>
    <w:p>
      <w:pPr>
        <w:spacing w:before="0" w:after="120" w:line="300" w:lineRule="exact"/>
        <w:jc w:val="both"/>
      </w:pPr>
      <w:r>
        <w:rPr>
          <w:rFonts w:ascii="Georgia" w:hAnsi="Georgia" w:cs="Georgia" w:eastAsia="Georgia"/>
          <w:b w:val="0"/>
          <w:i w:val="0"/>
          <w:sz w:val="22"/>
        </w:rPr>
        <w:t>While others sought warmth, he braved freezing winds with minimal clothing, training his body to endure the harshest conditions.</w:t>
      </w:r>
    </w:p>
    <w:p>
      <w:pPr>
        <w:spacing w:before="0" w:after="120" w:line="300" w:lineRule="exact"/>
        <w:jc w:val="both"/>
      </w:pPr>
      <w:r>
        <w:rPr>
          <w:rFonts w:ascii="Georgia" w:hAnsi="Georgia" w:cs="Georgia" w:eastAsia="Georgia"/>
          <w:b w:val="0"/>
          <w:i w:val="0"/>
          <w:sz w:val="22"/>
        </w:rPr>
        <w:t>Rifle, sword, spear, dagger— he wielded them all with lethal precision, for every strike was a step closer to Shahadah.</w:t>
      </w:r>
    </w:p>
    <w:p>
      <w:pPr>
        <w:spacing w:before="0" w:after="120" w:line="300" w:lineRule="exact"/>
        <w:jc w:val="both"/>
      </w:pPr>
      <w:r>
        <w:rPr>
          <w:rFonts w:ascii="Georgia" w:hAnsi="Georgia" w:cs="Georgia" w:eastAsia="Georgia"/>
          <w:b w:val="0"/>
          <w:i w:val="0"/>
          <w:sz w:val="22"/>
        </w:rPr>
        <w:t>The Punjab and Kashmir of his time were drenched in the blood of Muslims. The Sikh warlords, drunk on power, had turned the Badshah Masjid of Lahore into a stable, defiling its sacred grounds. Muslim women were raped en masse, villages were pillaged, and the Ummah groaned under the weight of unspeakable atrocities.</w:t>
      </w:r>
    </w:p>
    <w:p>
      <w:pPr>
        <w:spacing w:before="0" w:after="120" w:line="300" w:lineRule="exact"/>
        <w:jc w:val="both"/>
      </w:pPr>
      <w:r>
        <w:rPr>
          <w:rFonts w:ascii="Georgia" w:hAnsi="Georgia" w:cs="Georgia" w:eastAsia="Georgia"/>
          <w:b w:val="0"/>
          <w:i w:val="0"/>
          <w:sz w:val="22"/>
        </w:rPr>
        <w:t>But Hazrat Shah Isma'eel Shaheed did not beg for mercy— he brought war.</w:t>
      </w:r>
    </w:p>
    <w:p>
      <w:pPr>
        <w:spacing w:before="0" w:after="120" w:line="300" w:lineRule="exact"/>
        <w:jc w:val="both"/>
      </w:pPr>
      <w:r>
        <w:rPr>
          <w:rFonts w:ascii="Georgia" w:hAnsi="Georgia" w:cs="Georgia" w:eastAsia="Georgia"/>
          <w:b w:val="0"/>
          <w:i w:val="0"/>
          <w:sz w:val="22"/>
        </w:rPr>
        <w:t>With an army of believers, he launched a relentless campaign against the Sikh savages and their treacherous collaborators. Battle after battle, his sword sent scores of tyrants screaming into Hellfire. Each clash was a testament to his superhuman bravery, as he carved through enemy ranks like a divine tempest.</w:t>
      </w:r>
    </w:p>
    <w:p>
      <w:pPr>
        <w:spacing w:before="0" w:after="120" w:line="300" w:lineRule="exact"/>
        <w:jc w:val="both"/>
      </w:pPr>
      <w:r>
        <w:rPr>
          <w:rFonts w:ascii="Georgia" w:hAnsi="Georgia" w:cs="Georgia" w:eastAsia="Georgia"/>
          <w:b w:val="0"/>
          <w:i w:val="0"/>
          <w:sz w:val="22"/>
        </w:rPr>
        <w:t>The Crown of Martyrdom: Balakot's Eternal Glory</w:t>
      </w:r>
    </w:p>
    <w:p>
      <w:pPr>
        <w:spacing w:before="0" w:after="120" w:line="300" w:lineRule="exact"/>
        <w:jc w:val="both"/>
      </w:pPr>
      <w:r>
        <w:rPr>
          <w:rFonts w:ascii="Georgia" w:hAnsi="Georgia" w:cs="Georgia" w:eastAsia="Georgia"/>
          <w:b w:val="0"/>
          <w:i w:val="0"/>
          <w:sz w:val="22"/>
        </w:rPr>
        <w:t>And then came Balakot—the battlefield where the earth itself would drink the blood of the righteous. Surrounded, out-numbered, yet unbroken, Hazrat Shah Isma'eel fought like a man who had already seen Paradise. His sword flashed like lightning, his war cries echoed through the valleys, and when the final moment came—he embraced Shahadah with a smile.</w:t>
      </w:r>
    </w:p>
    <w:p>
      <w:r>
        <w:br w:type="page"/>
      </w:r>
    </w:p>
    <w:p>
      <w:pPr>
        <w:pStyle w:val="Heading1"/>
        <w:spacing w:before="360" w:after="200" w:line="300" w:lineRule="exact"/>
        <w:jc w:val="center"/>
      </w:pPr>
      <w:r>
        <w:rPr>
          <w:rFonts w:ascii="Georgia" w:hAnsi="Georgia" w:cs="Georgia" w:eastAsia="Georgia"/>
          <w:b/>
          <w:i w:val="0"/>
          <w:color w:val="1F3864"/>
          <w:sz w:val="32"/>
        </w:rPr>
        <w:t>HIS PUNISHMENT</w:t>
      </w:r>
    </w:p>
    <w:p>
      <w:pPr>
        <w:spacing w:before="0" w:after="120" w:line="300" w:lineRule="exact"/>
        <w:jc w:val="both"/>
      </w:pPr>
      <w:r>
        <w:rPr>
          <w:rFonts w:ascii="Georgia" w:hAnsi="Georgia" w:cs="Georgia" w:eastAsia="Georgia"/>
          <w:b w:val="0"/>
          <w:i w:val="0"/>
          <w:sz w:val="22"/>
        </w:rPr>
        <w:t>One form of Athaab (Punishment) for Muslims is the snatching away of the Holy Lands and handing them to the Kuffaar. This is the fate of Palestine and now the Holy Land of Shaam. The gross rebellion of Muslims against Allah Ta'ala has justified this Athaab.</w:t>
      </w:r>
    </w:p>
    <w:p>
      <w:pPr>
        <w:spacing w:before="0" w:after="120" w:line="300" w:lineRule="exact"/>
        <w:jc w:val="both"/>
      </w:pPr>
      <w:r>
        <w:rPr>
          <w:rFonts w:ascii="Georgia" w:hAnsi="Georgia" w:cs="Georgia" w:eastAsia="Georgia"/>
          <w:b w:val="0"/>
          <w:i w:val="0"/>
          <w:sz w:val="22"/>
        </w:rPr>
        <w:t>Since Muslims now lack the qualification for governing a land, due to their abandonment of the Deen and adoption of the law of Taaghoot, Allah Ta'ala has handed the Land of Shaam to the kuffaar.</w:t>
      </w:r>
    </w:p>
    <w:p>
      <w:pPr>
        <w:spacing w:before="0" w:after="120" w:line="300" w:lineRule="exact"/>
        <w:jc w:val="both"/>
      </w:pPr>
      <w:r>
        <w:rPr>
          <w:rFonts w:ascii="Georgia" w:hAnsi="Georgia" w:cs="Georgia" w:eastAsia="Georgia"/>
          <w:b w:val="0"/>
          <w:i w:val="0"/>
          <w:sz w:val="22"/>
        </w:rPr>
        <w:t>The Jolani chap parading as the ruler of Syria is in reality the puppet of the Yahood and Nasaara. Syria has become a kind of an American satellite backyard state which is incrementally plunging into strife and anarchy. It is destined to become a replica of Libya.</w:t>
      </w:r>
    </w:p>
    <w:p>
      <w:pPr>
        <w:spacing w:before="0" w:after="120" w:line="300" w:lineRule="exact"/>
        <w:jc w:val="both"/>
      </w:pPr>
      <w:r>
        <w:rPr>
          <w:rFonts w:ascii="Georgia" w:hAnsi="Georgia" w:cs="Georgia" w:eastAsia="Georgia"/>
          <w:b w:val="0"/>
          <w:i w:val="0"/>
          <w:sz w:val="22"/>
        </w:rPr>
        <w:t>It is in the interests of the Yahood and Nasaara to arm all the rival groups and sects to keep them trapped in internecine fighting. This state of anarchy enable the USA to safely siphon off the wealth of its puppet states.</w:t>
      </w:r>
    </w:p>
    <w:p>
      <w:pPr>
        <w:spacing w:before="0" w:after="120" w:line="300" w:lineRule="exact"/>
        <w:jc w:val="both"/>
      </w:pPr>
      <w:r>
        <w:rPr>
          <w:rFonts w:ascii="Georgia" w:hAnsi="Georgia" w:cs="Georgia" w:eastAsia="Georgia"/>
          <w:b w:val="0"/>
          <w:i w:val="0"/>
          <w:sz w:val="22"/>
        </w:rPr>
        <w:t>The Qur'aan informs us that in bygone times Allah Ta'ala had imposed the domination of the kuffaar on Bani Israaeel and had granted the mushrikeen the control of Palestine. Thus did they desecrate and destroy Musjidul Aqsa six times in history.</w:t>
      </w:r>
    </w:p>
    <w:p>
      <w:r>
        <w:br w:type="page"/>
      </w:r>
    </w:p>
    <w:p>
      <w:pPr>
        <w:pStyle w:val="Heading1"/>
        <w:spacing w:before="360" w:after="200" w:line="300" w:lineRule="exact"/>
        <w:jc w:val="center"/>
      </w:pPr>
      <w:r>
        <w:rPr>
          <w:rFonts w:ascii="Georgia" w:hAnsi="Georgia" w:cs="Georgia" w:eastAsia="Georgia"/>
          <w:b/>
          <w:i w:val="0"/>
          <w:color w:val="1F3864"/>
          <w:sz w:val="32"/>
        </w:rPr>
        <w:t>Pakistan confirms its expulsion of more than 80,000 Afghans since April 1</w:t>
      </w:r>
    </w:p>
    <w:p>
      <w:pPr>
        <w:spacing w:before="120" w:after="120" w:line="300" w:lineRule="exact"/>
        <w:ind w:left="720" w:right="720"/>
        <w:jc w:val="center"/>
      </w:pPr>
      <w:r>
        <w:rPr>
          <w:rFonts w:ascii="Georgia" w:hAnsi="Georgia" w:cs="Georgia" w:eastAsia="Georgia"/>
          <w:b w:val="0"/>
          <w:i/>
          <w:sz w:val="22"/>
        </w:rPr>
        <w:t>Rights groups have criticised the repatriation drive, warning that mass expulsions risk endangering vulnerable people.</w:t>
      </w:r>
    </w:p>
    <w:p>
      <w:pPr>
        <w:spacing w:before="0" w:after="120" w:line="300" w:lineRule="exact"/>
        <w:jc w:val="both"/>
      </w:pPr>
      <w:r>
        <w:rPr>
          <w:rFonts w:ascii="Georgia" w:hAnsi="Georgia" w:cs="Georgia" w:eastAsia="Georgia"/>
          <w:b w:val="0"/>
          <w:i w:val="0"/>
          <w:sz w:val="22"/>
        </w:rPr>
        <w:t>A truck filled with Afghan refugees and loaded with their belongings waits to depart for Afghanistan at a holding centre near the Pakistan-Afghanistan border [Abdul Basit/AFP]</w:t>
      </w:r>
    </w:p>
    <w:p>
      <w:pPr>
        <w:spacing w:before="0" w:after="120" w:line="300" w:lineRule="exact"/>
        <w:jc w:val="both"/>
      </w:pPr>
      <w:r>
        <w:rPr>
          <w:rFonts w:ascii="Georgia" w:hAnsi="Georgia" w:cs="Georgia" w:eastAsia="Georgia"/>
          <w:b w:val="0"/>
          <w:i w:val="0"/>
          <w:sz w:val="22"/>
        </w:rPr>
        <w:t>Published On 18 Apr 202518 Apr 2025</w:t>
      </w:r>
    </w:p>
    <w:p>
      <w:pPr>
        <w:spacing w:before="0" w:after="120" w:line="300" w:lineRule="exact"/>
        <w:jc w:val="both"/>
      </w:pPr>
      <w:r>
        <w:rPr>
          <w:rFonts w:ascii="Georgia" w:hAnsi="Georgia" w:cs="Georgia" w:eastAsia="Georgia"/>
          <w:b w:val="0"/>
          <w:i w:val="0"/>
          <w:sz w:val="22"/>
        </w:rPr>
        <w:t>Pakistan has confirmed to have repatriated more than 80,000 Afghan nationals since April 1, before an extended April 30 deadline for the country's largest migrant group in an initiative labelled as "forced deportation" by Afghanistan.</w:t>
      </w:r>
    </w:p>
    <w:p>
      <w:pPr>
        <w:spacing w:before="0" w:after="120" w:line="300" w:lineRule="exact"/>
        <w:jc w:val="both"/>
      </w:pPr>
      <w:r>
        <w:rPr>
          <w:rFonts w:ascii="Georgia" w:hAnsi="Georgia" w:cs="Georgia" w:eastAsia="Georgia"/>
          <w:b w:val="0"/>
          <w:i w:val="0"/>
          <w:sz w:val="22"/>
        </w:rPr>
        <w:t>Talal Chaudhry, Pakistan's Interior Ministry adviser, told reporters in Islamabad on Friday that there would be no more extensions to the Illegal Foreigners Repatriation Plan launched in late 2023 for more than three million Afghans.</w:t>
      </w:r>
    </w:p>
    <w:p>
      <w:pPr>
        <w:spacing w:before="0" w:after="120" w:line="300" w:lineRule="exact"/>
        <w:jc w:val="both"/>
      </w:pPr>
      <w:r>
        <w:rPr>
          <w:rFonts w:ascii="Georgia" w:hAnsi="Georgia" w:cs="Georgia" w:eastAsia="Georgia"/>
          <w:b w:val="0"/>
          <w:i w:val="0"/>
          <w:sz w:val="22"/>
        </w:rPr>
        <w:t>"We have communicated clear instructions to all provinces, if anyone gives a shop, house, or any kind of space to an illegal foreigner, they will be held accountable under the law," he said.</w:t>
      </w:r>
    </w:p>
    <w:p>
      <w:pPr>
        <w:spacing w:before="0" w:after="120" w:line="300" w:lineRule="exact"/>
        <w:jc w:val="both"/>
      </w:pPr>
      <w:r>
        <w:rPr>
          <w:rFonts w:ascii="Georgia" w:hAnsi="Georgia" w:cs="Georgia" w:eastAsia="Georgia"/>
          <w:b w:val="0"/>
          <w:i w:val="0"/>
          <w:sz w:val="22"/>
        </w:rPr>
        <w:t>Those lacking valid documents or holding Afghan Citizen Cards had initially been ordered to leave by March 31. That deadline was later extended by a month.</w:t>
      </w:r>
    </w:p>
    <w:p>
      <w:pPr>
        <w:spacing w:before="0" w:after="120" w:line="300" w:lineRule="exact"/>
        <w:jc w:val="both"/>
      </w:pPr>
      <w:r>
        <w:rPr>
          <w:rFonts w:ascii="Georgia" w:hAnsi="Georgia" w:cs="Georgia" w:eastAsia="Georgia"/>
          <w:b w:val="0"/>
          <w:i w:val="0"/>
          <w:sz w:val="22"/>
        </w:rPr>
        <w:t>On Tuesday, the International Organization for Migration, a UN entity, said Pakistan has expelled nearly 60,000 Afghans since the start of April.</w:t>
      </w:r>
    </w:p>
    <w:p>
      <w:pPr>
        <w:spacing w:before="0" w:after="120" w:line="300" w:lineRule="exact"/>
        <w:jc w:val="both"/>
      </w:pPr>
      <w:r>
        <w:rPr>
          <w:rFonts w:ascii="Georgia" w:hAnsi="Georgia" w:cs="Georgia" w:eastAsia="Georgia"/>
          <w:b w:val="0"/>
          <w:i w:val="0"/>
          <w:sz w:val="22"/>
        </w:rPr>
        <w:t>"With a new wave of large-scale returns now under way from Pakistan, needs on the ground are rising rapidly – both at the border and in areas of return that are struggling to absorb large numbers of returnees," Mihyung Park, head of the IOM's Afghanistan mission, said at the time.</w:t>
      </w:r>
    </w:p>
    <w:p>
      <w:pPr>
        <w:spacing w:before="0" w:after="120" w:line="300" w:lineRule="exact"/>
        <w:jc w:val="both"/>
      </w:pPr>
      <w:r>
        <w:rPr>
          <w:rFonts w:ascii="Georgia" w:hAnsi="Georgia" w:cs="Georgia" w:eastAsia="Georgia"/>
          <w:b w:val="0"/>
          <w:i w:val="0"/>
          <w:sz w:val="22"/>
        </w:rPr>
        <w:t>More than 1.3 million Afghans who hold Proof of Registration cards from the UN refugee agency, UNHCR, have also been told to move outside the capital Islamabad and the neighbouring city of Rawalpindi.</w:t>
      </w:r>
    </w:p>
    <w:p>
      <w:r>
        <w:br w:type="page"/>
      </w:r>
    </w:p>
    <w:p>
      <w:pPr>
        <w:pStyle w:val="Heading1"/>
        <w:spacing w:before="360" w:after="200" w:line="300" w:lineRule="exact"/>
        <w:jc w:val="center"/>
      </w:pPr>
      <w:r>
        <w:rPr>
          <w:rFonts w:ascii="Georgia" w:hAnsi="Georgia" w:cs="Georgia" w:eastAsia="Georgia"/>
          <w:b/>
          <w:i w:val="0"/>
          <w:color w:val="1F3864"/>
          <w:sz w:val="32"/>
        </w:rPr>
        <w:t>ONLY HE HELPS!</w:t>
      </w:r>
    </w:p>
    <w:p>
      <w:pPr>
        <w:spacing w:before="120" w:after="120" w:line="300" w:lineRule="exact"/>
        <w:ind w:left="720" w:right="720"/>
        <w:jc w:val="center"/>
      </w:pPr>
      <w:r>
        <w:rPr>
          <w:rFonts w:ascii="Georgia" w:hAnsi="Georgia" w:cs="Georgia" w:eastAsia="Georgia"/>
          <w:b w:val="0"/>
          <w:i/>
          <w:sz w:val="22"/>
        </w:rPr>
        <w:t>"And, there is no help except from Allah. Verily, He is Mighty, The Wise."</w:t>
      </w:r>
    </w:p>
    <w:p>
      <w:pPr>
        <w:spacing w:before="120" w:after="120" w:line="300" w:lineRule="exact"/>
        <w:ind w:left="720" w:right="720"/>
        <w:jc w:val="center"/>
      </w:pPr>
      <w:r>
        <w:rPr>
          <w:rFonts w:ascii="Georgia" w:hAnsi="Georgia" w:cs="Georgia" w:eastAsia="Georgia"/>
          <w:b w:val="0"/>
          <w:i/>
          <w:sz w:val="22"/>
        </w:rPr>
        <w:t>(Al-Anfaal, Aayat 10)</w:t>
      </w:r>
    </w:p>
    <w:p>
      <w:pPr>
        <w:spacing w:before="0" w:after="120" w:line="300" w:lineRule="exact"/>
        <w:jc w:val="both"/>
      </w:pPr>
      <w:r>
        <w:rPr>
          <w:rFonts w:ascii="Georgia" w:hAnsi="Georgia" w:cs="Georgia" w:eastAsia="Georgia"/>
          <w:b w:val="0"/>
          <w:i w:val="0"/>
          <w:sz w:val="22"/>
        </w:rPr>
        <w:t>Hamas and others who believe that they are waging a valid Jihad should understand that no one but Allah Ta'ala can provide aid. Qatar, Egypt, Jordan, Saudi Arabia, the Gulf Puppet States, the toothless dog known as the International Community, the United Nations, the International Criminal Court, the Clown entity known as Organization of Islamic States, and all other entities who profess sympathy, are all helpless and hopeless puppets of the Yahood and Nasaara.</w:t>
      </w:r>
    </w:p>
    <w:p>
      <w:pPr>
        <w:spacing w:before="0" w:after="120" w:line="300" w:lineRule="exact"/>
        <w:jc w:val="both"/>
      </w:pPr>
      <w:r>
        <w:rPr>
          <w:rFonts w:ascii="Georgia" w:hAnsi="Georgia" w:cs="Georgia" w:eastAsia="Georgia"/>
          <w:b w:val="0"/>
          <w:i w:val="0"/>
          <w:sz w:val="22"/>
        </w:rPr>
        <w:t>All of these entities are kuffaar. All the regimes in sway in the Lands of Islam are kuffaar. Help cannot be expected to be forthcoming from them. All of these Taaghooti governments in Muslim lands are in cahoots with the Yahood and Nasaara. All of them have ties with Israel and the USA. Help cannot be expected from them.</w:t>
      </w:r>
    </w:p>
    <w:p>
      <w:pPr>
        <w:spacing w:before="0" w:after="120" w:line="300" w:lineRule="exact"/>
        <w:jc w:val="both"/>
      </w:pPr>
      <w:r>
        <w:rPr>
          <w:rFonts w:ascii="Georgia" w:hAnsi="Georgia" w:cs="Georgia" w:eastAsia="Georgia"/>
          <w:b w:val="0"/>
          <w:i w:val="0"/>
          <w:sz w:val="22"/>
        </w:rPr>
        <w:t>These rubbish regimes will not even cut diplomatic ties with Israel and America regardless of the genocide being brutally executed in Palestine. Since the victims are seeking help from the enemies of Islam, Allah Ta'ala has abandoned them.</w:t>
      </w:r>
    </w:p>
    <w:p>
      <w:pPr>
        <w:spacing w:before="120" w:after="120" w:line="300" w:lineRule="exact"/>
        <w:ind w:left="720" w:right="720"/>
        <w:jc w:val="center"/>
      </w:pPr>
      <w:r>
        <w:rPr>
          <w:rFonts w:ascii="Georgia" w:hAnsi="Georgia" w:cs="Georgia" w:eastAsia="Georgia"/>
          <w:b w:val="0"/>
          <w:i/>
          <w:sz w:val="22"/>
        </w:rPr>
        <w:t>"And if Allah abandons you, then who can help you besides Him?"</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VICTORY DEPENDS ON TAOWA</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came across the following extract a while ago:</w:t>
      </w:r>
    </w:p>
    <w:p>
      <w:pPr>
        <w:spacing w:before="0" w:after="120" w:line="300" w:lineRule="exact"/>
        <w:jc w:val="both"/>
      </w:pPr>
      <w:r>
        <w:rPr>
          <w:rFonts w:ascii="Georgia" w:hAnsi="Georgia" w:cs="Georgia" w:eastAsia="Georgia"/>
          <w:b w:val="0"/>
          <w:i w:val="0"/>
          <w:sz w:val="22"/>
        </w:rPr>
        <w:t>In 1857, many Indian Ulama declared 'Jihad with the sword' against the British. There was a noted Aalim in Deoband, Maulana Shaikh Muhammad (Rahmatullah alayh), whose opinion opposed that of the Ulama who favoured jihad. He claimed that, far from it being a duty binding on Muslims to wage jihad against the British, given the prevailing conditions, it was not even permissible according to the Shariah. Hence, a consultative meeting was held in Deoband, in which, among others, Maulana Rashid Ahmad Gangohi (Rahmatullah alayh) and Maulana Muhammad Qasim Nanotvi (Rahmatullah alayh) (both of whom were soon to be closely involved in the establishment of the Darul Uloom at Deoband) also participated. Describing this discussion, Maulana Husain Ahmad Madani (Rahmatullah alayh) writes in his autobiography titled, Naqsh-e-Hayat:</w:t>
      </w:r>
    </w:p>
    <w:p>
      <w:pPr>
        <w:spacing w:before="120" w:after="120" w:line="300" w:lineRule="exact"/>
        <w:ind w:left="720" w:right="720"/>
        <w:jc w:val="center"/>
      </w:pPr>
      <w:r>
        <w:rPr>
          <w:rFonts w:ascii="Georgia" w:hAnsi="Georgia" w:cs="Georgia" w:eastAsia="Georgia"/>
          <w:b w:val="0"/>
          <w:i/>
          <w:sz w:val="22"/>
        </w:rPr>
        <w:t>"In this meeting, the issue of Jihad was discussed. Very courteously, Hazrat Nanotvi asked Maulana Shaikh Muhammad, "Hazrat, what is the reason that you do not declare jihad to be a binding duty (farz), nor even permissible (jaa'iz)?" He replied, "We do not have the weapons and instruments for jihad. We are lacking in resources." Maulana Nanotvi then said, "Do we not have even such resources as [the Muslims had] during the battle of Badr?" At this, Maulana Shaikh Muhammad remained silent." (Naqsh-e-Hayat, 1954, Vol. 2, p. 42)"</w:t>
      </w:r>
    </w:p>
    <w:p>
      <w:pPr>
        <w:spacing w:before="0" w:after="120" w:line="300" w:lineRule="exact"/>
        <w:jc w:val="both"/>
      </w:pPr>
      <w:r>
        <w:rPr>
          <w:rFonts w:ascii="Georgia" w:hAnsi="Georgia" w:cs="Georgia" w:eastAsia="Georgia"/>
          <w:b w:val="0"/>
          <w:i w:val="0"/>
          <w:sz w:val="22"/>
        </w:rPr>
        <w:t>Why did Moulana Shaikh Muhammad (Rahmatullah alayh) remain silent? Is it appropriate/correct to compare the 1857 Mujaahideen with the Ashaab-e-Badr (Radhiyallaahu Ta'ala 'anhum)?</w:t>
      </w:r>
    </w:p>
    <w:p>
      <w:pPr>
        <w:spacing w:before="0" w:after="120" w:line="300" w:lineRule="exact"/>
        <w:jc w:val="both"/>
      </w:pPr>
      <w:r>
        <w:rPr>
          <w:rFonts w:ascii="Georgia" w:hAnsi="Georgia" w:cs="Georgia" w:eastAsia="Georgia"/>
          <w:b w:val="0"/>
          <w:i w:val="0"/>
          <w:sz w:val="22"/>
        </w:rPr>
        <w:t>I've found this sort of 'comparison' (which I feel is an incorrect term for this) countless times. I recall reading a similar 'comparison' in For Friends of Moulana Maseehullah (Rahmatullaahi 'Alayh). Similarly, in various articles/books in the Majlis as well, such a 'comparison' appears. Please comment.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 analogy with Badr is incorrect. Hence, Shaikh Muhammad (Rahmatullah alayh) remained silent. However, due to the premises on which he had based his opinion being erroneous, he could not venture the appropriate response, hence his silence.</w:t>
      </w:r>
    </w:p>
    <w:p>
      <w:pPr>
        <w:spacing w:before="0" w:after="120" w:line="300" w:lineRule="exact"/>
        <w:jc w:val="both"/>
      </w:pPr>
      <w:r>
        <w:rPr>
          <w:rFonts w:ascii="Georgia" w:hAnsi="Georgia" w:cs="Georgia" w:eastAsia="Georgia"/>
          <w:b w:val="0"/>
          <w:i w:val="0"/>
          <w:sz w:val="22"/>
        </w:rPr>
        <w:t>He had based his view on the lack or comparative paucity of weaponry. But this is grossly incorrect. The success and victories of the Battles of the Sahaabah and early Muslims were not at all reliant on superiority/abundance of weaponry and numerical superiority.</w:t>
      </w:r>
    </w:p>
    <w:p>
      <w:pPr>
        <w:spacing w:before="0" w:after="120" w:line="300" w:lineRule="exact"/>
        <w:jc w:val="both"/>
      </w:pPr>
      <w:r>
        <w:rPr>
          <w:rFonts w:ascii="Georgia" w:hAnsi="Georgia" w:cs="Georgia" w:eastAsia="Georgia"/>
          <w:b w:val="0"/>
          <w:i w:val="0"/>
          <w:sz w:val="22"/>
        </w:rPr>
        <w:t>We do not know to which extent of need and importance Shaikh Muhammad regarded "the resources". If his focus was only on this aspect, then obviously he was in error. His silence is indeed a conundrum. Why did he not respond?</w:t>
      </w:r>
    </w:p>
    <w:p>
      <w:pPr>
        <w:spacing w:before="0" w:after="120" w:line="300" w:lineRule="exact"/>
        <w:jc w:val="both"/>
      </w:pPr>
      <w:r>
        <w:rPr>
          <w:rFonts w:ascii="Georgia" w:hAnsi="Georgia" w:cs="Georgia" w:eastAsia="Georgia"/>
          <w:b w:val="0"/>
          <w:i w:val="0"/>
          <w:sz w:val="22"/>
        </w:rPr>
        <w:t>The analogy with the Sahaabah will be correct only if the Muslim Ummah as a whole is Muttaqeen and obedient to the Shariah. For such fighters, it will be correct to remind them of the extreme paucity of weaponry of the Sahaabah. Their victories were not reliant on material superiority.</w:t>
      </w:r>
    </w:p>
    <w:p>
      <w:pPr>
        <w:spacing w:before="0" w:after="120" w:line="300" w:lineRule="exact"/>
        <w:jc w:val="both"/>
      </w:pPr>
      <w:r>
        <w:rPr>
          <w:rFonts w:ascii="Georgia" w:hAnsi="Georgia" w:cs="Georgia" w:eastAsia="Georgia"/>
          <w:b w:val="0"/>
          <w:i w:val="0"/>
          <w:sz w:val="22"/>
        </w:rPr>
        <w:t>If we had been present in that Shura, we would have sided with Shaikh Muhammad but from a different perspective. We would have advised the other Hadhraat:</w:t>
      </w:r>
    </w:p>
    <w:p>
      <w:pPr>
        <w:spacing w:before="120" w:after="120" w:line="300" w:lineRule="exact"/>
        <w:ind w:left="720" w:right="720"/>
        <w:jc w:val="center"/>
      </w:pPr>
      <w:r>
        <w:rPr>
          <w:rFonts w:ascii="Georgia" w:hAnsi="Georgia" w:cs="Georgia" w:eastAsia="Georgia"/>
          <w:b w:val="0"/>
          <w:i/>
          <w:sz w:val="22"/>
        </w:rPr>
        <w:t>The time for Jihad is not opportune because the level of Imaan of the masses is putrid and on the verge of kufr. We have to concentrate on the Islaah of the Ummah. We cannot compare our current Ummah with the Sahaabah. To be like the Sahaabah, Tawakkul is imperative. Tawakkul is the effect of Islaah of the Nafs. The Ummah has to be first prepared, then will follow Jihad. That was what Rasulullah (Sallallahu alayhi wasallam) had done in the first 10 years of Nubuwwat. It was only Islaah and Ibaadat.</w:t>
      </w:r>
    </w:p>
    <w:p>
      <w:pPr>
        <w:spacing w:before="120" w:after="120" w:line="300" w:lineRule="exact"/>
        <w:ind w:left="720" w:right="720"/>
        <w:jc w:val="center"/>
      </w:pPr>
      <w:r>
        <w:rPr>
          <w:rFonts w:ascii="Georgia" w:hAnsi="Georgia" w:cs="Georgia" w:eastAsia="Georgia"/>
          <w:b w:val="0"/>
          <w:i/>
          <w:sz w:val="22"/>
        </w:rPr>
        <w:t>Military preparedness and abundance of ammunition and weapons will fail and Muslims will not achieve success as long as they have not developed the required degree of Roohaaniyat. Spiritual stamina is imperative for Muslim victory.</w:t>
      </w:r>
    </w:p>
    <w:p>
      <w:pPr>
        <w:spacing w:before="120" w:after="120" w:line="300" w:lineRule="exact"/>
        <w:ind w:left="720" w:right="720"/>
        <w:jc w:val="center"/>
      </w:pPr>
      <w:r>
        <w:rPr>
          <w:rFonts w:ascii="Georgia" w:hAnsi="Georgia" w:cs="Georgia" w:eastAsia="Georgia"/>
          <w:b w:val="0"/>
          <w:i/>
          <w:sz w:val="22"/>
        </w:rPr>
        <w:t>The lack or paucity of weapons at Badr was complemented with the highest level of Imaan from which stems Roohaaniyat.</w:t>
      </w:r>
    </w:p>
    <w:p>
      <w:pPr>
        <w:spacing w:before="0" w:after="120" w:line="300" w:lineRule="exact"/>
        <w:jc w:val="both"/>
      </w:pPr>
      <w:r>
        <w:rPr>
          <w:rFonts w:ascii="Georgia" w:hAnsi="Georgia" w:cs="Georgia" w:eastAsia="Georgia"/>
          <w:b w:val="0"/>
          <w:i w:val="0"/>
          <w:sz w:val="22"/>
        </w:rPr>
        <w:t>History has proven the failure of the Jihad campaigns in India. It was because the masses were absolutely corrupt. Once Hadhrat Maasihullah (Rahmatullah alayh) said that if in this age the greatest Wali becomes Ameerul Mu'mineen, he will fail because of the evil and villainy of the masses. The very first requisite is Inaabat Ilallaah.</w:t>
      </w:r>
    </w:p>
    <w:p>
      <w:r>
        <w:br w:type="page"/>
      </w:r>
    </w:p>
    <w:p>
      <w:pPr>
        <w:pStyle w:val="Heading1"/>
        <w:spacing w:before="360" w:after="200" w:line="300" w:lineRule="exact"/>
        <w:jc w:val="center"/>
      </w:pPr>
      <w:r>
        <w:rPr>
          <w:rFonts w:ascii="Georgia" w:hAnsi="Georgia" w:cs="Georgia" w:eastAsia="Georgia"/>
          <w:b/>
          <w:i w:val="0"/>
          <w:color w:val="1F3864"/>
          <w:sz w:val="32"/>
        </w:rPr>
        <w:t>ADMISSION BY THE YAHOOD</w:t>
      </w:r>
    </w:p>
    <w:p>
      <w:pPr>
        <w:spacing w:before="0" w:after="120" w:line="300" w:lineRule="exact"/>
        <w:jc w:val="both"/>
      </w:pPr>
      <w:r>
        <w:rPr>
          <w:rFonts w:ascii="Georgia" w:hAnsi="Georgia" w:cs="Georgia" w:eastAsia="Georgia"/>
          <w:b w:val="0"/>
          <w:i w:val="0"/>
          <w:sz w:val="22"/>
        </w:rPr>
        <w:t>Israel is now "unable to subdue Hamas", according to Likud lawmaker Amit Halevi who was quoted by the Israeli media outlet Yedioth Ahronoth.</w:t>
      </w:r>
    </w:p>
    <w:p>
      <w:pPr>
        <w:spacing w:before="0" w:after="120" w:line="300" w:lineRule="exact"/>
        <w:jc w:val="both"/>
      </w:pPr>
      <w:r>
        <w:rPr>
          <w:rFonts w:ascii="Georgia" w:hAnsi="Georgia" w:cs="Georgia" w:eastAsia="Georgia"/>
          <w:b w:val="0"/>
          <w:i w:val="0"/>
          <w:sz w:val="22"/>
        </w:rPr>
        <w:t>"We have been fighting a war for 20 months with failed plans and Israel is not successful in destroying Hamas. We knew in all wars how to subjugate our enemies, but we are now unable to subdue Hamas.</w:t>
      </w:r>
    </w:p>
    <w:p>
      <w:pPr>
        <w:spacing w:before="0" w:after="120" w:line="300" w:lineRule="exact"/>
        <w:jc w:val="both"/>
      </w:pPr>
      <w:r>
        <w:rPr>
          <w:rFonts w:ascii="Georgia" w:hAnsi="Georgia" w:cs="Georgia" w:eastAsia="Georgia"/>
          <w:b w:val="0"/>
          <w:i w:val="0"/>
          <w:sz w:val="22"/>
        </w:rPr>
        <w:t>"This is a war of deception and they lied to us regarding their accomplishments."</w:t>
      </w:r>
    </w:p>
    <w:p>
      <w:pPr>
        <w:spacing w:before="0" w:after="120" w:line="300" w:lineRule="exact"/>
        <w:jc w:val="both"/>
      </w:pPr>
      <w:r>
        <w:rPr>
          <w:rFonts w:ascii="Georgia" w:hAnsi="Georgia" w:cs="Georgia" w:eastAsia="Georgia"/>
          <w:b w:val="0"/>
          <w:i w:val="0"/>
          <w:sz w:val="22"/>
        </w:rPr>
        <w:t>(Al Jazeera)</w:t>
      </w:r>
    </w:p>
    <w:p>
      <w:r>
        <w:br w:type="page"/>
      </w:r>
    </w:p>
    <w:p>
      <w:pPr>
        <w:pStyle w:val="Heading1"/>
        <w:spacing w:before="360" w:after="200" w:line="300" w:lineRule="exact"/>
        <w:jc w:val="center"/>
      </w:pPr>
      <w:r>
        <w:rPr>
          <w:rFonts w:ascii="Georgia" w:hAnsi="Georgia" w:cs="Georgia" w:eastAsia="Georgia"/>
          <w:b/>
          <w:i w:val="0"/>
          <w:color w:val="1F3864"/>
          <w:sz w:val="32"/>
        </w:rPr>
        <w:t>HIS AID</w:t>
      </w:r>
    </w:p>
    <w:p>
      <w:pPr>
        <w:spacing w:before="120" w:after="40" w:line="300" w:lineRule="exact"/>
        <w:jc w:val="both"/>
      </w:pPr>
      <w:r>
        <w:rPr>
          <w:rFonts w:ascii="Georgia" w:hAnsi="Georgia" w:cs="Georgia" w:eastAsia="Georgia"/>
          <w:b/>
          <w:i/>
          <w:sz w:val="22"/>
        </w:rPr>
        <w:t>"Allah aids whoever He wills with His help. Verily, in this is a lesson for the people of insight."</w:t>
      </w:r>
    </w:p>
    <w:p>
      <w:pPr>
        <w:spacing w:before="120" w:after="40" w:line="300" w:lineRule="exact"/>
        <w:jc w:val="both"/>
      </w:pPr>
      <w:r>
        <w:rPr>
          <w:rFonts w:ascii="Georgia" w:hAnsi="Georgia" w:cs="Georgia" w:eastAsia="Georgia"/>
          <w:b/>
          <w:i/>
          <w:sz w:val="22"/>
        </w:rPr>
        <w:t>(Aal Imraan,</w:t>
      </w:r>
    </w:p>
    <w:p>
      <w:pPr>
        <w:pStyle w:val="Heading3"/>
        <w:spacing w:before="200" w:after="120" w:line="300" w:lineRule="exact"/>
        <w:jc w:val="left"/>
      </w:pPr>
      <w:r>
        <w:rPr>
          <w:rFonts w:ascii="Georgia" w:hAnsi="Georgia" w:cs="Georgia" w:eastAsia="Georgia"/>
          <w:b/>
          <w:i w:val="0"/>
          <w:color w:val="2E74B5"/>
          <w:sz w:val="24"/>
        </w:rPr>
        <w:t>Aayat 13)</w:t>
      </w:r>
    </w:p>
    <w:p>
      <w:r>
        <w:br w:type="page"/>
      </w:r>
    </w:p>
    <w:p>
      <w:pPr>
        <w:pStyle w:val="Heading1"/>
        <w:spacing w:before="360" w:after="200" w:line="300" w:lineRule="exact"/>
        <w:jc w:val="center"/>
      </w:pPr>
      <w:r>
        <w:rPr>
          <w:rFonts w:ascii="Georgia" w:hAnsi="Georgia" w:cs="Georgia" w:eastAsia="Georgia"/>
          <w:b/>
          <w:i w:val="0"/>
          <w:color w:val="1F3864"/>
          <w:sz w:val="32"/>
        </w:rPr>
        <w:t>BOOTLICKING MOLVIS OF INDIA TURNING SWAMIS AND PUNDITS</w:t>
      </w:r>
    </w:p>
    <w:p>
      <w:pPr>
        <w:spacing w:before="120" w:after="120" w:line="300" w:lineRule="exact"/>
        <w:ind w:left="720" w:right="720"/>
        <w:jc w:val="center"/>
      </w:pPr>
      <w:r>
        <w:rPr>
          <w:rFonts w:ascii="Georgia" w:hAnsi="Georgia" w:cs="Georgia" w:eastAsia="Georgia"/>
          <w:b w:val="0"/>
          <w:i/>
          <w:sz w:val="22"/>
        </w:rPr>
        <w:t>"O People of Imaan? Do not take the Yahood and Nasaara (and the idol and cow-worshipping Hindus) as friends. They are friends of each other. Whoever of you who befriends them, is in reality of them. Verily, Allah does not guide a community of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(the disease of nifaaq and kufr) racing among them (the kuffaar), saying: 'We fear that some calamity will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The Molvis of Jamiatul Juhala wal Murtaddeen (the so-called Jamiatul Ulama of India), such as Mahmood Madani and Muzammil and others of the same satanic ilk have shamelessly and flagrantly declared their 100% support for the mushrik Modi and the cow and idol worshipping Hindus of India. They have announced their antagonism for the Muslims of Pakistan. Highlighting and emphasizing his bootlicking of the Hindu mushrikken, Pundit Madani stated:</w:t>
      </w:r>
    </w:p>
    <w:p>
      <w:pPr>
        <w:spacing w:before="0" w:after="120" w:line="300" w:lineRule="exact"/>
        <w:jc w:val="both"/>
      </w:pPr>
      <w:r>
        <w:rPr>
          <w:rFonts w:ascii="Georgia" w:hAnsi="Georgia" w:cs="Georgia" w:eastAsia="Georgia"/>
          <w:b w:val="0"/>
          <w:i w:val="0"/>
          <w:sz w:val="22"/>
        </w:rPr>
        <w:t>"We stand shoulder to shoulder" with the Indian armed forces against Pakistan.</w:t>
      </w:r>
    </w:p>
    <w:p>
      <w:pPr>
        <w:spacing w:before="0" w:after="120" w:line="300" w:lineRule="exact"/>
        <w:jc w:val="both"/>
      </w:pPr>
      <w:r>
        <w:rPr>
          <w:rFonts w:ascii="Georgia" w:hAnsi="Georgia" w:cs="Georgia" w:eastAsia="Georgia"/>
          <w:b w:val="0"/>
          <w:i w:val="0"/>
          <w:sz w:val="22"/>
        </w:rPr>
        <w:t>This miserable molvi turned Pundit, further said: "At a time when our borders are under threat, we stand shoulder to shoulder with our brave soldiers." His 'brave soldiers' are the idol and cow worshipping Hindu mushrikeen whose boots he is licking out of fear for the 'calamity' which Hindus always inflict on the Muslims of India. But, Hindus lynching Muslims, raping Muslim women, burning Muslim property and the like are part of life for Muslims in India. No amount of bootlicking these vile mushrikeen will make them the friends of Muslims.</w:t>
      </w:r>
    </w:p>
    <w:p>
      <w:pPr>
        <w:spacing w:before="0" w:after="120" w:line="300" w:lineRule="exact"/>
        <w:jc w:val="both"/>
      </w:pPr>
      <w:r>
        <w:rPr>
          <w:rFonts w:ascii="Georgia" w:hAnsi="Georgia" w:cs="Georgia" w:eastAsia="Georgia"/>
          <w:b w:val="0"/>
          <w:i w:val="0"/>
          <w:sz w:val="22"/>
        </w:rPr>
        <w:t>The stated and declared policy of the Hindu Mushrikeen is to convert all Muslims to Hinduism and all Musaajid into temples of idol-worship. These are the enemies of Allah Ta'ala whom these molvi pundits and swamis are seeking to placate by means of bootlicking with the despicable overtures displayed by the scoundrel molvis who have all along concealed the Mardh (Disease) of nifaaq in their hearts.</w:t>
      </w:r>
    </w:p>
    <w:p>
      <w:pPr>
        <w:spacing w:before="0" w:after="120" w:line="300" w:lineRule="exact"/>
        <w:jc w:val="both"/>
      </w:pPr>
      <w:r>
        <w:rPr>
          <w:rFonts w:ascii="Georgia" w:hAnsi="Georgia" w:cs="Georgia" w:eastAsia="Georgia"/>
          <w:b w:val="0"/>
          <w:i w:val="0"/>
          <w:sz w:val="22"/>
        </w:rPr>
        <w:t>The one miserable son of Iblees, molvi Muzammil, now Swami, went into the gutter depths of kufr by declaring war against Jibraeel (Alayhis salaam) and Allah Ta'ala. Bootlicking and hindlicking Modi, swami muzammil said that even if Jibraeel (Alayhis salaam) had to come to India from Pakistan, the molvis of the rotten, munaafiq Jamiat of India together with other ulama and talaba would fight them (i.e. Jibraeel and Allah Ta'ala).</w:t>
      </w:r>
    </w:p>
    <w:p>
      <w:pPr>
        <w:spacing w:before="0" w:after="120" w:line="300" w:lineRule="exact"/>
        <w:jc w:val="both"/>
      </w:pPr>
      <w:r>
        <w:rPr>
          <w:rFonts w:ascii="Georgia" w:hAnsi="Georgia" w:cs="Georgia" w:eastAsia="Georgia"/>
          <w:b w:val="0"/>
          <w:i w:val="0"/>
          <w:sz w:val="22"/>
        </w:rPr>
        <w:t>It is quite obvious that shaitaan had driven these molvis into insanity by urinating into their brains, hence their Aql has become indurate with kufr. They are incapable of understanding the kufr rubbish which they vomit and excrete. Declaring war against Jibraeel (Alayhis salaam) is tantamount to declaring war on Allah Azza Wa Jal. The Qur'aan Majeed explicitly states that the enemy of Jibraeel is the enemy of Allah and thus he is among the kaafireen.</w:t>
      </w:r>
    </w:p>
    <w:p>
      <w:r>
        <w:br w:type="page"/>
      </w:r>
    </w:p>
    <w:p>
      <w:pPr>
        <w:pStyle w:val="Heading1"/>
        <w:spacing w:before="360" w:after="200" w:line="300" w:lineRule="exact"/>
        <w:jc w:val="center"/>
      </w:pPr>
      <w:r>
        <w:rPr>
          <w:rFonts w:ascii="Georgia" w:hAnsi="Georgia" w:cs="Georgia" w:eastAsia="Georgia"/>
          <w:b/>
          <w:i w:val="0"/>
          <w:color w:val="1F3864"/>
          <w:sz w:val="32"/>
        </w:rPr>
        <w:t>INDIA'S PAHALGAM FALSE FLAG MASSACRE</w:t>
      </w:r>
    </w:p>
    <w:p>
      <w:pPr>
        <w:spacing w:before="0" w:after="120" w:line="300" w:lineRule="exact"/>
        <w:jc w:val="both"/>
      </w:pPr>
      <w:r>
        <w:rPr>
          <w:rFonts w:ascii="Georgia" w:hAnsi="Georgia" w:cs="Georgia" w:eastAsia="Georgia"/>
          <w:b w:val="0"/>
          <w:i w:val="0"/>
          <w:sz w:val="22"/>
        </w:rPr>
        <w:t>India removes its top military spy after RAW leaks</w:t>
      </w:r>
    </w:p>
    <w:p>
      <w:pPr>
        <w:spacing w:before="0" w:after="120" w:line="300" w:lineRule="exact"/>
        <w:jc w:val="both"/>
      </w:pPr>
      <w:r>
        <w:rPr>
          <w:rFonts w:ascii="Georgia" w:hAnsi="Georgia" w:cs="Georgia" w:eastAsia="Georgia"/>
          <w:b w:val="0"/>
          <w:i w:val="0"/>
          <w:sz w:val="22"/>
        </w:rPr>
        <w:t>Analysts say removal will cause psychological pressure on Indian military</w:t>
      </w:r>
    </w:p>
    <w:p>
      <w:pPr>
        <w:spacing w:before="0" w:after="120" w:line="300" w:lineRule="exact"/>
        <w:jc w:val="both"/>
      </w:pPr>
      <w:r>
        <w:rPr>
          <w:rFonts w:ascii="Georgia" w:hAnsi="Georgia" w:cs="Georgia" w:eastAsia="Georgia"/>
          <w:b w:val="0"/>
          <w:i w:val="0"/>
          <w:sz w:val="22"/>
        </w:rPr>
        <w:t>Our Correspondent/APPMay 03, 2025</w:t>
      </w:r>
    </w:p>
    <w:p>
      <w:pPr>
        <w:pStyle w:val="Heading3"/>
        <w:spacing w:before="200" w:after="120" w:line="300" w:lineRule="exact"/>
        <w:jc w:val="left"/>
      </w:pPr>
      <w:r>
        <w:rPr>
          <w:rFonts w:ascii="Georgia" w:hAnsi="Georgia" w:cs="Georgia" w:eastAsia="Georgia"/>
          <w:b/>
          <w:i w:val="0"/>
          <w:color w:val="2E74B5"/>
          <w:sz w:val="24"/>
        </w:rPr>
        <w:t>ISLAMABAD:</w:t>
      </w:r>
    </w:p>
    <w:p>
      <w:pPr>
        <w:spacing w:before="0" w:after="120" w:line="300" w:lineRule="exact"/>
        <w:jc w:val="both"/>
      </w:pPr>
      <w:r>
        <w:rPr>
          <w:rFonts w:ascii="Georgia" w:hAnsi="Georgia" w:cs="Georgia" w:eastAsia="Georgia"/>
          <w:b w:val="0"/>
          <w:i w:val="0"/>
          <w:sz w:val="22"/>
        </w:rPr>
        <w:t>In a stunning blow to India's credibility, Lt Gen DS Rana, the director general of the Defence Intelligence Agency (DIA), was abruptly removed from his post and transferred to Andaman and Nicobar Islands, after a leaked document exposed a false-flag operation in Pahalgam, it was learnt on Friday.</w:t>
      </w:r>
    </w:p>
    <w:p>
      <w:pPr>
        <w:spacing w:before="0" w:after="120" w:line="300" w:lineRule="exact"/>
        <w:jc w:val="both"/>
      </w:pPr>
      <w:r>
        <w:rPr>
          <w:rFonts w:ascii="Georgia" w:hAnsi="Georgia" w:cs="Georgia" w:eastAsia="Georgia"/>
          <w:b w:val="0"/>
          <w:i w:val="0"/>
          <w:sz w:val="22"/>
        </w:rPr>
        <w:t>The role of India's premier intelligence agency, the Research and Analysis Wing (RAW), in the Pahalgam false flag operation was exposed this week through a document that was leaked through the social media app 'Telegram'.</w:t>
      </w:r>
    </w:p>
    <w:p>
      <w:pPr>
        <w:spacing w:before="0" w:after="120" w:line="300" w:lineRule="exact"/>
        <w:jc w:val="both"/>
      </w:pPr>
      <w:r>
        <w:rPr>
          <w:rFonts w:ascii="Georgia" w:hAnsi="Georgia" w:cs="Georgia" w:eastAsia="Georgia"/>
          <w:b w:val="0"/>
          <w:i w:val="0"/>
          <w:sz w:val="22"/>
        </w:rPr>
        <w:t>Sources said that the document was a clear evidence of the involvement of the Indian government in the attack in Indian Illegally Occupied Jammu and Kashmir (IIOJK) tourist resort of Pahalgam on April 22 in which 26 tourists were shot dead.</w:t>
      </w:r>
    </w:p>
    <w:p>
      <w:pPr>
        <w:spacing w:before="0" w:after="120" w:line="300" w:lineRule="exact"/>
        <w:jc w:val="both"/>
      </w:pPr>
      <w:r>
        <w:rPr>
          <w:rFonts w:ascii="Georgia" w:hAnsi="Georgia" w:cs="Georgia" w:eastAsia="Georgia"/>
          <w:b w:val="0"/>
          <w:i w:val="0"/>
          <w:sz w:val="22"/>
        </w:rPr>
        <w:t>The leaked document detailed India's covert plan to stage an attack in Pahalgam — a desperate attempt to malign Pakistan and justify military aggression. However, the operation collapsed spectacularly when the classified papers surfaced in the media, publicly humiliating RAW and Narendra Modi government.</w:t>
      </w:r>
    </w:p>
    <w:p>
      <w:pPr>
        <w:spacing w:before="0" w:after="120" w:line="300" w:lineRule="exact"/>
        <w:jc w:val="both"/>
      </w:pPr>
      <w:r>
        <w:rPr>
          <w:rFonts w:ascii="Georgia" w:hAnsi="Georgia" w:cs="Georgia" w:eastAsia="Georgia"/>
          <w:b w:val="0"/>
          <w:i w:val="0"/>
          <w:sz w:val="22"/>
        </w:rPr>
        <w:t>The RAW document leak showed that it was a government-hatched conspiracy with instructions that Pakistan would be blamed 36 hours after the attack. According to sources, a series of removal of senior Indian officers followed the leak.</w:t>
      </w:r>
    </w:p>
    <w:p>
      <w:pPr>
        <w:spacing w:before="0" w:after="120" w:line="300" w:lineRule="exact"/>
        <w:jc w:val="both"/>
      </w:pPr>
      <w:r>
        <w:rPr>
          <w:rFonts w:ascii="Georgia" w:hAnsi="Georgia" w:cs="Georgia" w:eastAsia="Georgia"/>
          <w:b w:val="0"/>
          <w:i w:val="0"/>
          <w:sz w:val="22"/>
        </w:rPr>
        <w:t>Reports said that the document had been entrusted to Lt Gen Rana for personal safe-keeping, adding that Indian investigation had indicated that it was leaked from his office. Rana's new posting in areas know as 'Kala Pani' is seen as a "punitive action".</w:t>
      </w:r>
    </w:p>
    <w:p>
      <w:pPr>
        <w:spacing w:before="0" w:after="120" w:line="300" w:lineRule="exact"/>
        <w:jc w:val="both"/>
      </w:pPr>
      <w:r>
        <w:rPr>
          <w:rFonts w:ascii="Georgia" w:hAnsi="Georgia" w:cs="Georgia" w:eastAsia="Georgia"/>
          <w:b w:val="0"/>
          <w:i w:val="0"/>
          <w:sz w:val="22"/>
        </w:rPr>
        <w:t>Rana's transfer is another panic-driven purge within India's security apparatus. Previously, Lt-Gen MV Sachinder Kumar was removed as Northern Commander after the Pahalgam debacle. Indian Air Force's Deputy Air Marshal Sujeet Pushpakar Dharkar was also dismissed.</w:t>
      </w:r>
    </w:p>
    <w:p>
      <w:pPr>
        <w:spacing w:before="0" w:after="120" w:line="300" w:lineRule="exact"/>
        <w:jc w:val="both"/>
      </w:pPr>
      <w:r>
        <w:rPr>
          <w:rFonts w:ascii="Georgia" w:hAnsi="Georgia" w:cs="Georgia" w:eastAsia="Georgia"/>
          <w:b w:val="0"/>
          <w:i w:val="0"/>
          <w:sz w:val="22"/>
        </w:rPr>
        <w:t>Defence analysts and experts said that Pahalgam was not just a failure but also an international embarrassment for India. They added that these removals would cause psychological pressure on Indian military leadership and personnel.</w:t>
      </w:r>
    </w:p>
    <w:p>
      <w:pPr>
        <w:spacing w:before="0" w:after="120" w:line="300" w:lineRule="exact"/>
        <w:jc w:val="both"/>
      </w:pPr>
      <w:r>
        <w:rPr>
          <w:rFonts w:ascii="Georgia" w:hAnsi="Georgia" w:cs="Georgia" w:eastAsia="Georgia"/>
          <w:b w:val="0"/>
          <w:i w:val="0"/>
          <w:sz w:val="22"/>
        </w:rPr>
        <w:t>Brig (retd) Mahmood Shah, former law and order secretary for erstwhile Federally-Administered Tribal Areas (Fata) said the Modi government was badly trapped in a conspiracy of its own making, and was being mocked even in India today.</w:t>
      </w:r>
    </w:p>
    <w:p>
      <w:pPr>
        <w:spacing w:before="0" w:after="120" w:line="300" w:lineRule="exact"/>
        <w:jc w:val="both"/>
      </w:pPr>
      <w:r>
        <w:rPr>
          <w:rFonts w:ascii="Georgia" w:hAnsi="Georgia" w:cs="Georgia" w:eastAsia="Georgia"/>
          <w:b w:val="0"/>
          <w:i w:val="0"/>
          <w:sz w:val="22"/>
        </w:rPr>
        <w:t>It was a serious crime that tarnished the global image of India, Dr Ejaz Khan, former chairman of the International Relations Department at the University of Peshawar, commented. The leaked document exposed ugly face of India as it plotted flags operations against its own citizens, he added.</w:t>
      </w:r>
    </w:p>
    <w:p>
      <w:pPr>
        <w:spacing w:before="0" w:after="120" w:line="300" w:lineRule="exact"/>
        <w:jc w:val="both"/>
      </w:pPr>
      <w:r>
        <w:rPr>
          <w:rFonts w:ascii="Georgia" w:hAnsi="Georgia" w:cs="Georgia" w:eastAsia="Georgia"/>
          <w:b w:val="0"/>
          <w:i w:val="0"/>
          <w:sz w:val="22"/>
        </w:rPr>
        <w:t>https://tribune.com.pk/ story/2543659/india-removes-its-top-military-spy-after-raw-leak</w:t>
      </w:r>
    </w:p>
    <w:p>
      <w:pPr>
        <w:spacing w:before="0" w:after="120" w:line="300" w:lineRule="exact"/>
        <w:jc w:val="both"/>
      </w:pPr>
      <w:r>
        <w:rPr>
          <w:rFonts w:ascii="Georgia" w:hAnsi="Georgia" w:cs="Georgia" w:eastAsia="Georgia"/>
          <w:b w:val="0"/>
          <w:i w:val="0"/>
          <w:sz w:val="22"/>
        </w:rPr>
        <w:t>The very modus operandi of this operation demonstrates its falsity. Hitherto, from the inception of Mujahideen incursions and actions in Kashmir since many decades, only army personnel were engaged by the fighters. There is not a single case of the Mujahideen attacking civilians in Kashmir. The fight was only with the Hindu mushrik one million strong army which has been bogged down in Kashmir for more than 70 years.</w:t>
      </w:r>
    </w:p>
    <w:p>
      <w:pPr>
        <w:spacing w:before="0" w:after="120" w:line="300" w:lineRule="exact"/>
        <w:jc w:val="both"/>
      </w:pPr>
      <w:r>
        <w:rPr>
          <w:rFonts w:ascii="Georgia" w:hAnsi="Georgia" w:cs="Georgia" w:eastAsia="Georgia"/>
          <w:b w:val="0"/>
          <w:i w:val="0"/>
          <w:sz w:val="22"/>
        </w:rPr>
        <w:t>The Phalgam incident is the very first in which civilians were attacked and killed. This by itself is adequate for understanding the nature of the operation. It was a Hindu mushrik false flag of the Modi idol and cow worshipper regime.</w:t>
      </w:r>
    </w:p>
    <w:p>
      <w:r>
        <w:br w:type="page"/>
      </w:r>
    </w:p>
    <w:p>
      <w:pPr>
        <w:pStyle w:val="Heading1"/>
        <w:spacing w:before="360" w:after="200" w:line="300" w:lineRule="exact"/>
        <w:jc w:val="center"/>
      </w:pPr>
      <w:r>
        <w:rPr>
          <w:rFonts w:ascii="Georgia" w:hAnsi="Georgia" w:cs="Georgia" w:eastAsia="Georgia"/>
          <w:b/>
          <w:i w:val="0"/>
          <w:color w:val="1F3864"/>
          <w:sz w:val="32"/>
        </w:rPr>
        <w:t>THE OCTOBER FALSE FLAG OF ISRAEL</w:t>
      </w:r>
    </w:p>
    <w:p>
      <w:pPr>
        <w:spacing w:before="0" w:after="120" w:line="300" w:lineRule="exact"/>
        <w:jc w:val="both"/>
      </w:pPr>
      <w:r>
        <w:rPr>
          <w:rFonts w:ascii="Georgia" w:hAnsi="Georgia" w:cs="Georgia" w:eastAsia="Georgia"/>
          <w:b w:val="0"/>
          <w:i w:val="0"/>
          <w:sz w:val="22"/>
        </w:rPr>
        <w:t>Time will prove that just as September 11, 2001 was a false flag plotted as a prelude for the invasion of Afghanistan by the USA, and just as Phalgham is a false flag for initiating a war with Pakistan at the behest of the USA, so too was the October 7 2023 a false flag operation plotted for the current genocide being executed in Palestine.</w:t>
      </w:r>
    </w:p>
    <w:p>
      <w:pPr>
        <w:spacing w:before="0" w:after="120" w:line="300" w:lineRule="exact"/>
        <w:jc w:val="both"/>
      </w:pPr>
      <w:r>
        <w:rPr>
          <w:rFonts w:ascii="Georgia" w:hAnsi="Georgia" w:cs="Georgia" w:eastAsia="Georgia"/>
          <w:b w:val="0"/>
          <w:i w:val="0"/>
          <w:sz w:val="22"/>
        </w:rPr>
        <w:t>There is no other interpretation for the occurrence of October…… in Israel. It was a massive satanic plot to justify the current massacre and expulsion of all Palestinians firstly from Gaza, then from the Westbank in the Zionist pursuit of creating 'Greater Israel'.</w:t>
      </w:r>
    </w:p>
    <w:p>
      <w:pPr>
        <w:spacing w:before="0" w:after="120" w:line="300" w:lineRule="exact"/>
        <w:jc w:val="both"/>
      </w:pPr>
      <w:r>
        <w:rPr>
          <w:rFonts w:ascii="Georgia" w:hAnsi="Georgia" w:cs="Georgia" w:eastAsia="Georgia"/>
          <w:b w:val="0"/>
          <w:i w:val="0"/>
          <w:sz w:val="22"/>
        </w:rPr>
        <w:t>Regarding these false flag conspiracies, the Qur'aan Majeed states:</w:t>
      </w:r>
    </w:p>
    <w:p>
      <w:pPr>
        <w:spacing w:before="120" w:after="120" w:line="300" w:lineRule="exact"/>
        <w:ind w:left="720" w:right="720"/>
        <w:jc w:val="center"/>
      </w:pPr>
      <w:r>
        <w:rPr>
          <w:rFonts w:ascii="Georgia" w:hAnsi="Georgia" w:cs="Georgia" w:eastAsia="Georgia"/>
          <w:b w:val="0"/>
          <w:i/>
          <w:sz w:val="22"/>
        </w:rPr>
        <w:t>"They (the kuffaar) plotted (their conspiracy) while their plot was by Allah. Indeed their plot moves even mountains.</w:t>
      </w:r>
    </w:p>
    <w:p>
      <w:pPr>
        <w:spacing w:before="120" w:after="120" w:line="300" w:lineRule="exact"/>
        <w:ind w:left="720" w:right="720"/>
        <w:jc w:val="center"/>
      </w:pPr>
      <w:r>
        <w:rPr>
          <w:rFonts w:ascii="Georgia" w:hAnsi="Georgia" w:cs="Georgia" w:eastAsia="Georgia"/>
          <w:b w:val="0"/>
          <w:i/>
          <w:sz w:val="22"/>
        </w:rPr>
        <w:t>(Ibraaheem, Aayat 46)</w:t>
      </w:r>
    </w:p>
    <w:p>
      <w:pPr>
        <w:spacing w:before="120" w:after="120" w:line="300" w:lineRule="exact"/>
        <w:ind w:left="720" w:right="720"/>
        <w:jc w:val="center"/>
      </w:pPr>
      <w:r>
        <w:rPr>
          <w:rFonts w:ascii="Georgia" w:hAnsi="Georgia" w:cs="Georgia" w:eastAsia="Georgia"/>
          <w:b w:val="0"/>
          <w:i/>
          <w:sz w:val="22"/>
        </w:rPr>
        <w:t>"They plot and Allah also plots, and Allah is the best of plotters."</w:t>
      </w:r>
    </w:p>
    <w:p>
      <w:pPr>
        <w:spacing w:before="0" w:after="120" w:line="300" w:lineRule="exact"/>
        <w:jc w:val="both"/>
      </w:pPr>
      <w:r>
        <w:rPr>
          <w:rFonts w:ascii="Georgia" w:hAnsi="Georgia" w:cs="Georgia" w:eastAsia="Georgia"/>
          <w:b w:val="0"/>
          <w:i w:val="0"/>
          <w:sz w:val="22"/>
        </w:rPr>
        <w:t>The meaning of their conspiracies being 'by Allah' is that their plots will run the divine course prescribed by Allah Ta'ala. While they plot, Allah Ta'ala ultimately thwarts their pernicious satanic schemes, hence these plotters without exception miscalculate the 'efficacy' of their plots.</w:t>
      </w:r>
    </w:p>
    <w:p>
      <w:pPr>
        <w:spacing w:before="0" w:after="120" w:line="300" w:lineRule="exact"/>
        <w:jc w:val="both"/>
      </w:pPr>
      <w:r>
        <w:rPr>
          <w:rFonts w:ascii="Georgia" w:hAnsi="Georgia" w:cs="Georgia" w:eastAsia="Georgia"/>
          <w:b w:val="0"/>
          <w:i w:val="0"/>
          <w:sz w:val="22"/>
        </w:rPr>
        <w:t>The September 11 plot was for justifying the invasion of Afghanistan. However, the US plotters miscalculated. They had laboured under the notion that their devilish exercise would be over in a matter of weeks. But Allah Ta'ala trapped and bogged them down in Afghanistan for more than 20 years. While they massacred tens of thousand of Afghans, the kuffaar coalition suffered thousands of causalities.</w:t>
      </w:r>
    </w:p>
    <w:p>
      <w:pPr>
        <w:spacing w:before="0" w:after="120" w:line="300" w:lineRule="exact"/>
        <w:jc w:val="both"/>
      </w:pPr>
      <w:r>
        <w:rPr>
          <w:rFonts w:ascii="Georgia" w:hAnsi="Georgia" w:cs="Georgia" w:eastAsia="Georgia"/>
          <w:b w:val="0"/>
          <w:i w:val="0"/>
          <w:sz w:val="22"/>
        </w:rPr>
        <w:t>The plotters suffered losses of tens of billions of dollars, and when they had to flee from Afghanistan like dogs with their tails between their legs, they were compelled to abandon billions of dollars of military equipment which fell into the hands of the Taliban.</w:t>
      </w:r>
    </w:p>
    <w:p>
      <w:pPr>
        <w:spacing w:before="0" w:after="120" w:line="300" w:lineRule="exact"/>
        <w:jc w:val="both"/>
      </w:pPr>
      <w:r>
        <w:rPr>
          <w:rFonts w:ascii="Georgia" w:hAnsi="Georgia" w:cs="Georgia" w:eastAsia="Georgia"/>
          <w:b w:val="0"/>
          <w:i w:val="0"/>
          <w:sz w:val="22"/>
        </w:rPr>
        <w:t>The US and Israeli plotters who have embarked on the plot of exterminating the Palestinian Muslims have also miscalculated. It never occurred to them that they would be bogged down in Gaza for years. Two years of brutal bombing, massacring and murdering tens of thousands of civilians, mostly women and children, and despite the total destruction of the country, the evil Yahood Satanists have failed to eliminate Hamas, which was their declared objective.</w:t>
      </w:r>
    </w:p>
    <w:p>
      <w:pPr>
        <w:spacing w:before="0" w:after="120" w:line="300" w:lineRule="exact"/>
        <w:jc w:val="both"/>
      </w:pPr>
      <w:r>
        <w:rPr>
          <w:rFonts w:ascii="Georgia" w:hAnsi="Georgia" w:cs="Georgia" w:eastAsia="Georgia"/>
          <w:b w:val="0"/>
          <w:i w:val="0"/>
          <w:sz w:val="22"/>
        </w:rPr>
        <w:t>They had miscalculated. According to the calculation of the satanic plotters, the Israeli brutal operation would eliminate Hamas within days or weeks. Thus their plot has been thwarted. Hamas is still strong and the Yahood are suffering substantial losses in men and military equipment. In addition to their battle losses, the whole of Israel is in disastrous disarray in every sphere of life.</w:t>
      </w:r>
    </w:p>
    <w:p>
      <w:r>
        <w:br w:type="page"/>
      </w:r>
    </w:p>
    <w:p>
      <w:pPr>
        <w:pStyle w:val="Heading1"/>
        <w:spacing w:before="360" w:after="200" w:line="300" w:lineRule="exact"/>
        <w:jc w:val="center"/>
      </w:pPr>
      <w:r>
        <w:rPr>
          <w:rFonts w:ascii="Georgia" w:hAnsi="Georgia" w:cs="Georgia" w:eastAsia="Georgia"/>
          <w:b/>
          <w:i w:val="0"/>
          <w:color w:val="1F3864"/>
          <w:sz w:val="32"/>
        </w:rPr>
        <w:t>THE ARMIES OF ALLAH</w:t>
      </w:r>
    </w:p>
    <w:p>
      <w:pPr>
        <w:spacing w:before="120" w:after="120" w:line="300" w:lineRule="exact"/>
        <w:ind w:left="720" w:right="720"/>
        <w:jc w:val="center"/>
      </w:pPr>
      <w:r>
        <w:rPr>
          <w:rFonts w:ascii="Georgia" w:hAnsi="Georgia" w:cs="Georgia" w:eastAsia="Georgia"/>
          <w:b w:val="0"/>
          <w:i/>
          <w:sz w:val="22"/>
        </w:rPr>
        <w:t>"No one knows the armies of Allah except He."</w:t>
      </w:r>
    </w:p>
    <w:p>
      <w:pPr>
        <w:spacing w:before="120" w:after="120" w:line="300" w:lineRule="exact"/>
        <w:ind w:left="720" w:right="720"/>
        <w:jc w:val="center"/>
      </w:pPr>
      <w:r>
        <w:rPr>
          <w:rFonts w:ascii="Georgia" w:hAnsi="Georgia" w:cs="Georgia" w:eastAsia="Georgia"/>
          <w:b w:val="0"/>
          <w:i/>
          <w:sz w:val="22"/>
        </w:rPr>
        <w:t>(Al-Muddath-thir, Aayat 31)</w:t>
      </w:r>
    </w:p>
    <w:p>
      <w:pPr>
        <w:spacing w:before="120" w:after="120" w:line="300" w:lineRule="exact"/>
        <w:ind w:left="720" w:right="720"/>
        <w:jc w:val="center"/>
      </w:pPr>
      <w:r>
        <w:rPr>
          <w:rFonts w:ascii="Georgia" w:hAnsi="Georgia" w:cs="Georgia" w:eastAsia="Georgia"/>
          <w:b w:val="0"/>
          <w:i/>
          <w:sz w:val="22"/>
        </w:rPr>
        <w:t>"And to Allah belong the armies of the heavens and the earth. Allah is Mighty and Wise."</w:t>
      </w:r>
    </w:p>
    <w:p>
      <w:pPr>
        <w:spacing w:before="120" w:after="120" w:line="300" w:lineRule="exact"/>
        <w:ind w:left="720" w:right="720"/>
        <w:jc w:val="center"/>
      </w:pPr>
      <w:r>
        <w:rPr>
          <w:rFonts w:ascii="Georgia" w:hAnsi="Georgia" w:cs="Georgia" w:eastAsia="Georgia"/>
          <w:b w:val="0"/>
          <w:i/>
          <w:sz w:val="22"/>
        </w:rPr>
        <w:t>(Al-Fatah, Aayat 7)</w:t>
      </w:r>
    </w:p>
    <w:p>
      <w:pPr>
        <w:spacing w:before="0" w:after="120" w:line="300" w:lineRule="exact"/>
        <w:jc w:val="both"/>
      </w:pPr>
      <w:r>
        <w:rPr>
          <w:rFonts w:ascii="Georgia" w:hAnsi="Georgia" w:cs="Georgia" w:eastAsia="Georgia"/>
          <w:b w:val="0"/>
          <w:i w:val="0"/>
          <w:sz w:val="22"/>
        </w:rPr>
        <w:t>"MASSIVE DUST STORM HITS SAUDI ARABIA, KUWAIT AND JORDAN, TRIGGERING TRAVEL CHAOS AND FLASH FLOODS</w:t>
      </w:r>
    </w:p>
    <w:p>
      <w:pPr>
        <w:spacing w:before="0" w:after="120" w:line="300" w:lineRule="exact"/>
        <w:jc w:val="both"/>
      </w:pPr>
      <w:r>
        <w:rPr>
          <w:rFonts w:ascii="Georgia" w:hAnsi="Georgia" w:cs="Georgia" w:eastAsia="Georgia"/>
          <w:b w:val="0"/>
          <w:i w:val="0"/>
          <w:sz w:val="22"/>
        </w:rPr>
        <w:t>In central Saudi Arabia, residents of Al-Qassam province witnessed a rare and dramatic phenomenon described as a 'wall of dust' that swept through the region on Sunday, reducing visibility to near zero and prompting widespread safety warnings…. On social media showed the sky turning orange as the storm surged forward like a towering wave, blocking out sunlight……..These walls can reach 2,000 metres and wind speeds of 100 km/h, posing major hazards to both air and land transportation……." (End of Gulf News report)</w:t>
      </w:r>
    </w:p>
    <w:p>
      <w:pPr>
        <w:spacing w:before="0" w:after="120" w:line="300" w:lineRule="exact"/>
        <w:jc w:val="both"/>
      </w:pPr>
      <w:r>
        <w:rPr>
          <w:rFonts w:ascii="Georgia" w:hAnsi="Georgia" w:cs="Georgia" w:eastAsia="Georgia"/>
          <w:b w:val="0"/>
          <w:i w:val="0"/>
          <w:sz w:val="22"/>
        </w:rPr>
        <w:t>This phenomenon is also one of the minor punishments of Allah Ta'ala – a punishment acting as a warning for greater Punishment if not understood and heeded. Allah Ta'ala says in the Qur'aan Majeed:</w:t>
      </w:r>
    </w:p>
    <w:p>
      <w:pPr>
        <w:spacing w:before="120" w:after="120" w:line="300" w:lineRule="exact"/>
        <w:ind w:left="720" w:right="720"/>
        <w:jc w:val="center"/>
      </w:pPr>
      <w:r>
        <w:rPr>
          <w:rFonts w:ascii="Georgia" w:hAnsi="Georgia" w:cs="Georgia" w:eastAsia="Georgia"/>
          <w:b w:val="0"/>
          <w:i/>
          <w:sz w:val="22"/>
        </w:rPr>
        <w:t>"We will most assuredly give them to taste of the</w:t>
      </w:r>
    </w:p>
    <w:p>
      <w:pPr>
        <w:spacing w:before="120" w:after="120" w:line="300" w:lineRule="exact"/>
        <w:ind w:left="720" w:right="720"/>
        <w:jc w:val="center"/>
      </w:pPr>
      <w:r>
        <w:rPr>
          <w:rFonts w:ascii="Georgia" w:hAnsi="Georgia" w:cs="Georgia" w:eastAsia="Georgia"/>
          <w:b w:val="0"/>
          <w:i/>
          <w:sz w:val="22"/>
        </w:rPr>
        <w:t>Lesser punishment, not the greater punishment,</w:t>
      </w:r>
    </w:p>
    <w:p>
      <w:pPr>
        <w:spacing w:before="120" w:after="120" w:line="300" w:lineRule="exact"/>
        <w:ind w:left="720" w:right="720"/>
        <w:jc w:val="center"/>
      </w:pPr>
      <w:r>
        <w:rPr>
          <w:rFonts w:ascii="Georgia" w:hAnsi="Georgia" w:cs="Georgia" w:eastAsia="Georgia"/>
          <w:b w:val="0"/>
          <w:i/>
          <w:sz w:val="22"/>
        </w:rPr>
        <w:t>So that (they understand) and return (to the obedience of Allah)."</w:t>
      </w:r>
    </w:p>
    <w:p>
      <w:r>
        <w:br w:type="page"/>
      </w:r>
    </w:p>
    <w:p>
      <w:pPr>
        <w:spacing w:before="0" w:after="120" w:line="300" w:lineRule="exact"/>
        <w:jc w:val="both"/>
      </w:pPr>
      <w:r>
        <w:rPr>
          <w:rFonts w:ascii="Georgia" w:hAnsi="Georgia" w:cs="Georgia" w:eastAsia="Georgia"/>
          <w:b w:val="0"/>
          <w:i w:val="0"/>
          <w:sz w:val="22"/>
        </w:rPr>
        <w:t>Donald Trump Wants to Transform Gaza into a "U.S. Territory"? Goodbye to "Greater Israel"?</w:t>
      </w:r>
    </w:p>
    <w:p>
      <w:pPr>
        <w:spacing w:before="0" w:after="120" w:line="300" w:lineRule="exact"/>
        <w:jc w:val="both"/>
      </w:pPr>
      <w:r>
        <w:rPr>
          <w:rFonts w:ascii="Georgia" w:hAnsi="Georgia" w:cs="Georgia" w:eastAsia="Georgia"/>
          <w:b w:val="0"/>
          <w:i w:val="0"/>
          <w:sz w:val="22"/>
        </w:rPr>
        <w:t>Gaza's maritime gas reserves would be under U.S. Jurisdiction? (Prof Michel Chossudovsky)</w:t>
      </w:r>
    </w:p>
    <w:p>
      <w:r>
        <w:br w:type="page"/>
      </w:r>
    </w:p>
    <w:p>
      <w:pPr>
        <w:pStyle w:val="Heading1"/>
        <w:spacing w:before="360" w:after="200" w:line="300" w:lineRule="exact"/>
        <w:jc w:val="center"/>
      </w:pPr>
      <w:r>
        <w:rPr>
          <w:rFonts w:ascii="Georgia" w:hAnsi="Georgia" w:cs="Georgia" w:eastAsia="Georgia"/>
          <w:b/>
          <w:i w:val="0"/>
          <w:color w:val="1F3864"/>
          <w:sz w:val="32"/>
        </w:rPr>
        <w:t>GAZA: WHAT THE KUFFAAR EXPERTS SAY</w:t>
      </w:r>
    </w:p>
    <w:p>
      <w:pPr>
        <w:spacing w:before="0" w:after="120" w:line="300" w:lineRule="exact"/>
        <w:jc w:val="both"/>
      </w:pPr>
      <w:r>
        <w:rPr>
          <w:rFonts w:ascii="Georgia" w:hAnsi="Georgia" w:cs="Georgia" w:eastAsia="Georgia"/>
          <w:b w:val="0"/>
          <w:i w:val="0"/>
          <w:sz w:val="22"/>
        </w:rPr>
        <w:t>By Prof Michel Chossudovsky</w:t>
      </w:r>
    </w:p>
    <w:p>
      <w:pPr>
        <w:spacing w:before="0" w:after="120" w:line="300" w:lineRule="exact"/>
        <w:jc w:val="both"/>
      </w:pPr>
      <w:r>
        <w:rPr>
          <w:rFonts w:ascii="Georgia" w:hAnsi="Georgia" w:cs="Georgia" w:eastAsia="Georgia"/>
          <w:b w:val="0"/>
          <w:i w:val="0"/>
          <w:sz w:val="22"/>
        </w:rPr>
        <w:t>Global Research, May 14, 2025</w:t>
      </w:r>
    </w:p>
    <w:p>
      <w:pPr>
        <w:spacing w:before="0" w:after="120" w:line="300" w:lineRule="exact"/>
        <w:jc w:val="both"/>
      </w:pPr>
      <w:r>
        <w:rPr>
          <w:rFonts w:ascii="Georgia" w:hAnsi="Georgia" w:cs="Georgia" w:eastAsia="Georgia"/>
          <w:b w:val="0"/>
          <w:i w:val="0"/>
          <w:sz w:val="22"/>
        </w:rPr>
        <w:t>As outlined by Felicity Arbuthnot with foresight 11 years ago in a December, 30 2013 article:</w:t>
      </w:r>
    </w:p>
    <w:p>
      <w:pPr>
        <w:spacing w:before="0" w:after="120" w:line="300" w:lineRule="exact"/>
        <w:jc w:val="both"/>
      </w:pPr>
      <w:r>
        <w:rPr>
          <w:rFonts w:ascii="Georgia" w:hAnsi="Georgia" w:cs="Georgia" w:eastAsia="Georgia"/>
          <w:b w:val="0"/>
          <w:i w:val="0"/>
          <w:sz w:val="22"/>
        </w:rPr>
        <w:t>"Israel is set to become a major exporter of gas and some oil, "If All Goes to Plan"".</w:t>
      </w:r>
    </w:p>
    <w:p>
      <w:pPr>
        <w:spacing w:before="0" w:after="120" w:line="300" w:lineRule="exact"/>
        <w:jc w:val="both"/>
      </w:pPr>
      <w:r>
        <w:rPr>
          <w:rFonts w:ascii="Georgia" w:hAnsi="Georgia" w:cs="Georgia" w:eastAsia="Georgia"/>
          <w:b w:val="0"/>
          <w:i w:val="0"/>
          <w:sz w:val="22"/>
        </w:rPr>
        <w:t>Arbuthnot was referring to the ownership of Gaza's maritime natural gas reserves, which belong to the State of Palestine.</w:t>
      </w:r>
    </w:p>
    <w:p>
      <w:pPr>
        <w:spacing w:before="0" w:after="120" w:line="300" w:lineRule="exact"/>
        <w:jc w:val="both"/>
      </w:pPr>
      <w:r>
        <w:rPr>
          <w:rFonts w:ascii="Georgia" w:hAnsi="Georgia" w:cs="Georgia" w:eastAsia="Georgia"/>
          <w:b w:val="0"/>
          <w:i w:val="0"/>
          <w:sz w:val="22"/>
        </w:rPr>
        <w:t>At the time of writing, the Netanyahu government is planning to appropriate these maritime gas reserves. What this signifies is that Israel is intent upon annexing Gaza as well as destroying an entire country.</w:t>
      </w:r>
    </w:p>
    <w:p>
      <w:pPr>
        <w:spacing w:before="0" w:after="120" w:line="300" w:lineRule="exact"/>
        <w:jc w:val="both"/>
      </w:pPr>
      <w:r>
        <w:rPr>
          <w:rFonts w:ascii="Georgia" w:hAnsi="Georgia" w:cs="Georgia" w:eastAsia="Georgia"/>
          <w:b w:val="0"/>
          <w:i w:val="0"/>
          <w:sz w:val="22"/>
        </w:rPr>
        <w:t>All Things are NOT Going-Well for Netanyahu.</w:t>
      </w:r>
    </w:p>
    <w:p>
      <w:pPr>
        <w:spacing w:before="0" w:after="120" w:line="300" w:lineRule="exact"/>
        <w:jc w:val="both"/>
      </w:pPr>
      <w:r>
        <w:rPr>
          <w:rFonts w:ascii="Georgia" w:hAnsi="Georgia" w:cs="Georgia" w:eastAsia="Georgia"/>
          <w:b w:val="0"/>
          <w:i w:val="0"/>
          <w:sz w:val="22"/>
        </w:rPr>
        <w:t>Washington's intent is to eventually scrap "The Greater Israel" project.</w:t>
      </w:r>
    </w:p>
    <w:p>
      <w:pPr>
        <w:spacing w:before="0" w:after="120" w:line="300" w:lineRule="exact"/>
        <w:jc w:val="both"/>
      </w:pPr>
      <w:r>
        <w:rPr>
          <w:rFonts w:ascii="Georgia" w:hAnsi="Georgia" w:cs="Georgia" w:eastAsia="Georgia"/>
          <w:b w:val="0"/>
          <w:i w:val="0"/>
          <w:sz w:val="22"/>
        </w:rPr>
        <w:t>Confrontation between Netanyahu and Trump is currently unfolding, sofar behind closed doors.</w:t>
      </w:r>
    </w:p>
    <w:p>
      <w:pPr>
        <w:spacing w:before="0" w:after="120" w:line="300" w:lineRule="exact"/>
        <w:jc w:val="both"/>
      </w:pPr>
      <w:r>
        <w:rPr>
          <w:rFonts w:ascii="Georgia" w:hAnsi="Georgia" w:cs="Georgia" w:eastAsia="Georgia"/>
          <w:b w:val="0"/>
          <w:i w:val="0"/>
          <w:sz w:val="22"/>
        </w:rPr>
        <w:t>Washington's unspoken intent is to transform Gaza into an "American Territory" to prevent the Netanyahu government from appropriating Gaza's maritime gas fields. The management of the latter is already underway under the auspices of Israel's Ministry of Energy.</w:t>
      </w:r>
    </w:p>
    <w:p>
      <w:pPr>
        <w:spacing w:before="0" w:after="120" w:line="300" w:lineRule="exact"/>
        <w:jc w:val="both"/>
      </w:pPr>
      <w:r>
        <w:rPr>
          <w:rFonts w:ascii="Georgia" w:hAnsi="Georgia" w:cs="Georgia" w:eastAsia="Georgia"/>
          <w:b w:val="0"/>
          <w:i w:val="0"/>
          <w:sz w:val="22"/>
        </w:rPr>
        <w:t>Secret negotiations are currently unfolding (Reuters May 7, 2025) regarding the creation of a "U.S led administration" (aka American Territory).</w:t>
      </w:r>
    </w:p>
    <w:p>
      <w:pPr>
        <w:spacing w:before="0" w:after="120" w:line="300" w:lineRule="exact"/>
        <w:jc w:val="both"/>
      </w:pPr>
      <w:r>
        <w:rPr>
          <w:rFonts w:ascii="Georgia" w:hAnsi="Georgia" w:cs="Georgia" w:eastAsia="Georgia"/>
          <w:b w:val="0"/>
          <w:i w:val="0"/>
          <w:sz w:val="22"/>
        </w:rPr>
        <w:t>"The "high-level" consultations have centered around a transitional government headed by a U.S. official that would oversee Gaza until it had been demilitarized and stabilized… There would be no fixed timeline for how long such a U.S.-led administration would last, which would depend on the situation on the ground, …." (Reuters May 7, 2025)</w:t>
      </w:r>
    </w:p>
    <w:p>
      <w:pPr>
        <w:spacing w:before="0" w:after="120" w:line="300" w:lineRule="exact"/>
        <w:jc w:val="both"/>
      </w:pPr>
      <w:r>
        <w:rPr>
          <w:rFonts w:ascii="Georgia" w:hAnsi="Georgia" w:cs="Georgia" w:eastAsia="Georgia"/>
          <w:b w:val="0"/>
          <w:i w:val="0"/>
          <w:sz w:val="22"/>
        </w:rPr>
        <w:t>We can expect a shift in the Zionist narrative. Netanyahu is a proxy. Is regime change in Israel contemplated?</w:t>
      </w:r>
    </w:p>
    <w:p>
      <w:pPr>
        <w:spacing w:before="0" w:after="120" w:line="300" w:lineRule="exact"/>
        <w:jc w:val="both"/>
      </w:pPr>
      <w:r>
        <w:rPr>
          <w:rFonts w:ascii="Georgia" w:hAnsi="Georgia" w:cs="Georgia" w:eastAsia="Georgia"/>
          <w:b w:val="0"/>
          <w:i w:val="0"/>
          <w:sz w:val="22"/>
        </w:rPr>
        <w:t>While Israel has invaded part of Syria's Southern territories, the U.S project consists in transforming Gaza into a U.S territory under U.S laws. This project would be part of broader US agenda which consists in the militarization of the entire Eastern Mediterranean coast line, namely the Levant extending from the Egypt-Gaza border to the Northern tip of Syria.</w:t>
      </w:r>
    </w:p>
    <w:p>
      <w:pPr>
        <w:spacing w:before="0" w:after="120" w:line="300" w:lineRule="exact"/>
        <w:jc w:val="both"/>
      </w:pPr>
      <w:r>
        <w:rPr>
          <w:rFonts w:ascii="Georgia" w:hAnsi="Georgia" w:cs="Georgia" w:eastAsia="Georgia"/>
          <w:b w:val="0"/>
          <w:i w:val="0"/>
          <w:sz w:val="22"/>
        </w:rPr>
        <w:t>As outlined, Israel's Ministry of Energy and Infrastructure has already awarded licenses to six Israeli and international companies "to explore for natural gas in areas that are considered Palestinian maritime areas under international law". That announcement was made 3 weeks after October 7, 2023.</w:t>
      </w:r>
    </w:p>
    <w:p>
      <w:r>
        <w:br w:type="page"/>
      </w:r>
    </w:p>
    <w:p>
      <w:pPr>
        <w:pStyle w:val="Heading1"/>
        <w:spacing w:before="360" w:after="200" w:line="300" w:lineRule="exact"/>
        <w:jc w:val="center"/>
      </w:pPr>
      <w:r>
        <w:rPr>
          <w:rFonts w:ascii="Georgia" w:hAnsi="Georgia" w:cs="Georgia" w:eastAsia="Georgia"/>
          <w:b/>
          <w:i w:val="0"/>
          <w:color w:val="1F3864"/>
          <w:sz w:val="32"/>
        </w:rPr>
        <w:t>PROTEST MARCHES</w:t>
      </w:r>
    </w:p>
    <w:p>
      <w:pPr>
        <w:spacing w:before="120" w:after="40" w:line="300" w:lineRule="exact"/>
        <w:jc w:val="both"/>
      </w:pPr>
      <w:r>
        <w:rPr>
          <w:rFonts w:ascii="Georgia" w:hAnsi="Georgia" w:cs="Georgia" w:eastAsia="Georgia"/>
          <w:b/>
          <w:i/>
          <w:sz w:val="22"/>
        </w:rPr>
        <w:t>Q. The Ulama in India are organizing protest marches to protest against the new Waqf Bill which aims to confiscate all Waqf properties. Shoud I join these protest marches? The Ulama here argue that as long as the niyyat is sincere and the objective is to defend the Shariah, the marches are permissible.</w:t>
      </w:r>
    </w:p>
    <w:p>
      <w:pPr>
        <w:spacing w:before="0" w:after="120" w:line="300" w:lineRule="exact"/>
        <w:jc w:val="both"/>
      </w:pPr>
      <w:r>
        <w:rPr>
          <w:rFonts w:ascii="Georgia" w:hAnsi="Georgia" w:cs="Georgia" w:eastAsia="Georgia"/>
          <w:b w:val="0"/>
          <w:i w:val="0"/>
          <w:sz w:val="22"/>
        </w:rPr>
        <w:t>A. Protest marches are of the ways of the kuffaar. Our tareeqah – the method of the Deen - is either Jihad or Sabr and Dua. When we lack the power to wage Jihad then we adopt Sabr and make dua. If our Duas are not accepted by Allah Ta'ala, then to a far greater degree will the kuffaar method of protest marches not be of any avail.</w:t>
      </w:r>
    </w:p>
    <w:p>
      <w:pPr>
        <w:spacing w:before="0" w:after="120" w:line="300" w:lineRule="exact"/>
        <w:jc w:val="both"/>
      </w:pPr>
      <w:r>
        <w:rPr>
          <w:rFonts w:ascii="Georgia" w:hAnsi="Georgia" w:cs="Georgia" w:eastAsia="Georgia"/>
          <w:b w:val="0"/>
          <w:i w:val="0"/>
          <w:sz w:val="22"/>
        </w:rPr>
        <w:t>Niyyat (Intention) is not sufficient for the acceptability of an act. Along with a sincere niyyat, the method adopted should also conform to the Shariah. Since protest marches do not conform to the Shariah, the niyyat does not suffice. Therefore abstain. Make dua.</w:t>
      </w:r>
    </w:p>
    <w:p>
      <w:r>
        <w:br w:type="page"/>
      </w:r>
    </w:p>
    <w:p>
      <w:pPr>
        <w:spacing w:before="120" w:after="40" w:line="300" w:lineRule="exact"/>
        <w:jc w:val="both"/>
      </w:pPr>
      <w:r>
        <w:rPr>
          <w:rFonts w:ascii="Georgia" w:hAnsi="Georgia" w:cs="Georgia" w:eastAsia="Georgia"/>
          <w:b/>
          <w:i/>
          <w:sz w:val="22"/>
        </w:rPr>
        <w:t>Q. Is it proper to say that Americans deserved the Fires? What about the innocents? Is it permissible to have pity for them?</w:t>
      </w:r>
    </w:p>
    <w:p>
      <w:pPr>
        <w:spacing w:before="0" w:after="120" w:line="300" w:lineRule="exact"/>
        <w:jc w:val="both"/>
      </w:pPr>
      <w:r>
        <w:rPr>
          <w:rFonts w:ascii="Georgia" w:hAnsi="Georgia" w:cs="Georgia" w:eastAsia="Georgia"/>
          <w:b w:val="0"/>
          <w:i w:val="0"/>
          <w:sz w:val="22"/>
        </w:rPr>
        <w:t>A. Most certainly the Americans deserved the punishment of the Fires which are the Athaab of Allah Ta'ala. How can anyone not believe that they deserved it when Allah Ta'ala decreed that they deserve the punishment?</w:t>
      </w:r>
    </w:p>
    <w:p>
      <w:pPr>
        <w:spacing w:before="0" w:after="120" w:line="300" w:lineRule="exact"/>
        <w:jc w:val="both"/>
      </w:pPr>
      <w:r>
        <w:rPr>
          <w:rFonts w:ascii="Georgia" w:hAnsi="Georgia" w:cs="Georgia" w:eastAsia="Georgia"/>
          <w:b w:val="0"/>
          <w:i w:val="0"/>
          <w:sz w:val="22"/>
        </w:rPr>
        <w:t>Allah Ta'ala says in the Qur'aan in many verses: "We have not committed zulm (injustice) on them. But, in reality, they were unjust to themselves."</w:t>
      </w:r>
    </w:p>
    <w:p>
      <w:pPr>
        <w:spacing w:before="0" w:after="120" w:line="300" w:lineRule="exact"/>
        <w:jc w:val="both"/>
      </w:pPr>
      <w:r>
        <w:rPr>
          <w:rFonts w:ascii="Georgia" w:hAnsi="Georgia" w:cs="Georgia" w:eastAsia="Georgia"/>
          <w:b w:val="0"/>
          <w:i w:val="0"/>
          <w:sz w:val="22"/>
        </w:rPr>
        <w:t>Thus, every person who was apprehended by the Fires was not innocent. Allah Ta'ala had decreed him/her to be apprehended by His Punishment.</w:t>
      </w:r>
    </w:p>
    <w:p>
      <w:pPr>
        <w:spacing w:before="0" w:after="120" w:line="300" w:lineRule="exact"/>
        <w:jc w:val="both"/>
      </w:pPr>
      <w:r>
        <w:rPr>
          <w:rFonts w:ascii="Georgia" w:hAnsi="Georgia" w:cs="Georgia" w:eastAsia="Georgia"/>
          <w:b w:val="0"/>
          <w:i w:val="0"/>
          <w:sz w:val="22"/>
        </w:rPr>
        <w:t>Grief and sorrow are natural in people. Naturally feeling sorry is not sinful. When Allah Ta'ala destroyed the nations of Nooh, Aad, Thamud, etc, their respective Nabis afterwards grieved when they observed the scenes of devastation. Then they exclaimed: "How can I grieve over a nation of disbelievers?" Such statements were expressions of grief.</w:t>
      </w:r>
    </w:p>
    <w:p>
      <w:pPr>
        <w:spacing w:before="120" w:after="120" w:line="300" w:lineRule="exact"/>
        <w:ind w:left="720" w:right="720"/>
        <w:jc w:val="center"/>
      </w:pPr>
      <w:r>
        <w:rPr>
          <w:rFonts w:ascii="Georgia" w:hAnsi="Georgia" w:cs="Georgia" w:eastAsia="Georgia"/>
          <w:b w:val="0"/>
          <w:i/>
          <w:sz w:val="22"/>
        </w:rPr>
        <w:t>Q. Majdool dates are grown in the Kalahari province of South Africa. It is said that the owner is an Israeli Jew. These dates are now available even in Madinah. May we buy these majdool dates?</w:t>
      </w:r>
    </w:p>
    <w:p>
      <w:pPr>
        <w:spacing w:before="0" w:after="120" w:line="300" w:lineRule="exact"/>
        <w:jc w:val="both"/>
      </w:pPr>
      <w:r>
        <w:rPr>
          <w:rFonts w:ascii="Georgia" w:hAnsi="Georgia" w:cs="Georgia" w:eastAsia="Georgia"/>
          <w:b w:val="0"/>
          <w:i w:val="0"/>
          <w:sz w:val="22"/>
        </w:rPr>
        <w:t>A. The madjool dates are the product of an Israeli firm. There is no surprise in this Israeli product being imported by Saudi Arabia. The kufr regime of Saudi Arabia is in cahoots with Israel. Abstain from Israeli products as far as is possible.</w:t>
      </w:r>
    </w:p>
    <w:p>
      <w:pPr>
        <w:spacing w:before="120" w:after="40" w:line="300" w:lineRule="exact"/>
        <w:jc w:val="both"/>
      </w:pPr>
      <w:r>
        <w:rPr>
          <w:rFonts w:ascii="Georgia" w:hAnsi="Georgia" w:cs="Georgia" w:eastAsia="Georgia"/>
          <w:b/>
          <w:i/>
          <w:sz w:val="22"/>
        </w:rPr>
        <w:t>Q. Please explain the Hadith pertaining to Ghazwah Hind. Has this Battle already been fought?</w:t>
      </w:r>
    </w:p>
    <w:p>
      <w:pPr>
        <w:spacing w:before="0" w:after="120" w:line="300" w:lineRule="exact"/>
        <w:jc w:val="both"/>
      </w:pPr>
      <w:r>
        <w:rPr>
          <w:rFonts w:ascii="Georgia" w:hAnsi="Georgia" w:cs="Georgia" w:eastAsia="Georgia"/>
          <w:b w:val="0"/>
          <w:i w:val="0"/>
          <w:sz w:val="22"/>
        </w:rPr>
        <w:t>A. Regarding the identity of the group mentioned in the Hadith pertaining to Ghazwah Hind, there is no clarity. It is ambiguous.</w:t>
      </w:r>
    </w:p>
    <w:p>
      <w:pPr>
        <w:spacing w:before="0" w:after="120" w:line="300" w:lineRule="exact"/>
        <w:jc w:val="both"/>
      </w:pPr>
      <w:r>
        <w:rPr>
          <w:rFonts w:ascii="Georgia" w:hAnsi="Georgia" w:cs="Georgia" w:eastAsia="Georgia"/>
          <w:b w:val="0"/>
          <w:i w:val="0"/>
          <w:sz w:val="22"/>
        </w:rPr>
        <w:t>Although the Muslims had invaded India and conquered a large party of it during the Khilaafat of Hadhrat Muaawiyah (Radhiyallahu anhu) and subsequent Khulafa, the popular view is that it refers to Imaam Mahdi (Alayhis salaam) who will conquer the entire Hind.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