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74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402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"THERE IS AN APPOINTED TIME"</w:t>
      </w:r>
    </w:p>
    <w:p>
      <w:pPr>
        <w:pStyle w:val="Heading3"/>
        <w:spacing w:before="200" w:after="120" w:line="300" w:lineRule="exact"/>
        <w:jc w:val="left"/>
      </w:pPr>
      <w:r>
        <w:rPr>
          <w:rFonts w:ascii="Georgia" w:hAnsi="Georgia" w:cs="Georgia" w:eastAsia="Georgia"/>
          <w:b/>
          <w:i w:val="0"/>
          <w:color w:val="2E74B5"/>
          <w:sz w:val="24"/>
        </w:rPr>
        <w:t>(QUR'AAN)</w:t>
      </w:r>
    </w:p>
    <w:p>
      <w:pPr>
        <w:spacing w:before="120" w:after="40" w:line="300" w:lineRule="exact"/>
        <w:jc w:val="both"/>
      </w:pPr>
      <w:r>
        <w:rPr>
          <w:rFonts w:ascii="Georgia" w:hAnsi="Georgia" w:cs="Georgia" w:eastAsia="Georgia"/>
          <w:b/>
          <w:i/>
          <w:sz w:val="22"/>
        </w:rPr>
        <w:t>"For every nation there is an appointed time. When their appointed time arrives, it shall not be delayed nor advanced by a moment."</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Empires have come and gone. Oppressors have come and gone. Kings have come and gone. Every dog and every pig will have their days of doom and destruction. The Yahood and Nasaara are currently riding on the crest of a wave, unmindful of the lessons of history and reality. No empire endures eternally. But those dwelling in a drunken stupor of their power which they believe is inherent in themselves and will never fade away, are in reality lost in deception. They are stupefied by their own stupidity.</w:t>
      </w:r>
    </w:p>
    <w:p>
      <w:pPr>
        <w:spacing w:before="0" w:after="120" w:line="300" w:lineRule="exact"/>
        <w:jc w:val="both"/>
      </w:pPr>
      <w:r>
        <w:rPr>
          <w:rFonts w:ascii="Georgia" w:hAnsi="Georgia" w:cs="Georgia" w:eastAsia="Georgia"/>
          <w:b w:val="0"/>
          <w:i w:val="0"/>
          <w:sz w:val="22"/>
        </w:rPr>
        <w:t>The U.S.A. will soon wake up to find itself sprawled at the feet of some other power which Allah Azza Wa Jal will raise to replace it (America). No empire endures for ever. But these moron kuffaar intoxicated with their current superior power are too stupid to understand the lesson imparted by History.</w:t>
      </w:r>
    </w:p>
    <w:p>
      <w:pPr>
        <w:spacing w:before="0" w:after="120" w:line="300" w:lineRule="exact"/>
        <w:jc w:val="both"/>
      </w:pPr>
      <w:r>
        <w:rPr>
          <w:rFonts w:ascii="Georgia" w:hAnsi="Georgia" w:cs="Georgia" w:eastAsia="Georgia"/>
          <w:b w:val="0"/>
          <w:i w:val="0"/>
          <w:sz w:val="22"/>
        </w:rPr>
        <w:t>It is of the Way of Allah Azza Wa Jal to grant respite to a nation. But the Line will run out. When that moment of doom and destruction arrives, these brutal kuffaar will understand the myth of their superior military power. It will simply vanish into oblivion.</w:t>
      </w:r>
    </w:p>
    <w:p>
      <w:pPr>
        <w:spacing w:before="0" w:after="120" w:line="300" w:lineRule="exact"/>
        <w:jc w:val="both"/>
      </w:pPr>
      <w:r>
        <w:rPr>
          <w:rFonts w:ascii="Georgia" w:hAnsi="Georgia" w:cs="Georgia" w:eastAsia="Georgia"/>
          <w:b w:val="0"/>
          <w:i w:val="0"/>
          <w:sz w:val="22"/>
        </w:rPr>
        <w:t>Atheists, having absolutely no conception of the All-Pervading, All-Powerful Creator. They believe themselves to be all-powerful, hence they gain the idea of not being answerable to anyone for all the brutality and oppression they inflict on the weaker nations. But they will understand the reality long before their entry into Hell-Fire.</w:t>
      </w:r>
    </w:p>
    <w:p>
      <w:pPr>
        <w:spacing w:before="0" w:after="120" w:line="300" w:lineRule="exact"/>
        <w:jc w:val="both"/>
      </w:pPr>
      <w:r>
        <w:rPr>
          <w:rFonts w:ascii="Georgia" w:hAnsi="Georgia" w:cs="Georgia" w:eastAsia="Georgia"/>
          <w:b w:val="0"/>
          <w:i w:val="0"/>
          <w:sz w:val="22"/>
        </w:rPr>
        <w:t>Muslims of extremely deficient Imaan are trapped in the same kufr conceptions of the Yahood and Nasaara. They, therefore, fail to understand and they fail to see the operation of the Divine Hand in all the upheavals occurring around them. It is essential for Muslims to understand that it is Allah Azza Wa Jal Who is orchestrating the events and upheavals taking place in the Middle East.</w:t>
      </w:r>
    </w:p>
    <w:p>
      <w:pPr>
        <w:spacing w:before="0" w:after="120" w:line="300" w:lineRule="exact"/>
        <w:jc w:val="both"/>
      </w:pPr>
      <w:r>
        <w:rPr>
          <w:rFonts w:ascii="Georgia" w:hAnsi="Georgia" w:cs="Georgia" w:eastAsia="Georgia"/>
          <w:b w:val="0"/>
          <w:i w:val="0"/>
          <w:sz w:val="22"/>
        </w:rPr>
        <w:t>Muslims are being punished by Allah Ta'ala for their gross treason against His Deen, and it is among His Ways to utilize His kuffaar servants to mete out the punishment. When the punishment has run its prescribed and decreed course, Allah Ta'ala will then inflict His punishment on these kuffaar who were the instruments of His Command of Punishment.</w:t>
      </w:r>
    </w:p>
    <w:p>
      <w:pPr>
        <w:spacing w:before="0" w:after="120" w:line="300" w:lineRule="exact"/>
        <w:jc w:val="both"/>
      </w:pPr>
      <w:r>
        <w:rPr>
          <w:rFonts w:ascii="Georgia" w:hAnsi="Georgia" w:cs="Georgia" w:eastAsia="Georgia"/>
          <w:b w:val="0"/>
          <w:i w:val="0"/>
          <w:sz w:val="22"/>
        </w:rPr>
        <w:t>Muslims should emerge from their intoxication of disobedience, fisq, fujoor and kufr. They should resort to Taubah and renew their Pledge of Obedience. They should fulfil the order of Ibaadat (Worship) and Taa-at (Obedience) for which they have been created. Then only will arrive the Nusrat (Aid) of Allah Ta'ala. As long as they do not renew their Allegiance to Allah Ta'ala, they will dwell in misery under the yoke of oppression of the Yahood and Nasaara.</w:t>
      </w:r>
    </w:p>
    <w:p>
      <w:pPr>
        <w:spacing w:before="120" w:after="40" w:line="300" w:lineRule="exact"/>
        <w:jc w:val="both"/>
      </w:pPr>
      <w:r>
        <w:rPr>
          <w:rFonts w:ascii="Georgia" w:hAnsi="Georgia" w:cs="Georgia" w:eastAsia="Georgia"/>
          <w:b/>
          <w:i/>
          <w:sz w:val="22"/>
        </w:rPr>
        <w:t>"If Allah aids you, no one can ever defeat you. And, if He abandons you, then who is there besides</w:t>
      </w:r>
    </w:p>
    <w:p>
      <w:pPr>
        <w:spacing w:before="120" w:after="40" w:line="300" w:lineRule="exact"/>
        <w:jc w:val="both"/>
      </w:pPr>
      <w:r>
        <w:rPr>
          <w:rFonts w:ascii="Georgia" w:hAnsi="Georgia" w:cs="Georgia" w:eastAsia="Georgia"/>
          <w:b/>
          <w:i/>
          <w:sz w:val="22"/>
        </w:rPr>
        <w:t>Him to help you?"</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ABDAAL</w:t>
      </w:r>
    </w:p>
    <w:p>
      <w:pPr>
        <w:spacing w:before="0" w:after="120" w:line="300" w:lineRule="exact"/>
        <w:jc w:val="both"/>
      </w:pPr>
      <w:r>
        <w:rPr>
          <w:rFonts w:ascii="Georgia" w:hAnsi="Georgia" w:cs="Georgia" w:eastAsia="Georgia"/>
          <w:b w:val="0"/>
          <w:i w:val="0"/>
          <w:sz w:val="22"/>
        </w:rPr>
        <w:t>The Land of Shaam is the abode / headquarters of the Abdaal. The Abdaal are a class of Auliya belonging to a Secret Order of Auliya consisting of twelve classes. At the very top of the twelve classes is the Chief known as Qutb. The identities of the Auliya of all these classes are a secret.</w:t>
      </w:r>
    </w:p>
    <w:p>
      <w:pPr>
        <w:spacing w:before="0" w:after="120" w:line="300" w:lineRule="exact"/>
        <w:jc w:val="both"/>
      </w:pPr>
      <w:r>
        <w:rPr>
          <w:rFonts w:ascii="Georgia" w:hAnsi="Georgia" w:cs="Georgia" w:eastAsia="Georgia"/>
          <w:b w:val="0"/>
          <w:i w:val="0"/>
          <w:sz w:val="22"/>
        </w:rPr>
        <w:t>The Abdaal are 40 in number. Their number remains constant. When one of them dies, another one from the immediate lower rank is promoted to take the position of the deceased one.</w:t>
      </w:r>
    </w:p>
    <w:p>
      <w:pPr>
        <w:spacing w:before="0" w:after="120" w:line="300" w:lineRule="exact"/>
        <w:jc w:val="both"/>
      </w:pPr>
      <w:r>
        <w:rPr>
          <w:rFonts w:ascii="Georgia" w:hAnsi="Georgia" w:cs="Georgia" w:eastAsia="Georgia"/>
          <w:b w:val="0"/>
          <w:i w:val="0"/>
          <w:sz w:val="22"/>
        </w:rPr>
        <w:t>The Abdaal have been bestowed with great miraculous powers. They roam all over the world while Shaam is their headquarters. They are able to traverse continents in minutes. They cause wars and end wars. Allah Ta'ala imposes a variety of duties on them. They cause upheavals on earth; they assist whomever Allah Ta'ala commands; they influence the operation of courts of even the kuffaar; they kill and save at the command of Allah Ta'ala.</w:t>
      </w:r>
    </w:p>
    <w:p>
      <w:pPr>
        <w:spacing w:before="0" w:after="120" w:line="300" w:lineRule="exact"/>
        <w:jc w:val="both"/>
      </w:pPr>
      <w:r>
        <w:rPr>
          <w:rFonts w:ascii="Georgia" w:hAnsi="Georgia" w:cs="Georgia" w:eastAsia="Georgia"/>
          <w:b w:val="0"/>
          <w:i w:val="0"/>
          <w:sz w:val="22"/>
        </w:rPr>
        <w:t>Stating that they act only by the command of Allah Ta'ala, Hadhrat Khidhr (Alayhis salaam) who also executes tasks which may appear to be in conflict with the Zaahiri Shariah, said to Nabi Musaa (Alayhis salaam): "I did not do this of my own accord." (Qur'aan) Since Nabi Musaa (Alayhis salaam) had objected to the actions of Hadhrat Khidhr (Alayhis salaam) which were in conflict with the Shariah, he (Khidhr) clarified that he had executed whatever he had done by the command of Allah Ta'ala.</w:t>
      </w:r>
    </w:p>
    <w:p>
      <w:pPr>
        <w:spacing w:before="0" w:after="120" w:line="300" w:lineRule="exact"/>
        <w:jc w:val="both"/>
      </w:pPr>
      <w:r>
        <w:rPr>
          <w:rFonts w:ascii="Georgia" w:hAnsi="Georgia" w:cs="Georgia" w:eastAsia="Georgia"/>
          <w:b w:val="0"/>
          <w:i w:val="0"/>
          <w:sz w:val="22"/>
        </w:rPr>
        <w:t>The Abdaal with their miraculous powers are fully aware of the situation in the Land of Shaam. But they do not act to assist in the domination and establishment of the Shariah. In all likelihood, some of them are responsible for the very upheavals about which we and all Muslims are lamenting and being distressful.</w:t>
      </w:r>
    </w:p>
    <w:p>
      <w:pPr>
        <w:spacing w:before="0" w:after="120" w:line="300" w:lineRule="exact"/>
        <w:jc w:val="both"/>
      </w:pPr>
      <w:r>
        <w:rPr>
          <w:rFonts w:ascii="Georgia" w:hAnsi="Georgia" w:cs="Georgia" w:eastAsia="Georgia"/>
          <w:b w:val="0"/>
          <w:i w:val="0"/>
          <w:sz w:val="22"/>
        </w:rPr>
        <w:t>Whether they are dormant or whether they are instrumental in the anarchy prevailing in Shaam, it is all the Command and Decree of Allah Azza Wa Jal. Muslims should therefore never delete Allah Ta'ala from the equations of life:</w:t>
      </w:r>
    </w:p>
    <w:p>
      <w:pPr>
        <w:spacing w:before="120" w:after="40" w:line="300" w:lineRule="exact"/>
        <w:jc w:val="both"/>
      </w:pPr>
      <w:r>
        <w:rPr>
          <w:rFonts w:ascii="Georgia" w:hAnsi="Georgia" w:cs="Georgia" w:eastAsia="Georgia"/>
          <w:b/>
          <w:i/>
          <w:sz w:val="22"/>
        </w:rPr>
        <w:t>"Not a leaf drops (from a tree), but He is aware."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POWER BELONGS TO ONLY ALLAH</w:t>
      </w:r>
    </w:p>
    <w:p>
      <w:pPr>
        <w:spacing w:before="120" w:after="40" w:line="300" w:lineRule="exact"/>
        <w:jc w:val="both"/>
      </w:pPr>
      <w:r>
        <w:rPr>
          <w:rFonts w:ascii="Georgia" w:hAnsi="Georgia" w:cs="Georgia" w:eastAsia="Georgia"/>
          <w:b/>
          <w:i/>
          <w:sz w:val="22"/>
        </w:rPr>
        <w:t>"Rome will be defeated in the nearer land, and they</w:t>
      </w:r>
    </w:p>
    <w:p>
      <w:pPr>
        <w:spacing w:before="120" w:after="40" w:line="300" w:lineRule="exact"/>
        <w:jc w:val="both"/>
      </w:pPr>
      <w:r>
        <w:rPr>
          <w:rFonts w:ascii="Georgia" w:hAnsi="Georgia" w:cs="Georgia" w:eastAsia="Georgia"/>
          <w:b/>
          <w:i/>
          <w:sz w:val="22"/>
        </w:rPr>
        <w:t>(the Romans) after their defeat will become victorious within a few years. All affairs are in the control of</w:t>
      </w:r>
    </w:p>
    <w:p>
      <w:pPr>
        <w:spacing w:before="120" w:after="40" w:line="300" w:lineRule="exact"/>
        <w:jc w:val="both"/>
      </w:pPr>
      <w:r>
        <w:rPr>
          <w:rFonts w:ascii="Georgia" w:hAnsi="Georgia" w:cs="Georgia" w:eastAsia="Georgia"/>
          <w:b/>
          <w:i/>
          <w:sz w:val="22"/>
        </w:rPr>
        <w:t>Allah from before and after. On that day the Mu'minoon will rejoice. Regarding the assistance of Allah, He assists whomever He wills. He is The Mighty, The Merciful."</w:t>
      </w:r>
    </w:p>
    <w:p>
      <w:pPr>
        <w:spacing w:before="120" w:after="40" w:line="300" w:lineRule="exact"/>
        <w:jc w:val="both"/>
      </w:pPr>
      <w:r>
        <w:rPr>
          <w:rFonts w:ascii="Georgia" w:hAnsi="Georgia" w:cs="Georgia" w:eastAsia="Georgia"/>
          <w:b/>
          <w:i/>
          <w:sz w:val="22"/>
        </w:rPr>
        <w:t>(Ar-Room, Aayaat 2, 3, 4,5)</w:t>
      </w:r>
    </w:p>
    <w:p>
      <w:pPr>
        <w:spacing w:before="120" w:after="40" w:line="300" w:lineRule="exact"/>
        <w:jc w:val="both"/>
      </w:pPr>
      <w:r>
        <w:rPr>
          <w:rFonts w:ascii="Georgia" w:hAnsi="Georgia" w:cs="Georgia" w:eastAsia="Georgia"/>
          <w:b/>
          <w:i/>
          <w:sz w:val="22"/>
        </w:rPr>
        <w:t>"Seek aid from Allah and adopt Sabr (patience). Verily, the earth belongs to Allah. He grants it to whomever from His servants He wills, and the ultimate outcome (of victory) is for the Muttaqeen."</w:t>
      </w:r>
    </w:p>
    <w:p>
      <w:pPr>
        <w:spacing w:before="120" w:after="40" w:line="300" w:lineRule="exact"/>
        <w:jc w:val="both"/>
      </w:pPr>
      <w:r>
        <w:rPr>
          <w:rFonts w:ascii="Georgia" w:hAnsi="Georgia" w:cs="Georgia" w:eastAsia="Georgia"/>
          <w:b/>
          <w:i/>
          <w:sz w:val="22"/>
        </w:rPr>
        <w:t>(Al-A'raaf, Aayat 128</w:t>
      </w:r>
    </w:p>
    <w:p>
      <w:pPr>
        <w:spacing w:before="0" w:after="120" w:line="300" w:lineRule="exact"/>
        <w:jc w:val="both"/>
      </w:pPr>
      <w:r>
        <w:rPr>
          <w:rFonts w:ascii="Georgia" w:hAnsi="Georgia" w:cs="Georgia" w:eastAsia="Georgia"/>
          <w:b w:val="0"/>
          <w:i w:val="0"/>
          <w:sz w:val="22"/>
        </w:rPr>
        <w:t>These Aayaat refer to a great war between the Roman and Persian empires. The Persians were fire-worshippers while the Romans were Christians. These two superpowers of that era clashed in the Land of Shaam. The great battle took place in the year 613 of the Christian era.</w:t>
      </w:r>
    </w:p>
    <w:p>
      <w:pPr>
        <w:spacing w:before="0" w:after="120" w:line="300" w:lineRule="exact"/>
        <w:jc w:val="both"/>
      </w:pPr>
      <w:r>
        <w:rPr>
          <w:rFonts w:ascii="Georgia" w:hAnsi="Georgia" w:cs="Georgia" w:eastAsia="Georgia"/>
          <w:b w:val="0"/>
          <w:i w:val="0"/>
          <w:sz w:val="22"/>
        </w:rPr>
        <w:t>26,000 Yahoodis (Jews) had joined the army of the Persians. 60,000 Romans were killed in this battle. When the Roman envoy met the Persian emperor, Khusru to sue for peace, the emperor said with contempt that as long as the Christian king does not abandon Christianity and worship the sun, there will be no peace.</w:t>
      </w:r>
    </w:p>
    <w:p>
      <w:pPr>
        <w:spacing w:before="0" w:after="120" w:line="300" w:lineRule="exact"/>
        <w:jc w:val="both"/>
      </w:pPr>
      <w:r>
        <w:rPr>
          <w:rFonts w:ascii="Georgia" w:hAnsi="Georgia" w:cs="Georgia" w:eastAsia="Georgia"/>
          <w:b w:val="0"/>
          <w:i w:val="0"/>
          <w:sz w:val="22"/>
        </w:rPr>
        <w:t>All over in the Christian territories, fire-worshipping temples were constructed. The sun and fire were being worshipped.</w:t>
      </w:r>
    </w:p>
    <w:p>
      <w:pPr>
        <w:spacing w:before="0" w:after="120" w:line="300" w:lineRule="exact"/>
        <w:jc w:val="both"/>
      </w:pPr>
      <w:r>
        <w:rPr>
          <w:rFonts w:ascii="Georgia" w:hAnsi="Georgia" w:cs="Georgia" w:eastAsia="Georgia"/>
          <w:b w:val="0"/>
          <w:i w:val="0"/>
          <w:sz w:val="22"/>
        </w:rPr>
        <w:t>By virtue of the Christians being of the Ahl-e-Kitaab, the sympathy of the Sahaabah was with them whereas the idolaters of Arabia were delighted by the victory of the Persians. They would taunt the Muslims. It was at this juncture that the Roman empire was brought to its knees and there was no hope for its survival that the aforementioned Qur'aanic verses were revealed.</w:t>
      </w:r>
    </w:p>
    <w:p>
      <w:pPr>
        <w:spacing w:before="0" w:after="120" w:line="300" w:lineRule="exact"/>
        <w:jc w:val="both"/>
      </w:pPr>
      <w:r>
        <w:rPr>
          <w:rFonts w:ascii="Georgia" w:hAnsi="Georgia" w:cs="Georgia" w:eastAsia="Georgia"/>
          <w:b w:val="0"/>
          <w:i w:val="0"/>
          <w:sz w:val="22"/>
        </w:rPr>
        <w:t>Precisely at the time when the Sahaabah were defeating the Mushrikeen at Badr, the Christians were defeating the Persians on the banks of the Nile.</w:t>
      </w:r>
    </w:p>
    <w:p>
      <w:r>
        <w:br w:type="page"/>
      </w:r>
    </w:p>
    <w:p>
      <w:pPr>
        <w:pStyle w:val="Heading1"/>
        <w:spacing w:before="360" w:after="200" w:line="300" w:lineRule="exact"/>
        <w:jc w:val="center"/>
      </w:pPr>
      <w:r>
        <w:rPr>
          <w:rFonts w:ascii="Georgia" w:hAnsi="Georgia" w:cs="Georgia" w:eastAsia="Georgia"/>
          <w:b/>
          <w:i w:val="0"/>
          <w:color w:val="1F3864"/>
          <w:sz w:val="32"/>
        </w:rPr>
        <w:t>THE SPIRIT OF AN ISLAMIC GOVERNMENT</w:t>
      </w:r>
    </w:p>
    <w:p>
      <w:pPr>
        <w:spacing w:before="0" w:after="120" w:line="300" w:lineRule="exact"/>
        <w:jc w:val="both"/>
      </w:pPr>
      <w:r>
        <w:rPr>
          <w:rFonts w:ascii="Georgia" w:hAnsi="Georgia" w:cs="Georgia" w:eastAsia="Georgia"/>
          <w:b w:val="0"/>
          <w:i w:val="0"/>
          <w:sz w:val="22"/>
        </w:rPr>
        <w:t>THE KHILAAFAT of Hadhrat Umar Bin Abdul Azeez (rahmatullah alayh) was proverbial for its justice and piety. He had restored the Khilaafat to the mode of the Khilaafat of Hadhrat Umar (radhiyallahu anhu), the Second Khalifah.</w:t>
      </w:r>
    </w:p>
    <w:p>
      <w:pPr>
        <w:spacing w:before="0" w:after="120" w:line="300" w:lineRule="exact"/>
        <w:jc w:val="both"/>
      </w:pPr>
      <w:r>
        <w:rPr>
          <w:rFonts w:ascii="Georgia" w:hAnsi="Georgia" w:cs="Georgia" w:eastAsia="Georgia"/>
          <w:b w:val="0"/>
          <w:i w:val="0"/>
          <w:sz w:val="22"/>
        </w:rPr>
        <w:t>The Taqwa (Piety) and Roohaaniyat (Spirituality) of Hadhrat Umar Bin Abdul Azeez (rahmatullah alayh) extended over the entire empire of Islam, including the animals. His brief Khilaafat was surpassed only by the Khulafa-e-Raashideen.</w:t>
      </w:r>
    </w:p>
    <w:p>
      <w:pPr>
        <w:spacing w:before="0" w:after="120" w:line="300" w:lineRule="exact"/>
        <w:jc w:val="both"/>
      </w:pPr>
      <w:r>
        <w:rPr>
          <w:rFonts w:ascii="Georgia" w:hAnsi="Georgia" w:cs="Georgia" w:eastAsia="Georgia"/>
          <w:b w:val="0"/>
          <w:i w:val="0"/>
          <w:sz w:val="22"/>
        </w:rPr>
        <w:t>In the year 99 Hijri, Hadhrat Umar Bin Abdul Azeez (rahmatullah alayh) mounted the stage of Khilaafat in compliance with the wasiyyat (directive) of the Khalifah Abdul Malik Bin Marwaan who had passed away.</w:t>
      </w:r>
    </w:p>
    <w:p>
      <w:pPr>
        <w:spacing w:before="0" w:after="120" w:line="300" w:lineRule="exact"/>
        <w:jc w:val="both"/>
      </w:pPr>
      <w:r>
        <w:rPr>
          <w:rFonts w:ascii="Georgia" w:hAnsi="Georgia" w:cs="Georgia" w:eastAsia="Georgia"/>
          <w:b w:val="0"/>
          <w:i w:val="0"/>
          <w:sz w:val="22"/>
        </w:rPr>
        <w:t>After burial of Khalifah Abdul Malik Bin Marwaan, Hadhrat Umar Abdul Azeez (rahmatullah alayh) set off for the Musjid with a big crowd following. In the Musjid, he mounted the mimbar. Addressing the gathering he said:</w:t>
      </w:r>
    </w:p>
    <w:p>
      <w:pPr>
        <w:spacing w:before="120" w:after="120" w:line="300" w:lineRule="exact"/>
        <w:ind w:left="720" w:right="720"/>
        <w:jc w:val="center"/>
      </w:pPr>
      <w:r>
        <w:rPr>
          <w:rFonts w:ascii="Georgia" w:hAnsi="Georgia" w:cs="Georgia" w:eastAsia="Georgia"/>
          <w:b w:val="0"/>
          <w:i/>
          <w:sz w:val="22"/>
        </w:rPr>
        <w:t>"O Assembly of People! The trust of Khilaafat is a trial imposed on me. I have neither desire nor quest for it. I have been appointed without the consultation of the Muslims. (He was appointed by a directive of Khalifah Abdul Malik Marwaan). I therefore remove from your necks the burden of my appointment. Select another person to be your Khalifah."</w:t>
      </w:r>
    </w:p>
    <w:p>
      <w:pPr>
        <w:spacing w:before="0" w:after="120" w:line="300" w:lineRule="exact"/>
        <w:jc w:val="both"/>
      </w:pPr>
      <w:r>
        <w:rPr>
          <w:rFonts w:ascii="Georgia" w:hAnsi="Georgia" w:cs="Georgia" w:eastAsia="Georgia"/>
          <w:b w:val="0"/>
          <w:i w:val="0"/>
          <w:sz w:val="22"/>
        </w:rPr>
        <w:t>There was pandemonium. With one voice the entire assembly thundered: "We have selected you, O Ameerul Mu'mineen. We are pleased with your Khilaafat."</w:t>
      </w:r>
    </w:p>
    <w:p>
      <w:pPr>
        <w:spacing w:before="0" w:after="120" w:line="300" w:lineRule="exact"/>
        <w:jc w:val="both"/>
      </w:pPr>
      <w:r>
        <w:rPr>
          <w:rFonts w:ascii="Georgia" w:hAnsi="Georgia" w:cs="Georgia" w:eastAsia="Georgia"/>
          <w:b w:val="0"/>
          <w:i w:val="0"/>
          <w:sz w:val="22"/>
        </w:rPr>
        <w:t>When the voices died down and there was silence, Hadhrat Umar Bin Abdul Azeez (rahmatullah alayh) recited the praises of Allah Azza Wa Jal, and Durood and Salaam on our Nabi (sallallahu alayhi wasallam). Then addressing the people, he said:</w:t>
      </w:r>
    </w:p>
    <w:p>
      <w:pPr>
        <w:spacing w:before="120" w:after="120" w:line="300" w:lineRule="exact"/>
        <w:ind w:left="720" w:right="720"/>
        <w:jc w:val="center"/>
      </w:pPr>
      <w:r>
        <w:rPr>
          <w:rFonts w:ascii="Georgia" w:hAnsi="Georgia" w:cs="Georgia" w:eastAsia="Georgia"/>
          <w:b w:val="0"/>
          <w:i/>
          <w:sz w:val="22"/>
        </w:rPr>
        <w:t>"I urge you to adopt fear for Allah (Taqwa). Nothing is superior to the Taqwa of Allah. Practise deeds of virtue for adorning your lives in the Hereafter. Allah Ta'ala suffices for the worldly needs of those whose quest is the Aakhirah. Reform your moral life, Allah will then rectify your mundane life. Whoever is proud of his ancestry, will be apprehended on earth in the pangs of death.</w:t>
      </w:r>
    </w:p>
    <w:p>
      <w:pPr>
        <w:spacing w:before="120" w:after="120" w:line="300" w:lineRule="exact"/>
        <w:ind w:left="720" w:right="720"/>
        <w:jc w:val="center"/>
      </w:pPr>
      <w:r>
        <w:rPr>
          <w:rFonts w:ascii="Georgia" w:hAnsi="Georgia" w:cs="Georgia" w:eastAsia="Georgia"/>
          <w:b w:val="0"/>
          <w:i/>
          <w:sz w:val="22"/>
        </w:rPr>
        <w:t>By Allah! I shall not make awards to anyone in illegal ways nor usurp the rights of anyone. I am not a treasurer (to hoard public wealth). I shall expend the wealth wherever I am entitled to.</w:t>
      </w:r>
    </w:p>
    <w:p>
      <w:pPr>
        <w:spacing w:before="120" w:after="120" w:line="300" w:lineRule="exact"/>
        <w:ind w:left="720" w:right="720"/>
        <w:jc w:val="center"/>
      </w:pPr>
      <w:r>
        <w:rPr>
          <w:rFonts w:ascii="Georgia" w:hAnsi="Georgia" w:cs="Georgia" w:eastAsia="Georgia"/>
          <w:b w:val="0"/>
          <w:i/>
          <w:sz w:val="22"/>
        </w:rPr>
        <w:t>As long as I am obedient to Allah Ta'ala, obey me. If I abandon obedience to Allah Ta'ala, obeying me no longer remains incumbent on you. I have said what I deemed appropriate for you. I seek forgiveness from Allah Ta'ala for myself and for yourselves."</w:t>
      </w:r>
    </w:p>
    <w:p>
      <w:pPr>
        <w:spacing w:before="0" w:after="120" w:line="300" w:lineRule="exact"/>
        <w:jc w:val="both"/>
      </w:pPr>
      <w:r>
        <w:rPr>
          <w:rFonts w:ascii="Georgia" w:hAnsi="Georgia" w:cs="Georgia" w:eastAsia="Georgia"/>
          <w:b w:val="0"/>
          <w:i w:val="0"/>
          <w:sz w:val="22"/>
        </w:rPr>
        <w:t>After he had completed his address, he suddenly heard a thunderous sound from the ground. With surprise, he asked: "What are these sounds?" The people said: "These are the royal horses brought to welcome you." Declining the horses with their accompanying pomp and splendour, he said: "I have no need for these horses. Bring my mule. It is adequate for me."</w:t>
      </w:r>
    </w:p>
    <w:p>
      <w:pPr>
        <w:spacing w:before="0" w:after="120" w:line="300" w:lineRule="exact"/>
        <w:jc w:val="both"/>
      </w:pPr>
      <w:r>
        <w:rPr>
          <w:rFonts w:ascii="Georgia" w:hAnsi="Georgia" w:cs="Georgia" w:eastAsia="Georgia"/>
          <w:b w:val="0"/>
          <w:i w:val="0"/>
          <w:sz w:val="22"/>
        </w:rPr>
        <w:t>His Khilaafat was short, a brief two and a half years. It is said that with the aid of his slave, his enemies had him poisoned. During his last illness, he summoned the slave and questioned him. It transpired that his enemies had given the slave a thousand dinars (gold coins) to poison his master, the Khalifah. Hadhrat Umar Bin Abdul Azeez (rahmatullah alayh) confiscated the 1000 dinars and had the gold entered into the Baitul Maal. Then he said to the slave: "Flee before the people discover your crime. They will slay you." Thus, he pardoned his murderer. The slave took flight.</w:t>
      </w:r>
    </w:p>
    <w:p>
      <w:r>
        <w:br w:type="page"/>
      </w:r>
    </w:p>
    <w:p>
      <w:pPr>
        <w:pStyle w:val="Heading1"/>
        <w:spacing w:before="360" w:after="200" w:line="300" w:lineRule="exact"/>
        <w:jc w:val="center"/>
      </w:pPr>
      <w:r>
        <w:rPr>
          <w:rFonts w:ascii="Georgia" w:hAnsi="Georgia" w:cs="Georgia" w:eastAsia="Georgia"/>
          <w:b/>
          <w:i w:val="0"/>
          <w:color w:val="1F3864"/>
          <w:sz w:val="32"/>
        </w:rPr>
        <w:t>THE 'JIHAD' OF TAGHOOT</w:t>
      </w:r>
    </w:p>
    <w:p>
      <w:pPr>
        <w:pStyle w:val="Heading3"/>
        <w:spacing w:before="200" w:after="120" w:line="300" w:lineRule="exact"/>
        <w:jc w:val="left"/>
      </w:pPr>
      <w:r>
        <w:rPr>
          <w:rFonts w:ascii="Georgia" w:hAnsi="Georgia" w:cs="Georgia" w:eastAsia="Georgia"/>
          <w:b/>
          <w:i w:val="0"/>
          <w:color w:val="2E74B5"/>
          <w:sz w:val="24"/>
        </w:rPr>
        <w:t>THE 'JIHADI'</w:t>
      </w:r>
    </w:p>
    <w:p>
      <w:pPr>
        <w:pStyle w:val="Heading3"/>
        <w:spacing w:before="200" w:after="120" w:line="300" w:lineRule="exact"/>
        <w:jc w:val="left"/>
      </w:pPr>
      <w:r>
        <w:rPr>
          <w:rFonts w:ascii="Georgia" w:hAnsi="Georgia" w:cs="Georgia" w:eastAsia="Georgia"/>
          <w:b/>
          <w:i w:val="0"/>
          <w:color w:val="2E74B5"/>
          <w:sz w:val="24"/>
        </w:rPr>
        <w:t>OUTFITS, THE</w:t>
      </w:r>
    </w:p>
    <w:p>
      <w:pPr>
        <w:pStyle w:val="Heading3"/>
        <w:spacing w:before="200" w:after="120" w:line="300" w:lineRule="exact"/>
        <w:jc w:val="left"/>
      </w:pPr>
      <w:r>
        <w:rPr>
          <w:rFonts w:ascii="Georgia" w:hAnsi="Georgia" w:cs="Georgia" w:eastAsia="Georgia"/>
          <w:b/>
          <w:i w:val="0"/>
          <w:color w:val="2E74B5"/>
          <w:sz w:val="24"/>
        </w:rPr>
        <w:t>SURROGATES OF AMERICA</w:t>
      </w:r>
    </w:p>
    <w:p>
      <w:pPr>
        <w:spacing w:before="120" w:after="40" w:line="300" w:lineRule="exact"/>
        <w:jc w:val="both"/>
      </w:pPr>
      <w:r>
        <w:rPr>
          <w:rFonts w:ascii="Georgia" w:hAnsi="Georgia" w:cs="Georgia" w:eastAsia="Georgia"/>
          <w:b/>
          <w:i/>
          <w:sz w:val="22"/>
        </w:rPr>
        <w:t>"Have you not seen those who think that they believe in that which has been revealed to you (O Muhammad!) and that which was revealed before you. They intend to seek the government of Taaghoot when in fact they have been commanded to reject it.</w:t>
      </w:r>
    </w:p>
    <w:p>
      <w:pPr>
        <w:spacing w:before="120" w:after="40" w:line="300" w:lineRule="exact"/>
        <w:jc w:val="both"/>
      </w:pPr>
      <w:r>
        <w:rPr>
          <w:rFonts w:ascii="Georgia" w:hAnsi="Georgia" w:cs="Georgia" w:eastAsia="Georgia"/>
          <w:b/>
          <w:i/>
          <w:sz w:val="22"/>
        </w:rPr>
        <w:t>Shaitaan desires to lead them far astray."</w:t>
      </w:r>
    </w:p>
    <w:p>
      <w:pPr>
        <w:spacing w:before="120" w:after="40" w:line="300" w:lineRule="exact"/>
        <w:jc w:val="both"/>
      </w:pPr>
      <w:r>
        <w:rPr>
          <w:rFonts w:ascii="Georgia" w:hAnsi="Georgia" w:cs="Georgia" w:eastAsia="Georgia"/>
          <w:b/>
          <w:i/>
          <w:sz w:val="22"/>
        </w:rPr>
        <w:t>(An-Nisaa', Aayat 60)</w:t>
      </w:r>
    </w:p>
    <w:p>
      <w:pPr>
        <w:spacing w:before="0" w:after="120" w:line="300" w:lineRule="exact"/>
        <w:jc w:val="both"/>
      </w:pPr>
      <w:r>
        <w:rPr>
          <w:rFonts w:ascii="Georgia" w:hAnsi="Georgia" w:cs="Georgia" w:eastAsia="Georgia"/>
          <w:b w:val="0"/>
          <w:i w:val="0"/>
          <w:sz w:val="22"/>
        </w:rPr>
        <w:t>Among the Signs of Qiyaamah according to the Hadith is that the A'maal (Deeds) of the Aakhirah will be used for attaining worldly objectives. The prediction of this Hadith is being fulfilled in a variety of ways in different fields of mundane life. One such misused Amal of the Deen is the façade of Jihad. Today 'jihad' is presented as a front for attaining the objectives of the kuffaar.</w:t>
      </w:r>
    </w:p>
    <w:p>
      <w:pPr>
        <w:spacing w:before="0" w:after="120" w:line="300" w:lineRule="exact"/>
        <w:jc w:val="both"/>
      </w:pPr>
      <w:r>
        <w:rPr>
          <w:rFonts w:ascii="Georgia" w:hAnsi="Georgia" w:cs="Georgia" w:eastAsia="Georgia"/>
          <w:b w:val="0"/>
          <w:i w:val="0"/>
          <w:sz w:val="22"/>
        </w:rPr>
        <w:t>Having thoroughly studied Islam and being fully cognizant with the psyche of corrupt Muslims of this age, the Yahood and Nasaara are deriving maximum capital and benefit by employing morally bankrupt Muslims in their conspiracies to benefit themselves financially or to destroy Islam.</w:t>
      </w:r>
    </w:p>
    <w:p>
      <w:pPr>
        <w:spacing w:before="0" w:after="120" w:line="300" w:lineRule="exact"/>
        <w:jc w:val="both"/>
      </w:pPr>
      <w:r>
        <w:rPr>
          <w:rFonts w:ascii="Georgia" w:hAnsi="Georgia" w:cs="Georgia" w:eastAsia="Georgia"/>
          <w:b w:val="0"/>
          <w:i w:val="0"/>
          <w:sz w:val="22"/>
        </w:rPr>
        <w:t>In furtherance of their plot for global hegemony to enable them to pirate and loot the resources of the Muslim world, the U.S.A. has created the 'Jihadi' outfits such as HTS which it (America) has manipulated to bring about the downfall of Bashr Asad, the Khinzeer of Syria. Like all other jihadi outfits, HTS and its underlings were employed to execute the dirty work of America.</w:t>
      </w:r>
    </w:p>
    <w:p>
      <w:pPr>
        <w:spacing w:before="0" w:after="120" w:line="300" w:lineRule="exact"/>
        <w:jc w:val="both"/>
      </w:pPr>
      <w:r>
        <w:rPr>
          <w:rFonts w:ascii="Georgia" w:hAnsi="Georgia" w:cs="Georgia" w:eastAsia="Georgia"/>
          <w:b w:val="0"/>
          <w:i w:val="0"/>
          <w:sz w:val="22"/>
        </w:rPr>
        <w:t>The fall of the Syrian regime was executed by the USA. It was meticulously orchestrated. To achieve its goal, the USA required foot soldiers. Today such men are available in only this Ummah of Islam. To lure stupid Muslim young men into its conspiratorial snare, the only chimera was 'Jihad'. Huge amounts of dollars have been expended to bribe hypocrites to organize these jihaadi outfits who would be the surrogates of the USA.</w:t>
      </w:r>
    </w:p>
    <w:p>
      <w:pPr>
        <w:spacing w:before="0" w:after="120" w:line="300" w:lineRule="exact"/>
        <w:jc w:val="both"/>
      </w:pPr>
      <w:r>
        <w:rPr>
          <w:rFonts w:ascii="Georgia" w:hAnsi="Georgia" w:cs="Georgia" w:eastAsia="Georgia"/>
          <w:b w:val="0"/>
          <w:i w:val="0"/>
          <w:sz w:val="22"/>
        </w:rPr>
        <w:t>There never was a valid Jihad waged by any of these jihadi outfits whose chiefs are invariably on the American payroll. Today Mr.Joulani has been installed as a puppet political leader in Syria by America. There is no word of Jihad or Musjidul Aqsa or Gazzah which he can allow to slip from his mouth. Now he is no longer the terrorist with a $10 million bounty on his head. He has no option other than submitting 100% to the Law of Taghoot which will be the Law for Syria.</w:t>
      </w:r>
    </w:p>
    <w:p>
      <w:pPr>
        <w:spacing w:before="0" w:after="120" w:line="300" w:lineRule="exact"/>
        <w:jc w:val="both"/>
      </w:pPr>
      <w:r>
        <w:rPr>
          <w:rFonts w:ascii="Georgia" w:hAnsi="Georgia" w:cs="Georgia" w:eastAsia="Georgia"/>
          <w:b w:val="0"/>
          <w:i w:val="0"/>
          <w:sz w:val="22"/>
        </w:rPr>
        <w:t>The Syrian blitzkrieg was a Taghooti 'jihad' planned, designed and executed by America who employed moron Muslims as foot soldiers under command of Munafiqeen for its inability to provide the necessary boots on the ground to accomplish the objectives of its conspiracies.</w:t>
      </w:r>
    </w:p>
    <w:p>
      <w:pPr>
        <w:spacing w:before="0" w:after="120" w:line="300" w:lineRule="exact"/>
        <w:jc w:val="both"/>
      </w:pPr>
      <w:r>
        <w:rPr>
          <w:rFonts w:ascii="Georgia" w:hAnsi="Georgia" w:cs="Georgia" w:eastAsia="Georgia"/>
          <w:b w:val="0"/>
          <w:i w:val="0"/>
          <w:sz w:val="22"/>
        </w:rPr>
        <w:t>The Land of Shaam is lost. It has been annexed to the empire of the Yahood and Nasaara. Today is their day of ascendency and hegemony. Muslims are today the scum of humanity predicted by Rasulullah (Sallallahu alayhi wasallam) who said:</w:t>
      </w:r>
    </w:p>
    <w:p>
      <w:pPr>
        <w:spacing w:before="120" w:after="120" w:line="300" w:lineRule="exact"/>
        <w:ind w:left="720" w:right="720"/>
        <w:jc w:val="center"/>
      </w:pPr>
      <w:r>
        <w:rPr>
          <w:rFonts w:ascii="Georgia" w:hAnsi="Georgia" w:cs="Georgia" w:eastAsia="Georgia"/>
          <w:b w:val="0"/>
          <w:i/>
          <w:sz w:val="22"/>
        </w:rPr>
        <w:t>"On that day you will be abundant, but you will be ghutha (scum / rubbish / flotsam) like the flotsam of floodwaters.</w:t>
      </w:r>
    </w:p>
    <w:p>
      <w:pPr>
        <w:spacing w:before="120" w:after="120" w:line="300" w:lineRule="exact"/>
        <w:ind w:left="720" w:right="720"/>
        <w:jc w:val="center"/>
      </w:pPr>
      <w:r>
        <w:rPr>
          <w:rFonts w:ascii="Georgia" w:hAnsi="Georgia" w:cs="Georgia" w:eastAsia="Georgia"/>
          <w:b w:val="0"/>
          <w:i/>
          <w:sz w:val="22"/>
        </w:rPr>
        <w:t>Allah will eliminate fear for you from the hearts of your enemy and He will instill WAHAN in you." Explaining Wahn, Rasulullah – Sallallahu alayhi wasallam – said: 'It is love for this dunya and aversion for Maut."</w:t>
      </w:r>
    </w:p>
    <w:p>
      <w:pPr>
        <w:spacing w:before="0" w:after="120" w:line="300" w:lineRule="exact"/>
        <w:jc w:val="both"/>
      </w:pPr>
      <w:r>
        <w:rPr>
          <w:rFonts w:ascii="Georgia" w:hAnsi="Georgia" w:cs="Georgia" w:eastAsia="Georgia"/>
          <w:b w:val="0"/>
          <w:i w:val="0"/>
          <w:sz w:val="22"/>
        </w:rPr>
        <w:t>This is the state of the Ummah today.</w:t>
      </w:r>
    </w:p>
    <w:p>
      <w:pPr>
        <w:spacing w:before="0" w:after="120" w:line="300" w:lineRule="exact"/>
        <w:jc w:val="both"/>
      </w:pPr>
      <w:r>
        <w:rPr>
          <w:rFonts w:ascii="Georgia" w:hAnsi="Georgia" w:cs="Georgia" w:eastAsia="Georgia"/>
          <w:b w:val="0"/>
          <w:i w:val="0"/>
          <w:sz w:val="22"/>
        </w:rPr>
        <w:t>The 'jihad' in Syria was America's 'jihad' – planned and directed by the CIA and executed by its surrogates, HTS, etc., etc. – all in the name of Islam to hoodwink moron youngsters into the snare of Iblees by dangling the chimera of Jihad in front of them.</w:t>
      </w:r>
    </w:p>
    <w:p>
      <w:r>
        <w:br w:type="page"/>
      </w:r>
    </w:p>
    <w:p>
      <w:pPr>
        <w:pStyle w:val="Heading1"/>
        <w:spacing w:before="360" w:after="200" w:line="300" w:lineRule="exact"/>
        <w:jc w:val="center"/>
      </w:pPr>
      <w:r>
        <w:rPr>
          <w:rFonts w:ascii="Georgia" w:hAnsi="Georgia" w:cs="Georgia" w:eastAsia="Georgia"/>
          <w:b/>
          <w:i w:val="0"/>
          <w:color w:val="1F3864"/>
          <w:sz w:val="32"/>
        </w:rPr>
        <w:t>HABAAILUSH SHAITAAN</w:t>
      </w:r>
    </w:p>
    <w:p>
      <w:pPr>
        <w:spacing w:before="0" w:after="120" w:line="300" w:lineRule="exact"/>
        <w:jc w:val="both"/>
      </w:pPr>
      <w:r>
        <w:rPr>
          <w:rFonts w:ascii="Georgia" w:hAnsi="Georgia" w:cs="Georgia" w:eastAsia="Georgia"/>
          <w:b w:val="0"/>
          <w:i w:val="0"/>
          <w:sz w:val="22"/>
        </w:rPr>
        <w:t>(TRAPS OF</w:t>
      </w:r>
    </w:p>
    <w:p>
      <w:pPr>
        <w:spacing w:before="0" w:after="120" w:line="300" w:lineRule="exact"/>
        <w:jc w:val="both"/>
      </w:pPr>
      <w:r>
        <w:rPr>
          <w:rFonts w:ascii="Georgia" w:hAnsi="Georgia" w:cs="Georgia" w:eastAsia="Georgia"/>
          <w:b w:val="0"/>
          <w:i w:val="0"/>
          <w:sz w:val="22"/>
        </w:rPr>
        <w:t>SHAITAAN)</w:t>
      </w:r>
    </w:p>
    <w:p>
      <w:pPr>
        <w:spacing w:before="0" w:after="120" w:line="300" w:lineRule="exact"/>
        <w:jc w:val="both"/>
      </w:pPr>
      <w:r>
        <w:rPr>
          <w:rFonts w:ascii="Georgia" w:hAnsi="Georgia" w:cs="Georgia" w:eastAsia="Georgia"/>
          <w:b w:val="0"/>
          <w:i w:val="0"/>
          <w:sz w:val="22"/>
        </w:rPr>
        <w:t>On the occasion of his ignominious expulsion from the heavens, Iblees supplicated to Allah Ta'ala to provide him with snares/traps which would enable him to ply his trade of deception in the dunya. Answering his supplication, Allah Azza Wa Jal said: "Your snares will be women." Shaitaan pranced in jubilation for this wonderful weapon bestowed to him.</w:t>
      </w:r>
    </w:p>
    <w:p>
      <w:pPr>
        <w:spacing w:before="0" w:after="120" w:line="300" w:lineRule="exact"/>
        <w:jc w:val="both"/>
      </w:pPr>
      <w:r>
        <w:rPr>
          <w:rFonts w:ascii="Georgia" w:hAnsi="Georgia" w:cs="Georgia" w:eastAsia="Georgia"/>
          <w:b w:val="0"/>
          <w:i w:val="0"/>
          <w:sz w:val="22"/>
        </w:rPr>
        <w:t>Rasulullah (Sallallahu alayhi wasallam) said: "Never will prosper a nation who entrusts its affairs to a woman." Nabi-e-Kareem (Sallallahu alayhi wasallam) further stated that a woman is of deficient intelligence.</w:t>
      </w:r>
    </w:p>
    <w:p>
      <w:pPr>
        <w:spacing w:before="0" w:after="120" w:line="300" w:lineRule="exact"/>
        <w:jc w:val="both"/>
      </w:pPr>
      <w:r>
        <w:rPr>
          <w:rFonts w:ascii="Georgia" w:hAnsi="Georgia" w:cs="Georgia" w:eastAsia="Georgia"/>
          <w:b w:val="0"/>
          <w:i w:val="0"/>
          <w:sz w:val="22"/>
        </w:rPr>
        <w:t>Today, one vile product of the American 'jihad' in Syria executed by its HTS surrogates is the platform of leadership awarded to women. Reporting on this haraam excretion of the HTS-American 'jihad', Al-Jazeera says:</w:t>
      </w:r>
    </w:p>
    <w:p>
      <w:pPr>
        <w:spacing w:before="0" w:after="120" w:line="300" w:lineRule="exact"/>
        <w:jc w:val="both"/>
      </w:pPr>
      <w:r>
        <w:rPr>
          <w:rFonts w:ascii="Georgia" w:hAnsi="Georgia" w:cs="Georgia" w:eastAsia="Georgia"/>
          <w:b w:val="0"/>
          <w:i w:val="0"/>
          <w:sz w:val="22"/>
        </w:rPr>
        <w:t>The newly appointed head of the Women's Affairs Office under the Syrian interim government says the administration will enable women to contribute to the rebuilding of the country, ravaged by more than a decade of conflict.</w:t>
      </w:r>
    </w:p>
    <w:p>
      <w:pPr>
        <w:spacing w:before="0" w:after="120" w:line="300" w:lineRule="exact"/>
        <w:jc w:val="both"/>
      </w:pPr>
      <w:r>
        <w:rPr>
          <w:rFonts w:ascii="Georgia" w:hAnsi="Georgia" w:cs="Georgia" w:eastAsia="Georgia"/>
          <w:b w:val="0"/>
          <w:i w:val="0"/>
          <w:sz w:val="22"/>
        </w:rPr>
        <w:t>In an interview with Al Jazeera from Damascus on Sunday, Aisha al-Dibs said the government was committed to engaging Syrian women in social, cultural and political institutions, and recruiting qualified women in healthcare and education sectors.</w:t>
      </w:r>
    </w:p>
    <w:p>
      <w:pPr>
        <w:spacing w:before="0" w:after="120" w:line="300" w:lineRule="exact"/>
        <w:jc w:val="both"/>
      </w:pPr>
      <w:r>
        <w:rPr>
          <w:rFonts w:ascii="Georgia" w:hAnsi="Georgia" w:cs="Georgia" w:eastAsia="Georgia"/>
          <w:b w:val="0"/>
          <w:i w:val="0"/>
          <w:sz w:val="22"/>
        </w:rPr>
        <w:t>"It is known to us all that the Syrian woman, historically, is a highly effective woman, able to lead across all fields. Today, we are in the process of bringing her back to this leading role in building Syria, a new country, the free country we all aspire for," al-Dibs said.</w:t>
      </w:r>
    </w:p>
    <w:p>
      <w:pPr>
        <w:spacing w:before="0" w:after="120" w:line="300" w:lineRule="exact"/>
        <w:jc w:val="both"/>
      </w:pPr>
      <w:r>
        <w:rPr>
          <w:rFonts w:ascii="Georgia" w:hAnsi="Georgia" w:cs="Georgia" w:eastAsia="Georgia"/>
          <w:b w:val="0"/>
          <w:i w:val="0"/>
          <w:sz w:val="22"/>
        </w:rPr>
        <w:t>She pledged to encourage women from all the Syrian provinces and ethnicities to participate in an upcoming national conference, which will discuss the future of the country.</w:t>
      </w:r>
    </w:p>
    <w:p>
      <w:pPr>
        <w:spacing w:before="0" w:after="120" w:line="300" w:lineRule="exact"/>
        <w:jc w:val="both"/>
      </w:pPr>
      <w:r>
        <w:rPr>
          <w:rFonts w:ascii="Georgia" w:hAnsi="Georgia" w:cs="Georgia" w:eastAsia="Georgia"/>
          <w:b w:val="0"/>
          <w:i w:val="0"/>
          <w:sz w:val="22"/>
        </w:rPr>
        <w:t>Al-Dibs said the establishment of the Women's Affairs Office, with her as its head, was in response to questions surrounding the role of the Syrian women in the new government.</w:t>
      </w:r>
    </w:p>
    <w:p>
      <w:r>
        <w:br w:type="page"/>
      </w:r>
    </w:p>
    <w:p>
      <w:pPr>
        <w:pStyle w:val="Heading1"/>
        <w:spacing w:before="360" w:after="200" w:line="300" w:lineRule="exact"/>
        <w:jc w:val="center"/>
      </w:pPr>
      <w:r>
        <w:rPr>
          <w:rFonts w:ascii="Georgia" w:hAnsi="Georgia" w:cs="Georgia" w:eastAsia="Georgia"/>
          <w:b/>
          <w:i w:val="0"/>
          <w:color w:val="1F3864"/>
          <w:sz w:val="32"/>
        </w:rPr>
        <w:t>THE SYRIAN COUP</w:t>
      </w:r>
    </w:p>
    <w:p>
      <w:pPr>
        <w:spacing w:before="120" w:after="40" w:line="300" w:lineRule="exact"/>
        <w:jc w:val="both"/>
      </w:pPr>
      <w:r>
        <w:rPr>
          <w:rFonts w:ascii="Georgia" w:hAnsi="Georgia" w:cs="Georgia" w:eastAsia="Georgia"/>
          <w:b/>
          <w:i/>
          <w:sz w:val="22"/>
        </w:rPr>
        <w:t>(By Sam Parker –An expert in all secular fields)</w:t>
      </w:r>
    </w:p>
    <w:p>
      <w:pPr>
        <w:spacing w:before="0" w:after="120" w:line="300" w:lineRule="exact"/>
        <w:jc w:val="both"/>
      </w:pPr>
      <w:r>
        <w:rPr>
          <w:rFonts w:ascii="Georgia" w:hAnsi="Georgia" w:cs="Georgia" w:eastAsia="Georgia"/>
          <w:b w:val="0"/>
          <w:i w:val="0"/>
          <w:sz w:val="22"/>
        </w:rPr>
        <w:t>Since the start of the war in 2011, Damascus has never met such a devastating defeat like the fall of Aleppo. Iraq lived something tragically similar with the fall of Mosul in 2014. It's fair to argue that the absolute majority of Syrians are against the 2020 Russia-Turkey-Iran deal which in fact prevented the liberation of Idlib: a major strategic blunder.</w:t>
      </w:r>
    </w:p>
    <w:p>
      <w:pPr>
        <w:spacing w:before="0" w:after="120" w:line="300" w:lineRule="exact"/>
        <w:jc w:val="both"/>
      </w:pPr>
      <w:r>
        <w:rPr>
          <w:rFonts w:ascii="Georgia" w:hAnsi="Georgia" w:cs="Georgia" w:eastAsia="Georgia"/>
          <w:b w:val="0"/>
          <w:i w:val="0"/>
          <w:sz w:val="22"/>
        </w:rPr>
        <w:t>It gets worse – because the problem actually started in 2018, when the Turks were not even in Afrin, and the liberation of Hama/Idlib was interrupted for the sake of liberating the suburbs of Damascus. It's from there that tens of thousands of jihadis were transferred to Idlib.</w:t>
      </w:r>
    </w:p>
    <w:p>
      <w:pPr>
        <w:spacing w:before="0" w:after="120" w:line="300" w:lineRule="exact"/>
        <w:jc w:val="both"/>
      </w:pPr>
      <w:r>
        <w:rPr>
          <w:rFonts w:ascii="Georgia" w:hAnsi="Georgia" w:cs="Georgia" w:eastAsia="Georgia"/>
          <w:b w:val="0"/>
          <w:i w:val="0"/>
          <w:sz w:val="22"/>
        </w:rPr>
        <w:t>When we got to 2020 it was already too late: Idlib was defended by none other than the Turkish Army.</w:t>
      </w:r>
    </w:p>
    <w:p>
      <w:pPr>
        <w:spacing w:before="0" w:after="120" w:line="300" w:lineRule="exact"/>
        <w:jc w:val="both"/>
      </w:pPr>
      <w:r>
        <w:rPr>
          <w:rFonts w:ascii="Georgia" w:hAnsi="Georgia" w:cs="Georgia" w:eastAsia="Georgia"/>
          <w:b w:val="0"/>
          <w:i w:val="0"/>
          <w:sz w:val="22"/>
        </w:rPr>
        <w:t>The SAA, when it comes to Idlib, proved itself to be an asleep-at-the wheel disaster. They did not upgrade their defenses, did not integrate the use of drones, did not prepare tactical defense against FPV kamikaze drones and observation drones, and did not pay attention to the scores of foreign spies. No wonder the Rent-a-Jihadi mob found any resistance to take most of Aleppo in 48 hours.</w:t>
      </w:r>
    </w:p>
    <w:p>
      <w:pPr>
        <w:spacing w:before="0" w:after="120" w:line="300" w:lineRule="exact"/>
        <w:jc w:val="both"/>
      </w:pPr>
      <w:r>
        <w:rPr>
          <w:rFonts w:ascii="Georgia" w:hAnsi="Georgia" w:cs="Georgia" w:eastAsia="Georgia"/>
          <w:b w:val="0"/>
          <w:i w:val="0"/>
          <w:sz w:val="22"/>
        </w:rPr>
        <w:t>After the 2020 deal, Iran and pro-Iran forces left Syria, especially in the provinces of Aleppo and Idlib. These sectors were transferred to the SAA. This time, it was clear for months that HTS was preparing an offensive. Warnings were sent to Damascus. But the Syrians trusted the deal with Turkey and the re-established relations with Arab nations. Big mistake.</w:t>
      </w:r>
    </w:p>
    <w:p>
      <w:pPr>
        <w:spacing w:before="0" w:after="120" w:line="300" w:lineRule="exact"/>
        <w:jc w:val="both"/>
      </w:pPr>
      <w:r>
        <w:rPr>
          <w:rFonts w:ascii="Georgia" w:hAnsi="Georgia" w:cs="Georgia" w:eastAsia="Georgia"/>
          <w:b w:val="0"/>
          <w:i w:val="0"/>
          <w:sz w:val="22"/>
        </w:rPr>
        <w:t>Why did the government collapse so quickly?</w:t>
      </w:r>
    </w:p>
    <w:p>
      <w:pPr>
        <w:spacing w:before="0" w:after="120" w:line="300" w:lineRule="exact"/>
        <w:jc w:val="both"/>
      </w:pPr>
      <w:r>
        <w:rPr>
          <w:rFonts w:ascii="Georgia" w:hAnsi="Georgia" w:cs="Georgia" w:eastAsia="Georgia"/>
          <w:b w:val="0"/>
          <w:i w:val="0"/>
          <w:sz w:val="22"/>
        </w:rPr>
        <w:t>The offensive came at a moment of heightened regional instability. Years of sanctions, Israeli aggression, and western interference had weakened Syria's defenses. Even Assad's allies expressed shock at the Syrian army's swift collapse – despite providing intelligence. Iranian Foreign Minister Abbas Araghchi noted:</w:t>
      </w:r>
    </w:p>
    <w:p>
      <w:pPr>
        <w:spacing w:before="0" w:after="120" w:line="300" w:lineRule="exact"/>
        <w:jc w:val="both"/>
      </w:pPr>
      <w:r>
        <w:rPr>
          <w:rFonts w:ascii="Georgia" w:hAnsi="Georgia" w:cs="Georgia" w:eastAsia="Georgia"/>
          <w:b w:val="0"/>
          <w:i w:val="0"/>
          <w:sz w:val="22"/>
        </w:rPr>
        <w:t>"We were surprised by the weakness of the Syrian army and the speed of field developments, and Assad expressed his surprise at the weak performance of his army during his last meeting with the senior adviser to the Leader of the Revolution, Mr. Ali Larijani."</w:t>
      </w:r>
    </w:p>
    <w:p>
      <w:pPr>
        <w:spacing w:before="0" w:after="120" w:line="300" w:lineRule="exact"/>
        <w:jc w:val="both"/>
      </w:pPr>
      <w:r>
        <w:rPr>
          <w:rFonts w:ascii="Georgia" w:hAnsi="Georgia" w:cs="Georgia" w:eastAsia="Georgia"/>
          <w:b w:val="0"/>
          <w:i w:val="0"/>
          <w:sz w:val="22"/>
        </w:rPr>
        <w:t>Armed factions executed a meticulously planned blitzkrieg, employing heavy weaponry – some allegedly provided by – and leveraging advanced western military tactics. Coupled with a media onslaught that sapped morale, Syria's defenses crumbled in quick succession. HTS is, in short, a well-trained CIA/NATO strike force that performed brilliantly. Key Syrian allies, including Iran and Hezbollah, were pre-occupied with other conflicts, such as supporting Gaza and countering Israeli aggression in Lebanon. Russia, entangled in its war with Ukraine, withdrew key naval assets from the Syrian port city Tartous and refrained from committing significant reinforcements.</w:t>
      </w:r>
    </w:p>
    <w:p>
      <w:pPr>
        <w:spacing w:before="0" w:after="120" w:line="300" w:lineRule="exact"/>
        <w:jc w:val="both"/>
      </w:pPr>
      <w:r>
        <w:rPr>
          <w:rFonts w:ascii="Georgia" w:hAnsi="Georgia" w:cs="Georgia" w:eastAsia="Georgia"/>
          <w:b w:val="0"/>
          <w:i w:val="0"/>
          <w:sz w:val="22"/>
        </w:rPr>
        <w:t>Turkey's geopolitical interests, particularly regarding Kurdish autonomy and refugee burdens, incentivized its support for toppling Assad's government.</w:t>
      </w:r>
    </w:p>
    <w:p>
      <w:pPr>
        <w:spacing w:before="0" w:after="120" w:line="300" w:lineRule="exact"/>
        <w:jc w:val="both"/>
      </w:pPr>
      <w:r>
        <w:rPr>
          <w:rFonts w:ascii="Georgia" w:hAnsi="Georgia" w:cs="Georgia" w:eastAsia="Georgia"/>
          <w:b w:val="0"/>
          <w:i w:val="0"/>
          <w:sz w:val="22"/>
        </w:rPr>
        <w:t>The timeline tells the story:</w:t>
      </w:r>
    </w:p>
    <w:p>
      <w:pPr>
        <w:spacing w:before="0" w:after="120" w:line="300" w:lineRule="exact"/>
        <w:jc w:val="both"/>
      </w:pPr>
      <w:r>
        <w:rPr>
          <w:rFonts w:ascii="Georgia" w:hAnsi="Georgia" w:cs="Georgia" w:eastAsia="Georgia"/>
          <w:b w:val="0"/>
          <w:i w:val="0"/>
          <w:sz w:val="22"/>
        </w:rPr>
        <w:t>November 18: Ronen Bar, Israel's Shin Bet chief, meets with heads of MIT, Turkey's Intelligence.</w:t>
      </w:r>
    </w:p>
    <w:p>
      <w:pPr>
        <w:spacing w:before="0" w:after="120" w:line="300" w:lineRule="exact"/>
        <w:jc w:val="both"/>
      </w:pPr>
      <w:r>
        <w:rPr>
          <w:rFonts w:ascii="Georgia" w:hAnsi="Georgia" w:cs="Georgia" w:eastAsia="Georgia"/>
          <w:b w:val="0"/>
          <w:i w:val="0"/>
          <w:sz w:val="22"/>
        </w:rPr>
        <w:t>November 25: NATO Chief Mark Rutte meets with Erdogan.</w:t>
      </w:r>
    </w:p>
    <w:p>
      <w:pPr>
        <w:spacing w:before="0" w:after="120" w:line="300" w:lineRule="exact"/>
        <w:jc w:val="both"/>
      </w:pPr>
      <w:r>
        <w:rPr>
          <w:rFonts w:ascii="Georgia" w:hAnsi="Georgia" w:cs="Georgia" w:eastAsia="Georgia"/>
          <w:b w:val="0"/>
          <w:i w:val="0"/>
          <w:sz w:val="22"/>
        </w:rPr>
        <w:t>November 26: Salafi-jihadis assembled by HTS, formerly Nusa Front, supported by Turkish Intel, plus a hefty terrorist coalition, launch a lightning-fast attack against Aleppo. Right before the ceasefire, Tel Aviv smashed virtually all communication routes between Syria and Lebanon. Netanyahu subsequently stressed that the focus now is on "the Iranian threat", essential to smash the Axis of Resistance.</w:t>
      </w:r>
    </w:p>
    <w:p>
      <w:pPr>
        <w:spacing w:before="0" w:after="120" w:line="300" w:lineRule="exact"/>
        <w:jc w:val="both"/>
      </w:pPr>
      <w:r>
        <w:rPr>
          <w:rFonts w:ascii="Georgia" w:hAnsi="Georgia" w:cs="Georgia" w:eastAsia="Georgia"/>
          <w:b w:val="0"/>
          <w:i w:val="0"/>
          <w:sz w:val="22"/>
        </w:rPr>
        <w:t>During the speech on 26 November in which he announced the ceasefire with Lebanon, Israeli Prime Minister Benjamin Netanyahu issued a warning to Assad against "playing with fire" and claimed that "Israel is changing the face of the Middle East. "This declaration appeared to have ignited a well-coordinated assault by NATO-backed armed factions against the Syrian government.</w:t>
      </w:r>
    </w:p>
    <w:p>
      <w:pPr>
        <w:spacing w:before="0" w:after="120" w:line="300" w:lineRule="exact"/>
        <w:jc w:val="both"/>
      </w:pPr>
      <w:r>
        <w:rPr>
          <w:rFonts w:ascii="Georgia" w:hAnsi="Georgia" w:cs="Georgia" w:eastAsia="Georgia"/>
          <w:b w:val="0"/>
          <w:i w:val="0"/>
          <w:sz w:val="22"/>
        </w:rPr>
        <w:t>The offensive started in Syria's second-largest city and economic backbone, Aleppo, and swiftly cascaded through provinces, including the rest of Idlib, Hama, Daraa, Suwayda, Homs, and ultimately Damascus. By the 12th day, the capital had fallen, and Assad, along with his family, was in Moscow.</w:t>
      </w:r>
    </w:p>
    <w:p>
      <w:pPr>
        <w:spacing w:before="0" w:after="120" w:line="300" w:lineRule="exact"/>
        <w:jc w:val="both"/>
      </w:pPr>
      <w:r>
        <w:rPr>
          <w:rFonts w:ascii="Georgia" w:hAnsi="Georgia" w:cs="Georgia" w:eastAsia="Georgia"/>
          <w:b w:val="0"/>
          <w:i w:val="0"/>
          <w:sz w:val="22"/>
        </w:rPr>
        <w:t>According to a Syrian special services source, Ukrainian advisers played the key role in the capture of Aleppo – providing drones and American satellite navigation and electronic warfare systems, and teaching Syrian collaborators and Islamic Party of Turkestan operatives how to use them.</w:t>
      </w:r>
    </w:p>
    <w:p>
      <w:pPr>
        <w:spacing w:before="0" w:after="120" w:line="300" w:lineRule="exact"/>
        <w:jc w:val="both"/>
      </w:pPr>
      <w:r>
        <w:rPr>
          <w:rFonts w:ascii="Georgia" w:hAnsi="Georgia" w:cs="Georgia" w:eastAsia="Georgia"/>
          <w:b w:val="0"/>
          <w:i w:val="0"/>
          <w:sz w:val="22"/>
        </w:rPr>
        <w:t>Syrian Arab Army (SAA) communications were completely jammed by these electronic warfare systems: "The assault groups and drones were equipped with encrypted GPS devices and extensive use of AI, so that the use and navigation of attack UAVs and kamikaze drones took place from a long distance."</w:t>
      </w:r>
    </w:p>
    <w:p>
      <w:pPr>
        <w:spacing w:before="0" w:after="120" w:line="300" w:lineRule="exact"/>
        <w:jc w:val="both"/>
      </w:pPr>
      <w:r>
        <w:rPr>
          <w:rFonts w:ascii="Georgia" w:hAnsi="Georgia" w:cs="Georgia" w:eastAsia="Georgia"/>
          <w:b w:val="0"/>
          <w:i w:val="0"/>
          <w:sz w:val="22"/>
        </w:rPr>
        <w:t>The mechanism was set in place months ago. Kiev made a straightforward deal with terrorists: drones in exchange for batches of takfiris to be weaponized against Russia in the US/NATO proxy war in Ukraine.</w:t>
      </w:r>
    </w:p>
    <w:p>
      <w:pPr>
        <w:spacing w:before="0" w:after="120" w:line="300" w:lineRule="exact"/>
        <w:jc w:val="both"/>
      </w:pPr>
      <w:r>
        <w:rPr>
          <w:rFonts w:ascii="Georgia" w:hAnsi="Georgia" w:cs="Georgia" w:eastAsia="Georgia"/>
          <w:b w:val="0"/>
          <w:i w:val="0"/>
          <w:sz w:val="22"/>
        </w:rPr>
        <w:t>Then on the day the ceasefire with Lebanon was signed, the HTS and another group, the SDF, a Kurdish proxy force also backed by the US began a new assault on Aleppo.</w:t>
      </w:r>
    </w:p>
    <w:p>
      <w:pPr>
        <w:pStyle w:val="Heading3"/>
        <w:spacing w:before="200" w:after="120" w:line="300" w:lineRule="exact"/>
        <w:jc w:val="left"/>
      </w:pPr>
      <w:r>
        <w:rPr>
          <w:rFonts w:ascii="Georgia" w:hAnsi="Georgia" w:cs="Georgia" w:eastAsia="Georgia"/>
          <w:b/>
          <w:i w:val="0"/>
          <w:color w:val="2E74B5"/>
          <w:sz w:val="24"/>
        </w:rPr>
        <w:t>The Attack</w:t>
      </w:r>
    </w:p>
    <w:p>
      <w:pPr>
        <w:spacing w:before="0" w:after="120" w:line="300" w:lineRule="exact"/>
        <w:jc w:val="both"/>
      </w:pPr>
      <w:r>
        <w:rPr>
          <w:rFonts w:ascii="Georgia" w:hAnsi="Georgia" w:cs="Georgia" w:eastAsia="Georgia"/>
          <w:b w:val="0"/>
          <w:i w:val="0"/>
          <w:sz w:val="22"/>
        </w:rPr>
        <w:t>On the morning of 27 November, armed extremist groups launched violent attacks on Syrian army positions in the vicinity of the 46th Regiment and toward the villages of Orem al-Kubra and the surrounding areas, located a short distance from the M5 Aleppo-Hama-Damascus highway. The scope of the battles quickly expanded on the international road and into the city of Aleppo. The goal of the military operation launched by HTS and its allies is the recovery of the positions gained by the Syrian forces with the support of Russia during the battles of 2017 – 2020. The militants claim that the Syrian and Russian army's "violations" of the de-escalation agreements – and their intensification of strikes on Idlib – prompted these military operations in order to regain their control of these areas. They say that the Syrian army's retreat in Aleppo's western countryside provided impetus for the militants to launch further attacks toward rural eastern Idlib. Within three days, armed extremist groups were able to reach the heart of Aleppo and declare a curfew for 24 hours. HTS forced the complete surrender of Aleppo – without a fight – and filmed themselves in front of the legendary Citadel, on 30th November. From 2012 to 2016, only a few dozen SAA soldiers managed to successfully defend the citadel, even when they were completely surrounded.</w:t>
      </w:r>
    </w:p>
    <w:p>
      <w:r>
        <w:br w:type="page"/>
      </w:r>
    </w:p>
    <w:p>
      <w:pPr>
        <w:pStyle w:val="Heading1"/>
        <w:spacing w:before="360" w:after="200" w:line="300" w:lineRule="exact"/>
        <w:jc w:val="center"/>
      </w:pPr>
      <w:r>
        <w:rPr>
          <w:rFonts w:ascii="Georgia" w:hAnsi="Georgia" w:cs="Georgia" w:eastAsia="Georgia"/>
          <w:b/>
          <w:i w:val="0"/>
          <w:color w:val="1F3864"/>
          <w:sz w:val="32"/>
        </w:rPr>
        <w:t>DISGUSTING BETRAYAL BY MURTAD MBS</w:t>
      </w:r>
    </w:p>
    <w:p>
      <w:pPr>
        <w:spacing w:before="0" w:after="120" w:line="300" w:lineRule="exact"/>
        <w:jc w:val="both"/>
      </w:pPr>
      <w:r>
        <w:rPr>
          <w:rFonts w:ascii="Georgia" w:hAnsi="Georgia" w:cs="Georgia" w:eastAsia="Georgia"/>
          <w:b w:val="0"/>
          <w:i w:val="0"/>
          <w:sz w:val="22"/>
        </w:rPr>
        <w:t>Even on his blessed deathbed, Rasulullah (Sallallahu alayhi wasallam) commanded the Sahaabah: "Expel the Yahood and Nasaara from the Arabian Peninsula."</w:t>
      </w:r>
    </w:p>
    <w:p>
      <w:pPr>
        <w:spacing w:before="0" w:after="120" w:line="300" w:lineRule="exact"/>
        <w:jc w:val="both"/>
      </w:pPr>
      <w:r>
        <w:rPr>
          <w:rFonts w:ascii="Georgia" w:hAnsi="Georgia" w:cs="Georgia" w:eastAsia="Georgia"/>
          <w:b w:val="0"/>
          <w:i w:val="0"/>
          <w:sz w:val="22"/>
        </w:rPr>
        <w:t>This final command of Rasulullah (Sallallahu alayhi wasallam) was accomplished by Ameerul Mu'mineen Hadhrat Umar (Radhiyallahu anhu). Now after more than 14 centuries, the Murtad regime of Najdi Saudi Arabia has revoked this Command of Allah Ta'ala and has embraced the Yahood who are murdering tens of thousands of Muslims in Palestine.</w:t>
      </w:r>
    </w:p>
    <w:p>
      <w:pPr>
        <w:spacing w:before="0" w:after="120" w:line="300" w:lineRule="exact"/>
        <w:jc w:val="both"/>
      </w:pPr>
      <w:r>
        <w:rPr>
          <w:rFonts w:ascii="Georgia" w:hAnsi="Georgia" w:cs="Georgia" w:eastAsia="Georgia"/>
          <w:b w:val="0"/>
          <w:i w:val="0"/>
          <w:sz w:val="22"/>
        </w:rPr>
        <w:t>This evil, treasonist regime consisting of the illegitimate progeny of Iblees, has invited the Yahood to Madinah Munawwarah. The kufr regime has honoured them and has allowed the Yahood to plant trees in Madinah Munawwarah. May Allah Ta'ala deracinate and destroy this kufr murtad regime which is currently strangling Islam in the Headquarters of Islam.</w:t>
      </w:r>
    </w:p>
    <w:p>
      <w:r>
        <w:br w:type="page"/>
      </w:r>
    </w:p>
    <w:p>
      <w:pPr>
        <w:pStyle w:val="Heading1"/>
        <w:spacing w:before="360" w:after="200" w:line="300" w:lineRule="exact"/>
        <w:jc w:val="center"/>
      </w:pPr>
      <w:r>
        <w:rPr>
          <w:rFonts w:ascii="Georgia" w:hAnsi="Georgia" w:cs="Georgia" w:eastAsia="Georgia"/>
          <w:b/>
          <w:i w:val="0"/>
          <w:color w:val="1F3864"/>
          <w:sz w:val="32"/>
        </w:rPr>
        <w:t>THE YAHOOD IN MADINAH</w:t>
      </w:r>
    </w:p>
    <w:p>
      <w:pPr>
        <w:pStyle w:val="Heading3"/>
        <w:spacing w:before="200" w:after="120" w:line="300" w:lineRule="exact"/>
        <w:jc w:val="left"/>
      </w:pPr>
      <w:r>
        <w:rPr>
          <w:rFonts w:ascii="Georgia" w:hAnsi="Georgia" w:cs="Georgia" w:eastAsia="Georgia"/>
          <w:b/>
          <w:i w:val="0"/>
          <w:color w:val="2E74B5"/>
          <w:sz w:val="24"/>
        </w:rPr>
        <w:t>Jews plant date palms in Medina for first time in 1400 years</w:t>
      </w:r>
    </w:p>
    <w:p>
      <w:pPr>
        <w:spacing w:before="0" w:after="120" w:line="300" w:lineRule="exact"/>
        <w:jc w:val="both"/>
      </w:pPr>
      <w:r>
        <w:rPr>
          <w:rFonts w:ascii="Georgia" w:hAnsi="Georgia" w:cs="Georgia" w:eastAsia="Georgia"/>
          <w:b w:val="0"/>
          <w:i w:val="0"/>
          <w:sz w:val="22"/>
        </w:rPr>
        <w:t>British philanthropist Rick Sopher leads interfaith delegation on historic visit</w:t>
      </w:r>
    </w:p>
    <w:p>
      <w:pPr>
        <w:spacing w:before="0" w:after="120" w:line="300" w:lineRule="exact"/>
        <w:jc w:val="both"/>
      </w:pPr>
      <w:r>
        <w:rPr>
          <w:rFonts w:ascii="Georgia" w:hAnsi="Georgia" w:cs="Georgia" w:eastAsia="Georgia"/>
          <w:b w:val="0"/>
          <w:i w:val="0"/>
          <w:sz w:val="22"/>
        </w:rPr>
        <w:t>BY Jonathan Sacerdoti March 27, 2023 12:45</w:t>
      </w:r>
    </w:p>
    <w:p>
      <w:pPr>
        <w:spacing w:before="0" w:after="120" w:line="300" w:lineRule="exact"/>
        <w:jc w:val="both"/>
      </w:pPr>
      <w:r>
        <w:rPr>
          <w:rFonts w:ascii="Georgia" w:hAnsi="Georgia" w:cs="Georgia" w:eastAsia="Georgia"/>
          <w:b w:val="0"/>
          <w:i w:val="0"/>
          <w:sz w:val="22"/>
        </w:rPr>
        <w:t>Jews have planted date palms in the Saudi Arabian city of Medina for the first time in 1,400 years as part of an interfaith trip to the region.</w:t>
      </w:r>
    </w:p>
    <w:p>
      <w:pPr>
        <w:spacing w:before="0" w:after="120" w:line="300" w:lineRule="exact"/>
        <w:jc w:val="both"/>
      </w:pPr>
      <w:r>
        <w:rPr>
          <w:rFonts w:ascii="Georgia" w:hAnsi="Georgia" w:cs="Georgia" w:eastAsia="Georgia"/>
          <w:b w:val="0"/>
          <w:i w:val="0"/>
          <w:sz w:val="22"/>
        </w:rPr>
        <w:t>The historic event took place thanks to the hospitality of a private landowner who invited the participants to add to his own palms as a gesture of friendship.</w:t>
      </w:r>
    </w:p>
    <w:p>
      <w:pPr>
        <w:spacing w:before="0" w:after="120" w:line="300" w:lineRule="exact"/>
        <w:jc w:val="both"/>
      </w:pPr>
      <w:r>
        <w:rPr>
          <w:rFonts w:ascii="Georgia" w:hAnsi="Georgia" w:cs="Georgia" w:eastAsia="Georgia"/>
          <w:b w:val="0"/>
          <w:i w:val="0"/>
          <w:sz w:val="22"/>
        </w:rPr>
        <w:t>Led by Rick Sopher, 63, a banker and philanthropist from London, the interfaith group visited both Saudi Arabia and the United Arab Emirates, exploring the recent changes in attitude towards reconciliation and friendship among the three Abrahamic faiths. Delegates from Jewish, Christian and Muslim backgrounds travelled together from the UK to learn about the history, religion and culture of the destination countries through interaction with local faith leaders, institutions, and communities.</w:t>
      </w:r>
    </w:p>
    <w:p>
      <w:pPr>
        <w:spacing w:before="0" w:after="120" w:line="300" w:lineRule="exact"/>
        <w:jc w:val="both"/>
      </w:pPr>
      <w:r>
        <w:rPr>
          <w:rFonts w:ascii="Georgia" w:hAnsi="Georgia" w:cs="Georgia" w:eastAsia="Georgia"/>
          <w:b w:val="0"/>
          <w:i w:val="0"/>
          <w:sz w:val="22"/>
        </w:rPr>
        <w:t>The diverse group included prominent businessmen and philanthropists as well as a professor of history and other researchers from Cambridge University.</w:t>
      </w:r>
    </w:p>
    <w:p>
      <w:pPr>
        <w:spacing w:before="0" w:after="120" w:line="300" w:lineRule="exact"/>
        <w:jc w:val="both"/>
      </w:pPr>
      <w:r>
        <w:rPr>
          <w:rFonts w:ascii="Georgia" w:hAnsi="Georgia" w:cs="Georgia" w:eastAsia="Georgia"/>
          <w:b w:val="0"/>
          <w:i w:val="0"/>
          <w:sz w:val="22"/>
        </w:rPr>
        <w:t>Following the Saudi royal purge in 2017 and the signing of the Abraham Accords in 2020, attitudes in both countries have evolved, allowing groups including Jews to visit more freely and develop interfaith harmony through religious cooperation and discussion.</w:t>
      </w:r>
    </w:p>
    <w:p>
      <w:pPr>
        <w:spacing w:before="0" w:after="120" w:line="300" w:lineRule="exact"/>
        <w:jc w:val="both"/>
      </w:pPr>
      <w:r>
        <w:rPr>
          <w:rFonts w:ascii="Georgia" w:hAnsi="Georgia" w:cs="Georgia" w:eastAsia="Georgia"/>
          <w:b w:val="0"/>
          <w:i w:val="0"/>
          <w:sz w:val="22"/>
        </w:rPr>
        <w:t>This is one of the shaitaani products of the Kufr Interfaith plot in which many moron molvies and sheikhs are involved. Bribed with the haraam dollars by the Western enemies of Islam, molvies and sheikhs have become essential cogs in the conspiracy to extinguish Islam. But Allah Ta'ala says in the Qur'aan Majeed:</w:t>
      </w:r>
    </w:p>
    <w:p>
      <w:pPr>
        <w:spacing w:before="120" w:after="120" w:line="300" w:lineRule="exact"/>
        <w:ind w:left="720" w:right="720"/>
        <w:jc w:val="center"/>
      </w:pPr>
      <w:r>
        <w:rPr>
          <w:rFonts w:ascii="Georgia" w:hAnsi="Georgia" w:cs="Georgia" w:eastAsia="Georgia"/>
          <w:b w:val="0"/>
          <w:i/>
          <w:sz w:val="22"/>
        </w:rPr>
        <w:t>"They plot to extinguish the Noor of Allah with their mouths while Allah will complete (and defend) His Noor (His Deen) although the kaafiroon abhor it."</w:t>
      </w:r>
    </w:p>
    <w:p>
      <w:r>
        <w:br w:type="page"/>
      </w:r>
    </w:p>
    <w:p>
      <w:pPr>
        <w:pStyle w:val="Heading1"/>
        <w:spacing w:before="360" w:after="200" w:line="300" w:lineRule="exact"/>
        <w:jc w:val="center"/>
      </w:pPr>
      <w:r>
        <w:rPr>
          <w:rFonts w:ascii="Georgia" w:hAnsi="Georgia" w:cs="Georgia" w:eastAsia="Georgia"/>
          <w:b/>
          <w:i w:val="0"/>
          <w:color w:val="1F3864"/>
          <w:sz w:val="32"/>
        </w:rPr>
        <w:t>CEASEFIRE?</w:t>
      </w:r>
    </w:p>
    <w:p>
      <w:pPr>
        <w:spacing w:before="0" w:after="120" w:line="300" w:lineRule="exact"/>
        <w:jc w:val="both"/>
      </w:pPr>
      <w:r>
        <w:rPr>
          <w:rFonts w:ascii="Georgia" w:hAnsi="Georgia" w:cs="Georgia" w:eastAsia="Georgia"/>
          <w:b w:val="0"/>
          <w:i w:val="0"/>
          <w:sz w:val="22"/>
        </w:rPr>
        <w:t>"Former Israeli government adviser Daniel Levy tells The Bottom Line that Israel is not interested in a ceasefire in Gaza. He says the Israelis are aware of the atrocities they commit in Gaza, but the thorough dehumanization's of Palestinians, coupled with a desire to dispossess them of their lands and human rights, blocks any chance for progress.</w:t>
      </w:r>
    </w:p>
    <w:p>
      <w:pPr>
        <w:spacing w:before="0" w:after="120" w:line="300" w:lineRule="exact"/>
        <w:jc w:val="both"/>
      </w:pPr>
      <w:r>
        <w:rPr>
          <w:rFonts w:ascii="Georgia" w:hAnsi="Georgia" w:cs="Georgia" w:eastAsia="Georgia"/>
          <w:b w:val="0"/>
          <w:i w:val="0"/>
          <w:sz w:val="22"/>
        </w:rPr>
        <w:t>The result for Israel, Levy argues, is an Israel that will not be accepted in the region, even if some Arab governments 'normalise' relations." (Al Jazeera)</w:t>
      </w:r>
    </w:p>
    <w:p>
      <w:pPr>
        <w:spacing w:before="0" w:after="120" w:line="300" w:lineRule="exact"/>
        <w:jc w:val="both"/>
      </w:pPr>
      <w:r>
        <w:rPr>
          <w:rFonts w:ascii="Georgia" w:hAnsi="Georgia" w:cs="Georgia" w:eastAsia="Georgia"/>
          <w:b w:val="0"/>
          <w:i w:val="0"/>
          <w:sz w:val="22"/>
        </w:rPr>
        <w:t>Another reason for not wanting a ceasefire, is the charges of corruption against Netanyahu who will most likely be jailed for the massive scandals of corruption perpetrated by him. But from the Islamic perspective, the Ultimate Controller is Allah Ta'ala Who decides and decrees the events in creation.</w:t>
      </w:r>
    </w:p>
    <w:p>
      <w:pPr>
        <w:spacing w:before="0" w:after="120" w:line="300" w:lineRule="exact"/>
        <w:jc w:val="both"/>
      </w:pPr>
      <w:r>
        <w:rPr>
          <w:rFonts w:ascii="Georgia" w:hAnsi="Georgia" w:cs="Georgia" w:eastAsia="Georgia"/>
          <w:b w:val="0"/>
          <w:i w:val="0"/>
          <w:sz w:val="22"/>
        </w:rPr>
        <w:t>The ceasefire and whatever will be its aftermath will be the Decree of Allah Azza Wa Jal.</w:t>
      </w:r>
    </w:p>
    <w:p>
      <w:pPr>
        <w:spacing w:before="120" w:after="120" w:line="300" w:lineRule="exact"/>
        <w:ind w:left="720" w:right="720"/>
        <w:jc w:val="center"/>
      </w:pPr>
      <w:r>
        <w:rPr>
          <w:rFonts w:ascii="Georgia" w:hAnsi="Georgia" w:cs="Georgia" w:eastAsia="Georgia"/>
          <w:b w:val="0"/>
          <w:i/>
          <w:sz w:val="22"/>
        </w:rPr>
        <w:t>"Nothing, be it an atom in the earth or in the heavens is hidden from your Rabb except that it is in a</w:t>
      </w:r>
    </w:p>
    <w:p>
      <w:pPr>
        <w:spacing w:before="120" w:after="120" w:line="300" w:lineRule="exact"/>
        <w:ind w:left="720" w:right="720"/>
        <w:jc w:val="center"/>
      </w:pPr>
      <w:r>
        <w:rPr>
          <w:rFonts w:ascii="Georgia" w:hAnsi="Georgia" w:cs="Georgia" w:eastAsia="Georgia"/>
          <w:b w:val="0"/>
          <w:i/>
          <w:sz w:val="22"/>
        </w:rPr>
        <w:t>Clear Kitaab."</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ISRAEL IS BLEEDING!</w:t>
      </w:r>
    </w:p>
    <w:p>
      <w:pPr>
        <w:spacing w:before="0" w:after="120" w:line="300" w:lineRule="exact"/>
        <w:jc w:val="both"/>
      </w:pPr>
      <w:r>
        <w:rPr>
          <w:rFonts w:ascii="Georgia" w:hAnsi="Georgia" w:cs="Georgia" w:eastAsia="Georgia"/>
          <w:b w:val="0"/>
          <w:i w:val="0"/>
          <w:sz w:val="22"/>
        </w:rPr>
        <w:t>Despite 14 months of brutal and relentless bombing, night and day, and despite the dislocation of the entire population of Gazzah, and despite tens of thousands killed and hundreds of thousands injured in the ongoing genocide brutality and savagery of the khanaazeer Yahood, Israel has failed to capture Gazzah. That is why the bombing is continuing relentlessly around the clock.</w:t>
      </w:r>
    </w:p>
    <w:p>
      <w:pPr>
        <w:spacing w:before="0" w:after="120" w:line="300" w:lineRule="exact"/>
        <w:jc w:val="both"/>
      </w:pPr>
      <w:r>
        <w:rPr>
          <w:rFonts w:ascii="Georgia" w:hAnsi="Georgia" w:cs="Georgia" w:eastAsia="Georgia"/>
          <w:b w:val="0"/>
          <w:i w:val="0"/>
          <w:sz w:val="22"/>
        </w:rPr>
        <w:t>While a land can be destroyed by bombing by coward murderers, it cannot be held. Holding territory requires boots on the ground. The cowardly Yahoodis are unable to fight even the fussaaq-fujjaar Muslims on land. That is why they are resorting largely to genocide from the air in the hope of driving out the entire population to spread out all over the world. This would then enable them to set foot in Gazzah and colonize it.</w:t>
      </w:r>
    </w:p>
    <w:p>
      <w:pPr>
        <w:spacing w:before="0" w:after="120" w:line="300" w:lineRule="exact"/>
        <w:jc w:val="both"/>
      </w:pPr>
      <w:r>
        <w:rPr>
          <w:rFonts w:ascii="Georgia" w:hAnsi="Georgia" w:cs="Georgia" w:eastAsia="Georgia"/>
          <w:b w:val="0"/>
          <w:i w:val="0"/>
          <w:sz w:val="22"/>
        </w:rPr>
        <w:t>But hitherto, these cowards have failed to impose their control in Gazzah. If they had any real control of Ghazzah, the bombing would have ceased and they would have established an administration to govern the land. But their hope clings to the idea of eliminating Hamas from the air and by means of their occasional tank invasions.</w:t>
      </w:r>
    </w:p>
    <w:p>
      <w:pPr>
        <w:spacing w:before="0" w:after="120" w:line="300" w:lineRule="exact"/>
        <w:jc w:val="both"/>
      </w:pPr>
      <w:r>
        <w:rPr>
          <w:rFonts w:ascii="Georgia" w:hAnsi="Georgia" w:cs="Georgia" w:eastAsia="Georgia"/>
          <w:b w:val="0"/>
          <w:i w:val="0"/>
          <w:sz w:val="22"/>
        </w:rPr>
        <w:t>In the process of the genocide, Israel is bleeding. Meanwhile Hamas is inflicting substantial losses to Israel. Numerous tanks and armoured vehicles have been destroyed and the destruction is ongoing. Numerous Yahoodi soldiers have been eliminated.</w:t>
      </w:r>
    </w:p>
    <w:p>
      <w:pPr>
        <w:spacing w:before="0" w:after="120" w:line="300" w:lineRule="exact"/>
        <w:jc w:val="both"/>
      </w:pPr>
      <w:r>
        <w:rPr>
          <w:rFonts w:ascii="Georgia" w:hAnsi="Georgia" w:cs="Georgia" w:eastAsia="Georgia"/>
          <w:b w:val="0"/>
          <w:i w:val="0"/>
          <w:sz w:val="22"/>
        </w:rPr>
        <w:t>On another front, the Houtis have inflicted considerable damage to Israel. Just the other day, millions of Israelis had to flee to bomb shelters at 3 in the morning. Sirens are going off daily. The entire Yahoodi population is suffering from nervous epidemics. They have no peace. Hundreds of thousands are dislocated in Israel. Thousands have become mad and are hospitalized and more are entering the madhouses and hospitals. The economy is wrecked. Their factories and shops have closed and are closing in large numbers. Their harbours and airports are idle. Hundreds of thousands of Yahoodis in Israel are under the breadline.</w:t>
      </w:r>
    </w:p>
    <w:p>
      <w:pPr>
        <w:spacing w:before="0" w:after="120" w:line="300" w:lineRule="exact"/>
        <w:jc w:val="both"/>
      </w:pPr>
      <w:r>
        <w:rPr>
          <w:rFonts w:ascii="Georgia" w:hAnsi="Georgia" w:cs="Georgia" w:eastAsia="Georgia"/>
          <w:b w:val="0"/>
          <w:i w:val="0"/>
          <w:sz w:val="22"/>
        </w:rPr>
        <w:t>It is hoped and we make dua that this brutal savage Israeli regime will bleed to its death bringing the American Israeli state to a disastrous end.</w:t>
      </w:r>
    </w:p>
    <w:p>
      <w:r>
        <w:br w:type="page"/>
      </w:r>
    </w:p>
    <w:p>
      <w:pPr>
        <w:pStyle w:val="Heading1"/>
        <w:spacing w:before="360" w:after="200" w:line="300" w:lineRule="exact"/>
        <w:jc w:val="center"/>
      </w:pPr>
      <w:r>
        <w:rPr>
          <w:rFonts w:ascii="Georgia" w:hAnsi="Georgia" w:cs="Georgia" w:eastAsia="Georgia"/>
          <w:b/>
          <w:i w:val="0"/>
          <w:color w:val="1F3864"/>
          <w:sz w:val="32"/>
        </w:rPr>
        <w:t>THE USA SURROGATES</w:t>
      </w:r>
    </w:p>
    <w:p>
      <w:pPr>
        <w:spacing w:before="0" w:after="120" w:line="300" w:lineRule="exact"/>
        <w:jc w:val="both"/>
      </w:pPr>
      <w:r>
        <w:rPr>
          <w:rFonts w:ascii="Georgia" w:hAnsi="Georgia" w:cs="Georgia" w:eastAsia="Georgia"/>
          <w:b w:val="0"/>
          <w:i w:val="0"/>
          <w:sz w:val="22"/>
        </w:rPr>
        <w:t>"What does matter to Tel Aviv and Washington is having a proxy army that is willing to do its bidding in an upcoming war with Iran. That matters. And that is why the US and Turkey is "contact" soldiers who will do what they are told in exchange for the lavish salaries they receive. HTS is paid for its services, and those services are going to involve the launching of attacks on Iran and Hezbollah. HTS doesn't have the slightest interest in running the government. Syria is merely a base of operations for launching attacks on Iran and Hezbollah. That's it. That's what they are paid to do, make war. It's all about geography, gas, USD and Israel. And of those four, Israel looms largest." (Sam Parker)</w:t>
      </w:r>
    </w:p>
    <w:p>
      <w:r>
        <w:br w:type="page"/>
      </w:r>
    </w:p>
    <w:p>
      <w:pPr>
        <w:pStyle w:val="Heading1"/>
        <w:spacing w:before="360" w:after="200" w:line="300" w:lineRule="exact"/>
        <w:jc w:val="center"/>
      </w:pPr>
      <w:r>
        <w:rPr>
          <w:rFonts w:ascii="Georgia" w:hAnsi="Georgia" w:cs="Georgia" w:eastAsia="Georgia"/>
          <w:b/>
          <w:i w:val="0"/>
          <w:color w:val="1F3864"/>
          <w:sz w:val="32"/>
        </w:rPr>
        <w:t>THE PUPPET USA GOVERNMENT</w:t>
      </w:r>
    </w:p>
    <w:p>
      <w:pPr>
        <w:spacing w:before="120" w:after="40" w:line="300" w:lineRule="exact"/>
        <w:jc w:val="both"/>
      </w:pPr>
      <w:r>
        <w:rPr>
          <w:rFonts w:ascii="Georgia" w:hAnsi="Georgia" w:cs="Georgia" w:eastAsia="Georgia"/>
          <w:b/>
          <w:i/>
          <w:sz w:val="22"/>
        </w:rPr>
        <w:t>"This regime (i.e.the new American appointed government in Syria) Is merely a tool in the hands of foreign interests who want to seize as much of Syria's natural wealth as possible while eliminating a potential threat to Israel's relentless expansion."</w:t>
      </w:r>
    </w:p>
    <w:p>
      <w:pPr>
        <w:spacing w:before="120" w:after="40" w:line="300" w:lineRule="exact"/>
        <w:jc w:val="both"/>
      </w:pPr>
      <w:r>
        <w:rPr>
          <w:rFonts w:ascii="Georgia" w:hAnsi="Georgia" w:cs="Georgia" w:eastAsia="Georgia"/>
          <w:b/>
          <w:i/>
          <w:sz w:val="22"/>
        </w:rPr>
        <w:t>(Sam Parker)</w:t>
      </w:r>
    </w:p>
    <w:p>
      <w:r>
        <w:br w:type="page"/>
      </w:r>
    </w:p>
    <w:p>
      <w:pPr>
        <w:pStyle w:val="Heading1"/>
        <w:spacing w:before="360" w:after="200" w:line="300" w:lineRule="exact"/>
        <w:jc w:val="center"/>
      </w:pPr>
      <w:r>
        <w:rPr>
          <w:rFonts w:ascii="Georgia" w:hAnsi="Georgia" w:cs="Georgia" w:eastAsia="Georgia"/>
          <w:b/>
          <w:i w:val="0"/>
          <w:color w:val="1F3864"/>
          <w:sz w:val="32"/>
        </w:rPr>
        <w:t>NO COMPROMISE</w:t>
      </w:r>
    </w:p>
    <w:p>
      <w:pPr>
        <w:spacing w:before="0" w:after="120" w:line="300" w:lineRule="exact"/>
        <w:jc w:val="both"/>
      </w:pPr>
      <w:r>
        <w:rPr>
          <w:rFonts w:ascii="Georgia" w:hAnsi="Georgia" w:cs="Georgia" w:eastAsia="Georgia"/>
          <w:b w:val="0"/>
          <w:i w:val="0"/>
          <w:sz w:val="22"/>
        </w:rPr>
        <w:t>The Haqq never compromises with baatil. Any compromise with baatil eliminates the Haqq. The chiefs of the Quraish came to Abu Taalib, the uncle of Rasulullah (Sallallahu alayhi wasallam) complaining about the propagation of the new Deen and Rasulullah's condemnation of their idols. They implored Abu Taalib to convince Rasulullah (Sallallahu alayhi wasallam) to desist from his propagation.</w:t>
      </w:r>
    </w:p>
    <w:p>
      <w:pPr>
        <w:spacing w:before="0" w:after="120" w:line="300" w:lineRule="exact"/>
        <w:jc w:val="both"/>
      </w:pPr>
      <w:r>
        <w:rPr>
          <w:rFonts w:ascii="Georgia" w:hAnsi="Georgia" w:cs="Georgia" w:eastAsia="Georgia"/>
          <w:b w:val="0"/>
          <w:i w:val="0"/>
          <w:sz w:val="22"/>
        </w:rPr>
        <w:t>Abu Taalib sent for Rasulullah (Sallallahu alayhi wasallam). He endeavoured to convince Rasulullah (Sallallahu alayhi wasallam) to discontinue propagating the Deen of Tauheed. In response, Rasulullah (Sallallahu alayhi wasallam) said:</w:t>
      </w:r>
    </w:p>
    <w:p>
      <w:pPr>
        <w:spacing w:before="120" w:after="40" w:line="300" w:lineRule="exact"/>
        <w:jc w:val="both"/>
      </w:pPr>
      <w:r>
        <w:rPr>
          <w:rFonts w:ascii="Georgia" w:hAnsi="Georgia" w:cs="Georgia" w:eastAsia="Georgia"/>
          <w:b/>
          <w:i/>
          <w:sz w:val="22"/>
        </w:rPr>
        <w:t>"If they place the sun in my right hand and the moon in my left hand, I shall not desist."</w:t>
      </w:r>
    </w:p>
    <w:p>
      <w:r>
        <w:br w:type="page"/>
      </w:r>
    </w:p>
    <w:p>
      <w:pPr>
        <w:pStyle w:val="Heading1"/>
        <w:spacing w:before="360" w:after="200" w:line="300" w:lineRule="exact"/>
        <w:jc w:val="center"/>
      </w:pPr>
      <w:r>
        <w:rPr>
          <w:rFonts w:ascii="Georgia" w:hAnsi="Georgia" w:cs="Georgia" w:eastAsia="Georgia"/>
          <w:b/>
          <w:i w:val="0"/>
          <w:color w:val="1F3864"/>
          <w:sz w:val="32"/>
        </w:rPr>
        <w:t>WHO IS THE GOVERNMENT OF SYRIA?</w:t>
      </w:r>
    </w:p>
    <w:p>
      <w:pPr>
        <w:spacing w:before="0" w:after="120" w:line="300" w:lineRule="exact"/>
        <w:jc w:val="both"/>
      </w:pPr>
      <w:r>
        <w:rPr>
          <w:rFonts w:ascii="Georgia" w:hAnsi="Georgia" w:cs="Georgia" w:eastAsia="Georgia"/>
          <w:b w:val="0"/>
          <w:i w:val="0"/>
          <w:sz w:val="22"/>
        </w:rPr>
        <w:t>Who is the government of Syria? Every intelligent person – Muslim or kaafir – understands that the real government of Syria today is the USA. Despite HTS having executed America's dirty work of toppling the Khinzeer Assad, it (HTS) will not be allowed to become even a paper 'government".</w:t>
      </w:r>
    </w:p>
    <w:p>
      <w:pPr>
        <w:spacing w:before="0" w:after="120" w:line="300" w:lineRule="exact"/>
        <w:jc w:val="both"/>
      </w:pPr>
      <w:r>
        <w:rPr>
          <w:rFonts w:ascii="Georgia" w:hAnsi="Georgia" w:cs="Georgia" w:eastAsia="Georgia"/>
          <w:b w:val="0"/>
          <w:i w:val="0"/>
          <w:sz w:val="22"/>
        </w:rPr>
        <w:t>The paper government which the USA will fabricate for Syria will be a hybrid conglomeration of secular opposition entities with women in the forefront. Already, even prior to the installation of the paper government of the USA, a faasiqah / faajirah / kaafirah aunt has been appointed 'head of the Women's Affairs Office under the Syrian interim government'</w:t>
      </w:r>
    </w:p>
    <w:p>
      <w:pPr>
        <w:spacing w:before="0" w:after="120" w:line="300" w:lineRule="exact"/>
        <w:jc w:val="both"/>
      </w:pPr>
      <w:r>
        <w:rPr>
          <w:rFonts w:ascii="Georgia" w:hAnsi="Georgia" w:cs="Georgia" w:eastAsia="Georgia"/>
          <w:b w:val="0"/>
          <w:i w:val="0"/>
          <w:sz w:val="22"/>
        </w:rPr>
        <w:t>Who is this mysterious 'interim government'? It is not Mr.Joulani with his HTS serfs of America. All the dirty work of America has been executed and accomplished by Joulani's HTS, the Surrogate of America. Yet, Joulani has no control in the political destiny of Syria.</w:t>
      </w:r>
    </w:p>
    <w:p>
      <w:pPr>
        <w:spacing w:before="0" w:after="120" w:line="300" w:lineRule="exact"/>
        <w:jc w:val="both"/>
      </w:pPr>
      <w:r>
        <w:rPr>
          <w:rFonts w:ascii="Georgia" w:hAnsi="Georgia" w:cs="Georgia" w:eastAsia="Georgia"/>
          <w:b w:val="0"/>
          <w:i w:val="0"/>
          <w:sz w:val="22"/>
        </w:rPr>
        <w:t>The job of HTS is only to dance at the commanding tune of its Handler. HTS will now be canned by the USA and held in reserve for another occasion when America deems it appropriate to foment anarchy in the interests of its global objectives, and if the USA determines that HTS has outlived its utility, then Joulani and his HTS will be summarily dispatched into oblivion by murderous techniques.</w:t>
      </w:r>
    </w:p>
    <w:p>
      <w:pPr>
        <w:spacing w:before="0" w:after="120" w:line="300" w:lineRule="exact"/>
        <w:jc w:val="both"/>
      </w:pPr>
      <w:r>
        <w:rPr>
          <w:rFonts w:ascii="Georgia" w:hAnsi="Georgia" w:cs="Georgia" w:eastAsia="Georgia"/>
          <w:b w:val="0"/>
          <w:i w:val="0"/>
          <w:sz w:val="22"/>
        </w:rPr>
        <w:t>Leave alone the issue of these chaps being 'Mujahideen'. Their very Imaan is in question. Allah Ta'ala says:</w:t>
      </w:r>
    </w:p>
    <w:p>
      <w:pPr>
        <w:spacing w:before="120" w:after="120" w:line="300" w:lineRule="exact"/>
        <w:ind w:left="720" w:right="720"/>
        <w:jc w:val="center"/>
      </w:pPr>
      <w:r>
        <w:rPr>
          <w:rFonts w:ascii="Georgia" w:hAnsi="Georgia" w:cs="Georgia" w:eastAsia="Georgia"/>
          <w:b w:val="0"/>
          <w:i/>
          <w:sz w:val="22"/>
        </w:rPr>
        <w:t>"You will see many of them befriending the kuffaar. Indeed evil is that which their souls have sent ahead for them. Allah's Wrath is on them and in Athaab (Punishment) shall they dwell forever."</w:t>
      </w:r>
    </w:p>
    <w:p>
      <w:pPr>
        <w:spacing w:before="120" w:after="120" w:line="300" w:lineRule="exact"/>
        <w:ind w:left="720" w:right="720"/>
        <w:jc w:val="center"/>
      </w:pPr>
      <w:r>
        <w:rPr>
          <w:rFonts w:ascii="Georgia" w:hAnsi="Georgia" w:cs="Georgia" w:eastAsia="Georgia"/>
          <w:b w:val="0"/>
          <w:i/>
          <w:sz w:val="22"/>
        </w:rPr>
        <w:t>(Al-Maaidah, Aayat 80)</w:t>
      </w:r>
    </w:p>
    <w:p>
      <w:pPr>
        <w:spacing w:before="120" w:after="120" w:line="300" w:lineRule="exact"/>
        <w:ind w:left="720" w:right="720"/>
        <w:jc w:val="center"/>
      </w:pPr>
      <w:r>
        <w:rPr>
          <w:rFonts w:ascii="Georgia" w:hAnsi="Georgia" w:cs="Georgia" w:eastAsia="Georgia"/>
          <w:b w:val="0"/>
          <w:i/>
          <w:sz w:val="22"/>
        </w:rPr>
        <w:t>"If they had Imaan on Allah and the Nabi and on that which has been revealed to him, never would they have taken them (kuffaar) as friends. But, in reality many of them are faasiqoon"</w:t>
      </w:r>
    </w:p>
    <w:p>
      <w:pPr>
        <w:spacing w:before="0" w:after="120" w:line="300" w:lineRule="exact"/>
        <w:jc w:val="both"/>
      </w:pPr>
      <w:r>
        <w:rPr>
          <w:rFonts w:ascii="Georgia" w:hAnsi="Georgia" w:cs="Georgia" w:eastAsia="Georgia"/>
          <w:b w:val="0"/>
          <w:i w:val="0"/>
          <w:sz w:val="22"/>
        </w:rPr>
        <w:t>They crawl behind the Yahood and Nasaara, acting at their bidding, merely for the haraam boodle dollars which these kuffaar pay lucratively. They have betrayed Allah Ta'ala, Rasulullah (Sallallahu alayhi wasallam) and the Ummah.</w:t>
      </w:r>
    </w:p>
    <w:p>
      <w:r>
        <w:br w:type="page"/>
      </w:r>
    </w:p>
    <w:p>
      <w:pPr>
        <w:pStyle w:val="Heading1"/>
        <w:spacing w:before="360" w:after="200" w:line="300" w:lineRule="exact"/>
        <w:jc w:val="center"/>
      </w:pPr>
      <w:r>
        <w:rPr>
          <w:rFonts w:ascii="Georgia" w:hAnsi="Georgia" w:cs="Georgia" w:eastAsia="Georgia"/>
          <w:b/>
          <w:i w:val="0"/>
          <w:color w:val="1F3864"/>
          <w:sz w:val="32"/>
        </w:rPr>
        <w:t>THE WELL OF ZAM ZAM</w:t>
      </w:r>
    </w:p>
    <w:p>
      <w:pPr>
        <w:pStyle w:val="Heading3"/>
        <w:spacing w:before="200" w:after="120" w:line="300" w:lineRule="exact"/>
        <w:jc w:val="left"/>
      </w:pPr>
      <w:r>
        <w:rPr>
          <w:rFonts w:ascii="Georgia" w:hAnsi="Georgia" w:cs="Georgia" w:eastAsia="Georgia"/>
          <w:b/>
          <w:i w:val="0"/>
          <w:color w:val="2E74B5"/>
          <w:sz w:val="24"/>
        </w:rPr>
        <w:t>LOST AND FOUND</w:t>
      </w:r>
    </w:p>
    <w:p>
      <w:pPr>
        <w:spacing w:before="0" w:after="120" w:line="300" w:lineRule="exact"/>
        <w:jc w:val="both"/>
      </w:pPr>
      <w:r>
        <w:rPr>
          <w:rFonts w:ascii="Georgia" w:hAnsi="Georgia" w:cs="Georgia" w:eastAsia="Georgia"/>
          <w:b w:val="0"/>
          <w:i w:val="0"/>
          <w:sz w:val="22"/>
        </w:rPr>
        <w:t>The Well of Zam Zam came into existence miraculously at the birth of Nabi Ismaaeel (Alayhis salaam). His mother, Hadhrat Haajarah (Alayhas salaam) who was all alone with her baby in the uninhabited wild desert was running hither and thither in search of water. It was on this occasion that Allah Ta'ala created the Well of Zam Zam.</w:t>
      </w:r>
    </w:p>
    <w:p>
      <w:pPr>
        <w:spacing w:before="0" w:after="120" w:line="300" w:lineRule="exact"/>
        <w:jc w:val="both"/>
      </w:pPr>
      <w:r>
        <w:rPr>
          <w:rFonts w:ascii="Georgia" w:hAnsi="Georgia" w:cs="Georgia" w:eastAsia="Georgia"/>
          <w:b w:val="0"/>
          <w:i w:val="0"/>
          <w:sz w:val="22"/>
        </w:rPr>
        <w:t>With the passage of time, the Well became covered by mounds of sand and was completely obliterated. The location of the Well was totally lost. It became a legendary story. Abdul Muttalib, the grandfather of Rasulullah (Sallallahu alayhi wasallam) initiated a search for the Well. He and his eldest son, Haarith continued the search for many days without success.</w:t>
      </w:r>
    </w:p>
    <w:p>
      <w:pPr>
        <w:spacing w:before="0" w:after="120" w:line="300" w:lineRule="exact"/>
        <w:jc w:val="both"/>
      </w:pPr>
      <w:r>
        <w:rPr>
          <w:rFonts w:ascii="Georgia" w:hAnsi="Georgia" w:cs="Georgia" w:eastAsia="Georgia"/>
          <w:b w:val="0"/>
          <w:i w:val="0"/>
          <w:sz w:val="22"/>
        </w:rPr>
        <w:t>No one from the Quraish tribe had assisted him in the search. In fact, they mocked at the father and son for having embarked on what they believed to be a futile project.</w:t>
      </w:r>
    </w:p>
    <w:p>
      <w:pPr>
        <w:spacing w:before="0" w:after="120" w:line="300" w:lineRule="exact"/>
        <w:jc w:val="both"/>
      </w:pPr>
      <w:r>
        <w:rPr>
          <w:rFonts w:ascii="Georgia" w:hAnsi="Georgia" w:cs="Georgia" w:eastAsia="Georgia"/>
          <w:b w:val="0"/>
          <w:i w:val="0"/>
          <w:sz w:val="22"/>
        </w:rPr>
        <w:t>One day Abdul Muttalib saw in a dream the location of the Well. It was located at the spot of two idols, Asaaf and Naailah, whom the Quraish worshipped. When Abdul Muttalib decided to dig at the location, the Quraish reacted with extreme hostility. Despite their efforts to prevent him, he and his son initiated the digging.</w:t>
      </w:r>
    </w:p>
    <w:p>
      <w:pPr>
        <w:spacing w:before="0" w:after="120" w:line="300" w:lineRule="exact"/>
        <w:jc w:val="both"/>
      </w:pPr>
      <w:r>
        <w:rPr>
          <w:rFonts w:ascii="Georgia" w:hAnsi="Georgia" w:cs="Georgia" w:eastAsia="Georgia"/>
          <w:b w:val="0"/>
          <w:i w:val="0"/>
          <w:sz w:val="22"/>
        </w:rPr>
        <w:t>Whilst his effort continued, he made a vow to Allah Ta'ala. If the Well was discovered with water gushing, and if Allah Ta'ala blessed him with ten sons, he will sacrifice one of his sons in the Name of Allah Ta'ala.</w:t>
      </w:r>
    </w:p>
    <w:p>
      <w:pPr>
        <w:spacing w:before="0" w:after="120" w:line="300" w:lineRule="exact"/>
        <w:jc w:val="both"/>
      </w:pPr>
      <w:r>
        <w:rPr>
          <w:rFonts w:ascii="Georgia" w:hAnsi="Georgia" w:cs="Georgia" w:eastAsia="Georgia"/>
          <w:b w:val="0"/>
          <w:i w:val="0"/>
          <w:sz w:val="22"/>
        </w:rPr>
        <w:t>After struggling with the digging for many days, the Zam Zam Well was discovered. He was also blessed with ten sons. Now that the Well was discovered and was in operation, the Quraish began honouring Abdul Muttalib and he was hailed as the chief of the tribe.</w:t>
      </w:r>
    </w:p>
    <w:p>
      <w:pPr>
        <w:spacing w:before="0" w:after="120" w:line="300" w:lineRule="exact"/>
        <w:jc w:val="both"/>
      </w:pPr>
      <w:r>
        <w:rPr>
          <w:rFonts w:ascii="Georgia" w:hAnsi="Georgia" w:cs="Georgia" w:eastAsia="Georgia"/>
          <w:b w:val="0"/>
          <w:i w:val="0"/>
          <w:sz w:val="22"/>
        </w:rPr>
        <w:t>When all the sons attained adulthood, Abdul Muttalib resolved to fulfil his vow. He took all his sons to the Ka'bah and in front of the idol, Hubal, lots were drawn to determine the son to be sacrificed. The name of Abdullah, the youngest son who was the most beloved to Abdul Muttalib surfaced. Despite his profound love for Abdullah, he set off with the son to offer him as the sacrifice.</w:t>
      </w:r>
    </w:p>
    <w:p>
      <w:pPr>
        <w:spacing w:before="0" w:after="120" w:line="300" w:lineRule="exact"/>
        <w:jc w:val="both"/>
      </w:pPr>
      <w:r>
        <w:rPr>
          <w:rFonts w:ascii="Georgia" w:hAnsi="Georgia" w:cs="Georgia" w:eastAsia="Georgia"/>
          <w:b w:val="0"/>
          <w:i w:val="0"/>
          <w:sz w:val="22"/>
        </w:rPr>
        <w:t>The other sons, daughters and the Quraish intervened and vigorously protested. Abdul Muttalib was determined to fulfil his vow. After considerable argument, it was decided to take the matter to Sajaa' who was a fortune-teller. Sajaa' advised that lots should be drawn between ten camels and Abdullah. Since ten camels was the amount of blood money to be paid for having killed a person, this number was stated.</w:t>
      </w:r>
    </w:p>
    <w:p>
      <w:pPr>
        <w:spacing w:before="0" w:after="120" w:line="300" w:lineRule="exact"/>
        <w:jc w:val="both"/>
      </w:pPr>
      <w:r>
        <w:rPr>
          <w:rFonts w:ascii="Georgia" w:hAnsi="Georgia" w:cs="Georgia" w:eastAsia="Georgia"/>
          <w:b w:val="0"/>
          <w:i w:val="0"/>
          <w:sz w:val="22"/>
        </w:rPr>
        <w:t>Sajaa' said that if in the lottery the camels were favoured, then they should be sacrificed. If Abdullah's name emerged, the number of camels should be raised to 20 and the lottery should be repeated. He said that each time that Abdullah's name surfaced, ten camels should be increased until ultimately, the lottery will determine the camels for slaughter. This process was repeatedly carried out. When the number became 100, the lottery was in favour of the camels. However, for the sake of certitude, Abdul Muttalib again resorted to drawing lots another two times, and again it was in favour of the camels. Thus the 100 camels were slaughtered.</w:t>
      </w:r>
    </w:p>
    <w:p>
      <w:r>
        <w:br w:type="page"/>
      </w:r>
    </w:p>
    <w:p>
      <w:pPr>
        <w:pStyle w:val="Heading1"/>
        <w:spacing w:before="360" w:after="200" w:line="300" w:lineRule="exact"/>
        <w:jc w:val="center"/>
      </w:pPr>
      <w:r>
        <w:rPr>
          <w:rFonts w:ascii="Georgia" w:hAnsi="Georgia" w:cs="Georgia" w:eastAsia="Georgia"/>
          <w:b/>
          <w:i w:val="0"/>
          <w:color w:val="1F3864"/>
          <w:sz w:val="32"/>
        </w:rPr>
        <w:t>DISPUTE &amp; DISUNITY</w:t>
      </w:r>
    </w:p>
    <w:p>
      <w:pPr>
        <w:spacing w:before="0" w:after="120" w:line="300" w:lineRule="exact"/>
        <w:jc w:val="both"/>
      </w:pPr>
      <w:r>
        <w:rPr>
          <w:rFonts w:ascii="Georgia" w:hAnsi="Georgia" w:cs="Georgia" w:eastAsia="Georgia"/>
          <w:b w:val="0"/>
          <w:i w:val="0"/>
          <w:sz w:val="22"/>
        </w:rPr>
        <w:t>The Yahood and Nasaara are extremely cunning. They are experts in the art of creating dispute and disunity in the ranks of Muslims. Libya, Iraq, Syria, Sudan, in fact in most Muslim lands, there is intense internecine warfare which has destroyed the countries. However, their expertise in this field relies on the stupidity of Muslims and on the degree of love for the dunya and wealth which today has become the dominant attribute of Muslims.</w:t>
      </w:r>
    </w:p>
    <w:p>
      <w:pPr>
        <w:spacing w:before="0" w:after="120" w:line="300" w:lineRule="exact"/>
        <w:jc w:val="both"/>
      </w:pPr>
      <w:r>
        <w:rPr>
          <w:rFonts w:ascii="Georgia" w:hAnsi="Georgia" w:cs="Georgia" w:eastAsia="Georgia"/>
          <w:b w:val="0"/>
          <w:i w:val="0"/>
          <w:sz w:val="22"/>
        </w:rPr>
        <w:t>The anarchy which has been achieved by the West in Libya and Iraq will be repeated in Syria. The same internecine dispute and killing are happening in Afghanistan although on a lesser scale. Even religious groups have been infiltrated by the governmental agencies of the USA., Israel, etc. Thus, the success of their plots are being witnessed in even the Tabligh Jamaat which has split into two vile, hostile, murderous factions who are devouring their own kind in cannibalistic style.</w:t>
      </w:r>
    </w:p>
    <w:p>
      <w:pPr>
        <w:spacing w:before="0" w:after="120" w:line="300" w:lineRule="exact"/>
        <w:jc w:val="both"/>
      </w:pPr>
      <w:r>
        <w:rPr>
          <w:rFonts w:ascii="Georgia" w:hAnsi="Georgia" w:cs="Georgia" w:eastAsia="Georgia"/>
          <w:b w:val="0"/>
          <w:i w:val="0"/>
          <w:sz w:val="22"/>
        </w:rPr>
        <w:t>The Yahood and the Nasaara are experts in fomenting Shiah-Sunni fitnah, and they have expertise in the art of creating deviant sects in the Ummah. They are also experts in Deobandi'ism and Barelwi'ism, and utilize their differences for maximum capital to indurate their mutual hostility.</w:t>
      </w:r>
    </w:p>
    <w:p>
      <w:pPr>
        <w:spacing w:before="0" w:after="120" w:line="300" w:lineRule="exact"/>
        <w:jc w:val="both"/>
      </w:pPr>
      <w:r>
        <w:rPr>
          <w:rFonts w:ascii="Georgia" w:hAnsi="Georgia" w:cs="Georgia" w:eastAsia="Georgia"/>
          <w:b w:val="0"/>
          <w:i w:val="0"/>
          <w:sz w:val="22"/>
        </w:rPr>
        <w:t>Their greatest current achievement is the creation of a plethora of 'jihaadi' outfits which have no relationship with Jihad and Islam. The objective is to only destroy the Ummah and gain control of the resources of the Muslim lands. It is the wealth of the Muslim countries which is sustaining the first world designation of America, the UK, etc.</w:t>
      </w:r>
    </w:p>
    <w:p>
      <w:pPr>
        <w:spacing w:before="0" w:after="120" w:line="300" w:lineRule="exact"/>
        <w:jc w:val="both"/>
      </w:pPr>
      <w:r>
        <w:rPr>
          <w:rFonts w:ascii="Georgia" w:hAnsi="Georgia" w:cs="Georgia" w:eastAsia="Georgia"/>
          <w:b w:val="0"/>
          <w:i w:val="0"/>
          <w:sz w:val="22"/>
        </w:rPr>
        <w:t>The success of the Yahood and Nasaara in their plot of destabilizing the Muslim countries by means of internecine fighting is, in reality, the effect of the stupidity of Muslims who allow themselves to become entrapped in the propaganda of the Yahood and Nasaara. The Aql (intelligence) of Muslims has become impaired and deranged, hence they are unable to understand the plots of the kuffaar. The impairment of Aql is the consequence of fisq, fujoor and kufr in which the Ummah is drowning.</w:t>
      </w:r>
    </w:p>
    <w:p>
      <w:pPr>
        <w:spacing w:before="0" w:after="120" w:line="300" w:lineRule="exact"/>
        <w:jc w:val="both"/>
      </w:pPr>
      <w:r>
        <w:rPr>
          <w:rFonts w:ascii="Georgia" w:hAnsi="Georgia" w:cs="Georgia" w:eastAsia="Georgia"/>
          <w:b w:val="0"/>
          <w:i w:val="0"/>
          <w:sz w:val="22"/>
        </w:rPr>
        <w:t>It is futile to blame shaitaan for our infractions and villainy. Shaitaan whose agents are the Yahood and Nasaara, is merely executing his trade of deception and misguidance. Allah Ta'ala has equipped Muslims with sound Aql and the Ta'leem of Rasulullah (Sallallahu alayhi wasallam). If Muslims adhere to the Sunnah, no one will be able to deceive and entrap them in the evil in which they are currently dwelling.</w:t>
      </w:r>
    </w:p>
    <w:p>
      <w:pPr>
        <w:spacing w:before="0" w:after="120" w:line="300" w:lineRule="exact"/>
        <w:jc w:val="both"/>
      </w:pPr>
      <w:r>
        <w:rPr>
          <w:rFonts w:ascii="Georgia" w:hAnsi="Georgia" w:cs="Georgia" w:eastAsia="Georgia"/>
          <w:b w:val="0"/>
          <w:i w:val="0"/>
          <w:sz w:val="22"/>
        </w:rPr>
        <w:t>It is the love of the dunya and wealth which has caused Muslims to become traitors and bootlickers of the Yahood and Nasaara. It is this love for carrion which has provided the kuffaar with a huge supply of Muslim personnel to execute their plots to destroy this Ummah and to loot the resources of the Muslim countries.</w:t>
      </w:r>
    </w:p>
    <w:p>
      <w:pPr>
        <w:spacing w:before="0" w:after="120" w:line="300" w:lineRule="exact"/>
        <w:jc w:val="both"/>
      </w:pPr>
      <w:r>
        <w:rPr>
          <w:rFonts w:ascii="Georgia" w:hAnsi="Georgia" w:cs="Georgia" w:eastAsia="Georgia"/>
          <w:b w:val="0"/>
          <w:i w:val="0"/>
          <w:sz w:val="22"/>
        </w:rPr>
        <w:t>Indeed, as Rasulullah (Sallallahu alayhi wasallam) had predicted, we have become "Ghutha (flotsam, rubbish and scum)."</w:t>
      </w:r>
    </w:p>
    <w:p>
      <w:r>
        <w:br w:type="page"/>
      </w:r>
    </w:p>
    <w:p>
      <w:pPr>
        <w:pStyle w:val="Heading1"/>
        <w:spacing w:before="360" w:after="200" w:line="300" w:lineRule="exact"/>
        <w:jc w:val="center"/>
      </w:pPr>
      <w:r>
        <w:rPr>
          <w:rFonts w:ascii="Georgia" w:hAnsi="Georgia" w:cs="Georgia" w:eastAsia="Georgia"/>
          <w:b/>
          <w:i w:val="0"/>
          <w:color w:val="1F3864"/>
          <w:sz w:val="32"/>
        </w:rPr>
        <w:t>BLASPHEMY OF A SENIOR MUFTI</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senior Mufti of Jamiah Rasheediyah in Pakistan, Mufti Tariq Mas'ood, has stated in one of his talks in Canada that there are many errors in the Qur'aan Majeed. He implied that "these errors" occurred when Rasulullah (Sallallahu alayhi wasallam) would dictate to the Kaatibeen (Scribes) to write the Wahi (Revelation), and he attributed this to the fact that our Nabi (Sallallahu alayhi wasallam) was an Ummi (one who could not read and write).</w:t>
      </w:r>
    </w:p>
    <w:p>
      <w:pPr>
        <w:spacing w:before="0" w:after="120" w:line="300" w:lineRule="exact"/>
        <w:jc w:val="both"/>
      </w:pPr>
      <w:r>
        <w:rPr>
          <w:rFonts w:ascii="Georgia" w:hAnsi="Georgia" w:cs="Georgia" w:eastAsia="Georgia"/>
          <w:b w:val="0"/>
          <w:i w:val="0"/>
          <w:sz w:val="22"/>
        </w:rPr>
        <w:t>There was an outcry against him. His arrest was demanded. It has been reported that the Mufti is in hiding, fearing for his life. He has also apologized and claims that he has been misunderstood and his statements were cited out of context. What is the status of his Imaan? He has apologized.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Indeed this mufti is guilty of kufr. His apology is stupid. For what was he apologizing? The need is for him to sincerely acknowledge his error of kufr, renew his Imaan and his marriages with his four wives. His apology has not clarified anything nor has it exonerated him from his kufr.</w:t>
      </w:r>
    </w:p>
    <w:p>
      <w:pPr>
        <w:spacing w:before="0" w:after="120" w:line="300" w:lineRule="exact"/>
        <w:jc w:val="both"/>
      </w:pPr>
      <w:r>
        <w:rPr>
          <w:rFonts w:ascii="Georgia" w:hAnsi="Georgia" w:cs="Georgia" w:eastAsia="Georgia"/>
          <w:b w:val="0"/>
          <w:i w:val="0"/>
          <w:sz w:val="22"/>
        </w:rPr>
        <w:t>The mere suggestion of there being an error in the Qur'aan Majeed eliminates Imaan. He has impugned the lofty, divinely fortified character of Rasulullah (Sallallahu alayhi wasallam).</w:t>
      </w:r>
    </w:p>
    <w:p>
      <w:pPr>
        <w:spacing w:before="0" w:after="120" w:line="300" w:lineRule="exact"/>
        <w:jc w:val="both"/>
      </w:pPr>
      <w:r>
        <w:rPr>
          <w:rFonts w:ascii="Georgia" w:hAnsi="Georgia" w:cs="Georgia" w:eastAsia="Georgia"/>
          <w:b w:val="0"/>
          <w:i w:val="0"/>
          <w:sz w:val="22"/>
        </w:rPr>
        <w:t>It is intolerable that the Darul Uloom could still retain his services. He is one of those shayaateen in human form mentioned in the Hadith. His apology is not an unconditional retraction of the kufr he had uttered. On the contrary, his attempt to explain himself only compounds his kufr. He has not confessed to his glaring kufr statements. His explanation is a baseless attempt to justify the kufr he has disgorged.</w:t>
      </w:r>
    </w:p>
    <w:p>
      <w:r>
        <w:br w:type="page"/>
      </w:r>
    </w:p>
    <w:p>
      <w:pPr>
        <w:pStyle w:val="Heading1"/>
        <w:spacing w:before="360" w:after="200" w:line="300" w:lineRule="exact"/>
        <w:jc w:val="center"/>
      </w:pPr>
      <w:r>
        <w:rPr>
          <w:rFonts w:ascii="Georgia" w:hAnsi="Georgia" w:cs="Georgia" w:eastAsia="Georgia"/>
          <w:b/>
          <w:i w:val="0"/>
          <w:color w:val="1F3864"/>
          <w:sz w:val="32"/>
        </w:rPr>
        <w:t>THE ATTRIBUTE OF IMAAN</w:t>
      </w:r>
    </w:p>
    <w:p>
      <w:pPr>
        <w:spacing w:before="0" w:after="120" w:line="300" w:lineRule="exact"/>
        <w:jc w:val="both"/>
      </w:pPr>
      <w:r>
        <w:rPr>
          <w:rFonts w:ascii="Georgia" w:hAnsi="Georgia" w:cs="Georgia" w:eastAsia="Georgia"/>
          <w:b w:val="0"/>
          <w:i w:val="0"/>
          <w:sz w:val="22"/>
        </w:rPr>
        <w:t>The Roman emperor, Heraclius, asked the Sahaabi envoy to describe the character of Ameerul Mu'mineen Umar Ibn Khattaab (Radhiyallahu anhu). The Sahaabi, succinctly presenting the epitome of the character of Hadhrat Umar (Radhiyallahu anhu) said:</w:t>
      </w:r>
    </w:p>
    <w:p>
      <w:pPr>
        <w:spacing w:before="120" w:after="40" w:line="300" w:lineRule="exact"/>
        <w:jc w:val="both"/>
      </w:pPr>
      <w:r>
        <w:rPr>
          <w:rFonts w:ascii="Georgia" w:hAnsi="Georgia" w:cs="Georgia" w:eastAsia="Georgia"/>
          <w:b/>
          <w:i/>
          <w:sz w:val="22"/>
        </w:rPr>
        <w:t>"He neither deceives nor can he be deceived."</w:t>
      </w:r>
    </w:p>
    <w:p>
      <w:pPr>
        <w:spacing w:before="0" w:after="120" w:line="300" w:lineRule="exact"/>
        <w:jc w:val="both"/>
      </w:pPr>
      <w:r>
        <w:rPr>
          <w:rFonts w:ascii="Georgia" w:hAnsi="Georgia" w:cs="Georgia" w:eastAsia="Georgia"/>
          <w:b w:val="0"/>
          <w:i w:val="0"/>
          <w:sz w:val="22"/>
        </w:rPr>
        <w:t>The emperor, awed by this response, commented to the gathering in his court: "He does not deceive" indicates the perfection of his religiosity. "He cannot be deceived", indicates the perfection of his intelligence."</w:t>
      </w:r>
    </w:p>
    <w:p>
      <w:r>
        <w:br w:type="page"/>
      </w:r>
    </w:p>
    <w:p>
      <w:pPr>
        <w:pStyle w:val="Heading1"/>
        <w:spacing w:before="360" w:after="200" w:line="300" w:lineRule="exact"/>
        <w:jc w:val="center"/>
      </w:pPr>
      <w:r>
        <w:rPr>
          <w:rFonts w:ascii="Georgia" w:hAnsi="Georgia" w:cs="Georgia" w:eastAsia="Georgia"/>
          <w:b/>
          <w:i w:val="0"/>
          <w:color w:val="1F3864"/>
          <w:sz w:val="32"/>
        </w:rPr>
        <w:t>THE STAGE IS SET FOR ANARCHY</w:t>
      </w:r>
    </w:p>
    <w:p>
      <w:pPr>
        <w:pStyle w:val="Heading3"/>
        <w:spacing w:before="200" w:after="120" w:line="300" w:lineRule="exact"/>
        <w:jc w:val="left"/>
      </w:pPr>
      <w:r>
        <w:rPr>
          <w:rFonts w:ascii="Georgia" w:hAnsi="Georgia" w:cs="Georgia" w:eastAsia="Georgia"/>
          <w:b/>
          <w:i w:val="0"/>
          <w:color w:val="2E74B5"/>
          <w:sz w:val="24"/>
        </w:rPr>
        <w:t>SYRIA:</w:t>
      </w:r>
    </w:p>
    <w:p>
      <w:pPr>
        <w:spacing w:before="0" w:after="120" w:line="300" w:lineRule="exact"/>
        <w:jc w:val="both"/>
      </w:pPr>
      <w:r>
        <w:rPr>
          <w:rFonts w:ascii="Georgia" w:hAnsi="Georgia" w:cs="Georgia" w:eastAsia="Georgia"/>
          <w:b w:val="0"/>
          <w:i w:val="0"/>
          <w:sz w:val="22"/>
        </w:rPr>
        <w:t>Syria is drifting incrementally into anarchy and chaos. The displacement of the brutal Assad regime has not freed Syria from the tentacles of the Yahood and Nasaara. On the contrary, the grip of the Yahood and Nasaara has tightened. Whatever 'government' is being formed will be a paper government fabricated by the USA. It will be a toothless dog unable to even bark.</w:t>
      </w:r>
    </w:p>
    <w:p>
      <w:pPr>
        <w:spacing w:before="0" w:after="120" w:line="300" w:lineRule="exact"/>
        <w:jc w:val="both"/>
      </w:pPr>
      <w:r>
        <w:rPr>
          <w:rFonts w:ascii="Georgia" w:hAnsi="Georgia" w:cs="Georgia" w:eastAsia="Georgia"/>
          <w:b w:val="0"/>
          <w:i w:val="0"/>
          <w:sz w:val="22"/>
        </w:rPr>
        <w:t>The Yahood and Nasaara are right now devouring Syria. The country is being carved up by USA, Israel and Turkey. The following report explains the passage of anarchy being carved by the Yahood and Nasaara.</w:t>
      </w:r>
    </w:p>
    <w:p>
      <w:pPr>
        <w:pStyle w:val="Heading3"/>
        <w:spacing w:before="200" w:after="120" w:line="300" w:lineRule="exact"/>
        <w:jc w:val="left"/>
      </w:pPr>
      <w:r>
        <w:rPr>
          <w:rFonts w:ascii="Georgia" w:hAnsi="Georgia" w:cs="Georgia" w:eastAsia="Georgia"/>
          <w:b/>
          <w:i w:val="0"/>
          <w:color w:val="2E74B5"/>
          <w:sz w:val="24"/>
        </w:rPr>
        <w:t>FOREIGN INTERFERENCE THREATENS SYRIA</w:t>
      </w:r>
    </w:p>
    <w:p>
      <w:pPr>
        <w:spacing w:before="0" w:after="120" w:line="300" w:lineRule="exact"/>
        <w:jc w:val="both"/>
      </w:pPr>
      <w:r>
        <w:rPr>
          <w:rFonts w:ascii="Georgia" w:hAnsi="Georgia" w:cs="Georgia" w:eastAsia="Georgia"/>
          <w:b w:val="0"/>
          <w:i w:val="0"/>
          <w:sz w:val="22"/>
        </w:rPr>
        <w:t>Interference by Israel and the United States is threatening the unity and sovereignty of Syria which is going through a critical stage after the fall of the Assad regime.</w:t>
      </w:r>
    </w:p>
    <w:p>
      <w:pPr>
        <w:spacing w:before="0" w:after="120" w:line="300" w:lineRule="exact"/>
        <w:jc w:val="both"/>
      </w:pPr>
      <w:r>
        <w:rPr>
          <w:rFonts w:ascii="Georgia" w:hAnsi="Georgia" w:cs="Georgia" w:eastAsia="Georgia"/>
          <w:b w:val="0"/>
          <w:i w:val="0"/>
          <w:sz w:val="22"/>
        </w:rPr>
        <w:t>In the south of the war-torn country, Israel continues to develop its military operations, ignoring all international laws and norms.</w:t>
      </w:r>
    </w:p>
    <w:p>
      <w:pPr>
        <w:spacing w:before="0" w:after="120" w:line="300" w:lineRule="exact"/>
        <w:jc w:val="both"/>
      </w:pPr>
      <w:r>
        <w:rPr>
          <w:rFonts w:ascii="Georgia" w:hAnsi="Georgia" w:cs="Georgia" w:eastAsia="Georgia"/>
          <w:b w:val="0"/>
          <w:i w:val="0"/>
          <w:sz w:val="22"/>
        </w:rPr>
        <w:t>On December 22, the Israeli Defense Forces (IDF) stormed Baath City in the governorate of al-Quneitra. The military gave the locals an advanced warning and asked them to prepare to hand over all of their weapons to Israeli troops.</w:t>
      </w:r>
    </w:p>
    <w:p>
      <w:pPr>
        <w:spacing w:before="0" w:after="120" w:line="300" w:lineRule="exact"/>
        <w:jc w:val="both"/>
      </w:pPr>
      <w:r>
        <w:rPr>
          <w:rFonts w:ascii="Georgia" w:hAnsi="Georgia" w:cs="Georgia" w:eastAsia="Georgia"/>
          <w:b w:val="0"/>
          <w:i w:val="0"/>
          <w:sz w:val="22"/>
        </w:rPr>
        <w:t>The next day, December 23, Israeli troops advanced towards the Her-mon sign height in the governorate of Rif Dimashq and established a post there.</w:t>
      </w:r>
    </w:p>
    <w:p>
      <w:pPr>
        <w:spacing w:before="0" w:after="120" w:line="300" w:lineRule="exact"/>
        <w:jc w:val="both"/>
      </w:pPr>
      <w:r>
        <w:rPr>
          <w:rFonts w:ascii="Georgia" w:hAnsi="Georgia" w:cs="Georgia" w:eastAsia="Georgia"/>
          <w:b w:val="0"/>
          <w:i w:val="0"/>
          <w:sz w:val="22"/>
        </w:rPr>
        <w:t>Later on the same day, the IDF called on the residents of Jubata Al Khashab, a key town in the countryside of al-Quneitra, to hand over all of their weapons.</w:t>
      </w:r>
    </w:p>
    <w:p>
      <w:pPr>
        <w:spacing w:before="0" w:after="120" w:line="300" w:lineRule="exact"/>
        <w:jc w:val="both"/>
      </w:pPr>
      <w:r>
        <w:rPr>
          <w:rFonts w:ascii="Georgia" w:hAnsi="Georgia" w:cs="Georgia" w:eastAsia="Georgia"/>
          <w:b w:val="0"/>
          <w:i w:val="0"/>
          <w:sz w:val="22"/>
        </w:rPr>
        <w:t>On December 24, the IDF advanced in two more directions. Israeli troops entered the Mantara Dam and the town of Sweisa. The locals held a protest in Sweisa. However, they were dispersed by the troops who fired into the air.</w:t>
      </w:r>
    </w:p>
    <w:p>
      <w:pPr>
        <w:spacing w:before="0" w:after="120" w:line="300" w:lineRule="exact"/>
        <w:jc w:val="both"/>
      </w:pPr>
      <w:r>
        <w:rPr>
          <w:rFonts w:ascii="Georgia" w:hAnsi="Georgia" w:cs="Georgia" w:eastAsia="Georgia"/>
          <w:b w:val="0"/>
          <w:i w:val="0"/>
          <w:sz w:val="22"/>
        </w:rPr>
        <w:t>The new government in Syria, which is led by the Islamist group Hay'at Tahrir al-Sham, has already condemned Israeli operations in the country, however it is yet to take any action to stop these violations.</w:t>
      </w:r>
    </w:p>
    <w:p>
      <w:pPr>
        <w:spacing w:before="0" w:after="120" w:line="300" w:lineRule="exact"/>
        <w:jc w:val="both"/>
      </w:pPr>
      <w:r>
        <w:rPr>
          <w:rFonts w:ascii="Georgia" w:hAnsi="Georgia" w:cs="Georgia" w:eastAsia="Georgia"/>
          <w:b w:val="0"/>
          <w:i w:val="0"/>
          <w:sz w:val="22"/>
        </w:rPr>
        <w:t>Meanwhile in northeastern Syria, the U.S. continues to boost its influence mainly relying on the Kurdish-led Syrian Democratic Forces (SDF).</w:t>
      </w:r>
    </w:p>
    <w:p>
      <w:pPr>
        <w:spacing w:before="0" w:after="120" w:line="300" w:lineRule="exact"/>
        <w:jc w:val="both"/>
      </w:pPr>
      <w:r>
        <w:rPr>
          <w:rFonts w:ascii="Georgia" w:hAnsi="Georgia" w:cs="Georgia" w:eastAsia="Georgia"/>
          <w:b w:val="0"/>
          <w:i w:val="0"/>
          <w:sz w:val="22"/>
        </w:rPr>
        <w:t>Following nearly two weeks of clashes with the Turkish-backed Syrian National Army (SNA), on December 23 the SDF launched an offensive in the direction of Tishreen Dam in the eastern Aleppo countryside. U.S. forces increased their presence in the region, mainly around the key town of Kobani, in the days leading to the offensive.</w:t>
      </w:r>
    </w:p>
    <w:p>
      <w:pPr>
        <w:spacing w:before="0" w:after="120" w:line="300" w:lineRule="exact"/>
        <w:jc w:val="both"/>
      </w:pPr>
      <w:r>
        <w:rPr>
          <w:rFonts w:ascii="Georgia" w:hAnsi="Georgia" w:cs="Georgia" w:eastAsia="Georgia"/>
          <w:b w:val="0"/>
          <w:i w:val="0"/>
          <w:sz w:val="22"/>
        </w:rPr>
        <w:t>Just a few hours after launching the offensive, Kurdish fighters captured the towns of Hobak Tueni, Qishla, al -Saeidin, and Haj Hussein, securing the western bank of Tishreen Dam which is located on the Euphrates River.</w:t>
      </w:r>
    </w:p>
    <w:p>
      <w:pPr>
        <w:spacing w:before="0" w:after="120" w:line="300" w:lineRule="exact"/>
        <w:jc w:val="both"/>
      </w:pPr>
      <w:r>
        <w:rPr>
          <w:rFonts w:ascii="Georgia" w:hAnsi="Georgia" w:cs="Georgia" w:eastAsia="Georgia"/>
          <w:b w:val="0"/>
          <w:i w:val="0"/>
          <w:sz w:val="22"/>
        </w:rPr>
        <w:t>By December 24, it was reported that the SDF was some 12 kilometers away from the town of Manbij, which fell into the hands of the SNA after the collapse of the Assad regime. There were also reports of the SNA bridging in reinforcements to the battlefield.</w:t>
      </w:r>
    </w:p>
    <w:p>
      <w:pPr>
        <w:spacing w:before="0" w:after="120" w:line="300" w:lineRule="exact"/>
        <w:jc w:val="both"/>
      </w:pPr>
      <w:r>
        <w:rPr>
          <w:rFonts w:ascii="Georgia" w:hAnsi="Georgia" w:cs="Georgia" w:eastAsia="Georgia"/>
          <w:b w:val="0"/>
          <w:i w:val="0"/>
          <w:sz w:val="22"/>
        </w:rPr>
        <w:t>The SDF offensive is clearly meant to pressure Turkey which has been preparing to launch a ground operation in the direction of Kobani. The offensive wouldn't have been possible without the approval of the U.S.</w:t>
      </w:r>
    </w:p>
    <w:p>
      <w:pPr>
        <w:spacing w:before="0" w:after="120" w:line="300" w:lineRule="exact"/>
        <w:jc w:val="both"/>
      </w:pPr>
      <w:r>
        <w:rPr>
          <w:rFonts w:ascii="Georgia" w:hAnsi="Georgia" w:cs="Georgia" w:eastAsia="Georgia"/>
          <w:b w:val="0"/>
          <w:i w:val="0"/>
          <w:sz w:val="22"/>
        </w:rPr>
        <w:t>All in all, Israeli operations in southern Syria and the recent moves by the U.S. in the northeast of the country will further destabilize the situation there. Both powers do not appear to be planning to leave Syria any time soon. This will pose a serious challenge to the new government.</w:t>
      </w:r>
    </w:p>
    <w:p>
      <w:pPr>
        <w:spacing w:before="0" w:after="120" w:line="300" w:lineRule="exact"/>
        <w:jc w:val="both"/>
      </w:pPr>
      <w:r>
        <w:rPr>
          <w:rFonts w:ascii="Georgia" w:hAnsi="Georgia" w:cs="Georgia" w:eastAsia="Georgia"/>
          <w:b w:val="0"/>
          <w:i w:val="0"/>
          <w:sz w:val="22"/>
        </w:rPr>
        <w:t>https://southfront.press/foreign-interference-threatens-syria/</w:t>
      </w:r>
    </w:p>
    <w:p>
      <w:r>
        <w:br w:type="page"/>
      </w:r>
    </w:p>
    <w:p>
      <w:pPr>
        <w:pStyle w:val="Heading1"/>
        <w:spacing w:before="360" w:after="200" w:line="300" w:lineRule="exact"/>
        <w:jc w:val="center"/>
      </w:pPr>
      <w:r>
        <w:rPr>
          <w:rFonts w:ascii="Georgia" w:hAnsi="Georgia" w:cs="Georgia" w:eastAsia="Georgia"/>
          <w:b/>
          <w:i w:val="0"/>
          <w:color w:val="1F3864"/>
          <w:sz w:val="32"/>
        </w:rPr>
        <w:t>THE FRAUDULENT 'JIHADI' OUTFITS</w:t>
      </w:r>
    </w:p>
    <w:p>
      <w:pPr>
        <w:spacing w:before="0" w:after="120" w:line="300" w:lineRule="exact"/>
        <w:jc w:val="both"/>
      </w:pPr>
      <w:r>
        <w:rPr>
          <w:rFonts w:ascii="Georgia" w:hAnsi="Georgia" w:cs="Georgia" w:eastAsia="Georgia"/>
          <w:b w:val="0"/>
          <w:i w:val="0"/>
          <w:sz w:val="22"/>
        </w:rPr>
        <w:t>Now with the Chameleon, Mr. Julani having changed his 'jihadi' colour to adopt his western USA colour with his suit and tie apparel, even moron Muslim youngsters will understand the massive fraud and deception of these 'jihadi' outfits.</w:t>
      </w:r>
    </w:p>
    <w:p>
      <w:pPr>
        <w:spacing w:before="0" w:after="120" w:line="300" w:lineRule="exact"/>
        <w:jc w:val="both"/>
      </w:pPr>
      <w:r>
        <w:rPr>
          <w:rFonts w:ascii="Georgia" w:hAnsi="Georgia" w:cs="Georgia" w:eastAsia="Georgia"/>
          <w:b w:val="0"/>
          <w:i w:val="0"/>
          <w:sz w:val="22"/>
        </w:rPr>
        <w:t>Talk of the Shariah in the Land of Shaam by the 'jihadi' HTS outfit is now taboo. The American agenda has become glaringly conspicuous. Groups created by the kuffaar for pursuing and achieving their own global objectives can never pursue the Path of Jihad.</w:t>
      </w:r>
    </w:p>
    <w:p>
      <w:pPr>
        <w:spacing w:before="0" w:after="120" w:line="300" w:lineRule="exact"/>
        <w:jc w:val="both"/>
      </w:pPr>
      <w:r>
        <w:rPr>
          <w:rFonts w:ascii="Georgia" w:hAnsi="Georgia" w:cs="Georgia" w:eastAsia="Georgia"/>
          <w:b w:val="0"/>
          <w:i w:val="0"/>
          <w:sz w:val="22"/>
        </w:rPr>
        <w:t>Muslim youngsters who are so gullible when the bait of Jihad is dangled in front of them should not be naïve. They should beware of these scoundrels operating under the designation of 'jihad'. Their 'jihad' is the 'jihad' of the Yahood and Nasaara. Never join these 'jihadi' outfits. Those who allow themselves to become entrapped by these American surrogates are losers:</w:t>
      </w:r>
    </w:p>
    <w:p>
      <w:pPr>
        <w:spacing w:before="120" w:after="40" w:line="300" w:lineRule="exact"/>
        <w:jc w:val="both"/>
      </w:pPr>
      <w:r>
        <w:rPr>
          <w:rFonts w:ascii="Georgia" w:hAnsi="Georgia" w:cs="Georgia" w:eastAsia="Georgia"/>
          <w:b/>
          <w:i/>
          <w:sz w:val="22"/>
        </w:rPr>
        <w:t>"They are losers in this dunya and in the Aakhirah."</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IMAAM MAHDI (ALAYHIS SALAAM)</w:t>
      </w:r>
    </w:p>
    <w:p>
      <w:pPr>
        <w:spacing w:before="0" w:after="120" w:line="300" w:lineRule="exact"/>
        <w:jc w:val="both"/>
      </w:pPr>
      <w:r>
        <w:rPr>
          <w:rFonts w:ascii="Georgia" w:hAnsi="Georgia" w:cs="Georgia" w:eastAsia="Georgia"/>
          <w:b w:val="0"/>
          <w:i w:val="0"/>
          <w:sz w:val="22"/>
        </w:rPr>
        <w:t>Haafiz Ibn Katheer (rahmatullah alayh) states in Al -Fitan Wal Malaahim, under the chapter Thikrul Mahdi Allazi Yakunu Fi Aakhiriz Zamaan (Mention of that Mahdi who will emerge in the final era), that the Mahdi of the final era will be from amongst the Khulafaa-e- Raashideen and Aimmah-e-Mahdiyeen. He states that the Mahdi of the final era is not that Mahdi which the Rawaafidh/Shias are awaiting. Their belief is based, not on any reliable information, but rather on concocted and spurious narrations. It will not be the Muhammad Ibn Hasan Al-Askari who according to them was born in 255 A.H. and who at the age of five miraculously disappeared, until the present day.</w:t>
      </w:r>
    </w:p>
    <w:p>
      <w:pPr>
        <w:spacing w:before="0" w:after="120" w:line="300" w:lineRule="exact"/>
        <w:jc w:val="both"/>
      </w:pPr>
      <w:r>
        <w:rPr>
          <w:rFonts w:ascii="Georgia" w:hAnsi="Georgia" w:cs="Georgia" w:eastAsia="Georgia"/>
          <w:b w:val="0"/>
          <w:i w:val="0"/>
          <w:sz w:val="22"/>
        </w:rPr>
        <w:t>We are speaking here of that Mahdi who is described in the Ahaadith of Nabi (sallallahu alayhi wasallam). He will be born in the final era, in close proximity to Qiyaamah. Ibn Katheer (rahmatullah alayh) states that his view is that this Mahdi will appear just before the descension of Hadhrat Isa (alayhis salaam).</w:t>
      </w:r>
    </w:p>
    <w:p>
      <w:pPr>
        <w:spacing w:before="0" w:after="120" w:line="300" w:lineRule="exact"/>
        <w:jc w:val="both"/>
      </w:pPr>
      <w:r>
        <w:rPr>
          <w:rFonts w:ascii="Georgia" w:hAnsi="Georgia" w:cs="Georgia" w:eastAsia="Georgia"/>
          <w:b w:val="0"/>
          <w:i w:val="0"/>
          <w:sz w:val="22"/>
        </w:rPr>
        <w:t>Also the narration of Hadhrat Ali (radhiyallahu anhu) which states that it is he (Imaam Mahdi - alayhis salaam) who will be born from the progeny of his son, Hadhrat Hasan (radhiyallahu anhu) and whose name will be like that of our Nabi (sallallahu alayhi wasallam) and his father's name will be like that of Nabi's (sallallahu alayhi wasallam) father's name.</w:t>
      </w:r>
    </w:p>
    <w:p>
      <w:pPr>
        <w:spacing w:before="0" w:after="120" w:line="300" w:lineRule="exact"/>
        <w:jc w:val="both"/>
      </w:pPr>
      <w:r>
        <w:rPr>
          <w:rFonts w:ascii="Georgia" w:hAnsi="Georgia" w:cs="Georgia" w:eastAsia="Georgia"/>
          <w:b w:val="0"/>
          <w:i w:val="0"/>
          <w:sz w:val="22"/>
        </w:rPr>
        <w:t>Ibn Katheer (rahmatullah alayh) also indicates towards the fact that it does not refer to anyone from the Bani Abbaas, from the previous eras. He has also stated that the Imaam Mahdi (alayhis salaam) will be born after the reign of the Bani Abbaas and that he will be from the progeny of Hadhrat Faatimah (radhiyallahu anha). He has also indicated clearly that Imaam Mahdi (alayhis salaam) will be from the offspring of Hadhrat Hasan (radhiyallahu anhu) and not Hadhrat Hussein (radhiyallahu anhu), as is clearly borne out by the narration of Hadhrat Ali (radhiyallahu anhu).</w:t>
      </w:r>
    </w:p>
    <w:p>
      <w:pPr>
        <w:spacing w:before="120" w:after="120" w:line="300" w:lineRule="exact"/>
        <w:ind w:left="720" w:right="720"/>
        <w:jc w:val="center"/>
      </w:pPr>
      <w:r>
        <w:rPr>
          <w:rFonts w:ascii="Georgia" w:hAnsi="Georgia" w:cs="Georgia" w:eastAsia="Georgia"/>
          <w:b w:val="0"/>
          <w:i/>
          <w:sz w:val="22"/>
        </w:rPr>
        <w:t>Ibn Katheer (rahmatullah alayh) narrates a Hadith from Ibn Majah, that Nabi (sallallahu alayhi wasallam) said, "Three persons will fight at your treasure (The Kaabah). They will be the sons of the Khulafaa. They will not even come near one another when black flags will be raised from the east. They will come to fight you, such a fight that has never been witnessed before." The narrator says that Nabi (sallallahu alayhi wasallam) said something further which he cannot remember. Then Nabi (sallallahu alayhi wasallam) said, "When you see it (this army), then you should take ba`it to him, even though you have to traverse ice to get to him, because he is the Khalifah Mahdi."</w:t>
      </w:r>
    </w:p>
    <w:p>
      <w:pPr>
        <w:spacing w:before="0" w:after="120" w:line="300" w:lineRule="exact"/>
        <w:jc w:val="both"/>
      </w:pPr>
      <w:r>
        <w:rPr>
          <w:rFonts w:ascii="Georgia" w:hAnsi="Georgia" w:cs="Georgia" w:eastAsia="Georgia"/>
          <w:b w:val="0"/>
          <w:i w:val="0"/>
          <w:sz w:val="22"/>
        </w:rPr>
        <w:t>Ibn Majah is alone in reporting this Hadith but the chain of narrators are reliable and authentic.</w:t>
      </w:r>
    </w:p>
    <w:p>
      <w:r>
        <w:br w:type="page"/>
      </w:r>
    </w:p>
    <w:p>
      <w:pPr>
        <w:pStyle w:val="Heading1"/>
        <w:spacing w:before="360" w:after="200" w:line="300" w:lineRule="exact"/>
        <w:jc w:val="center"/>
      </w:pPr>
      <w:r>
        <w:rPr>
          <w:rFonts w:ascii="Georgia" w:hAnsi="Georgia" w:cs="Georgia" w:eastAsia="Georgia"/>
          <w:b/>
          <w:i w:val="0"/>
          <w:color w:val="1F3864"/>
          <w:sz w:val="32"/>
        </w:rPr>
        <w:t>ISRAELI BRUTALITY &amp; TORTURE</w:t>
      </w:r>
    </w:p>
    <w:p>
      <w:pPr>
        <w:spacing w:before="0" w:after="120" w:line="300" w:lineRule="exact"/>
        <w:jc w:val="both"/>
      </w:pPr>
      <w:r>
        <w:rPr>
          <w:rFonts w:ascii="Georgia" w:hAnsi="Georgia" w:cs="Georgia" w:eastAsia="Georgia"/>
          <w:b w:val="0"/>
          <w:i w:val="0"/>
          <w:sz w:val="22"/>
        </w:rPr>
        <w:t>The interrogation section in Gaza prison was ominously known as "the slaughterhouse" due to the torture and oppression inflicted on its detainees. It consisted of a building with a corridor approximately four meters wide and twenty meters long, with various-sized rooms on either side where the interrogations took place. Detainees were made to sit or stand along this corridor, their faces to the wall, their heads covered with thick cloth bags down to their shoulders, and their hands tied behind their backs.</w:t>
      </w:r>
    </w:p>
    <w:p>
      <w:pPr>
        <w:spacing w:before="0" w:after="120" w:line="300" w:lineRule="exact"/>
        <w:jc w:val="both"/>
      </w:pPr>
      <w:r>
        <w:rPr>
          <w:rFonts w:ascii="Georgia" w:hAnsi="Georgia" w:cs="Georgia" w:eastAsia="Georgia"/>
          <w:b w:val="0"/>
          <w:i w:val="0"/>
          <w:sz w:val="22"/>
        </w:rPr>
        <w:t>Soldiers patrolled among them, continuously beating, kicking, and slapping. If detainees appeared to doze off or lose focus, they were doused with cold water. Periodically, one of the detainees was dragged into one of the side rooms. Once the bag was removed from their head, they faced a group of interrogators who spoke Arabic with a Hebrew accent, bombarding them with thousands of questions, interspersed with relentless kicking, beating and slapping.</w:t>
      </w:r>
    </w:p>
    <w:p>
      <w:pPr>
        <w:spacing w:before="0" w:after="120" w:line="300" w:lineRule="exact"/>
        <w:jc w:val="both"/>
      </w:pPr>
      <w:r>
        <w:rPr>
          <w:rFonts w:ascii="Georgia" w:hAnsi="Georgia" w:cs="Georgia" w:eastAsia="Georgia"/>
          <w:b w:val="0"/>
          <w:i w:val="0"/>
          <w:sz w:val="22"/>
        </w:rPr>
        <w:t>The detainee is thrown on his back, his hands shackled with iron chains behind his back, a cloth sack covering his face and head. One of them sits on his chest to suffocate him and pours water over the sack, another stands on his stomach, and a third places a chair between his legs to keep them apart and sits on the chair, while a fourth presses on his testicles, and two others each hold one of his legs. Thus, in rounds, as soon as one round ends, it is separated from the second round by a few seconds, and he is thrown on a long table in the same manner, subjected to the same methods, and his hands may be shackled with iron chains behind his back.</w:t>
      </w:r>
    </w:p>
    <w:p>
      <w:pPr>
        <w:spacing w:before="0" w:after="120" w:line="300" w:lineRule="exact"/>
        <w:jc w:val="both"/>
      </w:pPr>
      <w:r>
        <w:rPr>
          <w:rFonts w:ascii="Georgia" w:hAnsi="Georgia" w:cs="Georgia" w:eastAsia="Georgia"/>
          <w:b w:val="0"/>
          <w:i w:val="0"/>
          <w:sz w:val="22"/>
        </w:rPr>
        <w:t>Then his hands are tied to a loop or a pipe fixed in the wall up high, where he is almost hanging, his fingertips barely touching the ground, his head covered with a sack or more, during which he is subjected to punches in the stomach and kicks all over his body, and cold water is poured on him, and sometimes an electric fan is turned on him, causing the detainee to shiver with cold, feeling his body freeze.</w:t>
      </w:r>
    </w:p>
    <w:p>
      <w:pPr>
        <w:spacing w:before="0" w:after="120" w:line="300" w:lineRule="exact"/>
        <w:jc w:val="both"/>
      </w:pPr>
      <w:r>
        <w:rPr>
          <w:rFonts w:ascii="Georgia" w:hAnsi="Georgia" w:cs="Georgia" w:eastAsia="Georgia"/>
          <w:b w:val="0"/>
          <w:i w:val="0"/>
          <w:sz w:val="22"/>
        </w:rPr>
        <w:t>Mahmoud was subjected to all these methods and more during the interrogation in the (slaughterhouse) of Gaza's Slaughterhouse, until his body wasted away, and he became thin and no longer recognized himself. Over forty days, he scarcely saw sleep, tasted food, or felt water touch his body. In moments when they wanted to give him a little rest, fearing death, they lowered him into one of the cells, a small room no wider than a meter and a half and no longer than two and a half meters, to find himself in it with five or six detainees who had been exhausted by the interrogation and lack of sleep, lying one on top of the other, sinking into a terrifying sleep, from which they only woke up when the jailers dragged them back to the interrogators.</w:t>
      </w:r>
    </w:p>
    <w:p>
      <w:pPr>
        <w:spacing w:before="120" w:after="120" w:line="300" w:lineRule="exact"/>
        <w:ind w:left="720" w:right="720"/>
        <w:jc w:val="center"/>
      </w:pPr>
      <w:r>
        <w:rPr>
          <w:rFonts w:ascii="Georgia" w:hAnsi="Georgia" w:cs="Georgia" w:eastAsia="Georgia"/>
          <w:b w:val="0"/>
          <w:i/>
          <w:sz w:val="22"/>
        </w:rPr>
        <w:t>(Excerpt from Yahya Al-Sinwar's book, The Thorn &amp; The Carnation)</w:t>
      </w:r>
    </w:p>
    <w:p>
      <w:r>
        <w:br w:type="page"/>
      </w:r>
    </w:p>
    <w:p>
      <w:pPr>
        <w:pStyle w:val="Heading1"/>
        <w:spacing w:before="360" w:after="200" w:line="300" w:lineRule="exact"/>
        <w:jc w:val="center"/>
      </w:pPr>
      <w:r>
        <w:rPr>
          <w:rFonts w:ascii="Georgia" w:hAnsi="Georgia" w:cs="Georgia" w:eastAsia="Georgia"/>
          <w:b/>
          <w:i w:val="0"/>
          <w:color w:val="1F3864"/>
          <w:sz w:val="32"/>
        </w:rPr>
        <w:t>IN THE AFTERMATH OF A SOLITARY MUJAHID'S ACTION</w:t>
      </w:r>
    </w:p>
    <w:p>
      <w:pPr>
        <w:pStyle w:val="Heading3"/>
        <w:spacing w:before="200" w:after="120" w:line="300" w:lineRule="exact"/>
        <w:jc w:val="left"/>
      </w:pPr>
      <w:r>
        <w:rPr>
          <w:rFonts w:ascii="Georgia" w:hAnsi="Georgia" w:cs="Georgia" w:eastAsia="Georgia"/>
          <w:b/>
          <w:i w:val="0"/>
          <w:color w:val="2E74B5"/>
          <w:sz w:val="24"/>
        </w:rPr>
        <w:t>OBJECTIVES</w:t>
      </w:r>
    </w:p>
    <w:p>
      <w:pPr>
        <w:spacing w:before="120" w:after="40" w:line="300" w:lineRule="exact"/>
        <w:jc w:val="both"/>
      </w:pPr>
      <w:r>
        <w:rPr>
          <w:rFonts w:ascii="Georgia" w:hAnsi="Georgia" w:cs="Georgia" w:eastAsia="Georgia"/>
          <w:b/>
          <w:i/>
          <w:sz w:val="22"/>
        </w:rPr>
        <w:t>"Whoever desires the harvest of the Aakhirah, We shall increase it for him, and whoever desires the harvest of this dunya, We shall give him a share of it and he shall have no share in the Aakhirah."</w:t>
      </w:r>
    </w:p>
    <w:p>
      <w:pPr>
        <w:spacing w:before="120" w:after="40" w:line="300" w:lineRule="exact"/>
        <w:jc w:val="both"/>
      </w:pPr>
      <w:r>
        <w:rPr>
          <w:rFonts w:ascii="Georgia" w:hAnsi="Georgia" w:cs="Georgia" w:eastAsia="Georgia"/>
          <w:b/>
          <w:i/>
          <w:sz w:val="22"/>
        </w:rPr>
        <w:t>(Ash-Shuraa', Aayat 20)</w:t>
      </w:r>
    </w:p>
    <w:p>
      <w:r>
        <w:br w:type="page"/>
      </w:r>
    </w:p>
    <w:p>
      <w:pPr>
        <w:pStyle w:val="Heading1"/>
        <w:spacing w:before="360" w:after="200" w:line="300" w:lineRule="exact"/>
        <w:jc w:val="center"/>
      </w:pPr>
      <w:r>
        <w:rPr>
          <w:rFonts w:ascii="Georgia" w:hAnsi="Georgia" w:cs="Georgia" w:eastAsia="Georgia"/>
          <w:b/>
          <w:i w:val="0"/>
          <w:color w:val="1F3864"/>
          <w:sz w:val="32"/>
        </w:rPr>
        <w:t>IN THE AFTERMATH OF A SOLITARY MUJAHID'S ACTION</w:t>
      </w:r>
    </w:p>
    <w:p>
      <w:pPr>
        <w:spacing w:before="0" w:after="120" w:line="300" w:lineRule="exact"/>
        <w:jc w:val="both"/>
      </w:pPr>
      <w:r>
        <w:rPr>
          <w:rFonts w:ascii="Georgia" w:hAnsi="Georgia" w:cs="Georgia" w:eastAsia="Georgia"/>
          <w:b w:val="0"/>
          <w:i w:val="0"/>
          <w:sz w:val="22"/>
        </w:rPr>
        <w:t>NO PEACE FOR THE BRUTAL YAHUDIS</w:t>
      </w:r>
    </w:p>
    <w:p>
      <w:pPr>
        <w:spacing w:before="0" w:after="120" w:line="300" w:lineRule="exact"/>
        <w:jc w:val="both"/>
      </w:pPr>
      <w:r>
        <w:rPr>
          <w:rFonts w:ascii="Georgia" w:hAnsi="Georgia" w:cs="Georgia" w:eastAsia="Georgia"/>
          <w:b w:val="0"/>
          <w:i w:val="0"/>
          <w:sz w:val="22"/>
        </w:rPr>
        <w:t>A young man from the Al-Aqsa Martyrs Brigades steps out of a car in central Tel Aviv with a bag, heading towards a wedding hall filled with occupiers. He opens the bag, pulls out an AK-47 rifle, several magazines, and a few hand grenades. He moves closer and begins shooting and throwing grenades, then continues firing until a large force from the occupation army engages him, and his soul ascends to the highest heavens after killing and injuring dozens of them.</w:t>
      </w:r>
    </w:p>
    <w:p>
      <w:pPr>
        <w:spacing w:before="0" w:after="120" w:line="300" w:lineRule="exact"/>
        <w:jc w:val="both"/>
      </w:pPr>
      <w:r>
        <w:rPr>
          <w:rFonts w:ascii="Georgia" w:hAnsi="Georgia" w:cs="Georgia" w:eastAsia="Georgia"/>
          <w:b w:val="0"/>
          <w:i w:val="0"/>
          <w:sz w:val="22"/>
        </w:rPr>
        <w:t>Advanced aircraft of the occupation army bomb mujahideen, activists, and Palestinian youths across the nation, and the occupation's war machine harvests lives indiscriminately. Soldiers rampage behind heavy tanks, helicopters, modern weapons, and massive bulldozers devour everything in their path from houses, workshops, and farms.</w:t>
      </w:r>
    </w:p>
    <w:p>
      <w:pPr>
        <w:spacing w:before="0" w:after="120" w:line="300" w:lineRule="exact"/>
        <w:jc w:val="both"/>
      </w:pPr>
      <w:r>
        <w:rPr>
          <w:rFonts w:ascii="Georgia" w:hAnsi="Georgia" w:cs="Georgia" w:eastAsia="Georgia"/>
          <w:b w:val="0"/>
          <w:i w:val="0"/>
          <w:sz w:val="22"/>
        </w:rPr>
        <w:t>Palestinian mujahideen and fidayeen prepare explosives from basic materials like fertilizers and some chemicals, making belts which they strap around their waists, and launch into the heart of the brutal enemy to give them a taste of the suffering they inflict on our people day and night. Operations intensified in major cities like Jerusalem, Tel Aviv, Haifa, Netanya, and Ashdod, spreading terror and panic among the occupiers.</w:t>
      </w:r>
    </w:p>
    <w:p>
      <w:pPr>
        <w:spacing w:before="0" w:after="120" w:line="300" w:lineRule="exact"/>
        <w:jc w:val="both"/>
      </w:pPr>
      <w:r>
        <w:rPr>
          <w:rFonts w:ascii="Georgia" w:hAnsi="Georgia" w:cs="Georgia" w:eastAsia="Georgia"/>
          <w:b w:val="0"/>
          <w:i w:val="0"/>
          <w:sz w:val="22"/>
        </w:rPr>
        <w:t>The streets are empty except for an old man or a young one hurrying to finish their errands quickly. Cafes are entirely empty, restaurants are deserted, public transport and buses are empty, rarely does one or two persons board along with the driver.</w:t>
      </w:r>
    </w:p>
    <w:p>
      <w:pPr>
        <w:spacing w:before="0" w:after="120" w:line="300" w:lineRule="exact"/>
        <w:jc w:val="both"/>
      </w:pPr>
      <w:r>
        <w:rPr>
          <w:rFonts w:ascii="Georgia" w:hAnsi="Georgia" w:cs="Georgia" w:eastAsia="Georgia"/>
          <w:b w:val="0"/>
          <w:i w:val="0"/>
          <w:sz w:val="22"/>
        </w:rPr>
        <w:t>In central Tel Aviv and West Jerusalem, sandbags are stacked in front of doors and shops to a height of over one and a half meters, resembling military sites and barracks. Thousands of soldiers are every where, outnumbering civilians by many times. Every day or several days, barriers and barricades are set up where they begin to inspect cars and their occupants, as news of impending operations has reached them. Cars line up in endless queues, life is disrupted at shop doors, and hundreds of shops display signs announcing they are for sale or closed until further notice, as the economic life has collapsed…</w:t>
      </w:r>
    </w:p>
    <w:p>
      <w:pPr>
        <w:spacing w:before="120" w:after="120" w:line="300" w:lineRule="exact"/>
        <w:ind w:left="720" w:right="720"/>
        <w:jc w:val="center"/>
      </w:pPr>
      <w:r>
        <w:rPr>
          <w:rFonts w:ascii="Georgia" w:hAnsi="Georgia" w:cs="Georgia" w:eastAsia="Georgia"/>
          <w:b w:val="0"/>
          <w:i/>
          <w:sz w:val="22"/>
        </w:rPr>
        <w:t>(Excerpt from Yahya Al-Sinwar's book, The Thorn &amp; The Carnation)</w:t>
      </w:r>
    </w:p>
    <w:p>
      <w:r>
        <w:br w:type="page"/>
      </w:r>
    </w:p>
    <w:p>
      <w:pPr>
        <w:pStyle w:val="Heading1"/>
        <w:spacing w:before="360" w:after="200" w:line="300" w:lineRule="exact"/>
        <w:jc w:val="center"/>
      </w:pPr>
      <w:r>
        <w:rPr>
          <w:rFonts w:ascii="Georgia" w:hAnsi="Georgia" w:cs="Georgia" w:eastAsia="Georgia"/>
          <w:b/>
          <w:i w:val="0"/>
          <w:color w:val="1F3864"/>
          <w:sz w:val="32"/>
        </w:rPr>
        <w:t>HTS &amp; THE 'JIHAADI' OUTFITS</w:t>
      </w:r>
    </w:p>
    <w:p>
      <w:pPr>
        <w:spacing w:before="0" w:after="120" w:line="300" w:lineRule="exact"/>
        <w:jc w:val="both"/>
      </w:pPr>
      <w:r>
        <w:rPr>
          <w:rFonts w:ascii="Georgia" w:hAnsi="Georgia" w:cs="Georgia" w:eastAsia="Georgia"/>
          <w:b w:val="0"/>
          <w:i w:val="0"/>
          <w:sz w:val="22"/>
        </w:rPr>
        <w:t>The "King-makers" Pull the Rug from Syria, Yet Again…</w:t>
      </w:r>
    </w:p>
    <w:p>
      <w:pPr>
        <w:spacing w:before="0" w:after="120" w:line="300" w:lineRule="exact"/>
        <w:jc w:val="both"/>
      </w:pPr>
      <w:r>
        <w:rPr>
          <w:rFonts w:ascii="Georgia" w:hAnsi="Georgia" w:cs="Georgia" w:eastAsia="Georgia"/>
          <w:b w:val="0"/>
          <w:i w:val="0"/>
          <w:sz w:val="22"/>
        </w:rPr>
        <w:t>A "Greek Tragedy" Begins</w:t>
      </w:r>
    </w:p>
    <w:p>
      <w:pPr>
        <w:spacing w:before="0" w:after="120" w:line="300" w:lineRule="exact"/>
        <w:jc w:val="both"/>
      </w:pPr>
      <w:r>
        <w:rPr>
          <w:rFonts w:ascii="Georgia" w:hAnsi="Georgia" w:cs="Georgia" w:eastAsia="Georgia"/>
          <w:b w:val="0"/>
          <w:i w:val="0"/>
          <w:sz w:val="22"/>
        </w:rPr>
        <w:t>Alastair Crooke • December 23, 2024</w:t>
      </w:r>
    </w:p>
    <w:p>
      <w:pPr>
        <w:spacing w:before="120" w:after="40" w:line="300" w:lineRule="exact"/>
        <w:jc w:val="both"/>
      </w:pPr>
      <w:r>
        <w:rPr>
          <w:rFonts w:ascii="Georgia" w:hAnsi="Georgia" w:cs="Georgia" w:eastAsia="Georgia"/>
          <w:b/>
          <w:i/>
          <w:sz w:val="22"/>
        </w:rPr>
        <w:t>Syria has been disintegrated and pillaged in the name of 'liberating' Syrians from the threat of ISIS, which they – Washington – had installed in the first place.</w:t>
      </w:r>
    </w:p>
    <w:p>
      <w:pPr>
        <w:spacing w:before="0" w:after="120" w:line="300" w:lineRule="exact"/>
        <w:jc w:val="both"/>
      </w:pPr>
      <w:r>
        <w:rPr>
          <w:rFonts w:ascii="Georgia" w:hAnsi="Georgia" w:cs="Georgia" w:eastAsia="Georgia"/>
          <w:b w:val="0"/>
          <w:i w:val="0"/>
          <w:sz w:val="22"/>
        </w:rPr>
        <w:t>James Jeffrey, former U.S. Ambassador to Iraq and Turkey, in a March 2021 interview with PBS Frontline, laid out very plainly the template for what has just happened in Syria this month:</w:t>
      </w:r>
    </w:p>
    <w:p>
      <w:pPr>
        <w:spacing w:before="0" w:after="120" w:line="300" w:lineRule="exact"/>
        <w:jc w:val="both"/>
      </w:pPr>
      <w:r>
        <w:rPr>
          <w:rFonts w:ascii="Georgia" w:hAnsi="Georgia" w:cs="Georgia" w:eastAsia="Georgia"/>
          <w:b w:val="0"/>
          <w:i w:val="0"/>
          <w:sz w:val="22"/>
        </w:rPr>
        <w:t>"Syria, given its size, its strategic location, its historical importance, is the pivot point for whether [there can be] an American-managed security system in the region … And so you've got this general alliance that is locked in with us. But … the stress point is greatest in Syria".</w:t>
      </w:r>
    </w:p>
    <w:p>
      <w:pPr>
        <w:spacing w:before="0" w:after="120" w:line="300" w:lineRule="exact"/>
        <w:jc w:val="both"/>
      </w:pPr>
      <w:r>
        <w:rPr>
          <w:rFonts w:ascii="Georgia" w:hAnsi="Georgia" w:cs="Georgia" w:eastAsia="Georgia"/>
          <w:b w:val="0"/>
          <w:i w:val="0"/>
          <w:sz w:val="22"/>
        </w:rPr>
        <w:t>Jeffrey explained (in the 2021 interview) why the U.S. shifted its to support to Jolani and Hayat Tahrir al-Sham (HTS):</w:t>
      </w:r>
    </w:p>
    <w:p>
      <w:pPr>
        <w:spacing w:before="0" w:after="120" w:line="300" w:lineRule="exact"/>
        <w:jc w:val="both"/>
      </w:pPr>
      <w:r>
        <w:rPr>
          <w:rFonts w:ascii="Georgia" w:hAnsi="Georgia" w:cs="Georgia" w:eastAsia="Georgia"/>
          <w:b w:val="0"/>
          <w:i w:val="0"/>
          <w:sz w:val="22"/>
        </w:rPr>
        <w:t>"We got Mike Pompeo to issue a waiver to allow us to give aid to HTS – I received and sent messages to HTS" - The messages coming back from HTS were: "We [HTS] want to be your friend. We're not terrorists. We're just fighting Assad"".</w:t>
      </w:r>
    </w:p>
    <w:p>
      <w:pPr>
        <w:spacing w:before="0" w:after="120" w:line="300" w:lineRule="exact"/>
        <w:jc w:val="both"/>
      </w:pPr>
      <w:r>
        <w:rPr>
          <w:rFonts w:ascii="Georgia" w:hAnsi="Georgia" w:cs="Georgia" w:eastAsia="Georgia"/>
          <w:b w:val="0"/>
          <w:i w:val="0"/>
          <w:sz w:val="22"/>
        </w:rPr>
        <w:t>The PBS Frontline interviewer asks: The U.S. was "supporting indirectly the armed opposition"? To which Jeffrey responds:</w:t>
      </w:r>
    </w:p>
    <w:p>
      <w:pPr>
        <w:spacing w:before="0" w:after="120" w:line="300" w:lineRule="exact"/>
        <w:jc w:val="both"/>
      </w:pPr>
      <w:r>
        <w:rPr>
          <w:rFonts w:ascii="Georgia" w:hAnsi="Georgia" w:cs="Georgia" w:eastAsia="Georgia"/>
          <w:b w:val="0"/>
          <w:i w:val="0"/>
          <w:sz w:val="22"/>
        </w:rPr>
        <w:t>"It was important to us that HTS not disintegrate … our policy was … was to leave HTS alone … And the fact that we haven't targeted [HTS] ever, the fact that we have never raised our voice to the Turks about their cohabitation with them — in fact, I used this example the last time I was talking to very senior Turks – when they started bitching about this relationship we [the U.S.] have with the SDF [in eastern Syria]".</w:t>
      </w:r>
    </w:p>
    <w:p>
      <w:pPr>
        <w:spacing w:before="0" w:after="120" w:line="300" w:lineRule="exact"/>
        <w:jc w:val="both"/>
      </w:pPr>
      <w:r>
        <w:rPr>
          <w:rFonts w:ascii="Georgia" w:hAnsi="Georgia" w:cs="Georgia" w:eastAsia="Georgia"/>
          <w:b w:val="0"/>
          <w:i w:val="0"/>
          <w:sz w:val="22"/>
        </w:rPr>
        <w:t>"I said to them, "Look, Turkey has always maintained that you want us in northeast Syria, which they do. But you don't understand. We can't be in northeast Syria without the platform, because we only have hundreds of troops there"; … I said: "It's just like you in Idlib …".</w:t>
      </w:r>
    </w:p>
    <w:p>
      <w:pPr>
        <w:spacing w:before="0" w:after="120" w:line="300" w:lineRule="exact"/>
        <w:jc w:val="both"/>
      </w:pPr>
      <w:r>
        <w:rPr>
          <w:rFonts w:ascii="Georgia" w:hAnsi="Georgia" w:cs="Georgia" w:eastAsia="Georgia"/>
          <w:b w:val="0"/>
          <w:i w:val="0"/>
          <w:sz w:val="22"/>
        </w:rPr>
        <w:t>"We want you to be in Idlib, but you can't be in Idlib without having a platform, and that platform is largely HTS. Now, unlike the SDF, HTS is a UNdesignated official terrorist organisation. Have I ever, or has any American official ever, complained to you about what you're doing there with HTS? No …".</w:t>
      </w:r>
    </w:p>
    <w:p>
      <w:pPr>
        <w:spacing w:before="0" w:after="120" w:line="300" w:lineRule="exact"/>
        <w:jc w:val="both"/>
      </w:pPr>
      <w:r>
        <w:rPr>
          <w:rFonts w:ascii="Georgia" w:hAnsi="Georgia" w:cs="Georgia" w:eastAsia="Georgia"/>
          <w:b w:val="0"/>
          <w:i w:val="0"/>
          <w:sz w:val="22"/>
        </w:rPr>
        <w:t>David Miller, a British academic, has noted that in 2015, prominent Syrian Sunni Muslim scholar, Shaykh al-Yaqoubi (who is anti-Assad), was unconvinced by Jolani's efforts to rebrand Al Qa'ida as Jabhat al-Nusra. Jolani, in his al-2013 Al-Jazeera interview twice confirmed his allegiance to al-Qa'ida, saying that he received orders from its leader, Dr Ayman [al-Zawahiri] … and those were to not target the West. He confirmed his own position as being that of hardline intolerance toward those who practiced a 'heretical' Islam.</w:t>
      </w:r>
    </w:p>
    <w:p>
      <w:pPr>
        <w:spacing w:before="0" w:after="120" w:line="300" w:lineRule="exact"/>
        <w:jc w:val="both"/>
      </w:pPr>
      <w:r>
        <w:rPr>
          <w:rFonts w:ascii="Georgia" w:hAnsi="Georgia" w:cs="Georgia" w:eastAsia="Georgia"/>
          <w:b w:val="0"/>
          <w:i w:val="0"/>
          <w:sz w:val="22"/>
        </w:rPr>
        <w:t>Miller comments:</w:t>
      </w:r>
    </w:p>
    <w:p>
      <w:pPr>
        <w:spacing w:before="0" w:after="120" w:line="300" w:lineRule="exact"/>
        <w:jc w:val="both"/>
      </w:pPr>
      <w:r>
        <w:rPr>
          <w:rFonts w:ascii="Georgia" w:hAnsi="Georgia" w:cs="Georgia" w:eastAsia="Georgia"/>
          <w:b w:val="0"/>
          <w:i w:val="0"/>
          <w:sz w:val="22"/>
        </w:rPr>
        <w:t>"While ISIS put on suits; allowed Syria to be carved up by the U.S.; preach peace with the Zionist state; want free markets; and cut gas deals with their regional patrons – their 'true-believers'… in the Sunni identitarian diaspora haven't yet clocked that they've been sold out – as was always the plan".</w:t>
      </w:r>
    </w:p>
    <w:p>
      <w:pPr>
        <w:spacing w:before="0" w:after="120" w:line="300" w:lineRule="exact"/>
        <w:jc w:val="both"/>
      </w:pPr>
      <w:r>
        <w:rPr>
          <w:rFonts w:ascii="Georgia" w:hAnsi="Georgia" w:cs="Georgia" w:eastAsia="Georgia"/>
          <w:b w:val="0"/>
          <w:i w:val="0"/>
          <w:sz w:val="22"/>
        </w:rPr>
        <w:t>"In private, the planners of this war in NATO states laugh about sending young Salafi cannon fodder from around the world into a meat grinder. The $2000 salaries are a mere speck of sand compared to the gas and construction wealth that is expected to be returned to Turkish, Qatari, Israeli and American coffers. They killed Palestine for this, and they'll spend the next 30 years justifying it, based on whatever line the very expensive PR firms hired by the NATO and Gulf states shill to them…The Syrian regime change operation is the rug pull of the century".</w:t>
      </w:r>
    </w:p>
    <w:p>
      <w:pPr>
        <w:spacing w:before="0" w:after="120" w:line="300" w:lineRule="exact"/>
        <w:jc w:val="both"/>
      </w:pPr>
      <w:r>
        <w:rPr>
          <w:rFonts w:ascii="Georgia" w:hAnsi="Georgia" w:cs="Georgia" w:eastAsia="Georgia"/>
          <w:b w:val="0"/>
          <w:i w:val="0"/>
          <w:sz w:val="22"/>
        </w:rPr>
        <w:t>Of course, James Jeffrey's account was nothing new. Between 1979 and 1992, the CIA spent billions of dollars funding, arming, and training Afghan Mujahideen militia (like Osama bin Laden) in an attempt to bleed the USSR dry by pulling it into a quagmire. It was from the ranks of the Mujahideen that al-Qa'eda emerged.</w:t>
      </w:r>
    </w:p>
    <w:p>
      <w:pPr>
        <w:spacing w:before="120" w:after="120" w:line="300" w:lineRule="exact"/>
        <w:ind w:left="720" w:right="720"/>
        <w:jc w:val="center"/>
      </w:pPr>
      <w:r>
        <w:rPr>
          <w:rFonts w:ascii="Georgia" w:hAnsi="Georgia" w:cs="Georgia" w:eastAsia="Georgia"/>
          <w:b w:val="0"/>
          <w:i/>
          <w:sz w:val="22"/>
        </w:rPr>
        <w:t>"And yet, by the 2010s, even as the U.S. was ostensibly at war with al-Qaeda in Iraq and Afghanistan – it was secretly working with it – in Syria on a plan to overthrow Assad. The CIA spent around $1 billion per year training and arming a wide network of rebel groups to this end. As Jake Sullivan, told Secretary of State Hillary Clinton in a leaked 2012 email, "AQ [al-Qaeda] is on our side in Syria", as Alan Macleod observes in Consortium News.</w:t>
      </w:r>
    </w:p>
    <w:p>
      <w:pPr>
        <w:spacing w:before="0" w:after="120" w:line="300" w:lineRule="exact"/>
        <w:jc w:val="both"/>
      </w:pPr>
      <w:r>
        <w:rPr>
          <w:rFonts w:ascii="Georgia" w:hAnsi="Georgia" w:cs="Georgia" w:eastAsia="Georgia"/>
          <w:b w:val="0"/>
          <w:i w:val="0"/>
          <w:sz w:val="22"/>
        </w:rPr>
        <w:t>Turkish press accounts largely confirm this Jeffrey scenario was the current gameplan: Ömer Önhon, former senior Ambassador and Deputy Under-Secretary in charge of Middle East and Asia at the Turkish Ministry of Foreign Affairs, writes that:</w:t>
      </w:r>
    </w:p>
    <w:p>
      <w:pPr>
        <w:spacing w:before="0" w:after="120" w:line="300" w:lineRule="exact"/>
        <w:jc w:val="both"/>
      </w:pPr>
      <w:r>
        <w:rPr>
          <w:rFonts w:ascii="Georgia" w:hAnsi="Georgia" w:cs="Georgia" w:eastAsia="Georgia"/>
          <w:b w:val="0"/>
          <w:i w:val="0"/>
          <w:sz w:val="22"/>
        </w:rPr>
        <w:t>"the operation to overthrow Assad's regime in Syria was meticulously planned for over a year, with coordinated involvement from Turkey, the United States, and several other nations. Through various statements it has become clear that Assad's departure resulted from an intricate web of agreements between virtually all stakeholders. Whilst HTS is actively working to rebrand itself – this transformation remains to be proven."</w:t>
      </w:r>
    </w:p>
    <w:p>
      <w:pPr>
        <w:spacing w:before="0" w:after="120" w:line="300" w:lineRule="exact"/>
        <w:jc w:val="both"/>
      </w:pPr>
      <w:r>
        <w:rPr>
          <w:rFonts w:ascii="Georgia" w:hAnsi="Georgia" w:cs="Georgia" w:eastAsia="Georgia"/>
          <w:b w:val="0"/>
          <w:i w:val="0"/>
          <w:sz w:val="22"/>
        </w:rPr>
        <w:t>This HTS story has a precedent: In the summer following Israel's 2006 (unsuccessful) war on Hizbullah, Dick Cheney sat in his office loudly bemoaning Hizbullah's continuing strength; and worse still, that it seemed to him that Iran had been the primary beneficiary from the U.S. 2003 Iraq war.</w:t>
      </w:r>
    </w:p>
    <w:p>
      <w:pPr>
        <w:spacing w:before="0" w:after="120" w:line="300" w:lineRule="exact"/>
        <w:jc w:val="both"/>
      </w:pPr>
      <w:r>
        <w:rPr>
          <w:rFonts w:ascii="Georgia" w:hAnsi="Georgia" w:cs="Georgia" w:eastAsia="Georgia"/>
          <w:b w:val="0"/>
          <w:i w:val="0"/>
          <w:sz w:val="22"/>
        </w:rPr>
        <w:t>Cheney's guest – the then Saudi Intelligence Chief, Prince Bandar – vigorously concurred (as chronicled by John Hannah, who participated in the meeting) and, to general surprise, Prince Bandar proclaimed that Iran yet could be cut to size: Syria was the 'weak' link that could be collapsed via an Islamist insurgency. Cheney's initial scepticism turned to elation as Bandar said that U.S. involvement might be unnecessary. He – Bandar – would orchestrate and manage the project: 'Leave it to me', he said. Bandar separately told John Hannah: "The King knows that other than the collapse of the Islamic Republic itself, nothing would weaken Iran more than losing Syria".</w:t>
      </w:r>
    </w:p>
    <w:p>
      <w:pPr>
        <w:spacing w:before="0" w:after="120" w:line="300" w:lineRule="exact"/>
        <w:jc w:val="both"/>
      </w:pPr>
      <w:r>
        <w:rPr>
          <w:rFonts w:ascii="Georgia" w:hAnsi="Georgia" w:cs="Georgia" w:eastAsia="Georgia"/>
          <w:b w:val="0"/>
          <w:i w:val="0"/>
          <w:sz w:val="22"/>
        </w:rPr>
        <w:t>Well … that first effort did not succeed. It led to bloody civil war, but ultimately President Assad's government survived.</w:t>
      </w:r>
    </w:p>
    <w:p>
      <w:pPr>
        <w:spacing w:before="0" w:after="120" w:line="300" w:lineRule="exact"/>
        <w:jc w:val="both"/>
      </w:pPr>
      <w:r>
        <w:rPr>
          <w:rFonts w:ascii="Georgia" w:hAnsi="Georgia" w:cs="Georgia" w:eastAsia="Georgia"/>
          <w:b w:val="0"/>
          <w:i w:val="0"/>
          <w:sz w:val="22"/>
        </w:rPr>
        <w:t>So, Jeffrey was simply reiterating its sequel: the original Wahabbi-led 'rug pull' on Syria by the Gulf was simply to be reverse engineered into a HTS hit by a rebranded amalgam of various militia made up primarily of former fighters (many not Syrian) from al-Qaeda/al-Nusra and ISIS, directed – in this second iteration – by Turkish Intelligence and financed by Qatar.</w:t>
      </w:r>
    </w:p>
    <w:p>
      <w:pPr>
        <w:spacing w:before="0" w:after="120" w:line="300" w:lineRule="exact"/>
        <w:jc w:val="both"/>
      </w:pPr>
      <w:r>
        <w:rPr>
          <w:rFonts w:ascii="Georgia" w:hAnsi="Georgia" w:cs="Georgia" w:eastAsia="Georgia"/>
          <w:b w:val="0"/>
          <w:i w:val="0"/>
          <w:sz w:val="22"/>
        </w:rPr>
        <w:t>Syria thus has been disintegrated and pillaged in the name of 'liberating' Syrians from the threat of ISIS, which they – Washington – had installed in the first place, and which the U.S. then used to justify the north-east of Syria's occupation by U.S. forces. In the same mode, the unspoken part of this plan is to make secular Syria – with its legal system taken from France – 'Islamic' ("we will implement Islamic law") to justify the Israeli attacks and land grabs, which are being presented as 'defensive measures against jihadists'.</w:t>
      </w:r>
    </w:p>
    <w:p>
      <w:pPr>
        <w:spacing w:before="0" w:after="120" w:line="300" w:lineRule="exact"/>
        <w:jc w:val="both"/>
      </w:pPr>
      <w:r>
        <w:rPr>
          <w:rFonts w:ascii="Georgia" w:hAnsi="Georgia" w:cs="Georgia" w:eastAsia="Georgia"/>
          <w:b w:val="0"/>
          <w:i w:val="0"/>
          <w:sz w:val="22"/>
        </w:rPr>
        <w:t>Of course, it is correct that there is likely money to be made from these events. It was never proven, but seismic surveys before the first Syria war began in 2011, seemed to show that there may well be substrata deposits of oil or gas in Syria, beyond the relatively small fields in the north-east. And yes, re-construction will be a bonanza for Turkey's languishing construction sector.</w:t>
      </w:r>
    </w:p>
    <w:p>
      <w:pPr>
        <w:spacing w:before="0" w:after="120" w:line="300" w:lineRule="exact"/>
        <w:jc w:val="both"/>
      </w:pPr>
      <w:r>
        <w:rPr>
          <w:rFonts w:ascii="Georgia" w:hAnsi="Georgia" w:cs="Georgia" w:eastAsia="Georgia"/>
          <w:b w:val="0"/>
          <w:i w:val="0"/>
          <w:sz w:val="22"/>
        </w:rPr>
        <w:t>Syria's ailing military was no direct military threat to Israel per se. So you may wonder, why are they tearing the place apart?</w:t>
      </w:r>
    </w:p>
    <w:p>
      <w:pPr>
        <w:spacing w:before="120" w:after="120" w:line="300" w:lineRule="exact"/>
        <w:ind w:left="720" w:right="720"/>
        <w:jc w:val="center"/>
      </w:pPr>
      <w:r>
        <w:rPr>
          <w:rFonts w:ascii="Georgia" w:hAnsi="Georgia" w:cs="Georgia" w:eastAsia="Georgia"/>
          <w:b w:val="0"/>
          <w:i/>
          <w:sz w:val="22"/>
        </w:rPr>
        <w:t>"Israel's goal here is to basically wreck Syria", Professor Mearsheimer opines. "It's not in large part because of Israel, by the way. I think the Americans and the Turks played a much more important role than Israel did – in wrecking Syria". "The country is wrecked and I don't know anybody who thinks that the rebels who are now in control in Damascus are going to be able to restore order in that country … From Israel's point of view, this is a perfectly fine situation", Mearsheimer adds.</w:t>
      </w:r>
    </w:p>
    <w:p>
      <w:pPr>
        <w:spacing w:before="0" w:after="120" w:line="300" w:lineRule="exact"/>
        <w:jc w:val="both"/>
      </w:pPr>
      <w:r>
        <w:rPr>
          <w:rFonts w:ascii="Georgia" w:hAnsi="Georgia" w:cs="Georgia" w:eastAsia="Georgia"/>
          <w:b w:val="0"/>
          <w:i w:val="0"/>
          <w:sz w:val="22"/>
        </w:rPr>
        <w:t>U.S. anti-Russia hawks also hoped that Russia might take the bait of a wrecked Syria to get enmired into a widening Middle East quagmire.</w:t>
      </w:r>
    </w:p>
    <w:p>
      <w:pPr>
        <w:spacing w:before="120" w:after="120" w:line="300" w:lineRule="exact"/>
        <w:ind w:left="720" w:right="720"/>
        <w:jc w:val="center"/>
      </w:pPr>
      <w:r>
        <w:rPr>
          <w:rFonts w:ascii="Georgia" w:hAnsi="Georgia" w:cs="Georgia" w:eastAsia="Georgia"/>
          <w:b w:val="0"/>
          <w:i/>
          <w:sz w:val="22"/>
        </w:rPr>
        <w:t>All of which takes us directly back to Jeffrey's statement: "Syria, given its size, its strategic location, its historical importance, is the pivot point for whether [there can be] an American-managed security system in the region …".</w:t>
      </w:r>
    </w:p>
    <w:p>
      <w:pPr>
        <w:spacing w:before="0" w:after="120" w:line="300" w:lineRule="exact"/>
        <w:jc w:val="both"/>
      </w:pPr>
      <w:r>
        <w:rPr>
          <w:rFonts w:ascii="Georgia" w:hAnsi="Georgia" w:cs="Georgia" w:eastAsia="Georgia"/>
          <w:b w:val="0"/>
          <w:i w:val="0"/>
          <w:sz w:val="22"/>
        </w:rPr>
        <w:t>Syria has been from the outset – from 1949 – 'the balancer' to Israel in the region. That is now over, leaving only Iran to balance the Israeli thrust to a 'Greater Israel'. It is no surprise then that the Israelis are agitating for the Americans to join with them in another orgy of destruction – this time to be visited on Iran.</w:t>
      </w:r>
    </w:p>
    <w:p>
      <w:pPr>
        <w:spacing w:before="0" w:after="120" w:line="300" w:lineRule="exact"/>
        <w:jc w:val="both"/>
      </w:pPr>
      <w:r>
        <w:rPr>
          <w:rFonts w:ascii="Georgia" w:hAnsi="Georgia" w:cs="Georgia" w:eastAsia="Georgia"/>
          <w:b w:val="0"/>
          <w:i w:val="0"/>
          <w:sz w:val="22"/>
        </w:rPr>
        <w:t>Did Russia have foreknowledge of what was afoot in Idlib, and the orchestration of a transition of power? Of course! The very effective Russian services must have known, as this Syria project has been ongoing since the mid 1970s (through the Hudson Institute and Senator Scoop Jackson).</w:t>
      </w:r>
    </w:p>
    <w:p>
      <w:pPr>
        <w:spacing w:before="0" w:after="120" w:line="300" w:lineRule="exact"/>
        <w:jc w:val="both"/>
      </w:pPr>
      <w:r>
        <w:rPr>
          <w:rFonts w:ascii="Georgia" w:hAnsi="Georgia" w:cs="Georgia" w:eastAsia="Georgia"/>
          <w:b w:val="0"/>
          <w:i w:val="0"/>
          <w:sz w:val="22"/>
        </w:rPr>
        <w:t>Assad had been signalling over the last four years, his desperate plan with Saudi, UAE and Egypt to a move towards a more pro-Israeli/pro-Western stance, in the hope of normalising with Washington and thereby gaining some sanctions relief.</w:t>
      </w:r>
    </w:p>
    <w:p>
      <w:pPr>
        <w:spacing w:before="0" w:after="120" w:line="300" w:lineRule="exact"/>
        <w:jc w:val="both"/>
      </w:pPr>
      <w:r>
        <w:rPr>
          <w:rFonts w:ascii="Georgia" w:hAnsi="Georgia" w:cs="Georgia" w:eastAsia="Georgia"/>
          <w:b w:val="0"/>
          <w:i w:val="0"/>
          <w:sz w:val="22"/>
        </w:rPr>
        <w:t>Assad's ploy failed – and Syria likely will emerge as 'Greek tragedy' whereby tragedy evolves as actors play out their own natures. Quiescent ethnic and sectarian tensions likely will re-kindle; wildfires will catch. The lid is off. And Russia was never going to take the bait of plunging in.</w:t>
      </w:r>
    </w:p>
    <w:p>
      <w:pPr>
        <w:spacing w:before="0" w:after="120" w:line="300" w:lineRule="exact"/>
        <w:jc w:val="both"/>
      </w:pPr>
      <w:r>
        <w:rPr>
          <w:rFonts w:ascii="Georgia" w:hAnsi="Georgia" w:cs="Georgia" w:eastAsia="Georgia"/>
          <w:b w:val="0"/>
          <w:i w:val="0"/>
          <w:sz w:val="22"/>
        </w:rPr>
        <w:t>The U.S.-Israeli alliance has long wanted Syria. And now, they have got it. Any concomitant mayhem is down to them. Yes, the U.S. – in theory – may applaud itself for achieving more of "an American managed security [and energy dominant flow] system".</w:t>
      </w:r>
    </w:p>
    <w:p>
      <w:pPr>
        <w:spacing w:before="0" w:after="120" w:line="300" w:lineRule="exact"/>
        <w:jc w:val="both"/>
      </w:pPr>
      <w:r>
        <w:rPr>
          <w:rFonts w:ascii="Georgia" w:hAnsi="Georgia" w:cs="Georgia" w:eastAsia="Georgia"/>
          <w:b w:val="0"/>
          <w:i w:val="0"/>
          <w:sz w:val="22"/>
        </w:rPr>
        <w:t>But the U.S. ruling strata, however, were never going to let Europe be energy independent. The U.S. needs West Asia's energy assets for itself – to collateralise its debtoverload. European states are left to tumble, as the fiscal crunch bites and European growth tails away.</w:t>
      </w:r>
    </w:p>
    <w:p>
      <w:pPr>
        <w:spacing w:before="0" w:after="120" w:line="300" w:lineRule="exact"/>
        <w:jc w:val="both"/>
      </w:pPr>
      <w:r>
        <w:rPr>
          <w:rFonts w:ascii="Georgia" w:hAnsi="Georgia" w:cs="Georgia" w:eastAsia="Georgia"/>
          <w:b w:val="0"/>
          <w:i w:val="0"/>
          <w:sz w:val="22"/>
        </w:rPr>
        <w:t>Others may see a collateral scenario – that a conflicted and possibly re-radicalised Middle East will inflict further strain onto the already 'livid' domestic social tensions in Europe.</w:t>
      </w:r>
    </w:p>
    <w:p>
      <w:pPr>
        <w:spacing w:before="0" w:after="120" w:line="300" w:lineRule="exact"/>
        <w:jc w:val="both"/>
      </w:pPr>
      <w:r>
        <w:rPr>
          <w:rFonts w:ascii="Georgia" w:hAnsi="Georgia" w:cs="Georgia" w:eastAsia="Georgia"/>
          <w:b w:val="0"/>
          <w:i w:val="0"/>
          <w:sz w:val="22"/>
        </w:rPr>
        <w:t>Israel nonetheless is relishing its 'win'. Winning what? Former IDF Chief of Staff and Defence Minister 'Bogie' Ya'alon puts it this way:</w:t>
      </w:r>
    </w:p>
    <w:p>
      <w:pPr>
        <w:spacing w:before="120" w:after="120" w:line="300" w:lineRule="exact"/>
        <w:ind w:left="720" w:right="720"/>
        <w:jc w:val="center"/>
      </w:pPr>
      <w:r>
        <w:rPr>
          <w:rFonts w:ascii="Georgia" w:hAnsi="Georgia" w:cs="Georgia" w:eastAsia="Georgia"/>
          <w:b w:val="0"/>
          <w:i/>
          <w:sz w:val="22"/>
        </w:rPr>
        <w:t>"The current Israeli government's path is to conquer, annex, commit ethnic cleansing … and to establish Jewish settlements. Polls show some 70% of Israelis, sometimes more, support this – AND for Israel to be a liberal democracy".</w:t>
      </w:r>
    </w:p>
    <w:p>
      <w:pPr>
        <w:spacing w:before="120" w:after="120" w:line="300" w:lineRule="exact"/>
        <w:ind w:left="720" w:right="720"/>
        <w:jc w:val="center"/>
      </w:pPr>
      <w:r>
        <w:rPr>
          <w:rFonts w:ascii="Georgia" w:hAnsi="Georgia" w:cs="Georgia" w:eastAsia="Georgia"/>
          <w:b w:val="0"/>
          <w:i/>
          <w:sz w:val="22"/>
        </w:rPr>
        <w:t>"This [contradictory] path will lead us to destruction", he concludes.</w:t>
      </w:r>
    </w:p>
    <w:p>
      <w:pPr>
        <w:spacing w:before="0" w:after="120" w:line="300" w:lineRule="exact"/>
        <w:jc w:val="both"/>
      </w:pPr>
      <w:r>
        <w:rPr>
          <w:rFonts w:ascii="Georgia" w:hAnsi="Georgia" w:cs="Georgia" w:eastAsia="Georgia"/>
          <w:b w:val="0"/>
          <w:i w:val="0"/>
          <w:sz w:val="22"/>
        </w:rPr>
        <w:t>What other can be the final end to this Zionist project? There are more than seven million Palestinians between the 'River and the Sea'. Are they all to vanish from the map?</w:t>
      </w:r>
    </w:p>
    <w:p>
      <w:pPr>
        <w:spacing w:before="120" w:after="120" w:line="300" w:lineRule="exact"/>
        <w:ind w:left="720" w:right="720"/>
        <w:jc w:val="center"/>
      </w:pPr>
      <w:r>
        <w:rPr>
          <w:rFonts w:ascii="Georgia" w:hAnsi="Georgia" w:cs="Georgia" w:eastAsia="Georgia"/>
          <w:b w:val="0"/>
          <w:i/>
          <w:sz w:val="22"/>
        </w:rPr>
        <w:t>(Republished from Strategic Culture Foundation by permission of author or representative)</w:t>
      </w:r>
    </w:p>
    <w:p>
      <w:r>
        <w:br w:type="page"/>
      </w:r>
    </w:p>
    <w:p>
      <w:pPr>
        <w:pStyle w:val="Heading1"/>
        <w:spacing w:before="360" w:after="200" w:line="300" w:lineRule="exact"/>
        <w:jc w:val="center"/>
      </w:pPr>
      <w:r>
        <w:rPr>
          <w:rFonts w:ascii="Georgia" w:hAnsi="Georgia" w:cs="Georgia" w:eastAsia="Georgia"/>
          <w:b/>
          <w:i w:val="0"/>
          <w:color w:val="1F3864"/>
          <w:sz w:val="32"/>
        </w:rPr>
        <w:t>CALAMITIES</w:t>
      </w:r>
    </w:p>
    <w:p>
      <w:pPr>
        <w:spacing w:before="120" w:after="40" w:line="300" w:lineRule="exact"/>
        <w:jc w:val="both"/>
      </w:pPr>
      <w:r>
        <w:rPr>
          <w:rFonts w:ascii="Georgia" w:hAnsi="Georgia" w:cs="Georgia" w:eastAsia="Georgia"/>
          <w:b/>
          <w:i/>
          <w:sz w:val="22"/>
        </w:rPr>
        <w:t>"Whatever befalls you from calamities is of the perpetration of your hands, and He (Allah) forgives much (of your sins)."</w:t>
      </w:r>
    </w:p>
    <w:p>
      <w:pPr>
        <w:spacing w:before="120" w:after="40" w:line="300" w:lineRule="exact"/>
        <w:jc w:val="both"/>
      </w:pPr>
      <w:r>
        <w:rPr>
          <w:rFonts w:ascii="Georgia" w:hAnsi="Georgia" w:cs="Georgia" w:eastAsia="Georgia"/>
          <w:b/>
          <w:i/>
          <w:sz w:val="22"/>
        </w:rPr>
        <w:t>(Ash-Shuraa, Aayat 30)</w:t>
      </w:r>
    </w:p>
    <w:p>
      <w:r>
        <w:br w:type="page"/>
      </w:r>
    </w:p>
    <w:p>
      <w:pPr>
        <w:pStyle w:val="Heading1"/>
        <w:spacing w:before="360" w:after="200" w:line="300" w:lineRule="exact"/>
        <w:jc w:val="center"/>
      </w:pPr>
      <w:r>
        <w:rPr>
          <w:rFonts w:ascii="Georgia" w:hAnsi="Georgia" w:cs="Georgia" w:eastAsia="Georgia"/>
          <w:b/>
          <w:i w:val="0"/>
          <w:color w:val="1F3864"/>
          <w:sz w:val="32"/>
        </w:rPr>
        <w:t>"WE SEIZE THEM…."</w:t>
      </w:r>
    </w:p>
    <w:p>
      <w:pPr>
        <w:spacing w:before="120" w:after="40" w:line="300" w:lineRule="exact"/>
        <w:jc w:val="both"/>
      </w:pPr>
      <w:r>
        <w:rPr>
          <w:rFonts w:ascii="Georgia" w:hAnsi="Georgia" w:cs="Georgia" w:eastAsia="Georgia"/>
          <w:b/>
          <w:i/>
          <w:sz w:val="22"/>
        </w:rPr>
        <w:t>"We seized each one of them on account of their sins. From them are those against whom We sent violent winds (tornadoes/hurricanes); from among them are those who were seized by the Mighty Scream; from among them are those whom We caused the earth to swallow, and from among them are those whom We drowned. Allah did not oppress them. On the contrary, they oppressed themselves."</w:t>
      </w:r>
    </w:p>
    <w:p>
      <w:pPr>
        <w:spacing w:before="120" w:after="40" w:line="300" w:lineRule="exact"/>
        <w:jc w:val="both"/>
      </w:pPr>
      <w:r>
        <w:rPr>
          <w:rFonts w:ascii="Georgia" w:hAnsi="Georgia" w:cs="Georgia" w:eastAsia="Georgia"/>
          <w:b/>
          <w:i/>
          <w:sz w:val="22"/>
        </w:rPr>
        <w:t>(Al-Ankabut, Aayat 40)</w:t>
      </w:r>
    </w:p>
    <w:p>
      <w:pPr>
        <w:spacing w:before="0" w:after="120" w:line="300" w:lineRule="exact"/>
        <w:jc w:val="both"/>
      </w:pPr>
      <w:r>
        <w:rPr>
          <w:rFonts w:ascii="Georgia" w:hAnsi="Georgia" w:cs="Georgia" w:eastAsia="Georgia"/>
          <w:b w:val="0"/>
          <w:i w:val="0"/>
          <w:sz w:val="22"/>
        </w:rPr>
        <w:t>Today anarchy, misery and humiliation are seizing the Ummah by the Command of Allah Azza Wa Jal.</w:t>
      </w:r>
    </w:p>
    <w:p>
      <w:r>
        <w:br w:type="page"/>
      </w:r>
    </w:p>
    <w:p>
      <w:pPr>
        <w:pStyle w:val="Heading1"/>
        <w:spacing w:before="360" w:after="200" w:line="300" w:lineRule="exact"/>
        <w:jc w:val="center"/>
      </w:pPr>
      <w:r>
        <w:rPr>
          <w:rFonts w:ascii="Georgia" w:hAnsi="Georgia" w:cs="Georgia" w:eastAsia="Georgia"/>
          <w:b/>
          <w:i w:val="0"/>
          <w:color w:val="1F3864"/>
          <w:sz w:val="32"/>
        </w:rPr>
        <w:t>HIS AID</w:t>
      </w:r>
    </w:p>
    <w:p>
      <w:pPr>
        <w:spacing w:before="0" w:after="120" w:line="300" w:lineRule="exact"/>
        <w:jc w:val="both"/>
      </w:pPr>
      <w:r>
        <w:rPr>
          <w:rFonts w:ascii="Georgia" w:hAnsi="Georgia" w:cs="Georgia" w:eastAsia="Georgia"/>
          <w:b w:val="0"/>
          <w:i w:val="0"/>
          <w:sz w:val="22"/>
        </w:rPr>
        <w:t>"O People of Imaan! If you help (the Deen of) Allah,</w:t>
      </w:r>
    </w:p>
    <w:p>
      <w:pPr>
        <w:spacing w:before="0" w:after="120" w:line="300" w:lineRule="exact"/>
        <w:jc w:val="both"/>
      </w:pPr>
      <w:r>
        <w:rPr>
          <w:rFonts w:ascii="Georgia" w:hAnsi="Georgia" w:cs="Georgia" w:eastAsia="Georgia"/>
          <w:b w:val="0"/>
          <w:i w:val="0"/>
          <w:sz w:val="22"/>
        </w:rPr>
        <w:t>He will help you, and plant your feet firmly</w:t>
      </w:r>
    </w:p>
    <w:p>
      <w:pPr>
        <w:spacing w:before="0" w:after="120" w:line="300" w:lineRule="exact"/>
        <w:jc w:val="both"/>
      </w:pPr>
      <w:r>
        <w:rPr>
          <w:rFonts w:ascii="Georgia" w:hAnsi="Georgia" w:cs="Georgia" w:eastAsia="Georgia"/>
          <w:b w:val="0"/>
          <w:i w:val="0"/>
          <w:sz w:val="22"/>
        </w:rPr>
        <w:t>(against your enemies). (Muhammad, Aayat 7)</w:t>
      </w:r>
    </w:p>
    <w:p>
      <w:r>
        <w:br w:type="page"/>
      </w:r>
    </w:p>
    <w:p>
      <w:pPr>
        <w:pStyle w:val="Heading1"/>
        <w:spacing w:before="360" w:after="200" w:line="300" w:lineRule="exact"/>
        <w:jc w:val="center"/>
      </w:pPr>
      <w:r>
        <w:rPr>
          <w:rFonts w:ascii="Georgia" w:hAnsi="Georgia" w:cs="Georgia" w:eastAsia="Georgia"/>
          <w:b/>
          <w:i w:val="0"/>
          <w:color w:val="1F3864"/>
          <w:sz w:val="32"/>
        </w:rPr>
        <w:t>IMAAM MAHDI</w:t>
      </w:r>
    </w:p>
    <w:p>
      <w:pPr>
        <w:spacing w:before="0" w:after="120" w:line="300" w:lineRule="exact"/>
        <w:jc w:val="both"/>
      </w:pPr>
      <w:r>
        <w:rPr>
          <w:rFonts w:ascii="Georgia" w:hAnsi="Georgia" w:cs="Georgia" w:eastAsia="Georgia"/>
          <w:b w:val="0"/>
          <w:i w:val="0"/>
          <w:sz w:val="22"/>
        </w:rPr>
        <w:t>Hadhrat Abu Saeed (Radhiyallahu anhu) said: "Rasulullah (Sallallahu alayhi wasallam) said: 'The Mahdi will be one of my descendants; he will have a high forehead and a high bridged nose. He will fill the earth with justice and fairness just as it was filled with injustice and oppression, and he will rule for seven years.'"</w:t>
      </w:r>
    </w:p>
    <w:p>
      <w:pPr>
        <w:spacing w:before="0" w:after="120" w:line="300" w:lineRule="exact"/>
        <w:jc w:val="both"/>
      </w:pPr>
      <w:r>
        <w:rPr>
          <w:rFonts w:ascii="Georgia" w:hAnsi="Georgia" w:cs="Georgia" w:eastAsia="Georgia"/>
          <w:b w:val="0"/>
          <w:i w:val="0"/>
          <w:sz w:val="22"/>
        </w:rPr>
        <w:t>[Abu Dawood]</w:t>
      </w:r>
    </w:p>
    <w:p>
      <w:pPr>
        <w:spacing w:before="0" w:after="120" w:line="300" w:lineRule="exact"/>
        <w:jc w:val="both"/>
      </w:pPr>
      <w:r>
        <w:rPr>
          <w:rFonts w:ascii="Georgia" w:hAnsi="Georgia" w:cs="Georgia" w:eastAsia="Georgia"/>
          <w:b w:val="0"/>
          <w:i w:val="0"/>
          <w:sz w:val="22"/>
        </w:rPr>
        <w:t>Hadhrat Umme Salmah (Radhiyallahu anha) said:</w:t>
      </w:r>
    </w:p>
    <w:p>
      <w:pPr>
        <w:spacing w:before="0" w:after="120" w:line="300" w:lineRule="exact"/>
        <w:jc w:val="both"/>
      </w:pPr>
      <w:r>
        <w:rPr>
          <w:rFonts w:ascii="Georgia" w:hAnsi="Georgia" w:cs="Georgia" w:eastAsia="Georgia"/>
          <w:b w:val="0"/>
          <w:i w:val="0"/>
          <w:sz w:val="22"/>
        </w:rPr>
        <w:t>"I heard Rasulullah (Sallallahu alayhi wasallam) say: 'The Mahdi will be one of my descendants, from the children of Faatimah.' " [Abu Dawood]</w:t>
      </w:r>
    </w:p>
    <w:p>
      <w:r>
        <w:br w:type="page"/>
      </w:r>
    </w:p>
    <w:p>
      <w:pPr>
        <w:pStyle w:val="Heading1"/>
        <w:spacing w:before="360" w:after="200" w:line="300" w:lineRule="exact"/>
        <w:jc w:val="center"/>
      </w:pPr>
      <w:r>
        <w:rPr>
          <w:rFonts w:ascii="Georgia" w:hAnsi="Georgia" w:cs="Georgia" w:eastAsia="Georgia"/>
          <w:b/>
          <w:i w:val="0"/>
          <w:color w:val="1F3864"/>
          <w:sz w:val="32"/>
        </w:rPr>
        <w:t>'JIHAD' OUTFITS</w:t>
      </w:r>
    </w:p>
    <w:p>
      <w:pPr>
        <w:spacing w:before="0" w:after="120" w:line="300" w:lineRule="exact"/>
        <w:jc w:val="both"/>
      </w:pPr>
      <w:r>
        <w:rPr>
          <w:rFonts w:ascii="Georgia" w:hAnsi="Georgia" w:cs="Georgia" w:eastAsia="Georgia"/>
          <w:b w:val="0"/>
          <w:i w:val="0"/>
          <w:sz w:val="22"/>
        </w:rPr>
        <w:t>All of these so-called 'jihadi' outfits such as Al-Qaidah, HTS, ISIS and their many offshoots, are all American surrogates. They are the illegitimate offspring of USA, created for destabilizing the Muslim countries, for fulfilling the global hegemonial plot of the USA and for pirating and looting the natural resources of the Muslim countries.</w:t>
      </w:r>
    </w:p>
    <w:p>
      <w:pPr>
        <w:spacing w:before="0" w:after="120" w:line="300" w:lineRule="exact"/>
        <w:jc w:val="both"/>
      </w:pPr>
      <w:r>
        <w:rPr>
          <w:rFonts w:ascii="Georgia" w:hAnsi="Georgia" w:cs="Georgia" w:eastAsia="Georgia"/>
          <w:b w:val="0"/>
          <w:i w:val="0"/>
          <w:sz w:val="22"/>
        </w:rPr>
        <w:t>The only exception is HAMAS. Insha-Allah, HAMAS shall be discussed in another article.</w:t>
      </w:r>
    </w:p>
    <w:p>
      <w:r>
        <w:br w:type="page"/>
      </w:r>
    </w:p>
    <w:p>
      <w:pPr>
        <w:pStyle w:val="Heading1"/>
        <w:spacing w:before="360" w:after="200" w:line="300" w:lineRule="exact"/>
        <w:jc w:val="center"/>
      </w:pPr>
      <w:r>
        <w:rPr>
          <w:rFonts w:ascii="Georgia" w:hAnsi="Georgia" w:cs="Georgia" w:eastAsia="Georgia"/>
          <w:b/>
          <w:i w:val="0"/>
          <w:color w:val="1F3864"/>
          <w:sz w:val="32"/>
        </w:rPr>
        <w:t>Why is Putin on Israel's side and not on the side of the Russian Federation's own Muslim citizens?</w:t>
      </w:r>
    </w:p>
    <w:p>
      <w:pPr>
        <w:spacing w:before="0" w:after="120" w:line="300" w:lineRule="exact"/>
        <w:jc w:val="both"/>
      </w:pPr>
      <w:r>
        <w:rPr>
          <w:rFonts w:ascii="Georgia" w:hAnsi="Georgia" w:cs="Georgia" w:eastAsia="Georgia"/>
          <w:b w:val="0"/>
          <w:i w:val="0"/>
          <w:sz w:val="22"/>
        </w:rPr>
        <w:t>December 26, 2024</w:t>
      </w:r>
    </w:p>
    <w:p>
      <w:pPr>
        <w:spacing w:before="0" w:after="120" w:line="300" w:lineRule="exact"/>
        <w:jc w:val="both"/>
      </w:pPr>
      <w:r>
        <w:rPr>
          <w:rFonts w:ascii="Georgia" w:hAnsi="Georgia" w:cs="Georgia" w:eastAsia="Georgia"/>
          <w:b w:val="0"/>
          <w:i w:val="0"/>
          <w:sz w:val="22"/>
        </w:rPr>
        <w:t>Will Russia Collapse in 2025?</w:t>
      </w:r>
    </w:p>
    <w:p>
      <w:pPr>
        <w:spacing w:before="0" w:after="120" w:line="300" w:lineRule="exact"/>
        <w:jc w:val="both"/>
      </w:pPr>
      <w:r>
        <w:rPr>
          <w:rFonts w:ascii="Georgia" w:hAnsi="Georgia" w:cs="Georgia" w:eastAsia="Georgia"/>
          <w:b w:val="0"/>
          <w:i w:val="0"/>
          <w:sz w:val="22"/>
        </w:rPr>
        <w:t>Paul Craig Roberts</w:t>
      </w:r>
    </w:p>
    <w:p>
      <w:pPr>
        <w:spacing w:before="0" w:after="120" w:line="300" w:lineRule="exact"/>
        <w:jc w:val="both"/>
      </w:pPr>
      <w:r>
        <w:rPr>
          <w:rFonts w:ascii="Georgia" w:hAnsi="Georgia" w:cs="Georgia" w:eastAsia="Georgia"/>
          <w:b w:val="0"/>
          <w:i w:val="0"/>
          <w:sz w:val="22"/>
        </w:rPr>
        <w:t>Is Putin's Government Trying to Be a 19th century liberal government in the brutal evil world of the 21st century?</w:t>
      </w:r>
    </w:p>
    <w:p>
      <w:pPr>
        <w:spacing w:before="0" w:after="120" w:line="300" w:lineRule="exact"/>
        <w:jc w:val="both"/>
      </w:pPr>
      <w:r>
        <w:rPr>
          <w:rFonts w:ascii="Georgia" w:hAnsi="Georgia" w:cs="Georgia" w:eastAsia="Georgia"/>
          <w:b w:val="0"/>
          <w:i w:val="0"/>
          <w:sz w:val="22"/>
        </w:rPr>
        <w:t>I raise this question not only because Putin has been fighting in his gentlemanly way a war on Russian territory in Ukraine for six months longer without yet winning than it took Stalin's Red Army to defeat the formidable German Wehrmacht in World War II, and still Putin has not cleared Ukrainian troops from the small Donbas area or from the Ukrainian invasion of Russian Kursk. Does anyone remember when Putin declared that Russia would never again fight a war on its own territory? Putin has been fighting a war on Russia's own territory for longer than the Soviet offensive took to drive the German invaders out of Russia. Moreover, Putin and Lavrov seem to be relying on Trump, not the Russian military, to bring the conflict in Ukraine to an end by agreeing to a mutual security treaty.</w:t>
      </w:r>
    </w:p>
    <w:p>
      <w:pPr>
        <w:spacing w:before="0" w:after="120" w:line="300" w:lineRule="exact"/>
        <w:jc w:val="both"/>
      </w:pPr>
      <w:r>
        <w:rPr>
          <w:rFonts w:ascii="Georgia" w:hAnsi="Georgia" w:cs="Georgia" w:eastAsia="Georgia"/>
          <w:b w:val="0"/>
          <w:i w:val="0"/>
          <w:sz w:val="22"/>
        </w:rPr>
        <w:t>None of Putin's declarations have had any effect on Washington's determination to further breakup Russia, a constraint on American hegemony. Neither have any of the super weapons that Putin has waved in the face of the West. Putin's reliance on useless "agreements," such as the Minsk Agreement and the Astana Agreement that sunk Syria, together with Putin's clamps on the Russian military in Donbas, has convinced Washington that Putin will not fight. Washington finds it extraordinary that it took Putin eight years after Washington's coup in Kiev, which placed a Washington Puppet in charge of Ukraine, to come to grips with the fact that he had a problem, deceived as he was by his useless Minsk Agreement.</w:t>
      </w:r>
    </w:p>
    <w:p>
      <w:pPr>
        <w:spacing w:before="0" w:after="120" w:line="300" w:lineRule="exact"/>
        <w:jc w:val="both"/>
      </w:pPr>
      <w:r>
        <w:rPr>
          <w:rFonts w:ascii="Georgia" w:hAnsi="Georgia" w:cs="Georgia" w:eastAsia="Georgia"/>
          <w:b w:val="0"/>
          <w:i w:val="0"/>
          <w:sz w:val="22"/>
        </w:rPr>
        <w:t>After Putin's intervention in Syria that prevented US President Obama's invasion of Syria, Putin's only proactive move, Putin refused to allow Syria to use Russian air defense systems to prevent Israeli attacks on Syria and on Iranian officials. During the entire time of the Russian Air Force's domination of Syrian air space, Putin permitted Israel and Washington to attack Syrian territory at will. One wonders why Putin ever bothered to intervene in Syria. The can got kicked down the road for awhile, but the final result was that Putin ran from the Israeli/Washington invasion and placed the Syria he had defended in the hands of Washington and Israel. Putin simply wrote off 8 or more years of the Russian Air Force fighting in the defense of a Syrian government elected by Syrians.</w:t>
      </w:r>
    </w:p>
    <w:p>
      <w:pPr>
        <w:spacing w:before="0" w:after="120" w:line="300" w:lineRule="exact"/>
        <w:jc w:val="both"/>
      </w:pPr>
      <w:r>
        <w:rPr>
          <w:rFonts w:ascii="Georgia" w:hAnsi="Georgia" w:cs="Georgia" w:eastAsia="Georgia"/>
          <w:b w:val="0"/>
          <w:i w:val="0"/>
          <w:sz w:val="22"/>
        </w:rPr>
        <w:t>Now the road is open for Israel to occupy Lebanon. No more embarrassing defeats of the vaunted Israeli Army at the hands of the Hezbollah militia devoid of an air force or heavy weapons. Twice the Israeli Army, good only for killing women and children, ran for its life from Hezbollah. But now thanks to Putin, Syria is no more, and there is no way to resupply Hezbollah. Hezbollah sat on its butt and did nothing while Israel assassinated all of its leaders and commanders and cut off its resupply routes. Inaction always leads to defeat, and Putin's inaction is leading to Russia's defeat. In the final days, to avoid this Russian defeat will the button be pushed?</w:t>
      </w:r>
    </w:p>
    <w:p>
      <w:pPr>
        <w:spacing w:before="0" w:after="120" w:line="300" w:lineRule="exact"/>
        <w:jc w:val="both"/>
      </w:pPr>
      <w:r>
        <w:rPr>
          <w:rFonts w:ascii="Georgia" w:hAnsi="Georgia" w:cs="Georgia" w:eastAsia="Georgia"/>
          <w:b w:val="0"/>
          <w:i w:val="0"/>
          <w:sz w:val="22"/>
        </w:rPr>
        <w:t>Iran is now also isolated and wonders what trust it can put in Putin, who is so averse to fighting. The Chinese and the BRICS now face the same question. Can Russia be counted on in a showdown?</w:t>
      </w:r>
    </w:p>
    <w:p>
      <w:pPr>
        <w:spacing w:before="0" w:after="120" w:line="300" w:lineRule="exact"/>
        <w:jc w:val="both"/>
      </w:pPr>
      <w:r>
        <w:rPr>
          <w:rFonts w:ascii="Georgia" w:hAnsi="Georgia" w:cs="Georgia" w:eastAsia="Georgia"/>
          <w:b w:val="0"/>
          <w:i w:val="0"/>
          <w:sz w:val="22"/>
        </w:rPr>
        <w:t>My critical words do not comprise even a beginning of Putin's long list of strategic mistakes. I have written about some of them on this website. But many I have not have had a chance to address.</w:t>
      </w:r>
    </w:p>
    <w:p>
      <w:pPr>
        <w:spacing w:before="0" w:after="120" w:line="300" w:lineRule="exact"/>
        <w:jc w:val="both"/>
      </w:pPr>
      <w:r>
        <w:rPr>
          <w:rFonts w:ascii="Georgia" w:hAnsi="Georgia" w:cs="Georgia" w:eastAsia="Georgia"/>
          <w:b w:val="0"/>
          <w:i w:val="0"/>
          <w:sz w:val="22"/>
        </w:rPr>
        <w:t>Consider this one for example. Russia is a federation, a weak political structure as it amounts to a tower of babel, and it has Muslim provinces. Putin's policies in the Middle East have favored Israel over Muslims. Recently, perhaps in response to Israel's genocide of Palestine, Russian Muslims attacked Jews in a Muslim province of the Russian Federation. Why there were Jews there is incomprehensible. Putin's government immediately arrested the Russian Muslims and committed Russia's Muslim citizens to 7 and 8 years in prison for assaulting Jews. But Putin has done nothing about Israel's murderous assaults on Palestine and Lebanon and Syria.</w:t>
      </w:r>
    </w:p>
    <w:p>
      <w:pPr>
        <w:spacing w:before="0" w:after="120" w:line="300" w:lineRule="exact"/>
        <w:jc w:val="both"/>
      </w:pPr>
      <w:r>
        <w:rPr>
          <w:rFonts w:ascii="Georgia" w:hAnsi="Georgia" w:cs="Georgia" w:eastAsia="Georgia"/>
          <w:b w:val="0"/>
          <w:i w:val="0"/>
          <w:sz w:val="22"/>
        </w:rPr>
        <w:t>So why is Putin on Israel's side and not on the side of the Russian Federation's own Muslim citizens? The Putin government's persecution of its own citizens for their expressed opposition to Israel's murderous treatment of Muslims raises the question whether Putin is really a nationalist leader or just another Israeli puppet like Washington. Even Trump's government is overwhelmingly Zionist.</w:t>
      </w:r>
    </w:p>
    <w:p>
      <w:pPr>
        <w:spacing w:before="0" w:after="120" w:line="300" w:lineRule="exact"/>
        <w:jc w:val="both"/>
      </w:pPr>
      <w:r>
        <w:rPr>
          <w:rFonts w:ascii="Georgia" w:hAnsi="Georgia" w:cs="Georgia" w:eastAsia="Georgia"/>
          <w:b w:val="0"/>
          <w:i w:val="0"/>
          <w:sz w:val="22"/>
        </w:rPr>
        <w:t>Russia's Muslim province just gave the green light to polygamy. This is inconsistent with Russian law. Here we have a new breakage in the Russian Federation, a double breakage considering the Russian government taking the side of Israel over the Russian Muslim population. Little doubt the Muslim leaders will have to reverse the decision. What an extraordinary gift Putin has handed to Washington's neo-conservatives to exploit. Here we have Putin helping Washington's breakup of the Russian Federation.</w:t>
      </w:r>
    </w:p>
    <w:p>
      <w:pPr>
        <w:spacing w:before="0" w:after="120" w:line="300" w:lineRule="exact"/>
        <w:jc w:val="both"/>
      </w:pPr>
      <w:r>
        <w:rPr>
          <w:rFonts w:ascii="Georgia" w:hAnsi="Georgia" w:cs="Georgia" w:eastAsia="Georgia"/>
          <w:b w:val="0"/>
          <w:i w:val="0"/>
          <w:sz w:val="22"/>
        </w:rPr>
        <w:t>Let's see. During the years Putin has been in office, Washington has established missile bases on Russia's borders in Poland, Romania, and Ukraine. Ukraine, formerly a Russia friendly country, has become Washington's ally in a war against Russia, still not acknowledged by the Russian Foreign Ministry, which seems unable to acknowledge any reality.</w:t>
      </w:r>
    </w:p>
    <w:p>
      <w:pPr>
        <w:spacing w:before="0" w:after="120" w:line="300" w:lineRule="exact"/>
        <w:jc w:val="both"/>
      </w:pPr>
      <w:r>
        <w:rPr>
          <w:rFonts w:ascii="Georgia" w:hAnsi="Georgia" w:cs="Georgia" w:eastAsia="Georgia"/>
          <w:b w:val="0"/>
          <w:i w:val="0"/>
          <w:sz w:val="22"/>
        </w:rPr>
        <w:t>Putin the Unready was not ready for the US/Georgian invasion of South Ossetia, nor for Washington's Maidan Coup in Ukraine, nor for the necessary Russian intervention in Donbas, nor for the defense of Syria, host of Russia's naval and air bases for the projection of Russian power, nor for Armenia, nor for Washington's ongoing color revolution in Georgia. Putin is never ready for anything but a worthless paper agreement with his enemies. https:// www.paulcraigroberts.org/202 4/12/19/is-putin-capable-of-strategic-thinking/</w:t>
      </w:r>
    </w:p>
    <w:p>
      <w:pPr>
        <w:spacing w:before="0" w:after="120" w:line="300" w:lineRule="exact"/>
        <w:jc w:val="both"/>
      </w:pPr>
      <w:r>
        <w:rPr>
          <w:rFonts w:ascii="Georgia" w:hAnsi="Georgia" w:cs="Georgia" w:eastAsia="Georgia"/>
          <w:b w:val="0"/>
          <w:i w:val="0"/>
          <w:sz w:val="22"/>
        </w:rPr>
        <w:t>Putin has guaranteed that Washington's provocations of the Russian government will continue until Putin has only two choices: surrender or war. Putin is capable of surrendering, but will the Russian General Staff take the decision out of his hands? The war will be due not only to Washington's aggressions but also to Putin's lack of response and strategic ability.</w:t>
      </w:r>
    </w:p>
    <w:p>
      <w:pPr>
        <w:spacing w:before="0" w:after="120" w:line="300" w:lineRule="exact"/>
        <w:jc w:val="both"/>
      </w:pPr>
      <w:r>
        <w:rPr>
          <w:rFonts w:ascii="Georgia" w:hAnsi="Georgia" w:cs="Georgia" w:eastAsia="Georgia"/>
          <w:b w:val="0"/>
          <w:i w:val="0"/>
          <w:sz w:val="22"/>
        </w:rPr>
        <w:t>I have wondered if the shakeup of the Russian generals with departures and indictments are actually moves against corruption as announced or moves against Russian patriots who think they are watching Putin's sell out of Russia to Washington, just as the CIA and US Joint Chiefs of Staff saw America's leader, US President John F. Kennedy, selling out America to the Soviet Union.</w:t>
      </w:r>
    </w:p>
    <w:p>
      <w:pPr>
        <w:spacing w:before="0" w:after="120" w:line="300" w:lineRule="exact"/>
        <w:jc w:val="both"/>
      </w:pPr>
      <w:r>
        <w:rPr>
          <w:rFonts w:ascii="Georgia" w:hAnsi="Georgia" w:cs="Georgia" w:eastAsia="Georgia"/>
          <w:b w:val="0"/>
          <w:i w:val="0"/>
          <w:sz w:val="22"/>
        </w:rPr>
        <w:t>Putin's inability to put his foot down, except verbally, is leading the world into nuclear war. Putin's new weapon lets him pretend the war won't be nuclear, but it will be, because no one but Putin has the new super weapon. Putin and Lavrov's warnings about war are always undercut by their own denials. Consequently, Russian warnings carry zero weight.</w:t>
      </w:r>
    </w:p>
    <w:p>
      <w:pPr>
        <w:spacing w:before="0" w:after="120" w:line="300" w:lineRule="exact"/>
        <w:jc w:val="both"/>
      </w:pPr>
      <w:r>
        <w:rPr>
          <w:rFonts w:ascii="Georgia" w:hAnsi="Georgia" w:cs="Georgia" w:eastAsia="Georgia"/>
          <w:b w:val="0"/>
          <w:i w:val="0"/>
          <w:sz w:val="22"/>
        </w:rPr>
        <w:t>We cannot look to Trump for peace. Trump has appointed mainly a Zionist government. Having lost Syria, Russia is on the defensive. Part of making America great again is the restoration of Washington's hegemony, which Putin challenged until he collapsed. What this means is that it is unrealistic to expect Trump to agree to a Ukrainian settlement on Putin's announced terms.</w:t>
      </w:r>
    </w:p>
    <w:p>
      <w:pPr>
        <w:spacing w:before="0" w:after="120" w:line="300" w:lineRule="exact"/>
        <w:jc w:val="both"/>
      </w:pPr>
      <w:r>
        <w:rPr>
          <w:rFonts w:ascii="Georgia" w:hAnsi="Georgia" w:cs="Georgia" w:eastAsia="Georgia"/>
          <w:b w:val="0"/>
          <w:i w:val="0"/>
          <w:sz w:val="22"/>
        </w:rPr>
        <w:t>If Trump agrees to Putin's reasonable terms, the presstitute media will discredit Trump with his own supporters by declaring him a Putin agent who settled Putin's aggression on Putin's terms. Trump will become the President "who lost Ukraine."</w:t>
      </w:r>
    </w:p>
    <w:p>
      <w:pPr>
        <w:spacing w:before="0" w:after="120" w:line="300" w:lineRule="exact"/>
        <w:jc w:val="both"/>
      </w:pPr>
      <w:r>
        <w:rPr>
          <w:rFonts w:ascii="Georgia" w:hAnsi="Georgia" w:cs="Georgia" w:eastAsia="Georgia"/>
          <w:b w:val="0"/>
          <w:i w:val="0"/>
          <w:sz w:val="22"/>
        </w:rPr>
        <w:t>It remains to be seen how much longer the Russian General Staff will tolerate Putin's ineptitude as a war leader.</w:t>
      </w:r>
    </w:p>
    <w:p>
      <w:r>
        <w:br w:type="page"/>
      </w:r>
    </w:p>
    <w:p>
      <w:pPr>
        <w:pStyle w:val="Heading1"/>
        <w:spacing w:before="360" w:after="200" w:line="300" w:lineRule="exact"/>
        <w:jc w:val="center"/>
      </w:pPr>
      <w:r>
        <w:rPr>
          <w:rFonts w:ascii="Georgia" w:hAnsi="Georgia" w:cs="Georgia" w:eastAsia="Georgia"/>
          <w:b/>
          <w:i w:val="0"/>
          <w:color w:val="1F3864"/>
          <w:sz w:val="32"/>
        </w:rPr>
        <w:t>BETRAYAL BY TALIBAN</w:t>
      </w:r>
    </w:p>
    <w:p>
      <w:pPr>
        <w:spacing w:before="0" w:after="120" w:line="300" w:lineRule="exact"/>
        <w:jc w:val="both"/>
      </w:pPr>
      <w:r>
        <w:rPr>
          <w:rFonts w:ascii="Georgia" w:hAnsi="Georgia" w:cs="Georgia" w:eastAsia="Georgia"/>
          <w:b w:val="0"/>
          <w:i w:val="0"/>
          <w:sz w:val="22"/>
        </w:rPr>
        <w:t>Tension has sharply increased between Pakistan and the Taliban. Pakistan has resorted to bombing Afghanistan positions as well as instituting other anti-Afghanistan measures. Afghanistan is landlocked, and Pakistan has closed the avenues via which trade flows.</w:t>
      </w:r>
    </w:p>
    <w:p>
      <w:pPr>
        <w:spacing w:before="0" w:after="120" w:line="300" w:lineRule="exact"/>
        <w:jc w:val="both"/>
      </w:pPr>
      <w:r>
        <w:rPr>
          <w:rFonts w:ascii="Georgia" w:hAnsi="Georgia" w:cs="Georgia" w:eastAsia="Georgia"/>
          <w:b w:val="0"/>
          <w:i w:val="0"/>
          <w:sz w:val="22"/>
        </w:rPr>
        <w:t>The Taliban are primarily responsible for this deteriorating state of affairs which will soon escalate into anarchy in both countries. The ground is being made fertile for the forces of anarchy which will most certainly be exploited to the maximum by India, the prime enemy of Pakistan and Muslims.</w:t>
      </w:r>
    </w:p>
    <w:p>
      <w:pPr>
        <w:spacing w:before="0" w:after="120" w:line="300" w:lineRule="exact"/>
        <w:jc w:val="both"/>
      </w:pPr>
      <w:r>
        <w:rPr>
          <w:rFonts w:ascii="Georgia" w:hAnsi="Georgia" w:cs="Georgia" w:eastAsia="Georgia"/>
          <w:b w:val="0"/>
          <w:i w:val="0"/>
          <w:sz w:val="22"/>
        </w:rPr>
        <w:t>It was Pakistan who had created the Taliban, albeit for its own reasons. A Taliban government would be a powerful buffer against India. Pakistan had hosted the Taliban for more than two decades and had been a sanctuary for hundreds of thousands of Afghan refugees. Pakistan had logistically as well as in other ways supported and aided the Taliban in their struggle against the USA with its coalition of 40 countries.</w:t>
      </w:r>
    </w:p>
    <w:p>
      <w:pPr>
        <w:spacing w:before="0" w:after="120" w:line="300" w:lineRule="exact"/>
        <w:jc w:val="both"/>
      </w:pPr>
      <w:r>
        <w:rPr>
          <w:rFonts w:ascii="Georgia" w:hAnsi="Georgia" w:cs="Georgia" w:eastAsia="Georgia"/>
          <w:b w:val="0"/>
          <w:i w:val="0"/>
          <w:sz w:val="22"/>
        </w:rPr>
        <w:t>After the withdrawal of the US with its coalition, the Taliban government has repaid Pakistan by embracing its worst enemy, India, the cow and idol worshippers. This embrace reveals the extreme Imaani deficiency of the Taliban. Muslims are persecuted and tortured in India. The stated policy of the Hindu cow-worshippers is the conversion of Muslims – to make them Hindus – and to convert all Musaajid into temples of idol-worship. The story of Hindu brutality and oppression in Kashmir is enduring.</w:t>
      </w:r>
    </w:p>
    <w:p>
      <w:pPr>
        <w:spacing w:before="0" w:after="120" w:line="300" w:lineRule="exact"/>
        <w:jc w:val="both"/>
      </w:pPr>
      <w:r>
        <w:rPr>
          <w:rFonts w:ascii="Georgia" w:hAnsi="Georgia" w:cs="Georgia" w:eastAsia="Georgia"/>
          <w:b w:val="0"/>
          <w:i w:val="0"/>
          <w:sz w:val="22"/>
        </w:rPr>
        <w:t>Despite this miserable state of affairs, the Taliban crept into the hinds of the Hindu mushrikeen for the crumb-aid of wheat and vaccines offered. Without a semblance of Imaani conscience have the Taliban betrayed Pakistan and the Ummah. India will now fuel the hostility and create greater anarchy by arming dissident groups in both countries.</w:t>
      </w:r>
    </w:p>
    <w:p>
      <w:pPr>
        <w:spacing w:before="0" w:after="120" w:line="300" w:lineRule="exact"/>
        <w:jc w:val="both"/>
      </w:pPr>
      <w:r>
        <w:rPr>
          <w:rFonts w:ascii="Georgia" w:hAnsi="Georgia" w:cs="Georgia" w:eastAsia="Georgia"/>
          <w:b w:val="0"/>
          <w:i w:val="0"/>
          <w:sz w:val="22"/>
        </w:rPr>
        <w:t>Another aspect of Taliban betrayal is their embrace of China where genocide of the Muslim community has been systematically practiced.</w:t>
      </w:r>
    </w:p>
    <w:p>
      <w:pPr>
        <w:spacing w:before="0" w:after="120" w:line="300" w:lineRule="exact"/>
        <w:jc w:val="both"/>
      </w:pPr>
      <w:r>
        <w:rPr>
          <w:rFonts w:ascii="Georgia" w:hAnsi="Georgia" w:cs="Georgia" w:eastAsia="Georgia"/>
          <w:b w:val="0"/>
          <w:i w:val="0"/>
          <w:sz w:val="22"/>
        </w:rPr>
        <w:t>The Taliban have forgotten that Pakistan was their sanctuary for more than 20 years in their struggle against the US kuffaar coalition. Having betrayed Pakistan and the Ummah, the Taliban is more interested in emerging on the international platform by means of bootlicking the kuffaar. They have forgotten Allah Ta'ala, and labour under the kufr notion of gaining succour from the US and other kuffaar. Their treachery will not go by without Divine Consequence.</w:t>
      </w:r>
    </w:p>
    <w:p>
      <w:r>
        <w:br w:type="page"/>
      </w:r>
    </w:p>
    <w:p>
      <w:pPr>
        <w:pStyle w:val="Heading1"/>
        <w:spacing w:before="360" w:after="200" w:line="300" w:lineRule="exact"/>
        <w:jc w:val="center"/>
      </w:pPr>
      <w:r>
        <w:rPr>
          <w:rFonts w:ascii="Georgia" w:hAnsi="Georgia" w:cs="Georgia" w:eastAsia="Georgia"/>
          <w:b/>
          <w:i w:val="0"/>
          <w:color w:val="1F3864"/>
          <w:sz w:val="32"/>
        </w:rPr>
        <w:t>PROCLAIM THE HAQQ</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"The noblest Jihad is to state the Haqq (Truth) in the presence of tyrannical sultan."</w:t>
      </w:r>
    </w:p>
    <w:p>
      <w:pPr>
        <w:spacing w:before="0" w:after="120" w:line="300" w:lineRule="exact"/>
        <w:jc w:val="both"/>
      </w:pPr>
      <w:r>
        <w:rPr>
          <w:rFonts w:ascii="Georgia" w:hAnsi="Georgia" w:cs="Georgia" w:eastAsia="Georgia"/>
          <w:b w:val="0"/>
          <w:i w:val="0"/>
          <w:sz w:val="22"/>
        </w:rPr>
        <w:t>In obedience to this Command of Rasulullah (Sallallahu alayhi wasallam), Hadhrat Hasan Basri (Rahmatullah alayh) proclaiming the Haqq to the cruel and brutal governor, Hajjaaj Bin Yusuf, said:</w:t>
      </w:r>
    </w:p>
    <w:p>
      <w:pPr>
        <w:spacing w:before="0" w:after="120" w:line="300" w:lineRule="exact"/>
        <w:jc w:val="both"/>
      </w:pPr>
      <w:r>
        <w:rPr>
          <w:rFonts w:ascii="Georgia" w:hAnsi="Georgia" w:cs="Georgia" w:eastAsia="Georgia"/>
          <w:b w:val="0"/>
          <w:i w:val="0"/>
          <w:sz w:val="22"/>
        </w:rPr>
        <w:t>ONCE HADHRAT Hasan Basri (rahmatullah alayh) in the presence of Hajjaaj Bin Yusuf, the notorious blood-shedder, said:</w:t>
      </w:r>
    </w:p>
    <w:p>
      <w:pPr>
        <w:spacing w:before="0" w:after="120" w:line="300" w:lineRule="exact"/>
        <w:jc w:val="both"/>
      </w:pPr>
      <w:r>
        <w:rPr>
          <w:rFonts w:ascii="Georgia" w:hAnsi="Georgia" w:cs="Georgia" w:eastAsia="Georgia"/>
          <w:b w:val="0"/>
          <w:i w:val="0"/>
          <w:sz w:val="22"/>
        </w:rPr>
        <w:t>"O enemy of Allah! O perpetrator of fisq and fujoor (evil and immorality)! O lover of sin and disobedience! Of what benefit will be this worldly pomp and splendour? The inmates of the Heavens are cursing and reviling you. The inhabitants of the earth have reached their limits of toleration regarding your tyranny and oppression. They have reached the end of the tether with their wrath and hatred for you."</w:t>
      </w:r>
    </w:p>
    <w:p>
      <w:pPr>
        <w:spacing w:before="0" w:after="120" w:line="300" w:lineRule="exact"/>
        <w:jc w:val="both"/>
      </w:pPr>
      <w:r>
        <w:rPr>
          <w:rFonts w:ascii="Georgia" w:hAnsi="Georgia" w:cs="Georgia" w:eastAsia="Georgia"/>
          <w:b w:val="0"/>
          <w:i w:val="0"/>
          <w:sz w:val="22"/>
        </w:rPr>
        <w:t>After administering this stern admonition to the tyrant Hajjaaj, Hadhrat Hasan Basri (rahmatullah alayh) then said: "Verily, Allah has taken a pledge from the Ulama that most certainly they should proclaim the Haqq to the people." Then he abruptly departed.</w:t>
      </w:r>
    </w:p>
    <w:p>
      <w:r>
        <w:br w:type="page"/>
      </w:r>
    </w:p>
    <w:p>
      <w:pPr>
        <w:pStyle w:val="Heading1"/>
        <w:spacing w:before="360" w:after="200" w:line="300" w:lineRule="exact"/>
        <w:jc w:val="center"/>
      </w:pPr>
      <w:r>
        <w:rPr>
          <w:rFonts w:ascii="Georgia" w:hAnsi="Georgia" w:cs="Georgia" w:eastAsia="Georgia"/>
          <w:b/>
          <w:i w:val="0"/>
          <w:color w:val="1F3864"/>
          <w:sz w:val="32"/>
        </w:rPr>
        <w:t>REVEREND BHAM'S INTERFAITH KUFR</w:t>
      </w:r>
    </w:p>
    <w:p>
      <w:pPr>
        <w:spacing w:before="120" w:after="40" w:line="300" w:lineRule="exact"/>
        <w:jc w:val="both"/>
      </w:pPr>
      <w:r>
        <w:rPr>
          <w:rFonts w:ascii="Georgia" w:hAnsi="Georgia" w:cs="Georgia" w:eastAsia="Georgia"/>
          <w:b/>
          <w:i/>
          <w:sz w:val="22"/>
        </w:rPr>
        <w:t>Question:</w:t>
      </w:r>
    </w:p>
    <w:p>
      <w:pPr>
        <w:spacing w:before="120" w:after="120" w:line="300" w:lineRule="exact"/>
        <w:ind w:left="720" w:right="720"/>
        <w:jc w:val="center"/>
      </w:pPr>
      <w:r>
        <w:rPr>
          <w:rFonts w:ascii="Georgia" w:hAnsi="Georgia" w:cs="Georgia" w:eastAsia="Georgia"/>
          <w:b w:val="0"/>
          <w:i/>
          <w:sz w:val="22"/>
        </w:rPr>
        <w:t>Ebrahim Bham (i.e. Reverend Abraham Bham, the Cross-Worshipper) stated that the Aayat: "There is no compulsion in religion", and the Aayat:: "If Allah wished He would have made you one nation", means that everyone has the right to choose a religion. Therefore, we should be tolerant and respect everyone's choices. Bham uses this argument when questioned about other religious praying to their deities. Is there any validity in his argument?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Every Muslim whose Imaan has not been eroded with kufr understands the utter fallacy and baselessness of the kufr disgorged by the Cross-Worshipper. His interpretation of the Qur'aanic verses is a gross fabrication of falsehood specifically designed for bootlicking his kuffaar cohorts in the kufr interfaith cult spawned by the Western Yahood and Nasaara enemies of Islam. Even a person of shallow understanding can readily discern the stupid interpretation of Reverend Bham. The translation of the Aayat is:</w:t>
      </w:r>
    </w:p>
    <w:p>
      <w:pPr>
        <w:spacing w:before="120" w:after="120" w:line="300" w:lineRule="exact"/>
        <w:ind w:left="720" w:right="720"/>
        <w:jc w:val="center"/>
      </w:pPr>
      <w:r>
        <w:rPr>
          <w:rFonts w:ascii="Georgia" w:hAnsi="Georgia" w:cs="Georgia" w:eastAsia="Georgia"/>
          <w:b w:val="0"/>
          <w:i/>
          <w:sz w:val="22"/>
        </w:rPr>
        <w:t>"There is no compulsion in Deen (religion). Verily,</w:t>
      </w:r>
    </w:p>
    <w:p>
      <w:pPr>
        <w:spacing w:before="120" w:after="120" w:line="300" w:lineRule="exact"/>
        <w:ind w:left="720" w:right="720"/>
        <w:jc w:val="center"/>
      </w:pPr>
      <w:r>
        <w:rPr>
          <w:rFonts w:ascii="Georgia" w:hAnsi="Georgia" w:cs="Georgia" w:eastAsia="Georgia"/>
          <w:b w:val="0"/>
          <w:i/>
          <w:sz w:val="22"/>
        </w:rPr>
        <w:t>Guidance (the right path) has become distinct from misguidance (deviation/ kufr). Therefore,</w:t>
      </w:r>
    </w:p>
    <w:p>
      <w:pPr>
        <w:spacing w:before="120" w:after="120" w:line="300" w:lineRule="exact"/>
        <w:ind w:left="720" w:right="720"/>
        <w:jc w:val="center"/>
      </w:pPr>
      <w:r>
        <w:rPr>
          <w:rFonts w:ascii="Georgia" w:hAnsi="Georgia" w:cs="Georgia" w:eastAsia="Georgia"/>
          <w:b w:val="0"/>
          <w:i/>
          <w:sz w:val="22"/>
        </w:rPr>
        <w:t>Whoever denies (and rejects) Taghoot (Shaitaan),</w:t>
      </w:r>
    </w:p>
    <w:p>
      <w:pPr>
        <w:spacing w:before="120" w:after="120" w:line="300" w:lineRule="exact"/>
        <w:ind w:left="720" w:right="720"/>
        <w:jc w:val="center"/>
      </w:pPr>
      <w:r>
        <w:rPr>
          <w:rFonts w:ascii="Georgia" w:hAnsi="Georgia" w:cs="Georgia" w:eastAsia="Georgia"/>
          <w:b w:val="0"/>
          <w:i/>
          <w:sz w:val="22"/>
        </w:rPr>
        <w:t>Believes in Allah, and verily, he has grasped a</w:t>
      </w:r>
    </w:p>
    <w:p>
      <w:pPr>
        <w:spacing w:before="120" w:after="120" w:line="300" w:lineRule="exact"/>
        <w:ind w:left="720" w:right="720"/>
        <w:jc w:val="center"/>
      </w:pPr>
      <w:r>
        <w:rPr>
          <w:rFonts w:ascii="Georgia" w:hAnsi="Georgia" w:cs="Georgia" w:eastAsia="Georgia"/>
          <w:b w:val="0"/>
          <w:i/>
          <w:sz w:val="22"/>
        </w:rPr>
        <w:t>Powerful handle which will not break. Allah is the All Hearing, the All Knowing."</w:t>
      </w:r>
    </w:p>
    <w:p>
      <w:pPr>
        <w:spacing w:before="120" w:after="120" w:line="300" w:lineRule="exact"/>
        <w:ind w:left="720" w:right="720"/>
        <w:jc w:val="center"/>
      </w:pPr>
      <w:r>
        <w:rPr>
          <w:rFonts w:ascii="Georgia" w:hAnsi="Georgia" w:cs="Georgia" w:eastAsia="Georgia"/>
          <w:b w:val="0"/>
          <w:i/>
          <w:sz w:val="22"/>
        </w:rPr>
        <w:t>(Al-Baqarah, Aayat 256)</w:t>
      </w:r>
    </w:p>
    <w:p>
      <w:pPr>
        <w:spacing w:before="0" w:after="120" w:line="300" w:lineRule="exact"/>
        <w:jc w:val="both"/>
      </w:pPr>
      <w:r>
        <w:rPr>
          <w:rFonts w:ascii="Georgia" w:hAnsi="Georgia" w:cs="Georgia" w:eastAsia="Georgia"/>
          <w:b w:val="0"/>
          <w:i w:val="0"/>
          <w:sz w:val="22"/>
        </w:rPr>
        <w:t>No one among the anti-kufr interfaithers had ever asserted that there is compulsion in the Deen. No one had ever ventured the kufr stupidity of Allah Azza Wa Jal not having the power to have created all mankind as Mu'mineen. These factors are not the subject of discussion nor of rejection and condemnation. What is condemned and branded as kufr is participation in the kufr interfaith satanism, and this condemnation has no relationship with the issue of there being no compulsion in religion.</w:t>
      </w:r>
    </w:p>
    <w:p>
      <w:pPr>
        <w:spacing w:before="0" w:after="120" w:line="300" w:lineRule="exact"/>
        <w:jc w:val="both"/>
      </w:pPr>
      <w:r>
        <w:rPr>
          <w:rFonts w:ascii="Georgia" w:hAnsi="Georgia" w:cs="Georgia" w:eastAsia="Georgia"/>
          <w:b w:val="0"/>
          <w:i w:val="0"/>
          <w:sz w:val="22"/>
        </w:rPr>
        <w:t>As for 'toleration', no one has propagated intolerance towards non-Muslims alongside whom Muslims are living all over the world. No one is advocating intolerance and hatred for non-Muslims. The intolerance is specifically for participation in the interfaith kufr 'religion'. Islam is vigorously and resolutely intolerant of such participation. Thus, the Islamic intolerance is directed to professed Muslims who participate in the kufr ideology of assigning a single platform for Islam and all brands of kufr thereby equating kufr with Islam. The fight is with professed Muslims, not with non-Muslims.</w:t>
      </w:r>
    </w:p>
    <w:p>
      <w:pPr>
        <w:spacing w:before="0" w:after="120" w:line="300" w:lineRule="exact"/>
        <w:jc w:val="both"/>
      </w:pPr>
      <w:r>
        <w:rPr>
          <w:rFonts w:ascii="Georgia" w:hAnsi="Georgia" w:cs="Georgia" w:eastAsia="Georgia"/>
          <w:b w:val="0"/>
          <w:i w:val="0"/>
          <w:sz w:val="22"/>
        </w:rPr>
        <w:t>The first sentence of this Aayat clearly means that no one may be compelled to accept Islam. Islam has to be accepted of one's free will. The choice between Imaan and Kufr has been granted to man here on earth which is the arena for conflict between Imaan and Kufr, Haqq and Baatil, vice and virtue.</w:t>
      </w:r>
    </w:p>
    <w:p>
      <w:pPr>
        <w:spacing w:before="0" w:after="120" w:line="300" w:lineRule="exact"/>
        <w:jc w:val="both"/>
      </w:pPr>
      <w:r>
        <w:rPr>
          <w:rFonts w:ascii="Georgia" w:hAnsi="Georgia" w:cs="Georgia" w:eastAsia="Georgia"/>
          <w:b w:val="0"/>
          <w:i w:val="0"/>
          <w:sz w:val="22"/>
        </w:rPr>
        <w:t>The Aayat stating that there is no compulsion never means that Allah Ta'ala is pleased with the kufr choice of the followers of Taghoot. Debunking this kufr interpretation of the murtadd, Reverend Abraham Bham, the Qur'aan Majeed states:</w:t>
      </w:r>
    </w:p>
    <w:p>
      <w:pPr>
        <w:spacing w:before="0" w:after="120" w:line="300" w:lineRule="exact"/>
        <w:jc w:val="both"/>
      </w:pPr>
      <w:r>
        <w:rPr>
          <w:rFonts w:ascii="Georgia" w:hAnsi="Georgia" w:cs="Georgia" w:eastAsia="Georgia"/>
          <w:b w:val="0"/>
          <w:i w:val="0"/>
          <w:sz w:val="22"/>
        </w:rPr>
        <w:t>"If you commit kufr (disbelieve in Islam),</w:t>
      </w:r>
    </w:p>
    <w:p>
      <w:pPr>
        <w:spacing w:before="120" w:after="120" w:line="300" w:lineRule="exact"/>
        <w:ind w:left="720" w:right="720"/>
        <w:jc w:val="center"/>
      </w:pPr>
      <w:r>
        <w:rPr>
          <w:rFonts w:ascii="Georgia" w:hAnsi="Georgia" w:cs="Georgia" w:eastAsia="Georgia"/>
          <w:b w:val="0"/>
          <w:i/>
          <w:sz w:val="22"/>
        </w:rPr>
        <w:t>then (know), verily Allah is independent of you.</w:t>
      </w:r>
    </w:p>
    <w:p>
      <w:pPr>
        <w:spacing w:before="120" w:after="40" w:line="300" w:lineRule="exact"/>
        <w:jc w:val="both"/>
      </w:pPr>
      <w:r>
        <w:rPr>
          <w:rFonts w:ascii="Georgia" w:hAnsi="Georgia" w:cs="Georgia" w:eastAsia="Georgia"/>
          <w:b/>
          <w:i/>
          <w:sz w:val="22"/>
        </w:rPr>
        <w:t>And (know that) Allah is not pleased with</w:t>
      </w:r>
    </w:p>
    <w:p>
      <w:pPr>
        <w:spacing w:before="120" w:after="40" w:line="300" w:lineRule="exact"/>
        <w:jc w:val="both"/>
      </w:pPr>
      <w:r>
        <w:rPr>
          <w:rFonts w:ascii="Georgia" w:hAnsi="Georgia" w:cs="Georgia" w:eastAsia="Georgia"/>
          <w:b/>
          <w:i/>
          <w:sz w:val="22"/>
        </w:rPr>
        <w:t>Kufr for His servants."</w:t>
      </w:r>
    </w:p>
    <w:p>
      <w:pPr>
        <w:spacing w:before="0" w:after="120" w:line="300" w:lineRule="exact"/>
        <w:jc w:val="both"/>
      </w:pPr>
      <w:r>
        <w:rPr>
          <w:rFonts w:ascii="Georgia" w:hAnsi="Georgia" w:cs="Georgia" w:eastAsia="Georgia"/>
          <w:b w:val="0"/>
          <w:i w:val="0"/>
          <w:sz w:val="22"/>
        </w:rPr>
        <w:t>(Az-Zumar, Aayat 7)</w:t>
      </w:r>
    </w:p>
    <w:p>
      <w:pPr>
        <w:spacing w:before="0" w:after="120" w:line="300" w:lineRule="exact"/>
        <w:jc w:val="both"/>
      </w:pPr>
      <w:r>
        <w:rPr>
          <w:rFonts w:ascii="Georgia" w:hAnsi="Georgia" w:cs="Georgia" w:eastAsia="Georgia"/>
          <w:b w:val="0"/>
          <w:i w:val="0"/>
          <w:sz w:val="22"/>
        </w:rPr>
        <w:t>When Jahannam has been created specifically for the eternal damnation of kuffaar, how can a sane person professing to be a Muslim ever promote the kufr idea of Allah Ta'ala being pleased with idolatry, atheism and the variety of brands of kufr – kufr which is in reality rebellion against the Creator.</w:t>
      </w:r>
    </w:p>
    <w:p>
      <w:pPr>
        <w:spacing w:before="0" w:after="120" w:line="300" w:lineRule="exact"/>
        <w:jc w:val="both"/>
      </w:pPr>
      <w:r>
        <w:rPr>
          <w:rFonts w:ascii="Georgia" w:hAnsi="Georgia" w:cs="Georgia" w:eastAsia="Georgia"/>
          <w:b w:val="0"/>
          <w:i w:val="0"/>
          <w:sz w:val="22"/>
        </w:rPr>
        <w:t>And, how can Allah Ta'ala ever be pleased with religions of kufr, when He commands in the Qur'aan Majeed:</w:t>
      </w:r>
    </w:p>
    <w:p>
      <w:pPr>
        <w:spacing w:before="120" w:after="120" w:line="300" w:lineRule="exact"/>
        <w:ind w:left="720" w:right="720"/>
        <w:jc w:val="center"/>
      </w:pPr>
      <w:r>
        <w:rPr>
          <w:rFonts w:ascii="Georgia" w:hAnsi="Georgia" w:cs="Georgia" w:eastAsia="Georgia"/>
          <w:b w:val="0"/>
          <w:i/>
          <w:sz w:val="22"/>
        </w:rPr>
        <w:t>"And, fight them (wage Jihad) until there remains no fitnah and until the Deen is for only Allah."</w:t>
      </w:r>
    </w:p>
    <w:p>
      <w:pPr>
        <w:spacing w:before="120" w:after="120" w:line="300" w:lineRule="exact"/>
        <w:ind w:left="720" w:right="720"/>
        <w:jc w:val="center"/>
      </w:pPr>
      <w:r>
        <w:rPr>
          <w:rFonts w:ascii="Georgia" w:hAnsi="Georgia" w:cs="Georgia" w:eastAsia="Georgia"/>
          <w:b w:val="0"/>
          <w:i/>
          <w:sz w:val="22"/>
        </w:rPr>
        <w:t>(Al-Baqarah, Aayat 193)</w:t>
      </w:r>
    </w:p>
    <w:p>
      <w:pPr>
        <w:spacing w:before="0" w:after="120" w:line="300" w:lineRule="exact"/>
        <w:jc w:val="both"/>
      </w:pPr>
      <w:r>
        <w:rPr>
          <w:rFonts w:ascii="Georgia" w:hAnsi="Georgia" w:cs="Georgia" w:eastAsia="Georgia"/>
          <w:b w:val="0"/>
          <w:i w:val="0"/>
          <w:sz w:val="22"/>
        </w:rPr>
        <w:t>The choice which Allah Ta'ala has given mankind of selecting whatever brand of religion is desired never means that Allah Ta'ala is pleased with kufr and the kuffaar. How can Allah Ta'ala be pleased with kufr, He commands in the Qur'aan:</w:t>
      </w:r>
    </w:p>
    <w:p>
      <w:pPr>
        <w:spacing w:before="0" w:after="120" w:line="300" w:lineRule="exact"/>
        <w:jc w:val="both"/>
      </w:pPr>
      <w:r>
        <w:rPr>
          <w:rFonts w:ascii="Georgia" w:hAnsi="Georgia" w:cs="Georgia" w:eastAsia="Georgia"/>
          <w:b w:val="0"/>
          <w:i w:val="0"/>
          <w:sz w:val="22"/>
        </w:rPr>
        <w:t>"And fight them</w:t>
      </w:r>
    </w:p>
    <w:p>
      <w:pPr>
        <w:spacing w:before="0" w:after="120" w:line="300" w:lineRule="exact"/>
        <w:jc w:val="both"/>
      </w:pPr>
      <w:r>
        <w:rPr>
          <w:rFonts w:ascii="Georgia" w:hAnsi="Georgia" w:cs="Georgia" w:eastAsia="Georgia"/>
          <w:b w:val="0"/>
          <w:i w:val="0"/>
          <w:sz w:val="22"/>
        </w:rPr>
        <w:t>(wage Qitaal/Jihad) until there remains no fitnah and until all</w:t>
      </w:r>
    </w:p>
    <w:p>
      <w:pPr>
        <w:spacing w:before="0" w:after="120" w:line="300" w:lineRule="exact"/>
        <w:jc w:val="both"/>
      </w:pPr>
      <w:r>
        <w:rPr>
          <w:rFonts w:ascii="Georgia" w:hAnsi="Georgia" w:cs="Georgia" w:eastAsia="Georgia"/>
          <w:b w:val="0"/>
          <w:i w:val="0"/>
          <w:sz w:val="22"/>
        </w:rPr>
        <w:t>Deen (total Deen)</w:t>
      </w:r>
    </w:p>
    <w:p>
      <w:pPr>
        <w:spacing w:before="0" w:after="120" w:line="300" w:lineRule="exact"/>
        <w:jc w:val="both"/>
      </w:pPr>
      <w:r>
        <w:rPr>
          <w:rFonts w:ascii="Georgia" w:hAnsi="Georgia" w:cs="Georgia" w:eastAsia="Georgia"/>
          <w:b w:val="0"/>
          <w:i w:val="0"/>
          <w:sz w:val="22"/>
        </w:rPr>
        <w:t>is for only Allah."</w:t>
      </w:r>
    </w:p>
    <w:p>
      <w:pPr>
        <w:spacing w:before="0" w:after="120" w:line="300" w:lineRule="exact"/>
        <w:jc w:val="both"/>
      </w:pPr>
      <w:r>
        <w:rPr>
          <w:rFonts w:ascii="Georgia" w:hAnsi="Georgia" w:cs="Georgia" w:eastAsia="Georgia"/>
          <w:b w:val="0"/>
          <w:i w:val="0"/>
          <w:sz w:val="22"/>
        </w:rPr>
        <w:t>(Al-Anfaal, Aayat 39)</w:t>
      </w:r>
    </w:p>
    <w:p>
      <w:pPr>
        <w:spacing w:before="120" w:after="120" w:line="300" w:lineRule="exact"/>
        <w:ind w:left="720" w:right="720"/>
        <w:jc w:val="center"/>
      </w:pPr>
      <w:r>
        <w:rPr>
          <w:rFonts w:ascii="Georgia" w:hAnsi="Georgia" w:cs="Georgia" w:eastAsia="Georgia"/>
          <w:b w:val="0"/>
          <w:i/>
          <w:sz w:val="22"/>
        </w:rPr>
        <w:t>In the tafseer of this Aayat, it is mentioned: "Fight them until there remains not a vestige of shirk among them and until every religion has been eradicated from them, and Islam alone will remain the Deen for them.' (Madaarikut Tanzeel)</w:t>
      </w:r>
    </w:p>
    <w:p>
      <w:pPr>
        <w:spacing w:before="0" w:after="120" w:line="300" w:lineRule="exact"/>
        <w:jc w:val="both"/>
      </w:pPr>
      <w:r>
        <w:rPr>
          <w:rFonts w:ascii="Georgia" w:hAnsi="Georgia" w:cs="Georgia" w:eastAsia="Georgia"/>
          <w:b w:val="0"/>
          <w:i w:val="0"/>
          <w:sz w:val="22"/>
        </w:rPr>
        <w:t>Such action – Jihad - is the obligation of the Islamic State. It shall not adopt the kufr 'toleration' advocated by Bham and other murtaddeen of his ilk. The choice granted by Islam to the kuffaar is limited. It is either Islam or Jizya or Jihad. But this is the obligation of the Islamic State.</w:t>
      </w:r>
    </w:p>
    <w:p>
      <w:pPr>
        <w:spacing w:before="0" w:after="120" w:line="300" w:lineRule="exact"/>
        <w:jc w:val="both"/>
      </w:pPr>
      <w:r>
        <w:rPr>
          <w:rFonts w:ascii="Georgia" w:hAnsi="Georgia" w:cs="Georgia" w:eastAsia="Georgia"/>
          <w:b w:val="0"/>
          <w:i w:val="0"/>
          <w:sz w:val="22"/>
        </w:rPr>
        <w:t>And how can Allah Ta'ala ever be pleased with the choice of kufr, when He states in the Qur'aan Majeed:</w:t>
      </w:r>
    </w:p>
    <w:p>
      <w:pPr>
        <w:spacing w:before="120" w:after="120" w:line="300" w:lineRule="exact"/>
        <w:ind w:left="720" w:right="720"/>
        <w:jc w:val="center"/>
      </w:pPr>
      <w:r>
        <w:rPr>
          <w:rFonts w:ascii="Georgia" w:hAnsi="Georgia" w:cs="Georgia" w:eastAsia="Georgia"/>
          <w:b w:val="0"/>
          <w:i/>
          <w:sz w:val="22"/>
        </w:rPr>
        <w:t>"And fight those who do not believe in Allah nor in the Last Day nor do they prohibit that which Allah and</w:t>
      </w:r>
    </w:p>
    <w:p>
      <w:pPr>
        <w:spacing w:before="120" w:after="120" w:line="300" w:lineRule="exact"/>
        <w:ind w:left="720" w:right="720"/>
        <w:jc w:val="center"/>
      </w:pPr>
      <w:r>
        <w:rPr>
          <w:rFonts w:ascii="Georgia" w:hAnsi="Georgia" w:cs="Georgia" w:eastAsia="Georgia"/>
          <w:b w:val="0"/>
          <w:i/>
          <w:sz w:val="22"/>
        </w:rPr>
        <w:t>His Rasool have prohibited nor do they accept the Deen of Haqq (Islam) — Fight those of the Ahle-Kitaab until they subserviently pay</w:t>
      </w:r>
    </w:p>
    <w:p>
      <w:pPr>
        <w:spacing w:before="120" w:after="120" w:line="300" w:lineRule="exact"/>
        <w:ind w:left="720" w:right="720"/>
        <w:jc w:val="center"/>
      </w:pPr>
      <w:r>
        <w:rPr>
          <w:rFonts w:ascii="Georgia" w:hAnsi="Georgia" w:cs="Georgia" w:eastAsia="Georgia"/>
          <w:b w:val="0"/>
          <w:i/>
          <w:sz w:val="22"/>
        </w:rPr>
        <w:t>Jizyah whilst they are in humiliation."</w:t>
      </w:r>
    </w:p>
    <w:p>
      <w:pPr>
        <w:spacing w:before="120" w:after="120" w:line="300" w:lineRule="exact"/>
        <w:ind w:left="720" w:right="720"/>
        <w:jc w:val="center"/>
      </w:pPr>
      <w:r>
        <w:rPr>
          <w:rFonts w:ascii="Georgia" w:hAnsi="Georgia" w:cs="Georgia" w:eastAsia="Georgia"/>
          <w:b w:val="0"/>
          <w:i/>
          <w:sz w:val="22"/>
        </w:rPr>
        <w:t>(At-Taubah, Aayat 29)</w:t>
      </w:r>
    </w:p>
    <w:p>
      <w:pPr>
        <w:spacing w:before="0" w:after="120" w:line="300" w:lineRule="exact"/>
        <w:jc w:val="both"/>
      </w:pPr>
      <w:r>
        <w:rPr>
          <w:rFonts w:ascii="Georgia" w:hAnsi="Georgia" w:cs="Georgia" w:eastAsia="Georgia"/>
          <w:b w:val="0"/>
          <w:i w:val="0"/>
          <w:sz w:val="22"/>
        </w:rPr>
        <w:t>And how can Allah Ta'ala ever be pleased with kufr when He has created Jahannam specifically for the kuffaar?</w:t>
      </w:r>
    </w:p>
    <w:p>
      <w:pPr>
        <w:spacing w:before="120" w:after="120" w:line="300" w:lineRule="exact"/>
        <w:ind w:left="720" w:right="720"/>
        <w:jc w:val="center"/>
      </w:pPr>
      <w:r>
        <w:rPr>
          <w:rFonts w:ascii="Georgia" w:hAnsi="Georgia" w:cs="Georgia" w:eastAsia="Georgia"/>
          <w:b w:val="0"/>
          <w:i/>
          <w:sz w:val="22"/>
        </w:rPr>
        <w:t>"...Fear the Fire whose fuel is people and stones.</w:t>
      </w:r>
    </w:p>
    <w:p>
      <w:pPr>
        <w:spacing w:before="120" w:after="120" w:line="300" w:lineRule="exact"/>
        <w:ind w:left="720" w:right="720"/>
        <w:jc w:val="center"/>
      </w:pPr>
      <w:r>
        <w:rPr>
          <w:rFonts w:ascii="Georgia" w:hAnsi="Georgia" w:cs="Georgia" w:eastAsia="Georgia"/>
          <w:b w:val="0"/>
          <w:i/>
          <w:sz w:val="22"/>
        </w:rPr>
        <w:t>It has been prepared for the kaafireen."</w:t>
      </w:r>
    </w:p>
    <w:p>
      <w:pPr>
        <w:spacing w:before="120" w:after="120" w:line="300" w:lineRule="exact"/>
        <w:ind w:left="720" w:right="720"/>
        <w:jc w:val="center"/>
      </w:pPr>
      <w:r>
        <w:rPr>
          <w:rFonts w:ascii="Georgia" w:hAnsi="Georgia" w:cs="Georgia" w:eastAsia="Georgia"/>
          <w:b w:val="0"/>
          <w:i/>
          <w:sz w:val="22"/>
        </w:rPr>
        <w:t>(Al-Baqarah, Aayat 24)</w:t>
      </w:r>
    </w:p>
    <w:p>
      <w:pPr>
        <w:spacing w:before="0" w:after="120" w:line="300" w:lineRule="exact"/>
        <w:jc w:val="both"/>
      </w:pPr>
      <w:r>
        <w:rPr>
          <w:rFonts w:ascii="Georgia" w:hAnsi="Georgia" w:cs="Georgia" w:eastAsia="Georgia"/>
          <w:b w:val="0"/>
          <w:i w:val="0"/>
          <w:sz w:val="22"/>
        </w:rPr>
        <w:t>There is absolutely no scope in the Aayats proffered by the Reverend Abraham Bham to justify his participation in the kufr interfaith satanism of the Yahood and Nasaara. The Verse only states that no person may be compelled to accept Islam, and that Allah Ta'ala, if He so willed that all mankind be guided, had the power for guiding them. Having granted people the freewill to select and adopt either kufr or Imaan, his power of coercion and compulsion has not been compromised. Thus, the Qur'aan Majeed states:</w:t>
      </w:r>
    </w:p>
    <w:p>
      <w:pPr>
        <w:spacing w:before="120" w:after="120" w:line="300" w:lineRule="exact"/>
        <w:ind w:left="720" w:right="720"/>
        <w:jc w:val="center"/>
      </w:pPr>
      <w:r>
        <w:rPr>
          <w:rFonts w:ascii="Georgia" w:hAnsi="Georgia" w:cs="Georgia" w:eastAsia="Georgia"/>
          <w:b w:val="0"/>
          <w:i/>
          <w:sz w:val="22"/>
        </w:rPr>
        <w:t>"If Allah had willed, He would have made you</w:t>
      </w:r>
    </w:p>
    <w:p>
      <w:pPr>
        <w:spacing w:before="120" w:after="120" w:line="300" w:lineRule="exact"/>
        <w:ind w:left="720" w:right="720"/>
        <w:jc w:val="center"/>
      </w:pPr>
      <w:r>
        <w:rPr>
          <w:rFonts w:ascii="Georgia" w:hAnsi="Georgia" w:cs="Georgia" w:eastAsia="Georgia"/>
          <w:b w:val="0"/>
          <w:i/>
          <w:sz w:val="22"/>
        </w:rPr>
        <w:t>One Ummah, but on the contrary (He did not will so)</w:t>
      </w:r>
    </w:p>
    <w:p>
      <w:pPr>
        <w:spacing w:before="120" w:after="120" w:line="300" w:lineRule="exact"/>
        <w:ind w:left="720" w:right="720"/>
        <w:jc w:val="center"/>
      </w:pPr>
      <w:r>
        <w:rPr>
          <w:rFonts w:ascii="Georgia" w:hAnsi="Georgia" w:cs="Georgia" w:eastAsia="Georgia"/>
          <w:b w:val="0"/>
          <w:i/>
          <w:sz w:val="22"/>
        </w:rPr>
        <w:t>so that He may test you regarding that which He has given you. Therefore, hasten to virtuous deeds."</w:t>
      </w:r>
    </w:p>
    <w:p>
      <w:pPr>
        <w:spacing w:before="120" w:after="120" w:line="300" w:lineRule="exact"/>
        <w:ind w:left="720" w:right="720"/>
        <w:jc w:val="center"/>
      </w:pPr>
      <w:r>
        <w:rPr>
          <w:rFonts w:ascii="Georgia" w:hAnsi="Georgia" w:cs="Georgia" w:eastAsia="Georgia"/>
          <w:b w:val="0"/>
          <w:i/>
          <w:sz w:val="22"/>
        </w:rPr>
        <w:t>(Al-Maaidah, Aayat 48)</w:t>
      </w:r>
    </w:p>
    <w:p>
      <w:pPr>
        <w:spacing w:before="0" w:after="120" w:line="300" w:lineRule="exact"/>
        <w:jc w:val="both"/>
      </w:pPr>
      <w:r>
        <w:rPr>
          <w:rFonts w:ascii="Georgia" w:hAnsi="Georgia" w:cs="Georgia" w:eastAsia="Georgia"/>
          <w:b w:val="0"/>
          <w:i w:val="0"/>
          <w:sz w:val="22"/>
        </w:rPr>
        <w:t>There being no compulsion in Deen and participation in the kufr interfaith exercise are two distinct, separate issues which the Cross-Worshipper has attempted to obfuscate for justification of his adoption of kufr.</w:t>
      </w:r>
    </w:p>
    <w:p>
      <w:r>
        <w:br w:type="page"/>
      </w:r>
    </w:p>
    <w:p>
      <w:pPr>
        <w:pStyle w:val="Heading1"/>
        <w:spacing w:before="360" w:after="200" w:line="300" w:lineRule="exact"/>
        <w:jc w:val="center"/>
      </w:pPr>
      <w:r>
        <w:rPr>
          <w:rFonts w:ascii="Georgia" w:hAnsi="Georgia" w:cs="Georgia" w:eastAsia="Georgia"/>
          <w:b/>
          <w:i w:val="0"/>
          <w:color w:val="1F3864"/>
          <w:sz w:val="32"/>
        </w:rPr>
        <w:t>AN AALIM OF THE HAQQ IS CAST TO A LION</w:t>
      </w:r>
    </w:p>
    <w:p>
      <w:pPr>
        <w:spacing w:before="0" w:after="120" w:line="300" w:lineRule="exact"/>
        <w:jc w:val="both"/>
      </w:pPr>
      <w:r>
        <w:rPr>
          <w:rFonts w:ascii="Georgia" w:hAnsi="Georgia" w:cs="Georgia" w:eastAsia="Georgia"/>
          <w:b w:val="0"/>
          <w:i w:val="0"/>
          <w:sz w:val="22"/>
        </w:rPr>
        <w:t>IN EGYPT during the brutal reign of repression and tyranny of Ahmad Bin Tuloon, an Aalim of the Haqq, Hadhrat Abul Hasan Bunaan Bin Muhammad Bin Sa'd (rahmatullah alayh), went to confront this tyrannical ruler. When he proclaimed the Truth and admonished the ruler for his cruelty and oppression, Ibn Tuloon became enraged. He ordered the arrest of Hadhrat Abul Hasan who was thrown into a dungeon. Thereafter Ibn Tuloon ordered that he be fed to a hungry lion.</w:t>
      </w:r>
    </w:p>
    <w:p>
      <w:pPr>
        <w:spacing w:before="0" w:after="120" w:line="300" w:lineRule="exact"/>
        <w:jc w:val="both"/>
      </w:pPr>
      <w:r>
        <w:rPr>
          <w:rFonts w:ascii="Georgia" w:hAnsi="Georgia" w:cs="Georgia" w:eastAsia="Georgia"/>
          <w:b w:val="0"/>
          <w:i w:val="0"/>
          <w:sz w:val="22"/>
        </w:rPr>
        <w:t>The occasion was announced to the public. The appointed day arrived. A huge crowd had gathered in the arena to observe the lion devouring Hadhrat Abul Hasan (rahmatullah alayh). A huge lion was held hungry in captivity for a few days. Hadhrat Abul Hasan was brought in chains and pushed into the centre of the arena, and the cage was opened. The lion leaping from the cage went straight to the prey. However, when the lion reached Hadhrat Abul Hasan, he displayed an uncanny timidity and began smelling him. Then the lion went and stood wagging its tail at a distance.</w:t>
      </w:r>
    </w:p>
    <w:p>
      <w:pPr>
        <w:spacing w:before="0" w:after="120" w:line="300" w:lineRule="exact"/>
        <w:jc w:val="both"/>
      </w:pPr>
      <w:r>
        <w:rPr>
          <w:rFonts w:ascii="Georgia" w:hAnsi="Georgia" w:cs="Georgia" w:eastAsia="Georgia"/>
          <w:b w:val="0"/>
          <w:i w:val="0"/>
          <w:sz w:val="22"/>
        </w:rPr>
        <w:t>Spontaneously from the crowd came loud cries of Laailaaha il lallaah Allahu Akbar! Ibn Tuloon who was present was thus humiliated. He issued instructions for Hadhrat Abul Hasan to be released with honour and be treated with respect. He had realized that he had no power to thwart the Order of Allah Azza Wa Jal.</w:t>
      </w:r>
    </w:p>
    <w:p>
      <w:pPr>
        <w:spacing w:before="0" w:after="120" w:line="300" w:lineRule="exact"/>
        <w:jc w:val="both"/>
      </w:pPr>
      <w:r>
        <w:rPr>
          <w:rFonts w:ascii="Georgia" w:hAnsi="Georgia" w:cs="Georgia" w:eastAsia="Georgia"/>
          <w:b w:val="0"/>
          <w:i w:val="0"/>
          <w:sz w:val="22"/>
        </w:rPr>
        <w:t>When some of Hadhrat Abul Hasan's close associates asked him about his condition at the time when the lion was running towards him, he said: "I was wondering about the mas'alah of the saliva of wild animals. Is the lion's saliva taahir (pure) or najis (impure)?"</w:t>
      </w:r>
    </w:p>
    <w:p>
      <w:r>
        <w:br w:type="page"/>
      </w:r>
    </w:p>
    <w:p>
      <w:pPr>
        <w:spacing w:before="120" w:after="40" w:line="300" w:lineRule="exact"/>
        <w:jc w:val="both"/>
      </w:pPr>
      <w:r>
        <w:rPr>
          <w:rFonts w:ascii="Georgia" w:hAnsi="Georgia" w:cs="Georgia" w:eastAsia="Georgia"/>
          <w:b/>
          <w:i/>
          <w:sz w:val="22"/>
        </w:rPr>
        <w:t>Q. A Hindu says that Muslims are also idol worshippers because they worship the Ka'bah. He says that just as their idols are representatives of God, so too do Muslims believe of the Ka'bah. What is the response for this?</w:t>
      </w:r>
    </w:p>
    <w:p>
      <w:pPr>
        <w:spacing w:before="0" w:after="120" w:line="300" w:lineRule="exact"/>
        <w:jc w:val="both"/>
      </w:pPr>
      <w:r>
        <w:rPr>
          <w:rFonts w:ascii="Georgia" w:hAnsi="Georgia" w:cs="Georgia" w:eastAsia="Georgia"/>
          <w:b w:val="0"/>
          <w:i w:val="0"/>
          <w:sz w:val="22"/>
        </w:rPr>
        <w:t>A. The Ka'bah does not represent a deity. While Hindus pray directly to the idols and supplicate to the idols for whatever are their needs, we do not pray to the Ka'abah. While the idols are regarded by the Hindus to be representatives of God, in fact deities, and intermediaries for the worshippers, Muslims do not have such beliefs regarding the Ka'bah. Loving and respecting an object do not elevate the object to the pedestal of a deity. But the Hindu cow and idol worshippers manufacture their own gods with their own hands from stone and from every conceivable created substance.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