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4 were joined in this issue.</w:t>
      </w:r>
    </w:p>
    <w:p>
      <w:pPr>
        <w:spacing w:before="0" w:after="80" w:line="300" w:lineRule="exact"/>
        <w:jc w:val="left"/>
      </w:pPr>
      <w:r>
        <w:rPr>
          <w:rFonts w:ascii="Georgia" w:hAnsi="Georgia" w:cs="Georgia" w:eastAsia="Georgia"/>
          <w:b w:val="0"/>
          <w:i w:val="0"/>
          <w:sz w:val="18"/>
        </w:rPr>
        <w:t>Headings: 18 read from the PDF's own text, 28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385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98.6% of the original's words are present and 96.31%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KUFR INTERFAITH PUNISHMENT (page 1)</w:t>
      </w:r>
    </w:p>
    <w:p>
      <w:pPr>
        <w:spacing w:before="0" w:after="40" w:line="300" w:lineRule="exact"/>
        <w:jc w:val="left"/>
      </w:pPr>
      <w:r>
        <w:rPr>
          <w:rFonts w:ascii="Georgia" w:hAnsi="Georgia" w:cs="Georgia" w:eastAsia="Georgia"/>
          <w:b w:val="0"/>
          <w:i w:val="0"/>
          <w:sz w:val="20"/>
        </w:rPr>
        <w:t>2. COMMENT (page 1)</w:t>
      </w:r>
    </w:p>
    <w:p>
      <w:pPr>
        <w:spacing w:before="0" w:after="40" w:line="300" w:lineRule="exact"/>
        <w:jc w:val="left"/>
      </w:pPr>
      <w:r>
        <w:rPr>
          <w:rFonts w:ascii="Georgia" w:hAnsi="Georgia" w:cs="Georgia" w:eastAsia="Georgia"/>
          <w:b w:val="0"/>
          <w:i w:val="0"/>
          <w:sz w:val="20"/>
        </w:rPr>
        <w:t>3. A wall of silence around China's oppression of its (page 1)</w:t>
      </w:r>
    </w:p>
    <w:p>
      <w:pPr>
        <w:spacing w:before="0" w:after="40" w:line="300" w:lineRule="exact"/>
        <w:jc w:val="left"/>
      </w:pPr>
      <w:r>
        <w:rPr>
          <w:rFonts w:ascii="Georgia" w:hAnsi="Georgia" w:cs="Georgia" w:eastAsia="Georgia"/>
          <w:b w:val="0"/>
          <w:i w:val="0"/>
          <w:sz w:val="20"/>
        </w:rPr>
        <w:t>4. with little to no pay. (page 1) [no printed headline]</w:t>
      </w:r>
    </w:p>
    <w:p>
      <w:pPr>
        <w:spacing w:before="0" w:after="40" w:line="300" w:lineRule="exact"/>
        <w:jc w:val="left"/>
      </w:pPr>
      <w:r>
        <w:rPr>
          <w:rFonts w:ascii="Georgia" w:hAnsi="Georgia" w:cs="Georgia" w:eastAsia="Georgia"/>
          <w:b w:val="0"/>
          <w:i w:val="0"/>
          <w:sz w:val="20"/>
        </w:rPr>
        <w:t>5. ALLAH WILL WATCH YOU (page 2)</w:t>
      </w:r>
    </w:p>
    <w:p>
      <w:pPr>
        <w:spacing w:before="0" w:after="40" w:line="300" w:lineRule="exact"/>
        <w:jc w:val="left"/>
      </w:pPr>
      <w:r>
        <w:rPr>
          <w:rFonts w:ascii="Georgia" w:hAnsi="Georgia" w:cs="Georgia" w:eastAsia="Georgia"/>
          <w:b w:val="0"/>
          <w:i w:val="0"/>
          <w:sz w:val="20"/>
        </w:rPr>
        <w:t>6. TURKEY (page 2)</w:t>
      </w:r>
    </w:p>
    <w:p>
      <w:pPr>
        <w:spacing w:before="0" w:after="40" w:line="300" w:lineRule="exact"/>
        <w:jc w:val="left"/>
      </w:pPr>
      <w:r>
        <w:rPr>
          <w:rFonts w:ascii="Georgia" w:hAnsi="Georgia" w:cs="Georgia" w:eastAsia="Georgia"/>
          <w:b w:val="0"/>
          <w:i w:val="0"/>
          <w:sz w:val="20"/>
        </w:rPr>
        <w:t>7. ARE THE ULAMA HARSH? (page 2)</w:t>
      </w:r>
    </w:p>
    <w:p>
      <w:pPr>
        <w:spacing w:before="0" w:after="40" w:line="300" w:lineRule="exact"/>
        <w:jc w:val="left"/>
      </w:pPr>
      <w:r>
        <w:rPr>
          <w:rFonts w:ascii="Georgia" w:hAnsi="Georgia" w:cs="Georgia" w:eastAsia="Georgia"/>
          <w:b w:val="0"/>
          <w:i w:val="0"/>
          <w:sz w:val="20"/>
        </w:rPr>
        <w:t>8. MURDER OF CIVILIANS (page 2)</w:t>
      </w:r>
    </w:p>
    <w:p>
      <w:pPr>
        <w:spacing w:before="0" w:after="40" w:line="300" w:lineRule="exact"/>
        <w:jc w:val="left"/>
      </w:pPr>
      <w:r>
        <w:rPr>
          <w:rFonts w:ascii="Georgia" w:hAnsi="Georgia" w:cs="Georgia" w:eastAsia="Georgia"/>
          <w:b w:val="0"/>
          <w:i w:val="0"/>
          <w:sz w:val="20"/>
        </w:rPr>
        <w:t>9. WORSE THAN SWINES (page 2)</w:t>
      </w:r>
    </w:p>
    <w:p>
      <w:pPr>
        <w:spacing w:before="0" w:after="40" w:line="300" w:lineRule="exact"/>
        <w:jc w:val="left"/>
      </w:pPr>
      <w:r>
        <w:rPr>
          <w:rFonts w:ascii="Georgia" w:hAnsi="Georgia" w:cs="Georgia" w:eastAsia="Georgia"/>
          <w:b w:val="0"/>
          <w:i w:val="0"/>
          <w:sz w:val="20"/>
        </w:rPr>
        <w:t>10. INDIA BANNING SALAAT (page 3)</w:t>
      </w:r>
    </w:p>
    <w:p>
      <w:pPr>
        <w:spacing w:before="0" w:after="40" w:line="300" w:lineRule="exact"/>
        <w:jc w:val="left"/>
      </w:pPr>
      <w:r>
        <w:rPr>
          <w:rFonts w:ascii="Georgia" w:hAnsi="Georgia" w:cs="Georgia" w:eastAsia="Georgia"/>
          <w:b w:val="0"/>
          <w:i w:val="0"/>
          <w:sz w:val="20"/>
        </w:rPr>
        <w:t>11. Mapping a Human Rights Horror (page 3)</w:t>
      </w:r>
    </w:p>
    <w:p>
      <w:pPr>
        <w:spacing w:before="0" w:after="40" w:line="300" w:lineRule="exact"/>
        <w:jc w:val="left"/>
      </w:pPr>
      <w:r>
        <w:rPr>
          <w:rFonts w:ascii="Georgia" w:hAnsi="Georgia" w:cs="Georgia" w:eastAsia="Georgia"/>
          <w:b w:val="0"/>
          <w:i w:val="0"/>
          <w:sz w:val="20"/>
        </w:rPr>
        <w:t>12. KUFFAAR SUPPORT COW-WORSHIP (page 3)</w:t>
      </w:r>
    </w:p>
    <w:p>
      <w:pPr>
        <w:spacing w:before="0" w:after="40" w:line="300" w:lineRule="exact"/>
        <w:jc w:val="left"/>
      </w:pPr>
      <w:r>
        <w:rPr>
          <w:rFonts w:ascii="Georgia" w:hAnsi="Georgia" w:cs="Georgia" w:eastAsia="Georgia"/>
          <w:b w:val="0"/>
          <w:i w:val="0"/>
          <w:sz w:val="20"/>
        </w:rPr>
        <w:t>13. COW-WORSHIP (page 3)</w:t>
      </w:r>
    </w:p>
    <w:p>
      <w:pPr>
        <w:spacing w:before="0" w:after="40" w:line="300" w:lineRule="exact"/>
        <w:jc w:val="left"/>
      </w:pPr>
      <w:r>
        <w:rPr>
          <w:rFonts w:ascii="Georgia" w:hAnsi="Georgia" w:cs="Georgia" w:eastAsia="Georgia"/>
          <w:b w:val="0"/>
          <w:i w:val="0"/>
          <w:sz w:val="20"/>
        </w:rPr>
        <w:t>14. EXPANDING BRUTALITY (page 3)</w:t>
      </w:r>
    </w:p>
    <w:p>
      <w:pPr>
        <w:spacing w:before="0" w:after="40" w:line="300" w:lineRule="exact"/>
        <w:jc w:val="left"/>
      </w:pPr>
      <w:r>
        <w:rPr>
          <w:rFonts w:ascii="Georgia" w:hAnsi="Georgia" w:cs="Georgia" w:eastAsia="Georgia"/>
          <w:b w:val="0"/>
          <w:i w:val="0"/>
          <w:sz w:val="20"/>
        </w:rPr>
        <w:t>15. TREACHEROUS CONDUCT OF THE MURTAD RULERS (page 4)</w:t>
      </w:r>
    </w:p>
    <w:p>
      <w:pPr>
        <w:spacing w:before="0" w:after="40" w:line="300" w:lineRule="exact"/>
        <w:jc w:val="left"/>
      </w:pPr>
      <w:r>
        <w:rPr>
          <w:rFonts w:ascii="Georgia" w:hAnsi="Georgia" w:cs="Georgia" w:eastAsia="Georgia"/>
          <w:b w:val="0"/>
          <w:i w:val="0"/>
          <w:sz w:val="20"/>
        </w:rPr>
        <w:t>16. (DIVINE PUNISHMENT) (page 4)</w:t>
      </w:r>
    </w:p>
    <w:p>
      <w:pPr>
        <w:spacing w:before="0" w:after="40" w:line="300" w:lineRule="exact"/>
        <w:jc w:val="left"/>
      </w:pPr>
      <w:r>
        <w:rPr>
          <w:rFonts w:ascii="Georgia" w:hAnsi="Georgia" w:cs="Georgia" w:eastAsia="Georgia"/>
          <w:b w:val="0"/>
          <w:i w:val="0"/>
          <w:sz w:val="20"/>
        </w:rPr>
        <w:t>17. MUSLIMS PROTEST (page 4)</w:t>
      </w:r>
    </w:p>
    <w:p>
      <w:pPr>
        <w:spacing w:before="0" w:after="40" w:line="300" w:lineRule="exact"/>
        <w:jc w:val="left"/>
      </w:pPr>
      <w:r>
        <w:rPr>
          <w:rFonts w:ascii="Georgia" w:hAnsi="Georgia" w:cs="Georgia" w:eastAsia="Georgia"/>
          <w:b w:val="0"/>
          <w:i w:val="0"/>
          <w:sz w:val="20"/>
        </w:rPr>
        <w:t>18. IMMERSION IN SINS (page 4)</w:t>
      </w:r>
    </w:p>
    <w:p>
      <w:pPr>
        <w:spacing w:before="0" w:after="40" w:line="300" w:lineRule="exact"/>
        <w:jc w:val="left"/>
      </w:pPr>
      <w:r>
        <w:rPr>
          <w:rFonts w:ascii="Georgia" w:hAnsi="Georgia" w:cs="Georgia" w:eastAsia="Georgia"/>
          <w:b w:val="0"/>
          <w:i w:val="0"/>
          <w:sz w:val="20"/>
        </w:rPr>
        <w:t>19. "SUPPORTERS" OF PALESTINE (page 5)</w:t>
      </w:r>
    </w:p>
    <w:p>
      <w:pPr>
        <w:spacing w:before="0" w:after="40" w:line="300" w:lineRule="exact"/>
        <w:jc w:val="left"/>
      </w:pPr>
      <w:r>
        <w:rPr>
          <w:rFonts w:ascii="Georgia" w:hAnsi="Georgia" w:cs="Georgia" w:eastAsia="Georgia"/>
          <w:b w:val="0"/>
          <w:i w:val="0"/>
          <w:sz w:val="20"/>
        </w:rPr>
        <w:t>20. CONFIRMATION FOR ALLAH'S DECREE (page 5)</w:t>
      </w:r>
    </w:p>
    <w:p>
      <w:pPr>
        <w:spacing w:before="0" w:after="40" w:line="300" w:lineRule="exact"/>
        <w:jc w:val="left"/>
      </w:pPr>
      <w:r>
        <w:rPr>
          <w:rFonts w:ascii="Georgia" w:hAnsi="Georgia" w:cs="Georgia" w:eastAsia="Georgia"/>
          <w:b w:val="0"/>
          <w:i w:val="0"/>
          <w:sz w:val="20"/>
        </w:rPr>
        <w:t>21. The massive kufr, fisq and fujoor upheavals taking place in Arabia under the sway of the… (page 5) [no printed headline]</w:t>
      </w:r>
    </w:p>
    <w:p>
      <w:pPr>
        <w:spacing w:before="0" w:after="40" w:line="300" w:lineRule="exact"/>
        <w:jc w:val="left"/>
      </w:pPr>
      <w:r>
        <w:rPr>
          <w:rFonts w:ascii="Georgia" w:hAnsi="Georgia" w:cs="Georgia" w:eastAsia="Georgia"/>
          <w:b w:val="0"/>
          <w:i w:val="0"/>
          <w:sz w:val="20"/>
        </w:rPr>
        <w:t>22. SHE RIPPED HER OWN HIJAB BANGSAMORO AUTOMONY (page 5, 7)</w:t>
      </w:r>
    </w:p>
    <w:p>
      <w:pPr>
        <w:spacing w:before="0" w:after="40" w:line="300" w:lineRule="exact"/>
        <w:jc w:val="left"/>
      </w:pPr>
      <w:r>
        <w:rPr>
          <w:rFonts w:ascii="Georgia" w:hAnsi="Georgia" w:cs="Georgia" w:eastAsia="Georgia"/>
          <w:b w:val="0"/>
          <w:i w:val="0"/>
          <w:sz w:val="20"/>
        </w:rPr>
        <w:t>23. BANGSAMORO AUTOMONY (page 5)</w:t>
      </w:r>
    </w:p>
    <w:p>
      <w:pPr>
        <w:spacing w:before="0" w:after="40" w:line="300" w:lineRule="exact"/>
        <w:jc w:val="left"/>
      </w:pPr>
      <w:r>
        <w:rPr>
          <w:rFonts w:ascii="Georgia" w:hAnsi="Georgia" w:cs="Georgia" w:eastAsia="Georgia"/>
          <w:b w:val="0"/>
          <w:i w:val="0"/>
          <w:sz w:val="20"/>
        </w:rPr>
        <w:t>24. ABOLITION OF MALE GUARDIANSHIP (page 6)</w:t>
      </w:r>
    </w:p>
    <w:p>
      <w:pPr>
        <w:spacing w:before="0" w:after="40" w:line="300" w:lineRule="exact"/>
        <w:jc w:val="left"/>
      </w:pPr>
      <w:r>
        <w:rPr>
          <w:rFonts w:ascii="Georgia" w:hAnsi="Georgia" w:cs="Georgia" w:eastAsia="Georgia"/>
          <w:b w:val="0"/>
          <w:i w:val="0"/>
          <w:sz w:val="20"/>
        </w:rPr>
        <w:t>25. 2 000 girls a day killed in Hindu India amid preference for a son (page 6)</w:t>
      </w:r>
    </w:p>
    <w:p>
      <w:pPr>
        <w:spacing w:before="0" w:after="40" w:line="300" w:lineRule="exact"/>
        <w:jc w:val="left"/>
      </w:pPr>
      <w:r>
        <w:rPr>
          <w:rFonts w:ascii="Georgia" w:hAnsi="Georgia" w:cs="Georgia" w:eastAsia="Georgia"/>
          <w:b w:val="0"/>
          <w:i w:val="0"/>
          <w:sz w:val="20"/>
        </w:rPr>
        <w:t>26. NON-MUSLIM POLITICS (page 6)</w:t>
      </w:r>
    </w:p>
    <w:p>
      <w:pPr>
        <w:spacing w:before="0" w:after="40" w:line="300" w:lineRule="exact"/>
        <w:jc w:val="left"/>
      </w:pPr>
      <w:r>
        <w:rPr>
          <w:rFonts w:ascii="Georgia" w:hAnsi="Georgia" w:cs="Georgia" w:eastAsia="Georgia"/>
          <w:b w:val="0"/>
          <w:i w:val="0"/>
          <w:sz w:val="20"/>
        </w:rPr>
        <w:t>27. THE BEST AND THE WORST (page 6)</w:t>
      </w:r>
    </w:p>
    <w:p>
      <w:pPr>
        <w:spacing w:before="0" w:after="40" w:line="300" w:lineRule="exact"/>
        <w:jc w:val="left"/>
      </w:pPr>
      <w:r>
        <w:rPr>
          <w:rFonts w:ascii="Georgia" w:hAnsi="Georgia" w:cs="Georgia" w:eastAsia="Georgia"/>
          <w:b w:val="0"/>
          <w:i w:val="0"/>
          <w:sz w:val="20"/>
        </w:rPr>
        <w:t>28. THE QURA'AAN (page 6)</w:t>
      </w:r>
    </w:p>
    <w:p>
      <w:pPr>
        <w:spacing w:before="0" w:after="40" w:line="300" w:lineRule="exact"/>
        <w:jc w:val="left"/>
      </w:pPr>
      <w:r>
        <w:rPr>
          <w:rFonts w:ascii="Georgia" w:hAnsi="Georgia" w:cs="Georgia" w:eastAsia="Georgia"/>
          <w:b w:val="0"/>
          <w:i w:val="0"/>
          <w:sz w:val="20"/>
        </w:rPr>
        <w:t>29. Dutch MP who branded Islam 'a disease' and was right-hand man (page 7)</w:t>
      </w:r>
    </w:p>
    <w:p>
      <w:pPr>
        <w:spacing w:before="0" w:after="40" w:line="300" w:lineRule="exact"/>
        <w:jc w:val="left"/>
      </w:pPr>
      <w:r>
        <w:rPr>
          <w:rFonts w:ascii="Georgia" w:hAnsi="Georgia" w:cs="Georgia" w:eastAsia="Georgia"/>
          <w:b w:val="0"/>
          <w:i w:val="0"/>
          <w:sz w:val="20"/>
        </w:rPr>
        <w:t>30. HIDAAYAT (page 7)</w:t>
      </w:r>
    </w:p>
    <w:p>
      <w:pPr>
        <w:spacing w:before="0" w:after="40" w:line="300" w:lineRule="exact"/>
        <w:jc w:val="left"/>
      </w:pPr>
      <w:r>
        <w:rPr>
          <w:rFonts w:ascii="Georgia" w:hAnsi="Georgia" w:cs="Georgia" w:eastAsia="Georgia"/>
          <w:b w:val="0"/>
          <w:i w:val="0"/>
          <w:sz w:val="20"/>
        </w:rPr>
        <w:t>31. NO WHERE TO TURN! (page 7)</w:t>
      </w:r>
    </w:p>
    <w:p>
      <w:pPr>
        <w:spacing w:before="0" w:after="40" w:line="300" w:lineRule="exact"/>
        <w:jc w:val="left"/>
      </w:pPr>
      <w:r>
        <w:rPr>
          <w:rFonts w:ascii="Georgia" w:hAnsi="Georgia" w:cs="Georgia" w:eastAsia="Georgia"/>
          <w:b w:val="0"/>
          <w:i w:val="0"/>
          <w:sz w:val="20"/>
        </w:rPr>
        <w:t>32. ‘JIHAD’ (page 7, 9)</w:t>
      </w:r>
    </w:p>
    <w:p>
      <w:pPr>
        <w:spacing w:before="0" w:after="40" w:line="300" w:lineRule="exact"/>
        <w:jc w:val="left"/>
      </w:pPr>
      <w:r>
        <w:rPr>
          <w:rFonts w:ascii="Georgia" w:hAnsi="Georgia" w:cs="Georgia" w:eastAsia="Georgia"/>
          <w:b w:val="0"/>
          <w:i w:val="0"/>
          <w:sz w:val="20"/>
        </w:rPr>
        <w:t>33. THE SAUDI NAJDI FITNAH (page 8)</w:t>
      </w:r>
    </w:p>
    <w:p>
      <w:pPr>
        <w:spacing w:before="0" w:after="40" w:line="300" w:lineRule="exact"/>
        <w:jc w:val="left"/>
      </w:pPr>
      <w:r>
        <w:rPr>
          <w:rFonts w:ascii="Georgia" w:hAnsi="Georgia" w:cs="Georgia" w:eastAsia="Georgia"/>
          <w:b w:val="0"/>
          <w:i w:val="0"/>
          <w:sz w:val="20"/>
        </w:rPr>
        <w:t>34. Ibn Umar (Radhiyallahu anhu) narrated that Rasulullah (Sallallahu alayhi wasallam) said:… (page 8) [no printed headline]</w:t>
      </w:r>
    </w:p>
    <w:p>
      <w:pPr>
        <w:spacing w:before="0" w:after="40" w:line="300" w:lineRule="exact"/>
        <w:jc w:val="left"/>
      </w:pPr>
      <w:r>
        <w:rPr>
          <w:rFonts w:ascii="Georgia" w:hAnsi="Georgia" w:cs="Georgia" w:eastAsia="Georgia"/>
          <w:b w:val="0"/>
          <w:i w:val="0"/>
          <w:sz w:val="20"/>
        </w:rPr>
        <w:t>35. imate for them. The masses CHINA: ALLAH'S ATHAAB (page 8)</w:t>
      </w:r>
    </w:p>
    <w:p>
      <w:pPr>
        <w:spacing w:before="0" w:after="40" w:line="300" w:lineRule="exact"/>
        <w:jc w:val="left"/>
      </w:pPr>
      <w:r>
        <w:rPr>
          <w:rFonts w:ascii="Georgia" w:hAnsi="Georgia" w:cs="Georgia" w:eastAsia="Georgia"/>
          <w:b w:val="0"/>
          <w:i w:val="0"/>
          <w:sz w:val="20"/>
        </w:rPr>
        <w:t>36. What is the solution? (page 8)</w:t>
      </w:r>
    </w:p>
    <w:p>
      <w:pPr>
        <w:spacing w:before="0" w:after="40" w:line="300" w:lineRule="exact"/>
        <w:jc w:val="left"/>
      </w:pPr>
      <w:r>
        <w:rPr>
          <w:rFonts w:ascii="Georgia" w:hAnsi="Georgia" w:cs="Georgia" w:eastAsia="Georgia"/>
          <w:b w:val="0"/>
          <w:i w:val="0"/>
          <w:sz w:val="20"/>
        </w:rPr>
        <w:t>37. CHINESE ATROCITIES (page 9)</w:t>
      </w:r>
    </w:p>
    <w:p>
      <w:pPr>
        <w:spacing w:before="0" w:after="40" w:line="300" w:lineRule="exact"/>
        <w:jc w:val="left"/>
      </w:pPr>
      <w:r>
        <w:rPr>
          <w:rFonts w:ascii="Georgia" w:hAnsi="Georgia" w:cs="Georgia" w:eastAsia="Georgia"/>
          <w:b w:val="0"/>
          <w:i w:val="0"/>
          <w:sz w:val="20"/>
        </w:rPr>
        <w:t>38. A MESS MIXTURE SIGNIFIES DEFEAT (page 9)</w:t>
      </w:r>
    </w:p>
    <w:p>
      <w:pPr>
        <w:spacing w:before="0" w:after="40" w:line="300" w:lineRule="exact"/>
        <w:jc w:val="left"/>
      </w:pPr>
      <w:r>
        <w:rPr>
          <w:rFonts w:ascii="Georgia" w:hAnsi="Georgia" w:cs="Georgia" w:eastAsia="Georgia"/>
          <w:b w:val="0"/>
          <w:i w:val="0"/>
          <w:sz w:val="20"/>
        </w:rPr>
        <w:t>39. CHINESE BRUTALITY (page 10)</w:t>
      </w:r>
    </w:p>
    <w:p>
      <w:pPr>
        <w:spacing w:before="0" w:after="40" w:line="300" w:lineRule="exact"/>
        <w:jc w:val="left"/>
      </w:pPr>
      <w:r>
        <w:rPr>
          <w:rFonts w:ascii="Georgia" w:hAnsi="Georgia" w:cs="Georgia" w:eastAsia="Georgia"/>
          <w:b w:val="0"/>
          <w:i w:val="0"/>
          <w:sz w:val="20"/>
        </w:rPr>
        <w:t>40. both parents to some form of internment, either in the camps or in prison. (page 10) [no printed headline]</w:t>
      </w:r>
    </w:p>
    <w:p>
      <w:pPr>
        <w:spacing w:before="0" w:after="40" w:line="300" w:lineRule="exact"/>
        <w:jc w:val="left"/>
      </w:pPr>
      <w:r>
        <w:rPr>
          <w:rFonts w:ascii="Georgia" w:hAnsi="Georgia" w:cs="Georgia" w:eastAsia="Georgia"/>
          <w:b w:val="0"/>
          <w:i w:val="0"/>
          <w:sz w:val="20"/>
        </w:rPr>
        <w:t>41. THE CALLOUSNESS OF MUSLIMS (page 10)</w:t>
      </w:r>
    </w:p>
    <w:p>
      <w:pPr>
        <w:spacing w:before="0" w:after="40" w:line="300" w:lineRule="exact"/>
        <w:jc w:val="left"/>
      </w:pPr>
      <w:r>
        <w:rPr>
          <w:rFonts w:ascii="Georgia" w:hAnsi="Georgia" w:cs="Georgia" w:eastAsia="Georgia"/>
          <w:b w:val="0"/>
          <w:i w:val="0"/>
          <w:sz w:val="20"/>
        </w:rPr>
        <w:t>42. WE ARE 'RUBBISH" (page 10)</w:t>
      </w:r>
    </w:p>
    <w:p>
      <w:pPr>
        <w:spacing w:before="0" w:after="40" w:line="300" w:lineRule="exact"/>
        <w:jc w:val="left"/>
      </w:pPr>
      <w:r>
        <w:rPr>
          <w:rFonts w:ascii="Georgia" w:hAnsi="Georgia" w:cs="Georgia" w:eastAsia="Georgia"/>
          <w:b w:val="0"/>
          <w:i w:val="0"/>
          <w:sz w:val="20"/>
        </w:rPr>
        <w:t>43. MAJOR MUJAHID LOSSES (page 10, 12)</w:t>
      </w:r>
    </w:p>
    <w:p>
      <w:pPr>
        <w:spacing w:before="0" w:after="40" w:line="300" w:lineRule="exact"/>
        <w:jc w:val="left"/>
      </w:pPr>
      <w:r>
        <w:rPr>
          <w:rFonts w:ascii="Georgia" w:hAnsi="Georgia" w:cs="Georgia" w:eastAsia="Georgia"/>
          <w:b w:val="0"/>
          <w:i w:val="0"/>
          <w:sz w:val="20"/>
        </w:rPr>
        <w:t>44. A MUFTI'S FATWA (page 11)</w:t>
      </w:r>
    </w:p>
    <w:p>
      <w:pPr>
        <w:spacing w:before="0" w:after="40" w:line="300" w:lineRule="exact"/>
        <w:jc w:val="left"/>
      </w:pPr>
      <w:r>
        <w:rPr>
          <w:rFonts w:ascii="Georgia" w:hAnsi="Georgia" w:cs="Georgia" w:eastAsia="Georgia"/>
          <w:b w:val="0"/>
          <w:i w:val="0"/>
          <w:sz w:val="20"/>
        </w:rPr>
        <w:t>45. COMMENT (page 11)</w:t>
      </w:r>
    </w:p>
    <w:p>
      <w:pPr>
        <w:spacing w:before="0" w:after="40" w:line="300" w:lineRule="exact"/>
        <w:jc w:val="left"/>
      </w:pPr>
      <w:r>
        <w:rPr>
          <w:rFonts w:ascii="Georgia" w:hAnsi="Georgia" w:cs="Georgia" w:eastAsia="Georgia"/>
          <w:b w:val="0"/>
          <w:i w:val="0"/>
          <w:sz w:val="20"/>
        </w:rPr>
        <w:t>46. CHINESE REPRESSION (page 11, 12)</w:t>
      </w:r>
    </w:p>
    <w:p>
      <w:pPr>
        <w:spacing w:before="0" w:after="40" w:line="300" w:lineRule="exact"/>
        <w:jc w:val="left"/>
      </w:pPr>
      <w:r>
        <w:rPr>
          <w:rFonts w:ascii="Georgia" w:hAnsi="Georgia" w:cs="Georgia" w:eastAsia="Georgia"/>
          <w:b w:val="0"/>
          <w:i w:val="0"/>
          <w:sz w:val="20"/>
        </w:rPr>
        <w:t>47. THE DUNYA (page 11)</w:t>
      </w:r>
    </w:p>
    <w:p>
      <w:pPr>
        <w:spacing w:before="0" w:after="40" w:line="300" w:lineRule="exact"/>
        <w:jc w:val="left"/>
      </w:pPr>
      <w:r>
        <w:rPr>
          <w:rFonts w:ascii="Georgia" w:hAnsi="Georgia" w:cs="Georgia" w:eastAsia="Georgia"/>
          <w:b w:val="0"/>
          <w:i w:val="0"/>
          <w:sz w:val="20"/>
        </w:rPr>
        <w:t>48. SUFFERING OF THE CIVILIAN S (page 12)</w:t>
      </w:r>
    </w:p>
    <w:p>
      <w:pPr>
        <w:spacing w:before="0" w:after="40" w:line="300" w:lineRule="exact"/>
        <w:jc w:val="left"/>
      </w:pPr>
      <w:r>
        <w:rPr>
          <w:rFonts w:ascii="Georgia" w:hAnsi="Georgia" w:cs="Georgia" w:eastAsia="Georgia"/>
          <w:b w:val="0"/>
          <w:i w:val="0"/>
          <w:sz w:val="20"/>
        </w:rPr>
        <w:t>49. Answers loom (page 12)</w:t>
      </w:r>
    </w:p>
    <w:p>
      <w:pPr>
        <w:spacing w:before="0" w:after="40" w:line="300" w:lineRule="exact"/>
        <w:jc w:val="left"/>
      </w:pPr>
      <w:r>
        <w:rPr>
          <w:rFonts w:ascii="Georgia" w:hAnsi="Georgia" w:cs="Georgia" w:eastAsia="Georgia"/>
          <w:b w:val="0"/>
          <w:i w:val="0"/>
          <w:sz w:val="20"/>
        </w:rPr>
        <w:t>50. THE POPE AND A SHEIKH (page 12)</w:t>
      </w:r>
    </w:p>
    <w:p>
      <w:r>
        <w:br w:type="page"/>
      </w:r>
    </w:p>
    <w:p>
      <w:pPr>
        <w:pStyle w:val="Heading1"/>
        <w:spacing w:before="360" w:after="200" w:line="300" w:lineRule="exact"/>
        <w:jc w:val="center"/>
      </w:pPr>
      <w:r>
        <w:rPr>
          <w:rFonts w:ascii="Georgia" w:hAnsi="Georgia" w:cs="Georgia" w:eastAsia="Georgia"/>
          <w:b/>
          <w:i w:val="0"/>
          <w:color w:val="1F3864"/>
          <w:sz w:val="32"/>
        </w:rPr>
        <w:t>THE KUFR INTERFAITH PUNISHMENT</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E mbracing the kufr interfaith movement is also a punishment from Allah Ta'ala. By this satanic embrace, the true kufr and shirk colours and beliefs of the so-called 'Muslim' participants are exhibited for all and sundry. By embracing kufr and shirk, they actually advertise their nifaaq and concealed kufr. But Allah Ta'ala creates such circumstances which expose the munaafiqeen.</w:t>
      </w:r>
    </w:p>
    <w:p>
      <w:pPr>
        <w:spacing w:before="0" w:after="120" w:line="300" w:lineRule="exact"/>
        <w:jc w:val="both"/>
      </w:pPr>
      <w:r>
        <w:rPr>
          <w:rFonts w:ascii="Georgia" w:hAnsi="Georgia" w:cs="Georgia" w:eastAsia="Georgia"/>
          <w:b w:val="0"/>
          <w:i w:val="0"/>
          <w:sz w:val="22"/>
        </w:rPr>
        <w:t>The kufr embrace of the kufr interfaith movement by professed Muslims has reached the very dregs of kufr villainy in the U.S.A. where professed Muslims are publicly embracing all facets of kufr and shirk offered by the Satanists of the interfaith movement. The interfaith movement is today shaitaan's most potent trap to destroy the Imaan of weak Muslims.</w:t>
      </w:r>
    </w:p>
    <w:p>
      <w:pPr>
        <w:spacing w:before="0" w:after="120" w:line="300" w:lineRule="exact"/>
        <w:jc w:val="both"/>
      </w:pPr>
      <w:r>
        <w:rPr>
          <w:rFonts w:ascii="Georgia" w:hAnsi="Georgia" w:cs="Georgia" w:eastAsia="Georgia"/>
          <w:b w:val="0"/>
          <w:i w:val="0"/>
          <w:sz w:val="22"/>
        </w:rPr>
        <w:t>Only such professed 'Muslims;' become entangled in this satanic snare, whose Imaan dangles by a thread on the verge of extinction. Active participation in the kufr and satanism of this movement is the final nail in the coffin of kufr of the participants. Explaining the horrendous</w:t>
      </w:r>
    </w:p>
    <w:p>
      <w:pPr>
        <w:spacing w:before="120" w:after="120" w:line="300" w:lineRule="exact"/>
        <w:ind w:left="720" w:right="720"/>
        <w:jc w:val="center"/>
      </w:pPr>
      <w:r>
        <w:rPr>
          <w:rFonts w:ascii="Georgia" w:hAnsi="Georgia" w:cs="Georgia" w:eastAsia="Georgia"/>
          <w:b w:val="0"/>
          <w:i/>
          <w:sz w:val="22"/>
        </w:rPr>
        <w:t>state of shirk and kufr, primarily of Muslim immigrants, a Sister from New York laments: "Immigrant so-called Muslims in America are committing big time SHIRK! They are having what is called a Ramadaan Interfaith Iftaar from New York to California these days. Basically, one cannot be a so-called imam of an Islamic Center in America and not be involved in Interfaith. They and Muslim congregants are praying together with the Jews, Christians, Hindus, Buddhists at churches, synagogues, temples etc. They invite Christian bishops and ministers to Islamic Centers and the athan is called by a hafiz of Quran, but they all turn around (Muslims included) and bow their heads in the Name of Jesus. Muslim women are praying salat as well as the men at churches, as well as performing Jumah (Friday prayer) there also. They are having mixed sex gatherings of interfaithers and sit side by side with the men. Muslim males (so-called) are seen breaking fast and eating face to face with kufar women. They (immigrant Muslims) are getting involved in all kinds</w:t>
      </w:r>
    </w:p>
    <w:p>
      <w:pPr>
        <w:spacing w:before="120" w:after="120" w:line="300" w:lineRule="exact"/>
        <w:ind w:left="720" w:right="720"/>
        <w:jc w:val="center"/>
      </w:pPr>
      <w:r>
        <w:rPr>
          <w:rFonts w:ascii="Georgia" w:hAnsi="Georgia" w:cs="Georgia" w:eastAsia="Georgia"/>
          <w:b w:val="0"/>
          <w:i/>
          <w:sz w:val="22"/>
        </w:rPr>
        <w:t>of interfaith projects, conferences, conventions, talks at churches, synagogues, Sikh and Buddhists temples as well. College and university immigrant Muslim students (1st, 2nd and 3rd generations) all sponsor talks and Ramadaan Interfaither Iftaars. In the future Muslim inter faithers want to bring in the atheists and trans belief (lesbians, transgenders and homosexuals). Candlelight vigils of Jews, Christians and Muslims, Hindus, Sikhs and Buddhists when they all say prayers together and sing songs together upon a tragic event occurring. The Muslims are also singing and praying at these Interfaith gatherings. At Interfaith gatherings, they try to bring out similarities between Jew and Christian while ignoring the fundamental differences stated in Quran. They (immigrant Muslims) are designing billboards, e.g. in Arizona saying "Jesus is the Holy Spirit." This was posted by The Humanitarians (an interfaith Muslims group)."</w:t>
      </w:r>
    </w:p>
    <w:p>
      <w:pPr>
        <w:spacing w:before="0" w:after="120" w:line="300" w:lineRule="exact"/>
        <w:jc w:val="both"/>
      </w:pPr>
      <w:r>
        <w:rPr>
          <w:rFonts w:ascii="Georgia" w:hAnsi="Georgia" w:cs="Georgia" w:eastAsia="Georgia"/>
          <w:b w:val="0"/>
          <w:i w:val="0"/>
          <w:sz w:val="22"/>
        </w:rPr>
        <w:t>(End of the Sister's lament)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Hadhrat Abdullah Bin Amr (Radhiyallahu anhu), narrating a hadith said: "An age will dawn when the people will gather in their Musaajid and perform Salaat whilst not a single one of them will be a Mu'min." Among the Signs of the Impending Hour of Qiyaamah, according to Rasulullah (Sallallahu alayhi wasallam), is that the cross will be worshipped inside the Musjid by so -called 'Muslims'.</w:t>
      </w:r>
    </w:p>
    <w:p>
      <w:pPr>
        <w:spacing w:before="0" w:after="120" w:line="300" w:lineRule="exact"/>
        <w:jc w:val="both"/>
      </w:pPr>
      <w:r>
        <w:rPr>
          <w:rFonts w:ascii="Georgia" w:hAnsi="Georgia" w:cs="Georgia" w:eastAsia="Georgia"/>
          <w:b w:val="0"/>
          <w:i w:val="0"/>
          <w:sz w:val="22"/>
        </w:rPr>
        <w:t>The shenanigans of kufr, shirk fisq and fujoor which are today transpiring under the auspices of the haraam, kufr interfaith movement are cogs in the machinery of kufr and shirk which will overtake the Ummah. Whilst this Satansim perpetrated by professed Muslims is lamentable, it is not at all surprising because Rasulullah (Sallallahu alayhi wasallam) has predicted its occurrence.</w:t>
      </w:r>
    </w:p>
    <w:p>
      <w:pPr>
        <w:spacing w:before="0" w:after="120" w:line="300" w:lineRule="exact"/>
        <w:jc w:val="both"/>
      </w:pPr>
      <w:r>
        <w:rPr>
          <w:rFonts w:ascii="Georgia" w:hAnsi="Georgia" w:cs="Georgia" w:eastAsia="Georgia"/>
          <w:b w:val="0"/>
          <w:i w:val="0"/>
          <w:sz w:val="22"/>
        </w:rPr>
        <w:t>Qiyaamah is the inevitable reality and truth, and all the prelude of Signs must incumbently transpire. The public embrace of kufr, shirk, fisq and fujoor by the thousands of immigrant 'Muslims' is the evidence for their nifaaq (hypocrisy). In reality, in their homelands, these people were munaafiqeen masquerading as Muslims. Allah Ta'ala has ripped off their masks of deception, punished them with expulsion from Muslim lands and subjugated them to the kuffaar in America and elsewhere where they bootlick the kuffaar for the miserable and disgraceful gains of this dunya.</w:t>
      </w:r>
    </w:p>
    <w:p>
      <w:pPr>
        <w:spacing w:before="0" w:after="120" w:line="300" w:lineRule="exact"/>
        <w:jc w:val="both"/>
      </w:pPr>
      <w:r>
        <w:rPr>
          <w:rFonts w:ascii="Georgia" w:hAnsi="Georgia" w:cs="Georgia" w:eastAsia="Georgia"/>
          <w:b w:val="0"/>
          <w:i w:val="0"/>
          <w:sz w:val="22"/>
        </w:rPr>
        <w:t>Since these immigrants never were Muslim, Allah Ta'ala expelled them from Muslim countries and made them the slaves of the kuffaar whose boots they are today licking and whose kufr and shirk vomit they are disgracefully lapping up. They are worse than the worse of dogs and swines. In fact, the nobility of swines puts these munaafiqeen to shame.</w:t>
      </w:r>
    </w:p>
    <w:p>
      <w:pPr>
        <w:spacing w:before="0" w:after="120" w:line="300" w:lineRule="exact"/>
        <w:jc w:val="both"/>
      </w:pPr>
      <w:r>
        <w:rPr>
          <w:rFonts w:ascii="Georgia" w:hAnsi="Georgia" w:cs="Georgia" w:eastAsia="Georgia"/>
          <w:b w:val="0"/>
          <w:i w:val="0"/>
          <w:sz w:val="22"/>
        </w:rPr>
        <w:t>But munaafiqeen really are bereft of every vestige of shame. Shame is integral to Imaan. Every ignorant and illiterate Muslim, if his Imaan is intact, can understand the satanism of the interfaith shenanigans in which these immigrant munaafiqeen are grovelling for the sake of some miserable worldly crumbs. Their expulsion from their lands and whatever hardships have settled on these immigrants are part of the calamity of Allah's Athaab for them.</w:t>
      </w:r>
    </w:p>
    <w:p>
      <w:pPr>
        <w:spacing w:before="0" w:after="120" w:line="300" w:lineRule="exact"/>
        <w:jc w:val="both"/>
      </w:pPr>
      <w:r>
        <w:rPr>
          <w:rFonts w:ascii="Georgia" w:hAnsi="Georgia" w:cs="Georgia" w:eastAsia="Georgia"/>
          <w:b w:val="0"/>
          <w:i w:val="0"/>
          <w:sz w:val="22"/>
        </w:rPr>
        <w:t>They are still to receive the greater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wall of silence around China's oppression of its</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Muslim minority is starting to crumble More and more countries are standing up to China over its oppression of the Uighurs, the country's majority-Muslim ethnic minority. Beijing is accused of interning up to 1 million Uighurs in prison -like detention camps, forcing them to renounce their religion and native language, and even pushing them into forced labor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with little to no pay.</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with little to no pay. Activists have found evidence of Chinese authorities tracking Uighurs' cellphone activity in their home region of Xinjiang, also known as East Turkestan. Others say Beijing has demanded the Uighur diaspora hand over personal information, and threatened their families if they do not. China is locking up its Muslim minorities, and pushing Islamophobia to get Europe to do it too.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WILL WATCH YOU</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"He (Musaa) said (to his en-</w:t>
      </w:r>
    </w:p>
    <w:p>
      <w:pPr>
        <w:spacing w:before="120" w:after="120" w:line="300" w:lineRule="exact"/>
        <w:ind w:left="720" w:right="720"/>
        <w:jc w:val="center"/>
      </w:pPr>
      <w:r>
        <w:rPr>
          <w:rFonts w:ascii="Georgia" w:hAnsi="Georgia" w:cs="Georgia" w:eastAsia="Georgia"/>
          <w:b w:val="0"/>
          <w:i/>
          <w:sz w:val="22"/>
        </w:rPr>
        <w:t>slaved people): 'Soon will your Rabb destroy your ene-</w:t>
      </w:r>
    </w:p>
    <w:p>
      <w:pPr>
        <w:spacing w:before="0" w:after="120" w:line="300" w:lineRule="exact"/>
        <w:jc w:val="both"/>
      </w:pPr>
      <w:r>
        <w:rPr>
          <w:rFonts w:ascii="Georgia" w:hAnsi="Georgia" w:cs="Georgia" w:eastAsia="Georgia"/>
          <w:b w:val="0"/>
          <w:i w:val="0"/>
          <w:sz w:val="22"/>
        </w:rPr>
        <w:t>mies, and bestow khilaafat</w:t>
      </w:r>
    </w:p>
    <w:p>
      <w:pPr>
        <w:spacing w:before="120" w:after="120" w:line="300" w:lineRule="exact"/>
        <w:ind w:left="720" w:right="720"/>
        <w:jc w:val="center"/>
      </w:pPr>
      <w:r>
        <w:rPr>
          <w:rFonts w:ascii="Georgia" w:hAnsi="Georgia" w:cs="Georgia" w:eastAsia="Georgia"/>
          <w:b w:val="0"/>
          <w:i/>
          <w:sz w:val="22"/>
        </w:rPr>
        <w:t>(political power) to you on earth. Then He will watch</w:t>
      </w:r>
    </w:p>
    <w:p>
      <w:pPr>
        <w:spacing w:before="0" w:after="120" w:line="300" w:lineRule="exact"/>
        <w:jc w:val="both"/>
      </w:pPr>
      <w:r>
        <w:rPr>
          <w:rFonts w:ascii="Georgia" w:hAnsi="Georgia" w:cs="Georgia" w:eastAsia="Georgia"/>
          <w:b w:val="0"/>
          <w:i w:val="0"/>
          <w:sz w:val="22"/>
        </w:rPr>
        <w:t>how you will conduct (yourselves)." (Al-A'raaf, Aayat 129) When Bani Israaeel complained to Nabi Musaa (Alayhis salaam) regarding the oppression of Fir'oun, he instructed them to adopt Sabr (patience) and become engrossed in ibaadat and dua. In this Aayat, he informed his people that soon Allah Ta'ala will destroy their enemies and install them as rulers of the land.</w:t>
      </w:r>
    </w:p>
    <w:p>
      <w:pPr>
        <w:spacing w:before="0" w:after="120" w:line="300" w:lineRule="exact"/>
        <w:jc w:val="both"/>
      </w:pPr>
      <w:r>
        <w:rPr>
          <w:rFonts w:ascii="Georgia" w:hAnsi="Georgia" w:cs="Georgia" w:eastAsia="Georgia"/>
          <w:b w:val="0"/>
          <w:i w:val="0"/>
          <w:sz w:val="22"/>
        </w:rPr>
        <w:t>However, Allah Ta'ala will watch them to see if they will rule justly in accordance with the Shariah. One day Hadhrat Amr Bin Abeed (Rahmatullah alayh) visited Mansoor who was destined to become the second Khalifah of the Banu Abbaas dynasty. He recited to Mansoor the Aayat: "Soon will your Rabb destroy your enemy and appoint you the Khalifah on earth." Amr Bin Abeed implied that he will become the Khalifah.</w:t>
      </w:r>
    </w:p>
    <w:p>
      <w:pPr>
        <w:spacing w:before="0" w:after="120" w:line="300" w:lineRule="exact"/>
        <w:jc w:val="both"/>
      </w:pPr>
      <w:r>
        <w:rPr>
          <w:rFonts w:ascii="Georgia" w:hAnsi="Georgia" w:cs="Georgia" w:eastAsia="Georgia"/>
          <w:b w:val="0"/>
          <w:i w:val="0"/>
          <w:sz w:val="22"/>
        </w:rPr>
        <w:t>After Mansoor was appointed the Khalifah, Amr Bin Abeed again visited him. Mansoor reminded him of his prediction which he had made by reciting the Aayat. Amr Bin Abeed responded: "The prediction of becoming the Khalifah has been fulfilled. However, there remains something else, i.e. "Then He will watch how you conduct (yourselves)." Should they revert to transgression and ingratitude, then Allah Ta'ala too will revert with His imposition of punishment and the domination of the kuffaar as is mentioned in the Qur'aan Majeed: "Perhaps (i.e. soon) will your</w:t>
      </w:r>
    </w:p>
    <w:p>
      <w:pPr>
        <w:spacing w:before="120" w:after="120" w:line="300" w:lineRule="exact"/>
        <w:ind w:left="720" w:right="720"/>
        <w:jc w:val="center"/>
      </w:pPr>
      <w:r>
        <w:rPr>
          <w:rFonts w:ascii="Georgia" w:hAnsi="Georgia" w:cs="Georgia" w:eastAsia="Georgia"/>
          <w:b w:val="0"/>
          <w:i/>
          <w:sz w:val="22"/>
        </w:rPr>
        <w:t>Rabb have mercy on you. (But remember that) If you revert (to your transgression and rebellion), then We too shall re-</w:t>
      </w:r>
    </w:p>
    <w:p>
      <w:pPr>
        <w:spacing w:before="0" w:after="120" w:line="300" w:lineRule="exact"/>
        <w:jc w:val="both"/>
      </w:pPr>
      <w:r>
        <w:rPr>
          <w:rFonts w:ascii="Georgia" w:hAnsi="Georgia" w:cs="Georgia" w:eastAsia="Georgia"/>
          <w:b w:val="0"/>
          <w:i w:val="0"/>
          <w:sz w:val="22"/>
        </w:rPr>
        <w:t>vert (with our punishment on you)." (Bani Israaeel, Aayat 8) Bani Israaeel had miserably failed the test. After Allah Ta'ala made them the rulers, they again lapsed into sin, transgression, immorality, debauchery and rebellion. In consequence of their villainy, Allah Ta'ala snatched away their domination over Baitul Maqdis which was handed over to the kuffaar who brutalized and enslaved Bani Israaeel.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After a century of kuffaar oppression and suppression which had almost eliminated the entire Deen in Turkey, Allah Ta'ala has opened up an avenue for those Turkish Muslims who had clung to Islam during the Devil Attaturk's oppressive reign of terror. This window which Allah Ta'ala has opened up for Muslims is in the form of Erdogan. Although the Shariah is not the law of Turkey, considerable freedom for practising the Deen has been granted.</w:t>
      </w:r>
    </w:p>
    <w:p>
      <w:pPr>
        <w:spacing w:before="0" w:after="120" w:line="300" w:lineRule="exact"/>
        <w:jc w:val="both"/>
      </w:pPr>
      <w:r>
        <w:rPr>
          <w:rFonts w:ascii="Georgia" w:hAnsi="Georgia" w:cs="Georgia" w:eastAsia="Georgia"/>
          <w:b w:val="0"/>
          <w:i w:val="0"/>
          <w:sz w:val="22"/>
        </w:rPr>
        <w:t>Now, Allah Azza Wa Jal is watching the Deeni class of Turkish Muslims. He is watching their conduct. Allah Ta'ala has bestowed the bounty of Erdogan to enable the genuine Muslims of that country to extract maximum Deeni capital from the freedom they are currently enjoying. If the Deeni class of Muslims respond with ingratitude and neglect of the Deen, Allah Ta'ala will again close the avenue of freedom and the kuffaar will revert with their kufr and oppression to brutalize the Muslims and to efface Islam.</w:t>
      </w:r>
    </w:p>
    <w:p>
      <w:pPr>
        <w:spacing w:before="0" w:after="120" w:line="300" w:lineRule="exact"/>
        <w:jc w:val="both"/>
      </w:pPr>
      <w:r>
        <w:rPr>
          <w:rFonts w:ascii="Georgia" w:hAnsi="Georgia" w:cs="Georgia" w:eastAsia="Georgia"/>
          <w:b w:val="0"/>
          <w:i w:val="0"/>
          <w:sz w:val="22"/>
        </w:rPr>
        <w:t>It should be understood that the domination of the Devil Attaturk was Allah's punishment for the Turkish Muslims for their gross and flagrant sin, treachery and transgression. Should the Deeni class intransigently choose material and worldly comforts in haraam forms thereby forgetting the primary obligation of engaging in the moral and spiritual reformation and elevation of the irreligious Turks, then the Punishment of kuffaar dominance will return.</w:t>
      </w:r>
    </w:p>
    <w:p>
      <w:pPr>
        <w:spacing w:before="0" w:after="120" w:line="300" w:lineRule="exact"/>
        <w:jc w:val="both"/>
      </w:pPr>
      <w:r>
        <w:rPr>
          <w:rFonts w:ascii="Georgia" w:hAnsi="Georgia" w:cs="Georgia" w:eastAsia="Georgia"/>
          <w:b w:val="0"/>
          <w:i w:val="0"/>
          <w:sz w:val="22"/>
        </w:rPr>
        <w:t>It will be the manifestation of Allah's sombre warning stated in the Qur'aanic Aayat: "If you revert (to your treachery and transgression), We too shall revert to Our punishment (for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ARE THE ULAMA HARSH?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Hadhrat Maulana Masihullah Khan (Rahmatullah alayh) said: "People accuse the Ulama (Ulama-e-Haqq) of being harsh and muta-assib (bigoted) although they are unaware of the meaning of bigotry (ta-assub). They should first learn the meaning of ta-assub then criticize. Ta-assub means baseless and unjust defence. The attitude of defending the Deen is called Hamiyat and Ghairat.</w:t>
      </w:r>
    </w:p>
    <w:p>
      <w:pPr>
        <w:spacing w:before="0" w:after="120" w:line="300" w:lineRule="exact"/>
        <w:jc w:val="both"/>
      </w:pPr>
      <w:r>
        <w:rPr>
          <w:rFonts w:ascii="Georgia" w:hAnsi="Georgia" w:cs="Georgia" w:eastAsia="Georgia"/>
          <w:b w:val="0"/>
          <w:i w:val="0"/>
          <w:sz w:val="22"/>
        </w:rPr>
        <w:t>It is never bigotry. Reflect a bit on a man's reaction if it is said to him that his mother is a prostitute in a brothel while this is not the truth. How will this person react? In defence of the honour of his mother he may react with violence. Will his reaction be described as ta-assub or Hamiyat and Ghairat? Just as this person reacts emotionally in defence of the honour of his mother, so too do the Ulama react in defence of the honour of the Shariah when any hukm is mocked or criticized.</w:t>
      </w:r>
    </w:p>
    <w:p>
      <w:pPr>
        <w:spacing w:before="0" w:after="120" w:line="300" w:lineRule="exact"/>
        <w:jc w:val="both"/>
      </w:pPr>
      <w:r>
        <w:rPr>
          <w:rFonts w:ascii="Georgia" w:hAnsi="Georgia" w:cs="Georgia" w:eastAsia="Georgia"/>
          <w:b w:val="0"/>
          <w:i w:val="0"/>
          <w:sz w:val="22"/>
        </w:rPr>
        <w:t>If the Ulama do not react in this manner, it will mean that they are not people of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MURDER OF CIVILIANS</w:t>
      </w:r>
    </w:p>
    <w:p>
      <w:pPr>
        <w:spacing w:before="0" w:after="160" w:line="300" w:lineRule="exact"/>
        <w:jc w:val="center"/>
      </w:pPr>
      <w:r>
        <w:rPr>
          <w:rFonts w:ascii="Georgia" w:hAnsi="Georgia" w:cs="Georgia" w:eastAsia="Georgia"/>
          <w:b w:val="0"/>
          <w:i/>
          <w:sz w:val="16"/>
        </w:rPr>
        <w:t>Page 2 of the original</w:t>
      </w:r>
    </w:p>
    <w:p>
      <w:pPr>
        <w:pStyle w:val="Heading3"/>
        <w:spacing w:before="200" w:after="120" w:line="300" w:lineRule="exact"/>
        <w:jc w:val="left"/>
      </w:pPr>
      <w:r>
        <w:rPr>
          <w:rFonts w:ascii="Georgia" w:hAnsi="Georgia" w:cs="Georgia" w:eastAsia="Georgia"/>
          <w:b/>
          <w:i w:val="0"/>
          <w:color w:val="2E74B5"/>
          <w:sz w:val="24"/>
        </w:rPr>
        <w:t>MURDER OF CIVILIANS</w:t>
      </w:r>
    </w:p>
    <w:p>
      <w:pPr>
        <w:spacing w:before="0" w:after="120" w:line="300" w:lineRule="exact"/>
        <w:jc w:val="both"/>
      </w:pPr>
      <w:r>
        <w:rPr>
          <w:rFonts w:ascii="Georgia" w:hAnsi="Georgia" w:cs="Georgia" w:eastAsia="Georgia"/>
          <w:b w:val="0"/>
          <w:i w:val="0"/>
          <w:sz w:val="22"/>
        </w:rPr>
        <w:t>"The bombing has escalated this week and this makes it likely they will win since they (Assad's barbarians, Russian and Iranian forces) are absolving themselves from the rules of war by indiscriminate bombing of civilian areas and use of internationally banned weapons." Fadel Abdul Ghany, chairman of SNHR, told Reuters.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WORSE THAN SWINES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Muslims studying at universities in China are worse than swines. Before taking umbrage at this most appropriate designation for such scum, reflect on the following statement of Rasulullah (Sallallahu alayhi wasallam): "He who imparts knowledge (of the Deen) to an unfit person is like one who garlands khanaazeer (swines) with diamonds, pearls and gold." Students who do not naturally and Islamically qualify for higher Islamic Knowledge have been likened to 'swines' in the Hadith.</w:t>
      </w:r>
    </w:p>
    <w:p>
      <w:pPr>
        <w:spacing w:before="0" w:after="120" w:line="300" w:lineRule="exact"/>
        <w:jc w:val="both"/>
      </w:pPr>
      <w:r>
        <w:rPr>
          <w:rFonts w:ascii="Georgia" w:hAnsi="Georgia" w:cs="Georgia" w:eastAsia="Georgia"/>
          <w:b w:val="0"/>
          <w:i w:val="0"/>
          <w:sz w:val="22"/>
        </w:rPr>
        <w:t>Thus, innumerable students who are pursuing even the Knowledge of Qur'aan and Hadith at even the Deeni Madaaris come within the purview of this Hadith in which they are depicted as khanaazeer. On the basis of this Hadith and on other Shar'i factors, those Muslims who are pursuing secular knowledge at Chinese universities are worse than khanaazeer.</w:t>
      </w:r>
    </w:p>
    <w:p>
      <w:pPr>
        <w:spacing w:before="0" w:after="120" w:line="300" w:lineRule="exact"/>
        <w:jc w:val="both"/>
      </w:pPr>
      <w:r>
        <w:rPr>
          <w:rFonts w:ascii="Georgia" w:hAnsi="Georgia" w:cs="Georgia" w:eastAsia="Georgia"/>
          <w:b w:val="0"/>
          <w:i w:val="0"/>
          <w:sz w:val="22"/>
        </w:rPr>
        <w:t>They cannot honestly and justifiably plead ignorance of the atrocities which the communist authorities of China are committing against the Uighur Muslims as well as other Muslim minorities. Some of these evils and atrocities are mentioned in these pages. How is it possible for Muslims to pursue secular education at the universities of the swine-eaters?</w:t>
      </w:r>
    </w:p>
    <w:p>
      <w:pPr>
        <w:spacing w:before="0" w:after="120" w:line="300" w:lineRule="exact"/>
        <w:jc w:val="both"/>
      </w:pPr>
      <w:r>
        <w:rPr>
          <w:rFonts w:ascii="Georgia" w:hAnsi="Georgia" w:cs="Georgia" w:eastAsia="Georgia"/>
          <w:b w:val="0"/>
          <w:i w:val="0"/>
          <w:sz w:val="22"/>
        </w:rPr>
        <w:t>Only those who are worse than swines are capable of displaying total insensivity and lack of Islamic brotherhood as demanded by Imaan. The Muslim students themselves lack the freedom to practice publicly even the lukewarm, diluted type of Islam which is the trademark of secular students who pursue education at these educational brothels. They are not free to perform Salaat in Jamaat openly.</w:t>
      </w:r>
    </w:p>
    <w:p>
      <w:pPr>
        <w:spacing w:before="0" w:after="120" w:line="300" w:lineRule="exact"/>
        <w:jc w:val="both"/>
      </w:pPr>
      <w:r>
        <w:rPr>
          <w:rFonts w:ascii="Georgia" w:hAnsi="Georgia" w:cs="Georgia" w:eastAsia="Georgia"/>
          <w:b w:val="0"/>
          <w:i w:val="0"/>
          <w:sz w:val="22"/>
        </w:rPr>
        <w:t>Their adherence to Islam is extremely slack and low key. Despite such indignities and swinery of the Chinese authorities, these students spinelessly accept the humiliation and ignore the suppression of their Uighur Muslim brethren. If they do have valid Imaan, they will not seek admission in Chinese universities. In fact, according to the Shariah it is haraam to pursue university education at any university any where in the world.</w:t>
      </w:r>
    </w:p>
    <w:p>
      <w:pPr>
        <w:spacing w:before="0" w:after="120" w:line="300" w:lineRule="exact"/>
        <w:jc w:val="both"/>
      </w:pPr>
      <w:r>
        <w:rPr>
          <w:rFonts w:ascii="Georgia" w:hAnsi="Georgia" w:cs="Georgia" w:eastAsia="Georgia"/>
          <w:b w:val="0"/>
          <w:i w:val="0"/>
          <w:sz w:val="22"/>
        </w:rPr>
        <w:t>A number of articles has been published on this topic. Imaan demands that Muslim students abandon the universities of the Swines and return to their respective countries.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 BANNING SALAAT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In the UP Province of India the police have banned performing Salaat in public places. The cowworshipers and drinkers of cowurine banning Salaat in public places is not at all surprising. The supposedly secular constitution of the Hindu idolaters is a massive farce and deception to hoodwink morons. Morons believe in the 'guarantees' proffered by the scrap constitutions of the countries of this era.</w:t>
      </w:r>
    </w:p>
    <w:p>
      <w:pPr>
        <w:spacing w:before="0" w:after="120" w:line="300" w:lineRule="exact"/>
        <w:jc w:val="both"/>
      </w:pPr>
      <w:r>
        <w:rPr>
          <w:rFonts w:ascii="Georgia" w:hAnsi="Georgia" w:cs="Georgia" w:eastAsia="Georgia"/>
          <w:b w:val="0"/>
          <w:i w:val="0"/>
          <w:sz w:val="22"/>
        </w:rPr>
        <w:t>It should be accepted that Muslims in India, as well as elsewhere in the world, are not regarded as communities integral with the kuffaar populations. Irrespective of the country being their birthplace and homeland, Muslims are treated as aliens. It does not matter in which country Muslims may be, in this age the Ummah is regarded as scum and flotsam.</w:t>
      </w:r>
    </w:p>
    <w:p>
      <w:pPr>
        <w:spacing w:before="0" w:after="120" w:line="300" w:lineRule="exact"/>
        <w:jc w:val="both"/>
      </w:pPr>
      <w:r>
        <w:rPr>
          <w:rFonts w:ascii="Georgia" w:hAnsi="Georgia" w:cs="Georgia" w:eastAsia="Georgia"/>
          <w:b w:val="0"/>
          <w:i w:val="0"/>
          <w:sz w:val="22"/>
        </w:rPr>
        <w:t>In fact, we are scum. Confirming this reality, Rasulullah (Sallallahu alayhi wasallam) informed the Sahaabah that a time will come when "you will be scum (ghutha) like the flotsam of floodwaters. Our Mashaaikh say: "Kufr is one religion." Regardless of the kufr being white, black, brown or yellow. All kuffaar are aligned with hatred against Muslims and Islam.</w:t>
      </w:r>
    </w:p>
    <w:p>
      <w:pPr>
        <w:spacing w:before="0" w:after="120" w:line="300" w:lineRule="exact"/>
        <w:jc w:val="both"/>
      </w:pPr>
      <w:r>
        <w:rPr>
          <w:rFonts w:ascii="Georgia" w:hAnsi="Georgia" w:cs="Georgia" w:eastAsia="Georgia"/>
          <w:b w:val="0"/>
          <w:i w:val="0"/>
          <w:sz w:val="22"/>
        </w:rPr>
        <w:t>Of concern to Muslims should be their own treachery against Allah Ta'ala. It must be understood and remembered that all calamities have their preludes. The ban on Salaat enacted by the cow-worshippers is the consequence of the 'ban' on Salaat imposed by Muslims on themselves. A survey of the number of musallis attending the Musaajid will establish that a small percentage of the Muslim residents of a neighbourhood attend the Musjid for Salaat.</w:t>
      </w:r>
    </w:p>
    <w:p>
      <w:pPr>
        <w:spacing w:before="0" w:after="120" w:line="300" w:lineRule="exact"/>
        <w:jc w:val="both"/>
      </w:pPr>
      <w:r>
        <w:rPr>
          <w:rFonts w:ascii="Georgia" w:hAnsi="Georgia" w:cs="Georgia" w:eastAsia="Georgia"/>
          <w:b w:val="0"/>
          <w:i w:val="0"/>
          <w:sz w:val="22"/>
        </w:rPr>
        <w:t>Only on Fridays and 'big' nights and merrymaking functions are the Musaajid filled. The primary utility of a Musjid is the performance of the five daily Salaat. But, all over the world, a very small percentage of Muslims fulfill this right of the Musjid. The Musaajid are desolate, and in terms of the Hadith: "Their Musaajid will be ornate structures, but bereft of hidaayat." When the people of the neighborhood debauch the rights of the Musjid, the House of Allah invokes the curse of Allah Azza Wa Jal on them.</w:t>
      </w:r>
    </w:p>
    <w:p>
      <w:pPr>
        <w:spacing w:before="0" w:after="120" w:line="300" w:lineRule="exact"/>
        <w:jc w:val="both"/>
      </w:pPr>
      <w:r>
        <w:rPr>
          <w:rFonts w:ascii="Georgia" w:hAnsi="Georgia" w:cs="Georgia" w:eastAsia="Georgia"/>
          <w:b w:val="0"/>
          <w:i w:val="0"/>
          <w:sz w:val="22"/>
        </w:rPr>
        <w:t>When Muslims have placed a self-imposed 'ban' on performing Salaat in the Place where Salaat should be performed, namely the Musaajid, then it is futile and irrational to clamour about the banning of Namaaz outside the Musaajid by the cow-worshippers. Muslims should fill the Musaajid daily five times to discharge this greatest obligation imposed on us by Islam.</w:t>
      </w:r>
    </w:p>
    <w:p>
      <w:pPr>
        <w:spacing w:before="0" w:after="120" w:line="300" w:lineRule="exact"/>
        <w:jc w:val="both"/>
      </w:pPr>
      <w:r>
        <w:rPr>
          <w:rFonts w:ascii="Georgia" w:hAnsi="Georgia" w:cs="Georgia" w:eastAsia="Georgia"/>
          <w:b w:val="0"/>
          <w:i w:val="0"/>
          <w:sz w:val="22"/>
        </w:rPr>
        <w:t>Salaat is the central Pillar upholding the entire structure of the Deen. When Salaat is rectified and solidified, then Allah Ta'ala will do the rest. The fact that Muslims are today in subjugation of scum who drink cow-urine, who eat cow-manure, who worship cows and a myriad of stupid entities, including monkeys, snakes, and sexual organs, is indicative of Allah's Wrath on us.</w:t>
      </w:r>
    </w:p>
    <w:p>
      <w:pPr>
        <w:spacing w:before="0" w:after="120" w:line="300" w:lineRule="exact"/>
        <w:jc w:val="both"/>
      </w:pPr>
      <w:r>
        <w:rPr>
          <w:rFonts w:ascii="Georgia" w:hAnsi="Georgia" w:cs="Georgia" w:eastAsia="Georgia"/>
          <w:b w:val="0"/>
          <w:i w:val="0"/>
          <w:sz w:val="22"/>
        </w:rPr>
        <w:t>All of this is the decree of Allah Azza Wa Jal. "If you aid (the Deen of) Allah, He will aid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Mapping a Human Rights Horror</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Calculating the Detentions in Xinjiang By Jennifer Zeng Updated: December 30, 2018 The world believes a humanrights catastrophe is taking place in Xinjiang Province in western China, with large numbers of Uyghurs and other Muslims being herded into prisons and reeducation camps. (This is the truth which the kuffaar world believes while the so-called Muslim countries ministering to their evil designs treacherously defend Chinese atrocities with their satanic silence and even overt acknowledgement of the egre- giously false narrative presented by the Swines in justification of their brutality perpetrated against the Uighur Muslims. – Al -Haq) But how does one document the scale of the detentions happening there?</w:t>
      </w:r>
    </w:p>
    <w:p>
      <w:pPr>
        <w:spacing w:before="0" w:after="120" w:line="300" w:lineRule="exact"/>
        <w:jc w:val="both"/>
      </w:pPr>
      <w:r>
        <w:rPr>
          <w:rFonts w:ascii="Georgia" w:hAnsi="Georgia" w:cs="Georgia" w:eastAsia="Georgia"/>
          <w:b w:val="0"/>
          <w:i w:val="0"/>
          <w:sz w:val="22"/>
        </w:rPr>
        <w:t>Through arduous searching and researching of Google Earth satellite images, a Chinese dissident was able to locate 19 possible prisons and 15 possible reeducation camps in Kashgar Prefecture (officially known as Kashi Prefecture), in Xinjiang, with a total possible capacity of a half-million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SUPPORT COW-WORSHIP</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KUFFAAR SUPPORT</w:t>
      </w:r>
    </w:p>
    <w:p>
      <w:pPr>
        <w:spacing w:before="0" w:after="120" w:line="300" w:lineRule="exact"/>
        <w:jc w:val="both"/>
      </w:pPr>
      <w:r>
        <w:rPr>
          <w:rFonts w:ascii="Georgia" w:hAnsi="Georgia" w:cs="Georgia" w:eastAsia="Georgia"/>
          <w:b w:val="0"/>
          <w:i w:val="0"/>
          <w:sz w:val="22"/>
        </w:rPr>
        <w:t>A group of US bipartisan lawmakers last month introduced the Uyghur Human Rights Policy Act ("Uyghur" is an alternative spelling). The act urges the White House to consider imposing sanctions on Chinese officials responsible for the Uighur crackdown, as well as banning exports of US technology that could be used to oppress Uighurs. China is an important trade ally to a lot of Muslim nations.</w:t>
      </w:r>
    </w:p>
    <w:p>
      <w:pPr>
        <w:spacing w:before="0" w:after="120" w:line="300" w:lineRule="exact"/>
        <w:jc w:val="both"/>
      </w:pPr>
      <w:r>
        <w:rPr>
          <w:rFonts w:ascii="Georgia" w:hAnsi="Georgia" w:cs="Georgia" w:eastAsia="Georgia"/>
          <w:b w:val="0"/>
          <w:i w:val="0"/>
          <w:sz w:val="22"/>
        </w:rPr>
        <w:t>(Money takes precedence over Imaan and Brotherhood, and this is the effect of the kufr of the rulers in all the Muslim lands. – Al-Haq) Whether Muslim countries follow suit remains to be seen.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COW-WORSHIP</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Hindu retired Judge Markandey of the Supreme Court in India says about cowworship: "The cow is like any other animalhorse and dogand there is nothing special about it to be worshipped, worshipping a cow is stupidity." However, China is the largest trading partner of 20 of the 57 member states of the Organization of Islamic Cooperation, according to Bloomberg.</w:t>
      </w:r>
    </w:p>
    <w:p>
      <w:pPr>
        <w:spacing w:before="0" w:after="120" w:line="300" w:lineRule="exact"/>
        <w:jc w:val="both"/>
      </w:pPr>
      <w:r>
        <w:rPr>
          <w:rFonts w:ascii="Georgia" w:hAnsi="Georgia" w:cs="Georgia" w:eastAsia="Georgia"/>
          <w:b w:val="0"/>
          <w:i w:val="0"/>
          <w:sz w:val="22"/>
        </w:rPr>
        <w:t>Pakistan, whose religious minister criticized China's Uighur crackdown this year, is also one of the largest recipients of Chinese aid and infrastructure contracts.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EXPANDING BRUTALITY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crackdown in Xinjiang is expanding to the Hui, China's nonTurkic Muslims. The autonomous region of Ningxia Hui recently signed a cooperation agreement on anti-terrorism with Xinjiang in a bid to learn from the crackdown on the Turkic Muslims or in the words of the Global Times, a Communist Party organ, "to learn from Xinjiang's experiences in promoting social stability." Mounting Western criticism of the crackdown, that is toughest on Muslims, but also targets other religious groups, including evangelists, puts Muslim nations on the spot.</w:t>
      </w:r>
    </w:p>
    <w:p>
      <w:pPr>
        <w:spacing w:before="0" w:after="120" w:line="300" w:lineRule="exact"/>
        <w:jc w:val="both"/>
      </w:pPr>
      <w:r>
        <w:rPr>
          <w:rFonts w:ascii="Georgia" w:hAnsi="Georgia" w:cs="Georgia" w:eastAsia="Georgia"/>
          <w:b w:val="0"/>
          <w:i w:val="0"/>
          <w:sz w:val="22"/>
        </w:rPr>
        <w:t>The criticism is likely to lead to Western companies boycotting products made in Xinjiang by inmates of the re-education camps, which China describes as institutions for vocational training, or people who were recently released but forced to work in factories associated with the crackdown. An Associated Press investigation published this week tracked the shipment of sportswear from a factory linked to the camps to Badger Sportswear in the United States that supplies university bookshops and sports teams around the country.</w:t>
      </w:r>
    </w:p>
    <w:p>
      <w:pPr>
        <w:spacing w:before="0" w:after="120" w:line="300" w:lineRule="exact"/>
        <w:jc w:val="both"/>
      </w:pPr>
      <w:r>
        <w:rPr>
          <w:rFonts w:ascii="Georgia" w:hAnsi="Georgia" w:cs="Georgia" w:eastAsia="Georgia"/>
          <w:b w:val="0"/>
          <w:i w:val="0"/>
          <w:sz w:val="22"/>
        </w:rPr>
        <w:t>"We will voluntarily halt sourcing and will move production elsewhere while we investigate the matters raised," said Badger CEO John Anton. New Jersey Republican Congressman Chris Smith, a member of the House Foreign Relations Committee, called on the Trump Administration to ban imports from Chinese companies associated with detention camps.</w:t>
      </w:r>
    </w:p>
    <w:p>
      <w:pPr>
        <w:spacing w:before="0" w:after="120" w:line="300" w:lineRule="exact"/>
        <w:jc w:val="both"/>
      </w:pPr>
      <w:r>
        <w:rPr>
          <w:rFonts w:ascii="Georgia" w:hAnsi="Georgia" w:cs="Georgia" w:eastAsia="Georgia"/>
          <w:b w:val="0"/>
          <w:i w:val="0"/>
          <w:sz w:val="22"/>
        </w:rPr>
        <w:t>In an illustration of the risk, Kunaysh Sultanov, a member of the Kazakh parliament and former deputy prime minister and ambassador to China, took issue with the government's walking a tight rope, attempting to balance its relations with its need to stand up for the rights of Kazaks. "There should be talks taking place with the Chinese delegates.</w:t>
      </w:r>
    </w:p>
    <w:p>
      <w:pPr>
        <w:spacing w:before="0" w:after="120" w:line="300" w:lineRule="exact"/>
        <w:jc w:val="both"/>
      </w:pPr>
      <w:r>
        <w:rPr>
          <w:rFonts w:ascii="Georgia" w:hAnsi="Georgia" w:cs="Georgia" w:eastAsia="Georgia"/>
          <w:b w:val="0"/>
          <w:i w:val="0"/>
          <w:sz w:val="22"/>
        </w:rPr>
        <w:t>Every delegation that goes there should be bringing this topic up… The key issue is that of the human rights of ethnic Kazakhs in any country of the world being respected," Mr. Sultanov said after a Chinese camp worker of Kazakh descent who had escaped to the Central Asian republic testified in court about what she had witnessed.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TREACHEROUS CONDUCT OF THE MURTAD RULERS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Crackdown in Xinjiang: China and the Islamic World's Achilles Heel by James M. Dorsey A disagreement between major Indonesian religious leaders and the government on how to respond to China's crackdown on Turkic Muslims raises questions about the Islamic World's ability to sustain its silence about what amounts to one of the most concerted assaults on the faith in recent history.</w:t>
      </w:r>
    </w:p>
    <w:p>
      <w:pPr>
        <w:spacing w:before="0" w:after="120" w:line="300" w:lineRule="exact"/>
        <w:jc w:val="both"/>
      </w:pPr>
      <w:r>
        <w:rPr>
          <w:rFonts w:ascii="Georgia" w:hAnsi="Georgia" w:cs="Georgia" w:eastAsia="Georgia"/>
          <w:b w:val="0"/>
          <w:i w:val="0"/>
          <w:sz w:val="22"/>
        </w:rPr>
        <w:t>Rejecting a call on the government by the Indonesian Ulema Council, the country's top clerical body, to condemn the crackdown that has seen up to one million Turkic Muslims detained in re-education camps in China's north-western province of Xinjiang, Indonesian vice-president Jusuf Kalla insisted that the gov- ernment would not interfere in the internal affairs of others.</w:t>
      </w:r>
    </w:p>
    <w:p>
      <w:pPr>
        <w:spacing w:before="0" w:after="120" w:line="300" w:lineRule="exact"/>
        <w:jc w:val="both"/>
      </w:pPr>
      <w:r>
        <w:rPr>
          <w:rFonts w:ascii="Georgia" w:hAnsi="Georgia" w:cs="Georgia" w:eastAsia="Georgia"/>
          <w:b w:val="0"/>
          <w:i w:val="0"/>
          <w:sz w:val="22"/>
        </w:rPr>
        <w:t>The disagreement could take on greater significance after elections in April next year which incumbent president Joko Widodo is expected to win. Mr. Widodo's vice-presidential running mate, Ma'ruf Amin, is the ulema's council's chairman. Since joining the presidential ticket, Mr. Amin has retained his council position as non-active chairman.</w:t>
      </w:r>
    </w:p>
    <w:p>
      <w:pPr>
        <w:spacing w:before="0" w:after="120" w:line="300" w:lineRule="exact"/>
        <w:jc w:val="both"/>
      </w:pPr>
      <w:r>
        <w:rPr>
          <w:rFonts w:ascii="Georgia" w:hAnsi="Georgia" w:cs="Georgia" w:eastAsia="Georgia"/>
          <w:b w:val="0"/>
          <w:i w:val="0"/>
          <w:sz w:val="22"/>
        </w:rPr>
        <w:t>Nonetheless, eager to attract Chinese infrastructure investment, Mr. Kalla's position is in line with a majority of Muslim countries, who have opted to remain silent in a bid not to jeopardize relations with the People's Republic. In a similar vein, Mushahid Hussain, chairman of Pakistan's Senate Foreign Affairs Committee, said the cardinal principle of Pakistan-China relations was to refrain from commenting on anything to do with other country's domestic issues even though some 200 small Pakistani businessmen have been campaigning for the release of their Uyghur spouses from Chinese camps and either the lifting of travel bans on their children or being allowed to visit them.</w:t>
      </w:r>
    </w:p>
    <w:p>
      <w:pPr>
        <w:spacing w:before="0" w:after="120" w:line="300" w:lineRule="exact"/>
        <w:jc w:val="both"/>
      </w:pPr>
      <w:r>
        <w:rPr>
          <w:rFonts w:ascii="Georgia" w:hAnsi="Georgia" w:cs="Georgia" w:eastAsia="Georgia"/>
          <w:b w:val="0"/>
          <w:i w:val="0"/>
          <w:sz w:val="22"/>
        </w:rPr>
        <w:t>"Given the relationship of Pakistan with China, and in the Muslim world in particular, the Chinese narrative is apparently being accepted across the board as the one that is correct," Mr. Hussain told Associated Press. By the same token, Turkey with its ethnic and cultural links to China's Turkic Muslims and past support for Uyghur aspirations has adopted a similar attitude as Chinese investment and financial aid expands.</w:t>
      </w:r>
    </w:p>
    <w:p>
      <w:pPr>
        <w:spacing w:before="0" w:after="120" w:line="300" w:lineRule="exact"/>
        <w:jc w:val="both"/>
      </w:pPr>
      <w:r>
        <w:rPr>
          <w:rFonts w:ascii="Georgia" w:hAnsi="Georgia" w:cs="Georgia" w:eastAsia="Georgia"/>
          <w:b w:val="0"/>
          <w:i w:val="0"/>
          <w:sz w:val="22"/>
        </w:rPr>
        <w:t>With the exception of a few protests in Bangladesh and India and critical statements by Malaysian leaders, Muslims across the globe have largely refrained from pressuring their governments to speak out about developments in Xinjiang. If anything, China retains its status of Asia's top tourism destination for Muslim travellers. Nabeel Shariff, founder of UK -based halal holiday company Serendipity Tailormade, struggled with the ethical aspects of promoting Muslim tourism to China, but concluded that "In a way, it makes sure the Uygur community are not forgotten." Mr.</w:t>
      </w:r>
    </w:p>
    <w:p>
      <w:pPr>
        <w:spacing w:before="0" w:after="120" w:line="300" w:lineRule="exact"/>
        <w:jc w:val="both"/>
      </w:pPr>
      <w:r>
        <w:rPr>
          <w:rFonts w:ascii="Georgia" w:hAnsi="Georgia" w:cs="Georgia" w:eastAsia="Georgia"/>
          <w:b w:val="0"/>
          <w:i w:val="0"/>
          <w:sz w:val="22"/>
        </w:rPr>
        <w:t>Shariff's justification notwithstanding, there is little public evidence of the plight of China's Turkic Muslims being in the Muslim public eye. Muslim and Chinese leaders appear to be betting that the silence is sustainable.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PUNISHMENT)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Rasulullah (Sallallahu alayhi wasallam) said: "Verily, Allah Ta'ala will not punish the Aammah (i.e. the community as a whole) because of the sins of a few (among them). However, if they (the community) observe in their midst evil being committed but refrain from preventing it whilst they have the power to do so, then Allah punishes the aammaah and the khaassah (i.e. the whole community – those who were not actively committing the sins and those who were indulging in the sins.)" Rasulullah (Sallallahu alayhi wasallam) said: "When Banu Israaeel indulged in sins, their Ulama forbade them, but they did not desist (from the sins). Then (the Ulama became desensitized) and mingled with them in their functions. They ate and drank with them. Then Allah Ta'ala united their hearts (the hearts of the masses and the ulama). Then Allah Ta'ala cursed them via the tongues of Daawood and Isaa Ibn Maryam on account of their sinning and transgression." Hadhrat Abdullah Ibn Mas'ood (Radhiyallahu anhu) said that whilst mentioning these words, Rasulullah (Sallallahu alayhi</w:t>
      </w:r>
    </w:p>
    <w:p>
      <w:pPr>
        <w:spacing w:before="0" w:after="120" w:line="300" w:lineRule="exact"/>
        <w:jc w:val="both"/>
      </w:pPr>
      <w:r>
        <w:rPr>
          <w:rFonts w:ascii="Georgia" w:hAnsi="Georgia" w:cs="Georgia" w:eastAsia="Georgia"/>
          <w:b w:val="0"/>
          <w:i w:val="0"/>
          <w:sz w:val="22"/>
        </w:rPr>
        <w:t>wasallam) was leaning. Then at this juncture, he sat up straight and said: "I take oath by That Being in Whose power is my life! You will not be saved from Allah's Punishment as long as you refrain from forbidding the evil doers from their evil." According to these Ahaadith as well as other narrations and Qur'aanic Aayaat, it is the bounden obligation of all Muslims, not only of the Ulama, to be active in Amr Bil Ma'roof Nahyi Anil Munkar (Commanding virtue and forbidding vice).</w:t>
      </w:r>
    </w:p>
    <w:p>
      <w:pPr>
        <w:spacing w:before="0" w:after="120" w:line="300" w:lineRule="exact"/>
        <w:jc w:val="both"/>
      </w:pPr>
      <w:r>
        <w:rPr>
          <w:rFonts w:ascii="Georgia" w:hAnsi="Georgia" w:cs="Georgia" w:eastAsia="Georgia"/>
          <w:b w:val="0"/>
          <w:i w:val="0"/>
          <w:sz w:val="22"/>
        </w:rPr>
        <w:t>When those who have the ability, power and jurisdiction to prevent evil, bid'ah, fisq and fujoor, abandon this obligation and mingle with the fussaaq and fujaar, enjoying themselves in their functions of merrymaking and sin, then the decree of Allah's aam (universal) Athaab becomes confirmed for the entire community. Then disaster strikes and calamities devastate them.</w:t>
      </w:r>
    </w:p>
    <w:p>
      <w:pPr>
        <w:spacing w:before="0" w:after="120" w:line="300" w:lineRule="exact"/>
        <w:jc w:val="both"/>
      </w:pPr>
      <w:r>
        <w:rPr>
          <w:rFonts w:ascii="Georgia" w:hAnsi="Georgia" w:cs="Georgia" w:eastAsia="Georgia"/>
          <w:b w:val="0"/>
          <w:i w:val="0"/>
          <w:sz w:val="22"/>
        </w:rPr>
        <w:t>The miseries of the suffering Muslim communities of our era are the consequences of their gross disobedience, sin, transgression and treachery against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PROTEST</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In countries where world leaders haven't stood up to China, there are prominent protests. Prominent politicians and religious figures in Indonesia — the country with the highest proportion of Muslims in the world — are urging the government to speak up. It has so far refused to do so, saying it that it didn't "want to intervene in the domestic affairs of another country." Muslim groups in India, Bangladesh, and Kazakhstan also staged multiple protests over the Uighur detentions this year.</w:t>
      </w:r>
    </w:p>
    <w:p>
      <w:pPr>
        <w:spacing w:before="0" w:after="120" w:line="300" w:lineRule="exact"/>
        <w:jc w:val="both"/>
      </w:pPr>
      <w:r>
        <w:rPr>
          <w:rFonts w:ascii="Georgia" w:hAnsi="Georgia" w:cs="Georgia" w:eastAsia="Georgia"/>
          <w:b w:val="0"/>
          <w:i w:val="0"/>
          <w:sz w:val="22"/>
        </w:rPr>
        <w:t>People have been particularly vocal in Kazakhstan, as many ethnic Kazakhs are said to be imprisoned in the Chinese camps. The government in June said "an urgent request was expressed" over the welfare of Kazakhs detained in China, but there have not been any significant updates.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IMMERSION IN SINS</w:t>
      </w:r>
    </w:p>
    <w:p>
      <w:pPr>
        <w:spacing w:before="0" w:after="160" w:line="300" w:lineRule="exact"/>
        <w:jc w:val="center"/>
      </w:pPr>
      <w:r>
        <w:rPr>
          <w:rFonts w:ascii="Georgia" w:hAnsi="Georgia" w:cs="Georgia" w:eastAsia="Georgia"/>
          <w:b w:val="0"/>
          <w:i/>
          <w:sz w:val="16"/>
        </w:rPr>
        <w:t>Page 4 of the original</w:t>
      </w:r>
    </w:p>
    <w:p>
      <w:pPr>
        <w:pStyle w:val="Heading3"/>
        <w:spacing w:before="200" w:after="120" w:line="300" w:lineRule="exact"/>
        <w:jc w:val="left"/>
      </w:pPr>
      <w:r>
        <w:rPr>
          <w:rFonts w:ascii="Georgia" w:hAnsi="Georgia" w:cs="Georgia" w:eastAsia="Georgia"/>
          <w:b/>
          <w:i w:val="0"/>
          <w:color w:val="2E74B5"/>
          <w:sz w:val="24"/>
        </w:rPr>
        <w:t>THE PRELUDE FOR DESTRUCTION</w:t>
      </w:r>
    </w:p>
    <w:p>
      <w:pPr>
        <w:spacing w:before="0" w:after="120" w:line="300" w:lineRule="exact"/>
        <w:jc w:val="both"/>
      </w:pPr>
      <w:r>
        <w:rPr>
          <w:rFonts w:ascii="Georgia" w:hAnsi="Georgia" w:cs="Georgia" w:eastAsia="Georgia"/>
          <w:b w:val="0"/>
          <w:i w:val="0"/>
          <w:sz w:val="22"/>
        </w:rPr>
        <w:t>Rasulullah (Sallallahu alayhi wasallam) said: "People will not be destroyed (by Allah Ta'ala) as long as they are not immersed in sin." As long as the Ummah or any community of Muslims does not exceed the bounds of no return, Allah Ta'ala will not eliminate them with an aam (universal) Punishment. But when the community is drowned in the filth of their sins and has no intention of repenting and reforming, then the disasters will strike.</w:t>
      </w:r>
    </w:p>
    <w:p>
      <w:pPr>
        <w:spacing w:before="0" w:after="120" w:line="300" w:lineRule="exact"/>
        <w:jc w:val="both"/>
      </w:pPr>
      <w:r>
        <w:rPr>
          <w:rFonts w:ascii="Georgia" w:hAnsi="Georgia" w:cs="Georgia" w:eastAsia="Georgia"/>
          <w:b w:val="0"/>
          <w:i w:val="0"/>
          <w:sz w:val="22"/>
        </w:rPr>
        <w:t>In the beginning, Allah Ta'ala afflicts them with small punishments to jolt them into the reality of the impending punishment which will devastate and obliterate them. Thus the Qur'aan Majeed states: "Certainly, We shall give them to taste of the lesser punishment, not the greater punishment for perhaps they may return (to the Path of repentence and reformation).</w:t>
      </w:r>
    </w:p>
    <w:p>
      <w:pPr>
        <w:spacing w:before="0" w:after="120" w:line="300" w:lineRule="exact"/>
        <w:jc w:val="both"/>
      </w:pPr>
      <w:r>
        <w:rPr>
          <w:rFonts w:ascii="Georgia" w:hAnsi="Georgia" w:cs="Georgia" w:eastAsia="Georgia"/>
          <w:b w:val="0"/>
          <w:i w:val="0"/>
          <w:sz w:val="22"/>
        </w:rPr>
        <w:t>Who is more unjust than the one who is reminded of the Signs of his Rabb, but then he ignores it? Verily, We shall extract vengeance from the criminals." When a community is apprehended by a universal disaster, it is confirmation of Allah's Wrath and Curse on them. Allah Ta'ala never destroys a community as long as the people are repentant and strive to reform themselves.</w:t>
      </w:r>
    </w:p>
    <w:p>
      <w:pPr>
        <w:spacing w:before="0" w:after="120" w:line="300" w:lineRule="exact"/>
        <w:jc w:val="both"/>
      </w:pPr>
      <w:r>
        <w:rPr>
          <w:rFonts w:ascii="Georgia" w:hAnsi="Georgia" w:cs="Georgia" w:eastAsia="Georgia"/>
          <w:b w:val="0"/>
          <w:i w:val="0"/>
          <w:sz w:val="22"/>
        </w:rPr>
        <w:t>The disasters which have overtaken the Palestinians, Kashmiris, Rohingyas, Syrians, Uighurs and others are all punishments of Allah Ta'ala. His Wrath and Curse have settled on them. The Qur'aan says: "Never will you find a change for the Way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"SUPPORTERS" OF PALESTINE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While the opportunists pursuing their own nafsaani agenda and despicable monetary objectives, are extremely vocal with their hypocritical slogans in support of Palestine, they are ominously and satanically silent on the brutality and genocide perpetrated by the porkdevourers of China who have unleashed a reign of terror, repression and oppression on the Uighur Muslims and other minority Muslim communities in China.</w:t>
      </w:r>
    </w:p>
    <w:p>
      <w:pPr>
        <w:spacing w:before="0" w:after="120" w:line="300" w:lineRule="exact"/>
        <w:jc w:val="both"/>
      </w:pPr>
      <w:r>
        <w:rPr>
          <w:rFonts w:ascii="Georgia" w:hAnsi="Georgia" w:cs="Georgia" w:eastAsia="Georgia"/>
          <w:b w:val="0"/>
          <w:i w:val="0"/>
          <w:sz w:val="22"/>
        </w:rPr>
        <w:t>These hypocritical opportunists kick up considerable dust and blow much stinking hot air in their calls for boycotting Israel whose oppression of the Palestinians is of a far lesser degree than the brutality of China. Why are they not embarking on a boycott China campaign? They are fully conscious of the side their bread is buttered.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CONFIRMATION FOR ALLAH'S DECREE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There is nothing to lose in boycotting Israel, but much boodle to lose if China is boy- cotted. The Israel boycotters are all hypocritical opportunists, filling their personal coffers in the name of Palestine. Muslims should not contribute funds for any 'pro-palestine' stunt which the vociferous, but hypocritical so-called 'friends' of Palestine initiate.</w:t>
      </w:r>
    </w:p>
    <w:p>
      <w:pPr>
        <w:spacing w:before="0" w:after="120" w:line="300" w:lineRule="exact"/>
        <w:jc w:val="both"/>
      </w:pPr>
      <w:r>
        <w:rPr>
          <w:rFonts w:ascii="Georgia" w:hAnsi="Georgia" w:cs="Georgia" w:eastAsia="Georgia"/>
          <w:b w:val="0"/>
          <w:i w:val="0"/>
          <w:sz w:val="22"/>
        </w:rPr>
        <w:t>Honesty and genuine concern for suffering Muslims do not permit them to cast a blind eye on the oppression and cruelties of the Chinese communist regime. What difference do they discern between the suffering of the Palestinian Muslims and the Chinese Muslims? What constrains these Israelboycotters and munaafiq sup- porters of Palestine to slink into a fortress of impregnable silence regarding Chinese atrocities against Muslims, and to shout from the rooftops in support of Palestine?</w:t>
      </w:r>
    </w:p>
    <w:p>
      <w:pPr>
        <w:spacing w:before="0" w:after="120" w:line="300" w:lineRule="exact"/>
        <w:jc w:val="both"/>
      </w:pPr>
      <w:r>
        <w:rPr>
          <w:rFonts w:ascii="Georgia" w:hAnsi="Georgia" w:cs="Georgia" w:eastAsia="Georgia"/>
          <w:b w:val="0"/>
          <w:i w:val="0"/>
          <w:sz w:val="22"/>
        </w:rPr>
        <w:t>Why boycott Israel and leave the swine-eaters free? Not only free, but freely trading with them? The haraam double standards adopted by these opportunists is dictated by money, by mercenary objectives. This naseehat to boycott China is not directed to individual Muslim traders. Haphazard action by a handful of traders serves no purpose. A concerted and sustained boy- cott by the greater part of the Muslims community should be initiated.</w:t>
      </w:r>
    </w:p>
    <w:p>
      <w:pPr>
        <w:spacing w:before="0" w:after="120" w:line="300" w:lineRule="exact"/>
        <w:jc w:val="both"/>
      </w:pPr>
      <w:r>
        <w:rPr>
          <w:rFonts w:ascii="Georgia" w:hAnsi="Georgia" w:cs="Georgia" w:eastAsia="Georgia"/>
          <w:b w:val="0"/>
          <w:i w:val="0"/>
          <w:sz w:val="22"/>
        </w:rPr>
        <w:t>A group of Muslims should initiate and co-ordinate a systematic campaign to educate the Muslim community and to create a nationwide awareness so as to embark on a sustained boycott of Chinese goods. Only then will the swine -eaters render their ears conducive to hearing. It is utterly disgraceful for Muslims that the clamour against China in favour of the suppressed and oppressed Muslims has been taken up by the non-Muslim nations of the West.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massive kufr, fisq and fujoor upheavals taking place in Arabia under the sway of the…</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massive kufr, fisq and fujoor upheavals taking place in Arabia under the sway of the accursed Najdi regime, are sure signs of Allah's impeding Athaab. The following press report comes within the scope of the fire warning sounded in the Qur'aan. JEDDAH − Chaperoned by men, thousands of women thronged a Saudi stadium Wednesday for the Italian Supercup final between Juventus and AC Milan, brushing off a controversy over entry restrictions.</w:t>
      </w:r>
    </w:p>
    <w:p>
      <w:pPr>
        <w:spacing w:before="0" w:after="120" w:line="300" w:lineRule="exact"/>
        <w:jc w:val="both"/>
      </w:pPr>
      <w:r>
        <w:rPr>
          <w:rFonts w:ascii="Georgia" w:hAnsi="Georgia" w:cs="Georgia" w:eastAsia="Georgia"/>
          <w:b w:val="0"/>
          <w:i w:val="0"/>
          <w:sz w:val="22"/>
        </w:rPr>
        <w:t>With painted faces and banners, female football fans entered the King Abdullah Sports City stadium in western Jeddah city through designated turnstiles for "families", with solo women barred from pur- chasing tickets. Warning the rubbishes, the Qur'aan Majeed states: "When We intend destroying a</w:t>
      </w:r>
    </w:p>
    <w:p>
      <w:pPr>
        <w:spacing w:before="120" w:after="120" w:line="300" w:lineRule="exact"/>
        <w:ind w:left="720" w:right="720"/>
        <w:jc w:val="center"/>
      </w:pPr>
      <w:r>
        <w:rPr>
          <w:rFonts w:ascii="Georgia" w:hAnsi="Georgia" w:cs="Georgia" w:eastAsia="Georgia"/>
          <w:b w:val="0"/>
          <w:i/>
          <w:sz w:val="22"/>
        </w:rPr>
        <w:t>place, then We command its affluent people (i.e. grant them</w:t>
      </w:r>
    </w:p>
    <w:p>
      <w:pPr>
        <w:spacing w:before="120" w:after="120" w:line="300" w:lineRule="exact"/>
        <w:ind w:left="720" w:right="720"/>
        <w:jc w:val="center"/>
      </w:pPr>
      <w:r>
        <w:rPr>
          <w:rFonts w:ascii="Georgia" w:hAnsi="Georgia" w:cs="Georgia" w:eastAsia="Georgia"/>
          <w:b w:val="0"/>
          <w:i/>
          <w:sz w:val="22"/>
        </w:rPr>
        <w:t>respite to drunkenly indulge in their corruption). Then the De-</w:t>
      </w:r>
    </w:p>
    <w:p>
      <w:pPr>
        <w:spacing w:before="120" w:after="120" w:line="300" w:lineRule="exact"/>
        <w:ind w:left="720" w:right="720"/>
        <w:jc w:val="center"/>
      </w:pPr>
      <w:r>
        <w:rPr>
          <w:rFonts w:ascii="Georgia" w:hAnsi="Georgia" w:cs="Georgia" w:eastAsia="Georgia"/>
          <w:b w:val="0"/>
          <w:i/>
          <w:sz w:val="22"/>
        </w:rPr>
        <w:t>cree (of Punishment) becomes confirmed. Then We utterly de-</w:t>
      </w:r>
    </w:p>
    <w:p>
      <w:pPr>
        <w:spacing w:before="0" w:after="120" w:line="300" w:lineRule="exact"/>
        <w:jc w:val="both"/>
      </w:pPr>
      <w:r>
        <w:rPr>
          <w:rFonts w:ascii="Georgia" w:hAnsi="Georgia" w:cs="Georgia" w:eastAsia="Georgia"/>
          <w:b w:val="0"/>
          <w:i w:val="0"/>
          <w:sz w:val="22"/>
        </w:rPr>
        <w:t>stroy that place (along with its evil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SHE RIPPED HER OWN HIJAB BANGSAMORO AUTOMONY</w:t>
      </w:r>
    </w:p>
    <w:p>
      <w:pPr>
        <w:spacing w:before="0" w:after="160" w:line="300" w:lineRule="exact"/>
        <w:jc w:val="center"/>
      </w:pPr>
      <w:r>
        <w:rPr>
          <w:rFonts w:ascii="Georgia" w:hAnsi="Georgia" w:cs="Georgia" w:eastAsia="Georgia"/>
          <w:b w:val="0"/>
          <w:i/>
          <w:sz w:val="16"/>
        </w:rPr>
        <w:t>Page 5, 7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following report appeared in the U.K. tabloid, Muslim News:</w:t>
      </w:r>
    </w:p>
    <w:p>
      <w:pPr>
        <w:pStyle w:val="Heading3"/>
        <w:spacing w:before="200" w:after="120" w:line="300" w:lineRule="exact"/>
        <w:jc w:val="left"/>
      </w:pPr>
      <w:r>
        <w:rPr>
          <w:rFonts w:ascii="Georgia" w:hAnsi="Georgia" w:cs="Georgia" w:eastAsia="Georgia"/>
          <w:b/>
          <w:i w:val="0"/>
          <w:color w:val="2E74B5"/>
          <w:sz w:val="24"/>
        </w:rPr>
        <w:t>MAN ARRESTED FOR RIPPING OFF WOMAN'S HIJAAB</w:t>
      </w:r>
    </w:p>
    <w:p>
      <w:pPr>
        <w:spacing w:before="120" w:after="120" w:line="300" w:lineRule="exact"/>
        <w:ind w:left="720" w:right="720"/>
        <w:jc w:val="center"/>
      </w:pPr>
      <w:r>
        <w:rPr>
          <w:rFonts w:ascii="Georgia" w:hAnsi="Georgia" w:cs="Georgia" w:eastAsia="Georgia"/>
          <w:b w:val="0"/>
          <w:i/>
          <w:sz w:val="22"/>
        </w:rPr>
        <w:t>Nadine Osman A man has been arrested after a woman's hijab was ripped off while she waited for a London Tube train. A friend of the victim tweeted an image of a man she claimed attacked her on a platform at the Turnpike Lane Piccadilly line station in north London. She claimed the man pulled off her scarf While they waited for a train at 10.45 am on April 1. British Transport Police said a 51-year-old man from Wembley, North West London, was arrested on suspicion of racially aggravated common assault on April 2. A spokesperson said: "A 51-yearold man from Wembley was arrested on suspicion of racially aggravated common assault. He has been taken to police custody as enquiries continue." According to her friend, the vic-</w:t>
      </w:r>
    </w:p>
    <w:p>
      <w:pPr>
        <w:spacing w:before="120" w:after="120" w:line="300" w:lineRule="exact"/>
        <w:ind w:left="720" w:right="720"/>
        <w:jc w:val="center"/>
      </w:pPr>
      <w:r>
        <w:rPr>
          <w:rFonts w:ascii="Georgia" w:hAnsi="Georgia" w:cs="Georgia" w:eastAsia="Georgia"/>
          <w:b w:val="0"/>
          <w:i/>
          <w:sz w:val="22"/>
        </w:rPr>
        <w:t>tim pressed the emergency button on the underground station platform three times, but no-one came to help her. She also claimed other travellers on the platform who saw the attack unfold did nothing to intervene. Brian Woodhead, Director of Customer Service for London Underground, said: "This sounds like a dreadful incident. We never tolerate hostile and violent behaviour on our network. "All of our customers have the right to travel Without fear of verbal or</w:t>
      </w:r>
    </w:p>
    <w:p>
      <w:pPr>
        <w:spacing w:before="120" w:after="120" w:line="300" w:lineRule="exact"/>
        <w:ind w:left="720" w:right="720"/>
        <w:jc w:val="center"/>
      </w:pPr>
      <w:r>
        <w:rPr>
          <w:rFonts w:ascii="Georgia" w:hAnsi="Georgia" w:cs="Georgia" w:eastAsia="Georgia"/>
          <w:b w:val="0"/>
          <w:i/>
          <w:sz w:val="22"/>
        </w:rPr>
        <w:t>physical abuse. "We are doing everything we can to support the British Transport Police's investigation."</w:t>
      </w:r>
    </w:p>
    <w:p>
      <w:pPr>
        <w:spacing w:before="0" w:after="120" w:line="300" w:lineRule="exact"/>
        <w:jc w:val="both"/>
      </w:pPr>
      <w:r>
        <w:rPr>
          <w:rFonts w:ascii="Georgia" w:hAnsi="Georgia" w:cs="Georgia" w:eastAsia="Georgia"/>
          <w:b w:val="0"/>
          <w:i w:val="0"/>
          <w:sz w:val="22"/>
        </w:rPr>
        <w:t>(End of report) The conclusion that the kaafir had ripped off the woman's hijaab is erroneous. He had merely demonstrated to the public the evil which the professed Muslim woman had committed, namely, ripping off her own hijaab. Hijaab is generally misunderstood for the face-cloth/veil/ scrap cloth head scarf. According to the Qur'aan and Sunnah, Hijaab is a multifaceted concept and practice.</w:t>
      </w:r>
    </w:p>
    <w:p>
      <w:pPr>
        <w:spacing w:before="0" w:after="120" w:line="300" w:lineRule="exact"/>
        <w:jc w:val="both"/>
      </w:pPr>
      <w:r>
        <w:rPr>
          <w:rFonts w:ascii="Georgia" w:hAnsi="Georgia" w:cs="Georgia" w:eastAsia="Georgia"/>
          <w:b w:val="0"/>
          <w:i w:val="0"/>
          <w:sz w:val="22"/>
        </w:rPr>
        <w:t>The highest degree of Hijaab commanded by the Qur'aan Majeed is stated in the following Aayat and borne out by many Ahaadith: "And, remain (glued) within your homes, and do not make a display of yourselves such as the exhibition of Jaahiliyyah, and establish Salaat, pay Zakaat, and</w:t>
      </w:r>
    </w:p>
    <w:p>
      <w:pPr>
        <w:spacing w:before="120" w:after="120" w:line="300" w:lineRule="exact"/>
        <w:ind w:left="720" w:right="720"/>
        <w:jc w:val="center"/>
      </w:pPr>
      <w:r>
        <w:rPr>
          <w:rFonts w:ascii="Georgia" w:hAnsi="Georgia" w:cs="Georgia" w:eastAsia="Georgia"/>
          <w:b w:val="0"/>
          <w:i/>
          <w:sz w:val="22"/>
        </w:rPr>
        <w:t>obey Allah and His Rasool. Verily, Allaah only intends to eliminate filth from You, O People of the Home, and to thoroughly purify you."</w:t>
      </w:r>
    </w:p>
    <w:p>
      <w:pPr>
        <w:spacing w:before="0" w:after="120" w:line="300" w:lineRule="exact"/>
        <w:jc w:val="both"/>
      </w:pPr>
      <w:r>
        <w:rPr>
          <w:rFonts w:ascii="Georgia" w:hAnsi="Georgia" w:cs="Georgia" w:eastAsia="Georgia"/>
          <w:b w:val="0"/>
          <w:i w:val="0"/>
          <w:sz w:val="22"/>
        </w:rPr>
        <w:t>(Al-Ahzaab, Aayat 33) Allah Ta'ala maintains the moral purity of females when they remain glued within the confines of their homes as the Qur'aan commands. The lady whose so-called 'hijaab' was 'ripped off' by the kaafir man, had ripped off her own Hijaab by emerging from the home sanctuary to prowl in the streets, to mingle with fussaaq and fujjaar, and to hang around on bus stations thereby inviting the public act of hijaab-ripping.</w:t>
      </w:r>
    </w:p>
    <w:p>
      <w:pPr>
        <w:spacing w:before="0" w:after="120" w:line="300" w:lineRule="exact"/>
        <w:jc w:val="both"/>
      </w:pPr>
      <w:r>
        <w:rPr>
          <w:rFonts w:ascii="Georgia" w:hAnsi="Georgia" w:cs="Georgia" w:eastAsia="Georgia"/>
          <w:b w:val="0"/>
          <w:i w:val="0"/>
          <w:sz w:val="22"/>
        </w:rPr>
        <w:t>She had violated every prohibition stated in the aforementioned Qur'aanic Aayat and in the Sunnah. This ripping was a mild punishment of Allah Ta'ala for the major sin of ripping off her own hijaab. Allah Ta'ala says in the Qur'aan Majeed: "Whatever misfortune befalls you is the consequence of what your hands have earned, and He forgives much (of your sins)." All so-called Islamophobia acts of sacrilege are in fact mild forms of Allah's Athaab for the fisq, fujoor and even kufr of Muslim men and women.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BANGSAMORO AUTOMONY</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former Jihadi movement of Philippines, Moro Islamic Liberation, has been given autonomy of Bangsamoro, a region of five-provinces. However, in the wake of this achievement 12,000 Mujaahideen are to be demobilized under the peace deal. Murad Ebrahim, the Moro leader says that henceforth, they will wage a new 'jihad' – the jihad against corruption.</w:t>
      </w:r>
    </w:p>
    <w:p>
      <w:pPr>
        <w:spacing w:before="0" w:after="120" w:line="300" w:lineRule="exact"/>
        <w:jc w:val="both"/>
      </w:pPr>
      <w:r>
        <w:rPr>
          <w:rFonts w:ascii="Georgia" w:hAnsi="Georgia" w:cs="Georgia" w:eastAsia="Georgia"/>
          <w:b w:val="0"/>
          <w:i w:val="0"/>
          <w:sz w:val="22"/>
        </w:rPr>
        <w:t>The opportunity granted to these Mujaahideen who waged jihad for decades comes within the scope of the Qur'aanic Aayat:</w:t>
      </w:r>
    </w:p>
    <w:p>
      <w:pPr>
        <w:spacing w:before="120" w:after="120" w:line="300" w:lineRule="exact"/>
        <w:ind w:left="720" w:right="720"/>
        <w:jc w:val="center"/>
      </w:pPr>
      <w:r>
        <w:rPr>
          <w:rFonts w:ascii="Georgia" w:hAnsi="Georgia" w:cs="Georgia" w:eastAsia="Georgia"/>
          <w:b w:val="0"/>
          <w:i/>
          <w:sz w:val="22"/>
        </w:rPr>
        <w:t>"Verily, the earth belongs to Allah. He grants it to whomever of His servants He wills. And, the ultimate result (of victory) is for the Muttaqeen…………. Soon will your Rabb destroy your enemies, and appoint you the rulers in the earth. Then He will watch how you conduct yourselves." Will they practically implement their Jihad manifesto?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ABOLITION OF MALE GUARDIANSHIP</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Question: Some Muslims are calling for the abolition of male guardianship over women in Saudi Arabia, branding it 'discriminatory and outdated'. What is the Shar'i status of such Muslims? Please comment on the article in this regard (article attached). Answer: The article is stinking kufr, hence is not reproduced. Besides the kufr call for the abolition of male guardianship, Islam itself has been abolished by the rubbish Saudi kufr regime wallowing in fisq, fujoor and kufr.</w:t>
      </w:r>
    </w:p>
    <w:p>
      <w:pPr>
        <w:spacing w:before="0" w:after="120" w:line="300" w:lineRule="exact"/>
        <w:jc w:val="both"/>
      </w:pPr>
      <w:r>
        <w:rPr>
          <w:rFonts w:ascii="Georgia" w:hAnsi="Georgia" w:cs="Georgia" w:eastAsia="Georgia"/>
          <w:b w:val="0"/>
          <w:i w:val="0"/>
          <w:sz w:val="22"/>
        </w:rPr>
        <w:t>There is no need to comment on the kufr article. We are living in South Africa where the law negates guardianship of the man over the woman. This is the kufr position in every country of the world. Besides this one act of kufr, there are thousands of other acts, practices and beliefs of kufr aired by the agents of shaitaan. It is futile, for example, to comment on the belief of Hindu idol worship.</w:t>
      </w:r>
    </w:p>
    <w:p>
      <w:pPr>
        <w:spacing w:before="0" w:after="120" w:line="300" w:lineRule="exact"/>
        <w:jc w:val="both"/>
      </w:pPr>
      <w:r>
        <w:rPr>
          <w:rFonts w:ascii="Georgia" w:hAnsi="Georgia" w:cs="Georgia" w:eastAsia="Georgia"/>
          <w:b w:val="0"/>
          <w:i w:val="0"/>
          <w:sz w:val="22"/>
        </w:rPr>
        <w:t>Everyone knows it. If Mr.Ramaphosa declares the abolition of male guardianship over women, which is integral to the religion of his forefathers, then we have no comment. It will be futile to comment. But, when Mufti Taqi claims that digital pictures are not pictures hence not haraam, then we comment and say that he is a mudhiel. Commenting on futility is laghw about which the Qur'aan says: "They (the Muttaqeen) turn away from futility." However, if a molvi claims that according to Islam idolatry is permissible, then it will be necessary to comment.</w:t>
      </w:r>
    </w:p>
    <w:p>
      <w:pPr>
        <w:spacing w:before="0" w:after="120" w:line="300" w:lineRule="exact"/>
        <w:jc w:val="both"/>
      </w:pPr>
      <w:r>
        <w:rPr>
          <w:rFonts w:ascii="Georgia" w:hAnsi="Georgia" w:cs="Georgia" w:eastAsia="Georgia"/>
          <w:b w:val="0"/>
          <w:i w:val="0"/>
          <w:sz w:val="22"/>
        </w:rPr>
        <w:t>If for example, the Isipingo Darul Uloom issues a fatwa that male guardianship must be abolished, then there will be a need to comment. But, when a confirmed kaafir such as the Iblees who wrote the kufr article makes this statement, then it is not only futile, but stupid to comment.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2 000 girls a day killed in Hindu India amid preference for a son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N. Bhalla TWO thousand girls are killed every day due to a preference for sons in India with most aborted or murdered just after birth, the country's minister for women and child development said. Despite laws that ban parents having tests to determine the gender of unborn children, sex selective abortions remain a common practice in parts of India, and have resulted in a decline in the number of girls compared to boys.</w:t>
      </w:r>
    </w:p>
    <w:p>
      <w:pPr>
        <w:spacing w:before="0" w:after="120" w:line="300" w:lineRule="exact"/>
        <w:jc w:val="both"/>
      </w:pPr>
      <w:r>
        <w:rPr>
          <w:rFonts w:ascii="Georgia" w:hAnsi="Georgia" w:cs="Georgia" w:eastAsia="Georgia"/>
          <w:b w:val="0"/>
          <w:i w:val="0"/>
          <w:sz w:val="22"/>
        </w:rPr>
        <w:t>"You have 2 000 girls who are killed in the womb every day. Some are born and have pillows on their faces choking them," Maneka Gandhi said. India's 2011 census showed while the female-to-male ratio improved marginally since the last census a decade ago, fewer girls were born than boys and the number of girls younger than six plummeted for the fifth straight decade.</w:t>
      </w:r>
    </w:p>
    <w:p>
      <w:pPr>
        <w:spacing w:before="0" w:after="120" w:line="300" w:lineRule="exact"/>
        <w:jc w:val="both"/>
      </w:pPr>
      <w:r>
        <w:rPr>
          <w:rFonts w:ascii="Georgia" w:hAnsi="Georgia" w:cs="Georgia" w:eastAsia="Georgia"/>
          <w:b w:val="0"/>
          <w:i w:val="0"/>
          <w:sz w:val="22"/>
        </w:rPr>
        <w:t>A May 2011 study in British medical journal The Lancet found that up to 12 million Indian girls were aborted over the last three decades, resulting in a skewed child sex ratio of 918 girls to every 1 000 boys in 2011, versus 962 in 1981. India's traditionally maledominated culture views sons as breadwinners who will provide for the family.</w:t>
      </w:r>
    </w:p>
    <w:p>
      <w:pPr>
        <w:spacing w:before="0" w:after="120" w:line="300" w:lineRule="exact"/>
        <w:jc w:val="both"/>
      </w:pPr>
      <w:r>
        <w:rPr>
          <w:rFonts w:ascii="Georgia" w:hAnsi="Georgia" w:cs="Georgia" w:eastAsia="Georgia"/>
          <w:b w:val="0"/>
          <w:i w:val="0"/>
          <w:sz w:val="22"/>
        </w:rPr>
        <w:t>Girls are often seen as a liability, with families having to pay a substantial dowry to ensure a desirable match. – Reuters (End of report) This horrendous barbarism is the direct consequence of idolatry – of worshiping stones, trees, monkeys, snakes and a myriad of other objects, including najaasat. The Hindu mushrikeen are worse than the Arab mushrikeen who also used to kill their female infants.</w:t>
      </w:r>
    </w:p>
    <w:p>
      <w:pPr>
        <w:spacing w:before="0" w:after="120" w:line="300" w:lineRule="exact"/>
        <w:jc w:val="both"/>
      </w:pPr>
      <w:r>
        <w:rPr>
          <w:rFonts w:ascii="Georgia" w:hAnsi="Georgia" w:cs="Georgia" w:eastAsia="Georgia"/>
          <w:b w:val="0"/>
          <w:i w:val="0"/>
          <w:sz w:val="22"/>
        </w:rPr>
        <w:t>There is no crime against Allah Azza Wa jal worse than idolatry. It is a crime for which there is no forgiveness if the mushrik dies before repenting. The Qur'aan Majeed states: "Verily, Allah does not forgive that shirk be committed with Him. He forgives all other sins for whomever He wills."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NON-MUSLIM POLITICS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Hadhrat Maulana Ashraf Ali Thaanvi (rahmatullah alayh) commenting on the non-Muslim political movements of his age said: "Among the reasons for my dissociation from the political movements of this age is my belief that they are in conflict with the Shariah. Also, participation in these movements is in conflict with my natural disposition.</w:t>
      </w:r>
    </w:p>
    <w:p>
      <w:pPr>
        <w:spacing w:before="0" w:after="120" w:line="300" w:lineRule="exact"/>
        <w:jc w:val="both"/>
      </w:pPr>
      <w:r>
        <w:rPr>
          <w:rFonts w:ascii="Georgia" w:hAnsi="Georgia" w:cs="Georgia" w:eastAsia="Georgia"/>
          <w:b w:val="0"/>
          <w:i w:val="0"/>
          <w:sz w:val="22"/>
        </w:rPr>
        <w:t>Most of the Ulama who had participated in these movements had become useless. In consequence of their participation they failed to discharge their Deeni obligations. However, they remained diligent in one activity — they would quickly provide a basis in the Qur'aan and Sunnah for the shaitaaniyat which was proclaimed on the tongues of kufr of the Tawaagheet (plural of Taaghoot—devil)." Hakimul Ummat here refers to the participation of the Ulama in kuffaar politics.</w:t>
      </w:r>
    </w:p>
    <w:p>
      <w:pPr>
        <w:spacing w:before="0" w:after="120" w:line="300" w:lineRule="exact"/>
        <w:jc w:val="both"/>
      </w:pPr>
      <w:r>
        <w:rPr>
          <w:rFonts w:ascii="Georgia" w:hAnsi="Georgia" w:cs="Georgia" w:eastAsia="Georgia"/>
          <w:b w:val="0"/>
          <w:i w:val="0"/>
          <w:sz w:val="22"/>
        </w:rPr>
        <w:t>They had joined with the Hindus in the political movement to oust the British from India. On this process, the political Ulama had over-stepped the limits of the Shariah. They would provide Shar'i basis and 'proofs' for the political ideologies of the kuffaar. This very disease is plaguing the Ulama of the present 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BEST AND THE WORST</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 noblest Sultan (king) is he who sits in the company of the Ulama and the worst Aalim is he who sits in the company of Sultans (kings/rulers)." The Mashaaikh said: "Praiseworthy is that wealthy man who goes to the door of the Faqeer, and vile is that Faqeer who goes to the door of the wealthy." The one who possesses Ilm and Taqwa is a man of Allah.</w:t>
      </w:r>
    </w:p>
    <w:p>
      <w:pPr>
        <w:spacing w:before="0" w:after="120" w:line="300" w:lineRule="exact"/>
        <w:jc w:val="both"/>
      </w:pPr>
      <w:r>
        <w:rPr>
          <w:rFonts w:ascii="Georgia" w:hAnsi="Georgia" w:cs="Georgia" w:eastAsia="Georgia"/>
          <w:b w:val="0"/>
          <w:i w:val="0"/>
          <w:sz w:val="22"/>
        </w:rPr>
        <w:t>He is not in need of the people of the dunya. The scholar who hankers after the company of the wealthy and the rulers is a disgrace to the Knowledge of the Deen and a traitor to the Cause of this sacred Knowledge.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QURA'AAN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 People of Imaan! If you follow the kuffaar, they will (only) turn you on your heels (to renege and become murtads), then you will become losers (in this dunya and in the Aakhirat)."</w:t>
      </w:r>
    </w:p>
    <w:p>
      <w:pPr>
        <w:spacing w:before="0" w:after="120" w:line="300" w:lineRule="exact"/>
        <w:jc w:val="both"/>
      </w:pPr>
      <w:r>
        <w:rPr>
          <w:rFonts w:ascii="Georgia" w:hAnsi="Georgia" w:cs="Georgia" w:eastAsia="Georgia"/>
          <w:b w:val="0"/>
          <w:i w:val="0"/>
          <w:sz w:val="22"/>
        </w:rPr>
        <w:t>(Aal-e-Imraan, Aayat 149)</w:t>
      </w:r>
    </w:p>
    <w:p>
      <w:pPr>
        <w:spacing w:before="120" w:after="120" w:line="300" w:lineRule="exact"/>
        <w:ind w:left="720" w:right="720"/>
        <w:jc w:val="center"/>
      </w:pPr>
      <w:r>
        <w:rPr>
          <w:rFonts w:ascii="Georgia" w:hAnsi="Georgia" w:cs="Georgia" w:eastAsia="Georgia"/>
          <w:b w:val="0"/>
          <w:i/>
          <w:sz w:val="22"/>
        </w:rPr>
        <w:t>"But in fact, He (Allah) is your Friend, and He is the best of friends."</w:t>
      </w:r>
    </w:p>
    <w:p>
      <w:pPr>
        <w:spacing w:before="0" w:after="120" w:line="300" w:lineRule="exact"/>
        <w:jc w:val="both"/>
      </w:pPr>
      <w:r>
        <w:rPr>
          <w:rFonts w:ascii="Georgia" w:hAnsi="Georgia" w:cs="Georgia" w:eastAsia="Georgia"/>
          <w:b w:val="0"/>
          <w:i w:val="0"/>
          <w:sz w:val="22"/>
        </w:rPr>
        <w:t>(Aal-e-Imraan, Aayat 150)</w:t>
      </w:r>
    </w:p>
    <w:p>
      <w:pPr>
        <w:spacing w:before="120" w:after="120" w:line="300" w:lineRule="exact"/>
        <w:ind w:left="720" w:right="720"/>
        <w:jc w:val="center"/>
      </w:pPr>
      <w:r>
        <w:rPr>
          <w:rFonts w:ascii="Georgia" w:hAnsi="Georgia" w:cs="Georgia" w:eastAsia="Georgia"/>
          <w:b w:val="0"/>
          <w:i/>
          <w:sz w:val="22"/>
        </w:rPr>
        <w:t>"Verily, those who have believed (had become Muslims), then they committed kufr, then again</w:t>
      </w:r>
    </w:p>
    <w:p>
      <w:pPr>
        <w:spacing w:before="120" w:after="120" w:line="300" w:lineRule="exact"/>
        <w:ind w:left="720" w:right="720"/>
        <w:jc w:val="center"/>
      </w:pPr>
      <w:r>
        <w:rPr>
          <w:rFonts w:ascii="Georgia" w:hAnsi="Georgia" w:cs="Georgia" w:eastAsia="Georgia"/>
          <w:b w:val="0"/>
          <w:i/>
          <w:sz w:val="22"/>
        </w:rPr>
        <w:t>they believed, then again committed kufr, then they increased the kufr, Allah will not forgive them nor will He guide them to the (Straight) Path."</w:t>
      </w:r>
    </w:p>
    <w:p>
      <w:pPr>
        <w:spacing w:before="0" w:after="120" w:line="300" w:lineRule="exact"/>
        <w:jc w:val="both"/>
      </w:pPr>
      <w:r>
        <w:rPr>
          <w:rFonts w:ascii="Georgia" w:hAnsi="Georgia" w:cs="Georgia" w:eastAsia="Georgia"/>
          <w:b w:val="0"/>
          <w:i w:val="0"/>
          <w:sz w:val="22"/>
        </w:rPr>
        <w:t>(An-Nisaa', Aayat 137) "Convey to the mu-</w:t>
      </w:r>
    </w:p>
    <w:p>
      <w:pPr>
        <w:spacing w:before="120" w:after="120" w:line="300" w:lineRule="exact"/>
        <w:ind w:left="720" w:right="720"/>
        <w:jc w:val="center"/>
      </w:pPr>
      <w:r>
        <w:rPr>
          <w:rFonts w:ascii="Georgia" w:hAnsi="Georgia" w:cs="Georgia" w:eastAsia="Georgia"/>
          <w:b w:val="0"/>
          <w:i/>
          <w:sz w:val="22"/>
        </w:rPr>
        <w:t>naafiqeen (such as the kuffaar bootlickers) the tidings that most certainly for them there is a Painful Chastisement. They (the munaafiqeen) are those who take as friends the kaafireen besides the Mu'mineen.</w:t>
      </w:r>
    </w:p>
    <w:p>
      <w:pPr>
        <w:spacing w:before="120" w:after="120" w:line="300" w:lineRule="exact"/>
        <w:ind w:left="720" w:right="720"/>
        <w:jc w:val="center"/>
      </w:pPr>
      <w:r>
        <w:rPr>
          <w:rFonts w:ascii="Georgia" w:hAnsi="Georgia" w:cs="Georgia" w:eastAsia="Georgia"/>
          <w:b w:val="0"/>
          <w:i/>
          <w:sz w:val="22"/>
        </w:rPr>
        <w:t>What! Are they searching for honour from them (from the kaafireen)? (Know!) that verily all honour belongs to Allah."</w:t>
      </w:r>
    </w:p>
    <w:p>
      <w:pPr>
        <w:spacing w:before="0" w:after="120" w:line="300" w:lineRule="exact"/>
        <w:jc w:val="both"/>
      </w:pPr>
      <w:r>
        <w:rPr>
          <w:rFonts w:ascii="Georgia" w:hAnsi="Georgia" w:cs="Georgia" w:eastAsia="Georgia"/>
          <w:b w:val="0"/>
          <w:i w:val="0"/>
          <w:sz w:val="22"/>
        </w:rPr>
        <w:t>(An-Nisaa', 138 and 139)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Dutch MP who branded Islam 'a disease' and was right-hand man</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Joram van Klaveren was an MP for far-right Party for Freedom from 2010 to 2017 • He was the 'right-hand man' of its Islamophobe leader Geert Wilders, • Called Islam 'the biggest disease to have hit our country in hundred years' • Converted to Islam after writing a book aiming to criticise the religion • Van Klaveren said he found 'he had more in common with Islam than he thought' A Dutch former MP and righthand man of far-right politician Geert Wilders has shocked his supporters by announcing he has converted to Islam.</w:t>
      </w:r>
    </w:p>
    <w:p>
      <w:pPr>
        <w:spacing w:before="0" w:after="120" w:line="300" w:lineRule="exact"/>
        <w:jc w:val="both"/>
      </w:pPr>
      <w:r>
        <w:rPr>
          <w:rFonts w:ascii="Georgia" w:hAnsi="Georgia" w:cs="Georgia" w:eastAsia="Georgia"/>
          <w:b w:val="0"/>
          <w:i w:val="0"/>
          <w:sz w:val="22"/>
        </w:rPr>
        <w:t>Joram van Klaveren, who once called Islam 'the biggest disease to have hit our country in the last hundred years' was an MP for Wilders' far-right Party for Freedom (PVV) from 2010 to 2017. During that time, Van Klaveren fought a relentless campaign against Islam in the Dutch Parliament, calling for bans of both the Muslim face-veil and minarets, which are slim towers often seen on mosques.</w:t>
      </w:r>
    </w:p>
    <w:p>
      <w:pPr>
        <w:spacing w:before="0" w:after="120" w:line="300" w:lineRule="exact"/>
        <w:jc w:val="both"/>
      </w:pPr>
      <w:r>
        <w:rPr>
          <w:rFonts w:ascii="Georgia" w:hAnsi="Georgia" w:cs="Georgia" w:eastAsia="Georgia"/>
          <w:b w:val="0"/>
          <w:i w:val="0"/>
          <w:sz w:val="22"/>
        </w:rPr>
        <w:t>But the 40-year-old said he had changed his mind halfway through writing a-book criticising Islam, when he found out he had more in common with the religion than he initially thought. Van Klaveren said: 'I looked at the Bible on my bookshelf, on the table were books about the Prophet Muhammad. 'The prior years I had a big aversion to Islam.</w:t>
      </w:r>
    </w:p>
    <w:p>
      <w:pPr>
        <w:spacing w:before="0" w:after="120" w:line="300" w:lineRule="exact"/>
        <w:jc w:val="both"/>
      </w:pPr>
      <w:r>
        <w:rPr>
          <w:rFonts w:ascii="Georgia" w:hAnsi="Georgia" w:cs="Georgia" w:eastAsia="Georgia"/>
          <w:b w:val="0"/>
          <w:i w:val="0"/>
          <w:sz w:val="22"/>
        </w:rPr>
        <w:t>When you then have to conclude that you were wrong, it is not a fun moment. 'But while searching for God I always felt a certain unease. And that slowly disappeared. It felt a bit like coming home in a religious way.' Van Klaveren, who grew up in a reformed protestant family, said he is 'very sorry that he contributed to giving people a false image about Islam'.</w:t>
      </w:r>
    </w:p>
    <w:p>
      <w:pPr>
        <w:spacing w:before="0" w:after="120" w:line="300" w:lineRule="exact"/>
        <w:jc w:val="both"/>
      </w:pPr>
      <w:r>
        <w:rPr>
          <w:rFonts w:ascii="Georgia" w:hAnsi="Georgia" w:cs="Georgia" w:eastAsia="Georgia"/>
          <w:b w:val="0"/>
          <w:i w:val="0"/>
          <w:sz w:val="22"/>
        </w:rPr>
        <w:t>He said that the manuscript of the Islam-critical book he initially planned to write has since been thrown into a rubbish bin and will be replaced by a book in which he will counter the arguments of critics of Islam. Van Klaveren said that the analysis which he made as a farright MP that most problems in the country and the world can be blamed on Islam were false.</w:t>
      </w:r>
    </w:p>
    <w:p>
      <w:pPr>
        <w:spacing w:before="0" w:after="120" w:line="300" w:lineRule="exact"/>
        <w:jc w:val="both"/>
      </w:pPr>
      <w:r>
        <w:rPr>
          <w:rFonts w:ascii="Georgia" w:hAnsi="Georgia" w:cs="Georgia" w:eastAsia="Georgia"/>
          <w:b w:val="0"/>
          <w:i w:val="0"/>
          <w:sz w:val="22"/>
        </w:rPr>
        <w:t>He said: 'That was just the policy of the Party for Freedom: everything which was not right had to be linked one way or another to Islam.' He said: 'I suddenly get questions like: do you hate gays? Will you go to Syria as well? Can you pet a dog? 'I contributed to maintaining and feeding a bad image of Islam, but you cannot realise how these prejudices work until you have to deal with them yourself.' Van Klaveren split with Wilders in 2014 after the PVV leader's controversial comments that year when asking supporters whether they wanted 'fewer or more Moroccans in your city and the Netherlands'.</w:t>
      </w:r>
    </w:p>
    <w:p>
      <w:pPr>
        <w:spacing w:before="0" w:after="120" w:line="300" w:lineRule="exact"/>
        <w:jc w:val="both"/>
      </w:pPr>
      <w:r>
        <w:rPr>
          <w:rFonts w:ascii="Georgia" w:hAnsi="Georgia" w:cs="Georgia" w:eastAsia="Georgia"/>
          <w:b w:val="0"/>
          <w:i w:val="0"/>
          <w:sz w:val="22"/>
        </w:rPr>
        <w:t>Wilders in 2016 was found guilty on discrimination charges. The sentence is currently being appealed. Around five percent of the Dutch population of 17 million people or some 850,000 are Muslim, according to the Dutch Central Statistics Bureau (CBS). The Netherlands also last year introduced a partial burqa ban from some public places such as schools and hospitals, ending years of discussions on the hotbutton issue.</w:t>
      </w:r>
    </w:p>
    <w:p>
      <w:pPr>
        <w:spacing w:before="0" w:after="120" w:line="300" w:lineRule="exact"/>
        <w:jc w:val="both"/>
      </w:pPr>
      <w:r>
        <w:rPr>
          <w:rFonts w:ascii="Georgia" w:hAnsi="Georgia" w:cs="Georgia" w:eastAsia="Georgia"/>
          <w:b w:val="0"/>
          <w:i w:val="0"/>
          <w:sz w:val="22"/>
        </w:rPr>
        <w:t>Van Klaveren is not the first high-profile PVV member to convert to Islam, and follows in the footsteps of Arnoud van Doorn, a former Hague-based PVV city councillor who switched in 2013. Van Klaveren could not be immediately reached for comment on Tuesday. https://www.dailymail.co.uk/news/ article-6669799/Far-right-DutchMP-branded -Isl am -diseaseannounces-Muslim.html MailOnline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HIDAAYAT</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(Guidance to Imaan) is the prerogative exclusively of Allah Azza Wa Jal. The Ambiya's obligation is only to deliver the Message of Imaan as the Qur'aan Majeed states: "Upon us is to only deliver the Clear Message." Rasulullah (Sallallahu alayhi wasallam) had intense love for his uncle, Abu Taalib who, despite not embracing Islam, had always protected our Nabi (Sallallahu alayhi wasallam).</w:t>
      </w:r>
    </w:p>
    <w:p>
      <w:pPr>
        <w:spacing w:before="0" w:after="120" w:line="300" w:lineRule="exact"/>
        <w:jc w:val="both"/>
      </w:pPr>
      <w:r>
        <w:rPr>
          <w:rFonts w:ascii="Georgia" w:hAnsi="Georgia" w:cs="Georgia" w:eastAsia="Georgia"/>
          <w:b w:val="0"/>
          <w:i w:val="0"/>
          <w:sz w:val="22"/>
        </w:rPr>
        <w:t>Despite the duas of Rasulullah (Sallallahu alayhi wasallam) for the treasure of Imaan to be granted to Abu Taalib, he refused to embrace Islam and departed from this world without Imaan. When the grief was overwhelming on Rasulullah (Sallallahu alayhi wasallam), Allah Ta'ala revealed the following Aayat: "Verily, you (O Muhammad!) cannot guide those whom you love.</w:t>
      </w:r>
    </w:p>
    <w:p>
      <w:pPr>
        <w:spacing w:before="0" w:after="120" w:line="300" w:lineRule="exact"/>
        <w:jc w:val="both"/>
      </w:pPr>
      <w:r>
        <w:rPr>
          <w:rFonts w:ascii="Georgia" w:hAnsi="Georgia" w:cs="Georgia" w:eastAsia="Georgia"/>
          <w:b w:val="0"/>
          <w:i w:val="0"/>
          <w:sz w:val="22"/>
        </w:rPr>
        <w:t>But Allah guides whomever He wills, and He knows best who are the ones to be guided." In many other Qur'aanic Verses, Allah Ta'ala mentions: "He guides whomever He wills, and He misleads whomever He wills." This is Allah's mystery which is unfathomable to our created minds with their finite scope of comprehension.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WHERE TO TURN!</w:t>
      </w:r>
    </w:p>
    <w:p>
      <w:pPr>
        <w:spacing w:before="0" w:after="160" w:line="300" w:lineRule="exact"/>
        <w:jc w:val="center"/>
      </w:pPr>
      <w:r>
        <w:rPr>
          <w:rFonts w:ascii="Georgia" w:hAnsi="Georgia" w:cs="Georgia" w:eastAsia="Georgia"/>
          <w:b w:val="0"/>
          <w:i/>
          <w:sz w:val="16"/>
        </w:rPr>
        <w:t>Page 7 of the original</w:t>
      </w:r>
    </w:p>
    <w:p>
      <w:pPr>
        <w:pStyle w:val="Heading3"/>
        <w:spacing w:before="200" w:after="120" w:line="300" w:lineRule="exact"/>
        <w:jc w:val="left"/>
      </w:pPr>
      <w:r>
        <w:rPr>
          <w:rFonts w:ascii="Georgia" w:hAnsi="Georgia" w:cs="Georgia" w:eastAsia="Georgia"/>
          <w:b/>
          <w:i w:val="0"/>
          <w:color w:val="2E74B5"/>
          <w:sz w:val="24"/>
        </w:rPr>
        <w:t>NO WHERE TO TURN!</w:t>
      </w:r>
    </w:p>
    <w:p>
      <w:pPr>
        <w:spacing w:before="0" w:after="120" w:line="300" w:lineRule="exact"/>
        <w:jc w:val="both"/>
      </w:pPr>
      <w:r>
        <w:rPr>
          <w:rFonts w:ascii="Georgia" w:hAnsi="Georgia" w:cs="Georgia" w:eastAsia="Georgia"/>
          <w:b w:val="0"/>
          <w:i w:val="0"/>
          <w:sz w:val="22"/>
        </w:rPr>
        <w:t>"If Allah helps you, then no one can defeat</w:t>
      </w:r>
    </w:p>
    <w:p>
      <w:pPr>
        <w:spacing w:before="120" w:after="120" w:line="300" w:lineRule="exact"/>
        <w:ind w:left="720" w:right="720"/>
        <w:jc w:val="center"/>
      </w:pPr>
      <w:r>
        <w:rPr>
          <w:rFonts w:ascii="Georgia" w:hAnsi="Georgia" w:cs="Georgia" w:eastAsia="Georgia"/>
          <w:b w:val="0"/>
          <w:i/>
          <w:sz w:val="22"/>
        </w:rPr>
        <w:t>you. And, if He withholds His aid from you,</w:t>
      </w:r>
    </w:p>
    <w:p>
      <w:pPr>
        <w:spacing w:before="0" w:after="120" w:line="300" w:lineRule="exact"/>
        <w:jc w:val="both"/>
      </w:pPr>
      <w:r>
        <w:rPr>
          <w:rFonts w:ascii="Georgia" w:hAnsi="Georgia" w:cs="Georgia" w:eastAsia="Georgia"/>
          <w:b w:val="0"/>
          <w:i w:val="0"/>
          <w:sz w:val="22"/>
        </w:rPr>
        <w:t>then who can help you thereafter?" (Qur'aan)</w:t>
      </w:r>
    </w:p>
    <w:p>
      <w:pPr>
        <w:spacing w:before="120" w:after="120" w:line="300" w:lineRule="exact"/>
        <w:ind w:left="720" w:right="720"/>
        <w:jc w:val="center"/>
      </w:pPr>
      <w:r>
        <w:rPr>
          <w:rFonts w:ascii="Georgia" w:hAnsi="Georgia" w:cs="Georgia" w:eastAsia="Georgia"/>
          <w:b w:val="0"/>
          <w:i/>
          <w:sz w:val="22"/>
        </w:rPr>
        <w:t>"There is no help except from Allah, The</w:t>
      </w:r>
    </w:p>
    <w:p>
      <w:pPr>
        <w:spacing w:before="0" w:after="120" w:line="300" w:lineRule="exact"/>
        <w:jc w:val="both"/>
      </w:pPr>
      <w:r>
        <w:rPr>
          <w:rFonts w:ascii="Georgia" w:hAnsi="Georgia" w:cs="Georgia" w:eastAsia="Georgia"/>
          <w:b w:val="0"/>
          <w:i w:val="0"/>
          <w:sz w:val="22"/>
        </w:rPr>
        <w:t>Mighty, The Wise." (Qur'aan) There is no aid and no succour for Muslims anywhere in the world. Muslims have abandoned Allah Ta'ala, therefore He has abandoned us and granted our enemies domination to punish us for the deeds of flagrant rebellion against Him. The Ummah lies prostrate at the feet of the kuffaar and mushrikeen. This is Allah's decree for Muslims who seek honour, respect and guidance from the kuffaar enemy.</w:t>
      </w:r>
    </w:p>
    <w:p>
      <w:pPr>
        <w:spacing w:before="0" w:after="120" w:line="300" w:lineRule="exact"/>
        <w:jc w:val="both"/>
      </w:pPr>
      <w:r>
        <w:rPr>
          <w:rFonts w:ascii="Georgia" w:hAnsi="Georgia" w:cs="Georgia" w:eastAsia="Georgia"/>
          <w:b w:val="0"/>
          <w:i w:val="0"/>
          <w:sz w:val="22"/>
        </w:rPr>
        <w:t>"What! Do you search for izzat (honour) by them (the kuffaar)? Verily, all Izzat is for only Allah."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w:t>
      </w:r>
    </w:p>
    <w:p>
      <w:pPr>
        <w:spacing w:before="0" w:after="160" w:line="300" w:lineRule="exact"/>
        <w:jc w:val="center"/>
      </w:pPr>
      <w:r>
        <w:rPr>
          <w:rFonts w:ascii="Georgia" w:hAnsi="Georgia" w:cs="Georgia" w:eastAsia="Georgia"/>
          <w:b w:val="0"/>
          <w:i/>
          <w:sz w:val="16"/>
        </w:rPr>
        <w:t>Page 7, 9 of the original</w:t>
      </w:r>
    </w:p>
    <w:p>
      <w:pPr>
        <w:spacing w:before="0" w:after="120" w:line="300" w:lineRule="exact"/>
        <w:jc w:val="both"/>
      </w:pPr>
      <w:r>
        <w:rPr>
          <w:rFonts w:ascii="Georgia" w:hAnsi="Georgia" w:cs="Georgia" w:eastAsia="Georgia"/>
          <w:b w:val="0"/>
          <w:i w:val="0"/>
          <w:sz w:val="22"/>
        </w:rPr>
        <w:t>THE SYRIAN THE BEGINNING OF THE END The beginning of the end of the sad Syrian 'Jihad' is currently in progress. The forces of the Devil, Assad aided by Russian ground troops and massive air-strikes by Russia and the Syrian kuffaar airforce have compelled the Mujaahideen and other secular rebels to withdraw from the town of Khan Sheikhoon which is situated in the last province still in the THE SYRIAN 'JIHAD' hands of the opposition forces.</w:t>
      </w:r>
    </w:p>
    <w:p>
      <w:pPr>
        <w:spacing w:before="0" w:after="120" w:line="300" w:lineRule="exact"/>
        <w:jc w:val="both"/>
      </w:pPr>
      <w:r>
        <w:rPr>
          <w:rFonts w:ascii="Georgia" w:hAnsi="Georgia" w:cs="Georgia" w:eastAsia="Georgia"/>
          <w:b w:val="0"/>
          <w:i w:val="0"/>
          <w:sz w:val="22"/>
        </w:rPr>
        <w:t>Although Hay'at-Tahrirish Shaam (HTS) claimed that the withdrawal is a redeployment of forces, the truth is otherwise. The reality is that the kuffaar have defeated and are defeating the Mujaahideen who are in an alliance with kuffaar secular forces (the so-called Free Syrian Army). The fall of the town is a great loss to the Mujaahideen.</w:t>
      </w:r>
    </w:p>
    <w:p>
      <w:pPr>
        <w:spacing w:before="0" w:after="120" w:line="300" w:lineRule="exact"/>
        <w:jc w:val="both"/>
      </w:pPr>
      <w:r>
        <w:rPr>
          <w:rFonts w:ascii="Georgia" w:hAnsi="Georgia" w:cs="Georgia" w:eastAsia="Georgia"/>
          <w:b w:val="0"/>
          <w:i w:val="0"/>
          <w:sz w:val="22"/>
        </w:rPr>
        <w:t>This battleground is on the Damascus-Aleppo which runs through the territory under Mujaahideen control. It is an important supply route. The capture of Khan Sheikhoon is a major gain for the kaafir Assad since it is the primary economic artery through Syria from north to south, linking the major cities.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SAUDI NAJDI FITNAH</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Qur'aan Majeed says: "Do not waste. Verily, the wasters are the brothers of the devils, and shaitaan to His Rabb was ungrateful."</w:t>
      </w:r>
    </w:p>
    <w:p>
      <w:pPr>
        <w:spacing w:before="0" w:after="120" w:line="300" w:lineRule="exact"/>
        <w:jc w:val="both"/>
      </w:pPr>
      <w:r>
        <w:rPr>
          <w:rFonts w:ascii="Georgia" w:hAnsi="Georgia" w:cs="Georgia" w:eastAsia="Georgia"/>
          <w:b w:val="0"/>
          <w:i w:val="0"/>
          <w:sz w:val="22"/>
        </w:rPr>
        <w:t>Salient features of all kuffaar governments and ideologies are gross waste of resources and massive corruption whilst the masses languish in suffering. They leech on the population, wasting billions of the public's money usurped from the people with bludgeoning taxes. They thrive and enjoy themselves on the sweat and labour of the masses who are the victims of exploitation.</w:t>
      </w:r>
    </w:p>
    <w:p>
      <w:pPr>
        <w:spacing w:before="0" w:after="120" w:line="300" w:lineRule="exact"/>
        <w:jc w:val="both"/>
      </w:pPr>
      <w:r>
        <w:rPr>
          <w:rFonts w:ascii="Georgia" w:hAnsi="Georgia" w:cs="Georgia" w:eastAsia="Georgia"/>
          <w:b w:val="0"/>
          <w:i w:val="0"/>
          <w:sz w:val="22"/>
        </w:rPr>
        <w:t>In lieu of the billions extravasted from the people by the governments, especially the governments of the third world countries (African, Asian and Arab), extremely little, in fact almost nil, services are provided. On the contrary, they loot the public vaults, making merry with the hard-earned wealth of the people. The massive scams involving billions of rands coming to light are merely the tip of the iceberg.</w:t>
      </w:r>
    </w:p>
    <w:p>
      <w:pPr>
        <w:spacing w:before="0" w:after="120" w:line="300" w:lineRule="exact"/>
        <w:jc w:val="both"/>
      </w:pPr>
      <w:r>
        <w:rPr>
          <w:rFonts w:ascii="Georgia" w:hAnsi="Georgia" w:cs="Georgia" w:eastAsia="Georgia"/>
          <w:b w:val="0"/>
          <w:i w:val="0"/>
          <w:sz w:val="22"/>
        </w:rPr>
        <w:t>Even the billions wasted on seemingly 'legitimate' government expenditure, are cruel and heartless. The dire needs of the huge poor segment of the population are ignored while the wealth of the taxpayers is squandered in merrymaking, waste, wholesale theft and robbery by officialdom. Consider just one supposedly 'legitimate expense which the government proudly advertises.</w:t>
      </w:r>
    </w:p>
    <w:p>
      <w:pPr>
        <w:spacing w:before="0" w:after="120" w:line="300" w:lineRule="exact"/>
        <w:jc w:val="both"/>
      </w:pPr>
      <w:r>
        <w:rPr>
          <w:rFonts w:ascii="Georgia" w:hAnsi="Georgia" w:cs="Georgia" w:eastAsia="Georgia"/>
          <w:b w:val="0"/>
          <w:i w:val="0"/>
          <w:sz w:val="22"/>
        </w:rPr>
        <w:t>The presidential inauguration tea party costs the taxpayers approximately R250 million. This year, the government boasts of keeping the expense for this evil party R100 million 'cheaper than Zuma's' inaugural party. Taking into account three decades of expenses for these devilish merrymaking parties, the wastage is a staggering billions. Yet, millions of the masses are without essential services such as water, electricity, toilets, hospitals, etc.</w:t>
      </w:r>
    </w:p>
    <w:p>
      <w:pPr>
        <w:spacing w:before="0" w:after="120" w:line="300" w:lineRule="exact"/>
        <w:jc w:val="both"/>
      </w:pPr>
      <w:r>
        <w:rPr>
          <w:rFonts w:ascii="Georgia" w:hAnsi="Georgia" w:cs="Georgia" w:eastAsia="Georgia"/>
          <w:b w:val="0"/>
          <w:i w:val="0"/>
          <w:sz w:val="22"/>
        </w:rPr>
        <w:t>The very basic requisite of protection against criminals is not provided by a government drowned in merrymaking at the cost of the suffering of the masses. Every government department, from the top to the bottom, is riddled with corruption, incompetence and massive waste. All governments, rulers, kings and the like are driven by Shaitaan, hence waste and corruption are legitimate for them.</w:t>
      </w:r>
    </w:p>
    <w:p>
      <w:pPr>
        <w:spacing w:before="0" w:after="120" w:line="300" w:lineRule="exact"/>
        <w:jc w:val="both"/>
      </w:pPr>
      <w:r>
        <w:rPr>
          <w:rFonts w:ascii="Georgia" w:hAnsi="Georgia" w:cs="Georgia" w:eastAsia="Georgia"/>
          <w:b w:val="0"/>
          <w:i w:val="0"/>
          <w:sz w:val="22"/>
        </w:rPr>
        <w:t>The masses are too ignorant to understand the satanism with which their leaders are saddled. The corruption and waste lead to the ultimate demise of one satanic government, but only to be replaced by another satanic force perhaps worse than its predecessor. The only solution for corruption is Divine Lawthe Law of Allah Azza Wa Jal. The Qur'aan Majeed states: "And whose law is more beautiful than the Law of Allah for a Believing people." But today, almost all those who profess to be Believers (Mu'mineen) are actually kuffaar, hence they search for the laws of the kuffaar.</w:t>
      </w:r>
    </w:p>
    <w:p>
      <w:pPr>
        <w:spacing w:before="0" w:after="120" w:line="300" w:lineRule="exact"/>
        <w:jc w:val="both"/>
      </w:pPr>
      <w:r>
        <w:rPr>
          <w:rFonts w:ascii="Georgia" w:hAnsi="Georgia" w:cs="Georgia" w:eastAsia="Georgia"/>
          <w:b w:val="0"/>
          <w:i w:val="0"/>
          <w:sz w:val="22"/>
        </w:rPr>
        <w:t>In this regard, the Qur'aan Majeed states: "What! Do you search for the law of Jaahiliyyah." Every law besides Allah's Law is the law of Jaahiliyyah.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Ibn Umar (Radhiyallahu anhu) narrated that Rasulullah (Sallallahu alayhi wasallam) said:…</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Ibn Umar (Radhiyallahu anhu) narrated that Rasulullah (Sallallahu alayhi wasallam) said: "O Allah! Grant barkat for us in our Shaam (Syria) and in our Yemen." Some Sahaabah said: 'O Rasulullah! And in our Najd.' Rasulullah (Sallallahu alayhi wasallam) again said: 'O Allah! Grant barkat for us in our Shaam and in our Yemen.' Some Sahaabah again said: 'And in our Najd.' Rasulullah (Sallallahu alayhi wasallam) said:</w:t>
      </w:r>
    </w:p>
    <w:p>
      <w:pPr>
        <w:spacing w:before="120" w:after="120" w:line="300" w:lineRule="exact"/>
        <w:ind w:left="720" w:right="720"/>
        <w:jc w:val="center"/>
      </w:pPr>
      <w:r>
        <w:rPr>
          <w:rFonts w:ascii="Georgia" w:hAnsi="Georgia" w:cs="Georgia" w:eastAsia="Georgia"/>
          <w:b w:val="0"/>
          <w:i/>
          <w:sz w:val="22"/>
        </w:rPr>
        <w:t>"There shall be earthquakes and fitan (plural of fitnah), and from there will rise the horns of shaitaan."</w:t>
      </w:r>
    </w:p>
    <w:p>
      <w:pPr>
        <w:spacing w:before="0" w:after="120" w:line="300" w:lineRule="exact"/>
        <w:jc w:val="both"/>
      </w:pPr>
      <w:r>
        <w:rPr>
          <w:rFonts w:ascii="Georgia" w:hAnsi="Georgia" w:cs="Georgia" w:eastAsia="Georgia"/>
          <w:b w:val="0"/>
          <w:i w:val="0"/>
          <w:sz w:val="22"/>
        </w:rPr>
        <w:t>In one interpretation of this Hadith, the horns of shaitaan mean his people and army. Coming perfectly within the scope of the Devil's Horns is the current Saudi Najdi regime which has resolved to abolish Islam and all its signs. Rasulullah (Sallallahu alayhi wasallam) had refrained from making dua for the Najdis. The track record of these people of fitnah vividly explains why Nabi (Sallallahu alayhi wasallam) had refrained from making dua for them.</w:t>
      </w:r>
    </w:p>
    <w:p>
      <w:pPr>
        <w:spacing w:before="0" w:after="120" w:line="300" w:lineRule="exact"/>
        <w:jc w:val="both"/>
      </w:pPr>
      <w:r>
        <w:rPr>
          <w:rFonts w:ascii="Georgia" w:hAnsi="Georgia" w:cs="Georgia" w:eastAsia="Georgia"/>
          <w:b w:val="0"/>
          <w:i w:val="0"/>
          <w:sz w:val="22"/>
        </w:rPr>
        <w:t>The fitnah of the Najdis did not justify making dua for them. The Najdi fitnah has multiplied beyond all expectation. The Arabian Peninsula, the Homeland of Islam, has been converted into a land of zina, fisq, fujoor and kufr. Measures to eliminate Islam have been instituted by the Najdi agents of Iblees.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imate for them. The masses CHINA: ALLAH'S ATHAAB</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The persecution and calamities which the Chinese government is inflicting on the Muslim community of China are in reality the Athaab (Punishment) of Allah Ta'ala. When Muslims abandon the Deen, the gateway for Divine Chastisement is opened. In all countries where Muslims are persecuted and oppressed, the calamities are undeniably Allah's Athaab which is the consequence of the gross and flagrant fisq, fujoor and kufr of Muslims.</w:t>
      </w:r>
    </w:p>
    <w:p>
      <w:pPr>
        <w:spacing w:before="0" w:after="120" w:line="300" w:lineRule="exact"/>
        <w:jc w:val="both"/>
      </w:pPr>
      <w:r>
        <w:rPr>
          <w:rFonts w:ascii="Georgia" w:hAnsi="Georgia" w:cs="Georgia" w:eastAsia="Georgia"/>
          <w:b w:val="0"/>
          <w:i w:val="0"/>
          <w:sz w:val="22"/>
        </w:rPr>
        <w:t>The Qur'aan and Ahaadith explicitly emphasize that kuffaar oppression is Allah's punishment for treacherous Muslims whose evil and transgression have exceeded all bounds of toleration. The Chinese Muslims too have miserably failed to live as Islam requires. Since they have also abandoned Islam as almost the entire current Um- mah has, Allah's Athaab has overtaken them in the form of the oppression, persecution and brutality of the porkeaters.</w:t>
      </w:r>
    </w:p>
    <w:p>
      <w:pPr>
        <w:spacing w:before="0" w:after="120" w:line="300" w:lineRule="exact"/>
        <w:jc w:val="both"/>
      </w:pPr>
      <w:r>
        <w:rPr>
          <w:rFonts w:ascii="Georgia" w:hAnsi="Georgia" w:cs="Georgia" w:eastAsia="Georgia"/>
          <w:b w:val="0"/>
          <w:i w:val="0"/>
          <w:sz w:val="22"/>
        </w:rPr>
        <w:t>Reviling the rulers serves absolutely no benefit and will not bring about any change. Change is possible only by means of obedience. In a Hadith-e-Qudsi, Allah Ta'ala says: "The hearts of rulers are in My control." Kings and governments act according to the dictates and decrees of Allah Azza Wa Jal. According to the Hadith, the kuffaar rulers are imposed on Muslims as Athaab.</w:t>
      </w:r>
    </w:p>
    <w:p>
      <w:pPr>
        <w:spacing w:before="0" w:after="120" w:line="300" w:lineRule="exact"/>
        <w:jc w:val="both"/>
      </w:pPr>
      <w:r>
        <w:rPr>
          <w:rFonts w:ascii="Georgia" w:hAnsi="Georgia" w:cs="Georgia" w:eastAsia="Georgia"/>
          <w:b w:val="0"/>
          <w:i w:val="0"/>
          <w:sz w:val="22"/>
        </w:rPr>
        <w:t>Nothing can avert Allah's punishment. The solution is only total obedience. The Qur'aan Majeed says: "Verily, Allah does not change the condition of a people as long as they do not change that which is within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the solution?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way forward for the Ummah –the solution – is only one: that is, true Taubah, Islaah (Moral Reformation) and cultivation of Roohaaniyat (spiritual fibre and stamina). Sabr and Dua added to the solution will, Insha-Allah, turn the tables in a short while.</w:t>
      </w:r>
    </w:p>
    <w:p>
      <w:pPr>
        <w:spacing w:before="0" w:after="120" w:line="300" w:lineRule="exact"/>
        <w:jc w:val="both"/>
      </w:pPr>
      <w:r>
        <w:rPr>
          <w:rFonts w:ascii="Georgia" w:hAnsi="Georgia" w:cs="Georgia" w:eastAsia="Georgia"/>
          <w:b w:val="0"/>
          <w:i w:val="0"/>
          <w:sz w:val="22"/>
        </w:rPr>
        <w:t>"If you aid (the Deen of) Al- lah, He will aid you and plant your feet firmly (against your enemies)." (Qur'aan)</w:t>
      </w:r>
    </w:p>
    <w:p>
      <w:pPr>
        <w:spacing w:before="120" w:after="120" w:line="300" w:lineRule="exact"/>
        <w:ind w:left="720" w:right="720"/>
        <w:jc w:val="center"/>
      </w:pPr>
      <w:r>
        <w:rPr>
          <w:rFonts w:ascii="Georgia" w:hAnsi="Georgia" w:cs="Georgia" w:eastAsia="Georgia"/>
          <w:b w:val="0"/>
          <w:i/>
          <w:sz w:val="22"/>
        </w:rPr>
        <w:t>There is absolutely no other route for gaining victory over the kuffaar. The meaning of Taubah, is to abandon all evil to which we are addicted and to return to the Sunnah, and to abandon emulation of the Yahood and Nasaara. Taubah is not the mere verbal incantations of Istighfaar. Taubah demands remorse and abandonment of sin and the adoption of the Shariah in all fields of life.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CHINESE ATROCITIES</w:t>
      </w:r>
    </w:p>
    <w:p>
      <w:pPr>
        <w:spacing w:before="0" w:after="160" w:line="300" w:lineRule="exact"/>
        <w:jc w:val="center"/>
      </w:pPr>
      <w:r>
        <w:rPr>
          <w:rFonts w:ascii="Georgia" w:hAnsi="Georgia" w:cs="Georgia" w:eastAsia="Georgia"/>
          <w:b w:val="0"/>
          <w:i/>
          <w:sz w:val="16"/>
        </w:rPr>
        <w:t>Page 9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BOOTLICKING KUFR</w:t>
      </w:r>
    </w:p>
    <w:p>
      <w:pPr>
        <w:spacing w:before="120" w:after="120" w:line="300" w:lineRule="exact"/>
        <w:ind w:left="720" w:right="720"/>
        <w:jc w:val="center"/>
      </w:pPr>
      <w:r>
        <w:rPr>
          <w:rFonts w:ascii="Georgia" w:hAnsi="Georgia" w:cs="Georgia" w:eastAsia="Georgia"/>
          <w:b w:val="0"/>
          <w:i/>
          <w:sz w:val="22"/>
        </w:rPr>
        <w:t>Question I am from Sri Lanka affiliated to an organization which is striving towards sustaining the rights of Muslims in Sri Lanka. One of the most talked about and controversial issues of today is the act of our Muslim Politicians and Ministers bowing down, bending even from wherever they stand, when they meet the Buddhist Mahanayakes (priests and holy men), or even their senior political leaders. This is done in addition to carrying plates of flowers, fruits and kathina pinkama (robes for Buddhist priests) and offering them to the Buddhist prelates. The present generation of children are looking at all these</w:t>
      </w:r>
    </w:p>
    <w:p>
      <w:pPr>
        <w:spacing w:before="120" w:after="120" w:line="300" w:lineRule="exact"/>
        <w:ind w:left="720" w:right="720"/>
        <w:jc w:val="center"/>
      </w:pPr>
      <w:r>
        <w:rPr>
          <w:rFonts w:ascii="Georgia" w:hAnsi="Georgia" w:cs="Georgia" w:eastAsia="Georgia"/>
          <w:b w:val="0"/>
          <w:i/>
          <w:sz w:val="22"/>
        </w:rPr>
        <w:t>and if proper enlightenment is not given to them, the future generation may also think that this is all right to do as a respect and reverence.</w:t>
      </w:r>
    </w:p>
    <w:p>
      <w:pPr>
        <w:spacing w:before="120" w:after="120" w:line="300" w:lineRule="exact"/>
        <w:ind w:left="720" w:right="720"/>
        <w:jc w:val="center"/>
      </w:pPr>
      <w:r>
        <w:rPr>
          <w:rFonts w:ascii="Georgia" w:hAnsi="Georgia" w:cs="Georgia" w:eastAsia="Georgia"/>
          <w:b w:val="0"/>
          <w:i/>
          <w:sz w:val="22"/>
        </w:rPr>
        <w:t>The politicians claim that this is done in order to maintain goodwill with religious dignitaries of other religions so that they can maintain a healthy coexistence with the majority Buddhist community.</w:t>
      </w:r>
    </w:p>
    <w:p>
      <w:pPr>
        <w:spacing w:before="120" w:after="120" w:line="300" w:lineRule="exact"/>
        <w:ind w:left="720" w:right="720"/>
        <w:jc w:val="center"/>
      </w:pPr>
      <w:r>
        <w:rPr>
          <w:rFonts w:ascii="Georgia" w:hAnsi="Georgia" w:cs="Georgia" w:eastAsia="Georgia"/>
          <w:b w:val="0"/>
          <w:i/>
          <w:sz w:val="22"/>
        </w:rPr>
        <w:t>Therefore, I, on behalf of the Muslim community of Sri Lanka very kindly and humbly request your official detailed Fatwa in this regard. We will then have the proof and validity to say that this is this and go public.</w:t>
      </w:r>
    </w:p>
    <w:p>
      <w:pPr>
        <w:spacing w:before="0" w:after="120" w:line="300" w:lineRule="exact"/>
        <w:jc w:val="both"/>
      </w:pPr>
      <w:r>
        <w:rPr>
          <w:rFonts w:ascii="Georgia" w:hAnsi="Georgia" w:cs="Georgia" w:eastAsia="Georgia"/>
          <w:b w:val="0"/>
          <w:i w:val="0"/>
          <w:sz w:val="22"/>
        </w:rPr>
        <w:t>Jazaakallah khairan waahsanul jazaa. Wassalaam. ANSWER The action of the Muslim politicians is a shocking and lamentable portrayal of kufr and shirk perpetrated by them. These politicians who kowtow and perform Ruku to the priests of idolatry are a disgrace for the Muslim Ummah. These politicians indulging in Buddhist rituals of kufr and shirk are no longer Muslims.</w:t>
      </w:r>
    </w:p>
    <w:p>
      <w:pPr>
        <w:spacing w:before="0" w:after="120" w:line="300" w:lineRule="exact"/>
        <w:jc w:val="both"/>
      </w:pPr>
      <w:r>
        <w:rPr>
          <w:rFonts w:ascii="Georgia" w:hAnsi="Georgia" w:cs="Georgia" w:eastAsia="Georgia"/>
          <w:b w:val="0"/>
          <w:i w:val="0"/>
          <w:sz w:val="22"/>
        </w:rPr>
        <w:t>They need to renew their Imaan as well as their marriages. Their argument of 'healthy coexistence' with the idolaters has no validity in Islam. Coexistence at the cost of adopting kufr and shirk rituals thereby effacing Imaan, is absolutely baseless. It is a satanic argument. When Imaan has been ef- faced, then people become the bootlickers of the mushrikeen.</w:t>
      </w:r>
    </w:p>
    <w:p>
      <w:pPr>
        <w:spacing w:before="0" w:after="120" w:line="300" w:lineRule="exact"/>
        <w:jc w:val="both"/>
      </w:pPr>
      <w:r>
        <w:rPr>
          <w:rFonts w:ascii="Georgia" w:hAnsi="Georgia" w:cs="Georgia" w:eastAsia="Georgia"/>
          <w:b w:val="0"/>
          <w:i w:val="0"/>
          <w:sz w:val="22"/>
        </w:rPr>
        <w:t>Adopting or practising any ritual of the kuffaar is kufr even without believing in it. The bowing, the plates of fruit and kathina pinkama rituals are all acts of kufr and shirk. Participation in any of these activities destroys Imaan. It is not permissible for Muslims to indulge in these acts of kufr and shirk. Muslims should attend to their moral reformation, follow the Deen and make dua for protection.</w:t>
      </w:r>
    </w:p>
    <w:p>
      <w:pPr>
        <w:spacing w:before="0" w:after="120" w:line="300" w:lineRule="exact"/>
        <w:jc w:val="both"/>
      </w:pPr>
      <w:r>
        <w:rPr>
          <w:rFonts w:ascii="Georgia" w:hAnsi="Georgia" w:cs="Georgia" w:eastAsia="Georgia"/>
          <w:b w:val="0"/>
          <w:i w:val="0"/>
          <w:sz w:val="22"/>
        </w:rPr>
        <w:t>Only Allah Ta'ala can protect us, not these kuffaar whom the politicians bootlick. Allah Ta'ala says in the Qur'aan Majeed: "If Allah aids you, then no one can defeat you. And, if He withholds Aid from you, then who is there besides Him who can help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MESS MIXTURE SIGNIFIES DEFEAT</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In Syria Hay'at Tahrir-e-Shaam is the alliance of rebel forces fighting the kuffaar Bashar Assad regime which is aided by Russia and Iran. The main component of the alliance fighting Assad's regime is Jabahat-e-Nusrah which is the organization of the Mujaahideen whose declared objective is the establishment of an Islamic state in the Land of Shaam.</w:t>
      </w:r>
    </w:p>
    <w:p>
      <w:pPr>
        <w:spacing w:before="0" w:after="120" w:line="300" w:lineRule="exact"/>
        <w:jc w:val="both"/>
      </w:pPr>
      <w:r>
        <w:rPr>
          <w:rFonts w:ascii="Georgia" w:hAnsi="Georgia" w:cs="Georgia" w:eastAsia="Georgia"/>
          <w:b w:val="0"/>
          <w:i w:val="0"/>
          <w:sz w:val="22"/>
        </w:rPr>
        <w:t>While the sincerity of the true Mujahideen is not assaulted, there is no gainsaying that they are wide off the mark of the Shariah. They are basically ignorant of Jihad. Sincerity is not the only condition for waging valid Shar'i Jihad nor for victory. For the acquisition of Allah's Nusrah (Divine Aid) on which is reliant success and victory, the imperative need is Taqwa, and in this sphere the Mujahideen are vastly lacking.</w:t>
      </w:r>
    </w:p>
    <w:p>
      <w:pPr>
        <w:spacing w:before="0" w:after="120" w:line="300" w:lineRule="exact"/>
        <w:jc w:val="both"/>
      </w:pPr>
      <w:r>
        <w:rPr>
          <w:rFonts w:ascii="Georgia" w:hAnsi="Georgia" w:cs="Georgia" w:eastAsia="Georgia"/>
          <w:b w:val="0"/>
          <w:i w:val="0"/>
          <w:sz w:val="22"/>
        </w:rPr>
        <w:t>The alliance with irreligious, secular forces whose declared aim is the establishment of a kuffaar secular state, speaks volumes for the lack of spiritual fibre (Roohaaniyat) without which victory is never possible. The Mujahideen today have placed the cart before the horse, hence they invariably suffer loss and defeat on all fronts. The temporary control of swathes of territory is not victory.</w:t>
      </w:r>
    </w:p>
    <w:p>
      <w:pPr>
        <w:spacing w:before="0" w:after="120" w:line="300" w:lineRule="exact"/>
        <w:jc w:val="both"/>
      </w:pPr>
      <w:r>
        <w:rPr>
          <w:rFonts w:ascii="Georgia" w:hAnsi="Georgia" w:cs="Georgia" w:eastAsia="Georgia"/>
          <w:b w:val="0"/>
          <w:i w:val="0"/>
          <w:sz w:val="22"/>
        </w:rPr>
        <w:t>It is nothing but weakness – spiritual weakness – which compelled the Nusrah Front to strike up an alliance with the atheist/ kuffaar Free Syrian Army rebels fighting the Assad regime. The deprivation of Allah's Nusrah, signifies Allah's Wrath on Muslims. The Mujahideen due to lack of Deeni understanding fail to see that Allah Ta'ala is not on their side in the current conflagrations in Syria, Palestine, Egypt, Kashmir and elsewhere.</w:t>
      </w:r>
    </w:p>
    <w:p>
      <w:pPr>
        <w:spacing w:before="0" w:after="120" w:line="300" w:lineRule="exact"/>
        <w:jc w:val="both"/>
      </w:pPr>
      <w:r>
        <w:rPr>
          <w:rFonts w:ascii="Georgia" w:hAnsi="Georgia" w:cs="Georgia" w:eastAsia="Georgia"/>
          <w:b w:val="0"/>
          <w:i w:val="0"/>
          <w:sz w:val="22"/>
        </w:rPr>
        <w:t>They do not derive lesson and inspiration from the Qur'aan and the Sunnah. Allah's declarations appear meaningless to them. Allah Ta'ala states with emphasis in the Qur'aan Majeed: "If you help Allah (i.e. His Deen), He will help you." "If Allah aids you, then there is none to defeat you, and if He abandons you, then who is there to aid you after this?" "Allah is sufficient for the Mu'mineen regarding qitaal (war/ Jihad)." There are numerous Nusoos in the Qur'aan Majeed and Ahaadith which state with clarity the conditions for Divine Aid and victory over the enemy.</w:t>
      </w:r>
    </w:p>
    <w:p>
      <w:pPr>
        <w:spacing w:before="0" w:after="120" w:line="300" w:lineRule="exact"/>
        <w:jc w:val="both"/>
      </w:pPr>
      <w:r>
        <w:rPr>
          <w:rFonts w:ascii="Georgia" w:hAnsi="Georgia" w:cs="Georgia" w:eastAsia="Georgia"/>
          <w:b w:val="0"/>
          <w:i w:val="0"/>
          <w:sz w:val="22"/>
        </w:rPr>
        <w:t>But the Mujahideen of this era are blind and deaf. They are unable to understand Allah's ideology of Jihad and the Sunnah methodology for gaining victory. The primary requisite for this goal is the development of spiritual stamina. The cultivation of Taqwa is of vital importance. The foot soldiers of the Jihad groups notwithstanding their sin- cerity, are generally young juhala (ignoramuses) who lack knowledge of even the basic masaa-il for day to day life activities.</w:t>
      </w:r>
    </w:p>
    <w:p>
      <w:pPr>
        <w:spacing w:before="0" w:after="120" w:line="300" w:lineRule="exact"/>
        <w:jc w:val="both"/>
      </w:pPr>
      <w:r>
        <w:rPr>
          <w:rFonts w:ascii="Georgia" w:hAnsi="Georgia" w:cs="Georgia" w:eastAsia="Georgia"/>
          <w:b w:val="0"/>
          <w:i w:val="0"/>
          <w:sz w:val="22"/>
        </w:rPr>
        <w:t>Jihad is not for adventure. Many ignorant youngsters join Jihad groups with the desire for adventure. This intention is corrupt. Minus moral and spiritual ta'leem and tarbiyat, there will never be success and victory. Recent history corroborates this reality over and over. After waging oso-called Jihad in Palestine and Kashmir for 70 years, there is nothing but defeat, humiliation and heart-breaking suffering.</w:t>
      </w:r>
    </w:p>
    <w:p>
      <w:pPr>
        <w:spacing w:before="0" w:after="120" w:line="300" w:lineRule="exact"/>
        <w:jc w:val="both"/>
      </w:pPr>
      <w:r>
        <w:rPr>
          <w:rFonts w:ascii="Georgia" w:hAnsi="Georgia" w:cs="Georgia" w:eastAsia="Georgia"/>
          <w:b w:val="0"/>
          <w:i w:val="0"/>
          <w:sz w:val="22"/>
        </w:rPr>
        <w:t>When Imaani deficiency and other mundane circumstances, e.g. paucity of military equipment, compel alliances with forces who are inimical to Islam – with atheists and kuffaar – it is a sure recipe for defeat. But, the ignorant Mujahideen are unable to understand this simple teaching of the Qur'aan and Sunnah. In the wake of their ignorance, thousands of civilians have been killed, injured and maimed.</w:t>
      </w:r>
    </w:p>
    <w:p>
      <w:pPr>
        <w:spacing w:before="0" w:after="120" w:line="300" w:lineRule="exact"/>
        <w:jc w:val="both"/>
      </w:pPr>
      <w:r>
        <w:rPr>
          <w:rFonts w:ascii="Georgia" w:hAnsi="Georgia" w:cs="Georgia" w:eastAsia="Georgia"/>
          <w:b w:val="0"/>
          <w:i w:val="0"/>
          <w:sz w:val="22"/>
        </w:rPr>
        <w:t>Millions have been rendered homeless and are languishing in horrendous conditions of poverty, misery and suffering. The Mujahideen prior to undertaking their Jihad were too dim in the brains to understand the heart-rending consequences which will ensue in the wake of their Jihad escapade. What is unfurling in the sad scenarios being enacted in this conflagration is undoubtedly Allah's Athaab (Punishment).</w:t>
      </w:r>
    </w:p>
    <w:p>
      <w:pPr>
        <w:spacing w:before="0" w:after="120" w:line="300" w:lineRule="exact"/>
        <w:jc w:val="both"/>
      </w:pPr>
      <w:r>
        <w:rPr>
          <w:rFonts w:ascii="Georgia" w:hAnsi="Georgia" w:cs="Georgia" w:eastAsia="Georgia"/>
          <w:b w:val="0"/>
          <w:i w:val="0"/>
          <w:sz w:val="22"/>
        </w:rPr>
        <w:t>Nevertheless, it is our fervent Dua that Allah Ta'ala in His infinite mercy forgives the sins of Muslims. May Allah Ta'ala guide the Ummah and bestow to Muslims the understanding of the Deen. May Allah Ta'ala grant the Ummah its former pedestal of glory. Our duty is to supplicate to Him. He decides and decrees. "O our Rabb! Overlook (our sins</w:t>
      </w:r>
    </w:p>
    <w:p>
      <w:pPr>
        <w:spacing w:before="120" w:after="120" w:line="300" w:lineRule="exact"/>
        <w:ind w:left="720" w:right="720"/>
        <w:jc w:val="center"/>
      </w:pPr>
      <w:r>
        <w:rPr>
          <w:rFonts w:ascii="Georgia" w:hAnsi="Georgia" w:cs="Georgia" w:eastAsia="Georgia"/>
          <w:b w:val="0"/>
          <w:i/>
          <w:sz w:val="22"/>
        </w:rPr>
        <w:t>and faults)! Forgive us! Have mercy on us! And help us against</w:t>
      </w:r>
    </w:p>
    <w:p>
      <w:pPr>
        <w:spacing w:before="0" w:after="120" w:line="300" w:lineRule="exact"/>
        <w:jc w:val="both"/>
      </w:pPr>
      <w:r>
        <w:rPr>
          <w:rFonts w:ascii="Georgia" w:hAnsi="Georgia" w:cs="Georgia" w:eastAsia="Georgia"/>
          <w:b w:val="0"/>
          <w:i w:val="0"/>
          <w:sz w:val="22"/>
        </w:rPr>
        <w:t>the nation of kaafireen!"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CHINESE BRUTALITY</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Children forcibly separated from parents The BBC News reports: By John Sudworth BBC News, Xinjiang 4 July 2019 China is deliberately separating Muslim children from their families, faith and language in its far western region of Xinjiang, according to new research. At the same time as hundreds of thousands of adults are being detained in giant camps, a rapid, large-scale campaign to build boarding schools is under way.</w:t>
      </w:r>
    </w:p>
    <w:p>
      <w:pPr>
        <w:spacing w:before="0" w:after="120" w:line="300" w:lineRule="exact"/>
        <w:jc w:val="both"/>
      </w:pPr>
      <w:r>
        <w:rPr>
          <w:rFonts w:ascii="Georgia" w:hAnsi="Georgia" w:cs="Georgia" w:eastAsia="Georgia"/>
          <w:b w:val="0"/>
          <w:i w:val="0"/>
          <w:sz w:val="22"/>
        </w:rPr>
        <w:t>Based on publicly available documents, and backed up by dozens of interviews with family members overseas, the BBC has gathered some of the most comprehensive evidence to date about what is happening to children in the region. Records show that in one township alone more than 400 children have lost not just one but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both parents to some form of internment, either in the camps or in prison.</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both parents to some form of internment, either in the camps or in prison. Formal assessments are carried out to determine whether the children are in need of "centralised care". Alongside the efforts to transform the identity of Xinjiang's adults, the evidence points to a parallel campaign to systematically remove children from their roots.</w:t>
      </w:r>
    </w:p>
    <w:p>
      <w:pPr>
        <w:spacing w:before="0" w:after="120" w:line="300" w:lineRule="exact"/>
        <w:jc w:val="both"/>
      </w:pPr>
      <w:r>
        <w:rPr>
          <w:rFonts w:ascii="Georgia" w:hAnsi="Georgia" w:cs="Georgia" w:eastAsia="Georgia"/>
          <w:b w:val="0"/>
          <w:i w:val="0"/>
          <w:sz w:val="22"/>
        </w:rPr>
        <w:t>Image caption The Hotan Kindness Kindergarten, like many others, is a high security facility China's tight surveillance and control in Xinjiang, where foreign journalists are followed 24 hours a day, make it impossible to gather testimony there. But it can be found in Turkey. In a large hall in Istanbul, dozens of people queue to tell their stories, many of them clutching photographs of children, all now missing back home in Xinjiang.</w:t>
      </w:r>
    </w:p>
    <w:p>
      <w:pPr>
        <w:spacing w:before="0" w:after="120" w:line="300" w:lineRule="exact"/>
        <w:jc w:val="both"/>
      </w:pPr>
      <w:r>
        <w:rPr>
          <w:rFonts w:ascii="Georgia" w:hAnsi="Georgia" w:cs="Georgia" w:eastAsia="Georgia"/>
          <w:b w:val="0"/>
          <w:i w:val="0"/>
          <w:sz w:val="22"/>
        </w:rPr>
        <w:t>"I don't know who is looking after them," one mother says, pointing to a picture of her three young daughters, "there is no contact at all." Another mother, holding a photo of three sons and a daughter, wipes away her tears. "I heard that they've been taken to an orphanage," she says. In 60 separate interviews, in wave after wave of anxious, grief-ridden testimony, parents and other relatives give details of the disappearance in Xinjiang of more than 100 children.</w:t>
      </w:r>
    </w:p>
    <w:p>
      <w:pPr>
        <w:spacing w:before="0" w:after="120" w:line="300" w:lineRule="exact"/>
        <w:jc w:val="both"/>
      </w:pPr>
      <w:r>
        <w:rPr>
          <w:rFonts w:ascii="Georgia" w:hAnsi="Georgia" w:cs="Georgia" w:eastAsia="Georgia"/>
          <w:b w:val="0"/>
          <w:i w:val="0"/>
          <w:sz w:val="22"/>
        </w:rPr>
        <w:t>They are all Uighurs - members of Xinjiang's largest, predominantly Muslim ethnic group that has long had ties of language and faith to Turkey. Thousands have come to study or to do business, to visit family, or to escape China's birth control limits and the increasing religious repression. But over the past three years, they have found themselves trapped after China began detaining hundreds of thousands of Uighurs and other minorities in giant camps.</w:t>
      </w:r>
    </w:p>
    <w:p>
      <w:pPr>
        <w:spacing w:before="0" w:after="120" w:line="300" w:lineRule="exact"/>
        <w:jc w:val="both"/>
      </w:pPr>
      <w:r>
        <w:rPr>
          <w:rFonts w:ascii="Georgia" w:hAnsi="Georgia" w:cs="Georgia" w:eastAsia="Georgia"/>
          <w:b w:val="0"/>
          <w:i w:val="0"/>
          <w:sz w:val="22"/>
        </w:rPr>
        <w:t>The Chinese authorities say the Uighurs are being educated in "vocational training centres" in order to combat violent religious extremism. But evidence shows that many are being detained for simply expressing their faith - praying or wearing a veil - or for having overseas connections to places like Turkey. For these Uighurs, going back means almost certain detention.</w:t>
      </w:r>
    </w:p>
    <w:p>
      <w:pPr>
        <w:spacing w:before="0" w:after="120" w:line="300" w:lineRule="exact"/>
        <w:jc w:val="both"/>
      </w:pPr>
      <w:r>
        <w:rPr>
          <w:rFonts w:ascii="Georgia" w:hAnsi="Georgia" w:cs="Georgia" w:eastAsia="Georgia"/>
          <w:b w:val="0"/>
          <w:i w:val="0"/>
          <w:sz w:val="22"/>
        </w:rPr>
        <w:t>Phone contact has been severed - even speaking to relatives overseas is now too dangerous for those in Xinjiang. With his wife detained back home, one father tells me he fears some of his eight children may now be in the care of the Chinese state. "I think they've been taken to child education camps," he says. New research commissioned by the BBC sheds light on what is really happening to these children and many thousands of others.</w:t>
      </w:r>
    </w:p>
    <w:p>
      <w:pPr>
        <w:spacing w:before="0" w:after="120" w:line="300" w:lineRule="exact"/>
        <w:jc w:val="both"/>
      </w:pPr>
      <w:r>
        <w:rPr>
          <w:rFonts w:ascii="Georgia" w:hAnsi="Georgia" w:cs="Georgia" w:eastAsia="Georgia"/>
          <w:b w:val="0"/>
          <w:i w:val="0"/>
          <w:sz w:val="22"/>
        </w:rPr>
        <w:t>Dr Adrian Zenz is a German researcher widely credited with exposing the full extent of China's mass detentions of adult Muslims in Xinjiang.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CALLOUSNESS OF MUSLIMS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Although Muslims all over the world are aware of the persecution of the Chinese Muslims by the atheist, communist Chinese authorities, they (Muslims) are increasingly going to China for secular education. Even these university students are not completely free to practise Islam whilst in China, yet they grovel at the feet of the Chinese swine-eaters for the haraam worldly 'benefits' their universities offer.</w:t>
      </w:r>
    </w:p>
    <w:p>
      <w:pPr>
        <w:spacing w:before="0" w:after="120" w:line="300" w:lineRule="exact"/>
        <w:jc w:val="both"/>
      </w:pPr>
      <w:r>
        <w:rPr>
          <w:rFonts w:ascii="Georgia" w:hAnsi="Georgia" w:cs="Georgia" w:eastAsia="Georgia"/>
          <w:b w:val="0"/>
          <w:i w:val="0"/>
          <w:sz w:val="22"/>
        </w:rPr>
        <w:t>Rasulullah (Sallallahu alayhi wasallam) said: "Muslims (the entire Ummah) is like one man. If the eye pains, the whole body is affected, and if the head pains the whole body is affected." This and similar other Ahaadith have no meaning for Muslims today. Every requisite of the Deen is discarded or interpreted away for the acquisition of worldly objectives and benefits.</w:t>
      </w:r>
    </w:p>
    <w:p>
      <w:pPr>
        <w:spacing w:before="0" w:after="120" w:line="300" w:lineRule="exact"/>
        <w:jc w:val="both"/>
      </w:pPr>
      <w:r>
        <w:rPr>
          <w:rFonts w:ascii="Georgia" w:hAnsi="Georgia" w:cs="Georgia" w:eastAsia="Georgia"/>
          <w:b w:val="0"/>
          <w:i w:val="0"/>
          <w:sz w:val="22"/>
        </w:rPr>
        <w:t>Thus, Muslims have no qualms about going to China for secular education, and Muslim businessmen are going in droves to China for purposes of trade, etc. Yet, millions of Chinese Muslims are being persecuted. The current plot of China is to totally eliminate the Muslim community within a couple of generations, hence it has spent billions of dollars on these satanic 'vocational training centres' and 'boarding schools'.</w:t>
      </w:r>
    </w:p>
    <w:p>
      <w:pPr>
        <w:spacing w:before="0" w:after="120" w:line="300" w:lineRule="exact"/>
        <w:jc w:val="both"/>
      </w:pPr>
      <w:r>
        <w:rPr>
          <w:rFonts w:ascii="Georgia" w:hAnsi="Georgia" w:cs="Georgia" w:eastAsia="Georgia"/>
          <w:b w:val="0"/>
          <w:i w:val="0"/>
          <w:sz w:val="22"/>
        </w:rPr>
        <w:t>These evil places are actually detention camps organized to deracinate the Muslim community – to convert them into atheists. For the sake of the lousy and miserable worldly crumbs China offers by way of trade and education, Muslims are sweeping under the carpet the horrendous plight of the Chinese Muslims. While the elimination of the entire Chinese Muslim Ummah is underway, the conscience of Muslims is not jarred.</w:t>
      </w:r>
    </w:p>
    <w:p>
      <w:pPr>
        <w:spacing w:before="0" w:after="120" w:line="300" w:lineRule="exact"/>
        <w:jc w:val="both"/>
      </w:pPr>
      <w:r>
        <w:rPr>
          <w:rFonts w:ascii="Georgia" w:hAnsi="Georgia" w:cs="Georgia" w:eastAsia="Georgia"/>
          <w:b w:val="0"/>
          <w:i w:val="0"/>
          <w:sz w:val="22"/>
        </w:rPr>
        <w:t>They continue their haraam relationship with the swine-devourers. But they are very vociferous regarding Palestine and their anti-Israel slogans. Their anti-Israel stance is pure hypocrisy and bereft of any Deen and genuine brotherly feelings for the oppressed Muslims. When the Imaan of Muslims is on the brink of extinction, then they hasten to embrace even those kuffaar who are actively engaging in the persecution and destruction of Muslim communities.</w:t>
      </w:r>
    </w:p>
    <w:p>
      <w:pPr>
        <w:spacing w:before="0" w:after="120" w:line="300" w:lineRule="exact"/>
        <w:jc w:val="both"/>
      </w:pPr>
      <w:r>
        <w:rPr>
          <w:rFonts w:ascii="Georgia" w:hAnsi="Georgia" w:cs="Georgia" w:eastAsia="Georgia"/>
          <w:b w:val="0"/>
          <w:i w:val="0"/>
          <w:sz w:val="22"/>
        </w:rPr>
        <w:t>The indifference of Muslims displayed for the persecuted Chinese Muslim community and their ties with these enemies of Islam for worldly gains are the evidence for hypocrisy. The greatest munaafiqeen are those who call for boycotting Israel, whilst they embrace China, India and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ARE 'RUBBISH"</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Said our Nabi (Sallallahu alayhi wasallam) Rasulullah (Sallallahu alayhi wasallam) warned that a time will dawn when the kuffaar will form alliances to devour the Ummah just as people gather at the table to devour food. The Sahaabah queried: "Will it be because of the paucity of our numbers on that day?' Rasulullah (Sallallahu alayhi wasallam) said: "In fact, you will be innumerable.</w:t>
      </w:r>
    </w:p>
    <w:p>
      <w:pPr>
        <w:spacing w:before="0" w:after="120" w:line="300" w:lineRule="exact"/>
        <w:jc w:val="both"/>
      </w:pPr>
      <w:r>
        <w:rPr>
          <w:rFonts w:ascii="Georgia" w:hAnsi="Georgia" w:cs="Georgia" w:eastAsia="Georgia"/>
          <w:b w:val="0"/>
          <w:i w:val="0"/>
          <w:sz w:val="22"/>
        </w:rPr>
        <w:t>But you will be RUBBISH such as the rubbish of floodwaters. Verily, Allah will remove fear for you from the hearts of your enemy, and He will instil wahan in your hearts." The Sahaabah asked: "O Rasulullah! What is wahan?" Rasulullah (Sallallahu alayhi wasallam) said: "Love for the world and aversion for Maut (Death)."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MAJOR MUJAHID LOSSES</w:t>
      </w:r>
    </w:p>
    <w:p>
      <w:pPr>
        <w:spacing w:before="0" w:after="160" w:line="300" w:lineRule="exact"/>
        <w:jc w:val="center"/>
      </w:pPr>
      <w:r>
        <w:rPr>
          <w:rFonts w:ascii="Georgia" w:hAnsi="Georgia" w:cs="Georgia" w:eastAsia="Georgia"/>
          <w:b w:val="0"/>
          <w:i/>
          <w:sz w:val="16"/>
        </w:rPr>
        <w:t>Page 10, 12 of the original</w:t>
      </w:r>
    </w:p>
    <w:p>
      <w:pPr>
        <w:spacing w:before="0" w:after="120" w:line="300" w:lineRule="exact"/>
        <w:jc w:val="both"/>
      </w:pPr>
      <w:r>
        <w:rPr>
          <w:rFonts w:ascii="Georgia" w:hAnsi="Georgia" w:cs="Georgia" w:eastAsia="Georgia"/>
          <w:b w:val="0"/>
          <w:i w:val="0"/>
          <w:sz w:val="22"/>
        </w:rPr>
        <w:t>"Following the deployment of Russian ground troops assisting regime forces, the assault on the province has made rapid gains, with several towns and villages in southern Idlib and northern Hama being overtaken by the coalition over the past week. The latest devastating loss for the Syrian opposition is the city of Khan Sheikhoun and its surrounding hills and checkpoints, which fell into the regime's hands yesterday morning (20 August 2019).</w:t>
      </w:r>
    </w:p>
    <w:p>
      <w:pPr>
        <w:spacing w:before="0" w:after="120" w:line="300" w:lineRule="exact"/>
        <w:jc w:val="both"/>
      </w:pPr>
      <w:r>
        <w:rPr>
          <w:rFonts w:ascii="Georgia" w:hAnsi="Georgia" w:cs="Georgia" w:eastAsia="Georgia"/>
          <w:b w:val="0"/>
          <w:i w:val="0"/>
          <w:sz w:val="22"/>
        </w:rPr>
        <w:t>Lavrov's confirmation of the presence of Russian troops and the subsequent advance by the regime comes amid the opposition's confirmation last week of Iranian forces also fighting alongside</w:t>
      </w:r>
    </w:p>
    <w:p>
      <w:pPr>
        <w:pStyle w:val="Heading3"/>
        <w:spacing w:before="200" w:after="120" w:line="300" w:lineRule="exact"/>
        <w:jc w:val="left"/>
      </w:pPr>
      <w:r>
        <w:rPr>
          <w:rFonts w:ascii="Georgia" w:hAnsi="Georgia" w:cs="Georgia" w:eastAsia="Georgia"/>
          <w:b/>
          <w:i w:val="0"/>
          <w:color w:val="2E74B5"/>
          <w:sz w:val="24"/>
        </w:rPr>
        <w:t>MAJOR MUJAHID</w:t>
      </w:r>
    </w:p>
    <w:p>
      <w:pPr>
        <w:spacing w:before="0" w:after="120" w:line="300" w:lineRule="exact"/>
        <w:jc w:val="both"/>
      </w:pPr>
      <w:r>
        <w:rPr>
          <w:rFonts w:ascii="Georgia" w:hAnsi="Georgia" w:cs="Georgia" w:eastAsia="Georgia"/>
          <w:b w:val="0"/>
          <w:i w:val="0"/>
          <w:sz w:val="22"/>
        </w:rPr>
        <w:t>the regime. The direct involvement of both Russia and Iran in the campaign to recapture Idlib, instead of sticking to their previous roles of providing advisory, aerial and logistical support, presents a bleak outlook for the survival of the Syrian opposition as well as the civilians inhabiting the province who have been suffering under intense bombardment since the assault began in April.</w:t>
      </w:r>
    </w:p>
    <w:p>
      <w:pPr>
        <w:spacing w:before="0" w:after="120" w:line="300" w:lineRule="exact"/>
        <w:jc w:val="both"/>
      </w:pPr>
      <w:r>
        <w:rPr>
          <w:rFonts w:ascii="Georgia" w:hAnsi="Georgia" w:cs="Georgia" w:eastAsia="Georgia"/>
          <w:b w:val="0"/>
          <w:i w:val="0"/>
          <w:sz w:val="22"/>
        </w:rPr>
        <w:t>The latest Russian-backed advance since a ceasfire broke down over two weeks ago has been aided by thousands of new reinforcements including Iranian-backed militias who had been absent from earlier battles." (Middle East Monitor)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MUFTI'S FATWA</w:t>
      </w:r>
    </w:p>
    <w:p>
      <w:pPr>
        <w:spacing w:before="0" w:after="160" w:line="300" w:lineRule="exact"/>
        <w:jc w:val="center"/>
      </w:pPr>
      <w:r>
        <w:rPr>
          <w:rFonts w:ascii="Georgia" w:hAnsi="Georgia" w:cs="Georgia" w:eastAsia="Georgia"/>
          <w:b w:val="0"/>
          <w:i/>
          <w:sz w:val="16"/>
        </w:rPr>
        <w:t>Page 11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HAJJ AND UMRAH</w:t>
      </w:r>
    </w:p>
    <w:p>
      <w:pPr>
        <w:spacing w:before="0" w:after="120" w:line="300" w:lineRule="exact"/>
        <w:jc w:val="both"/>
      </w:pPr>
      <w:r>
        <w:rPr>
          <w:rFonts w:ascii="Georgia" w:hAnsi="Georgia" w:cs="Georgia" w:eastAsia="Georgia"/>
          <w:b w:val="0"/>
          <w:i w:val="0"/>
          <w:sz w:val="22"/>
        </w:rPr>
        <w:t>Mufti Sadiq Al-Ghariani of Libya has called on Muslims to abstain from performing a second Hajj or Umrah due to Saudi Arabia's involvement in wars across the Muslimmajority world. He said that Muslims who perform either of the Hajj or Umrah for a second time "will commit an act of sin rather than a good deed". The mufti said that the money which pilgrims are paying for Hajj and Umrah is "helping Saudi Arabian rulers to carry out crimes against our fellow Muslims".</w:t>
      </w:r>
    </w:p>
    <w:p>
      <w:pPr>
        <w:spacing w:before="0" w:after="120" w:line="300" w:lineRule="exact"/>
        <w:jc w:val="both"/>
      </w:pPr>
      <w:r>
        <w:rPr>
          <w:rFonts w:ascii="Georgia" w:hAnsi="Georgia" w:cs="Georgia" w:eastAsia="Georgia"/>
          <w:b w:val="0"/>
          <w:i w:val="0"/>
          <w:sz w:val="22"/>
        </w:rPr>
        <w:t>The money will contribute to the massacre of Muslims in Libya, Yemen, Syria, Algeria, Sudan, Tunisia and elsewhere. Mufti Al-Ghariani said he will take full responsibility on the Day of Qiyaamat before Allah for issuing the fatwa.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fatwa is the effect of political expediency. A Mufti is supposed to be a man of the Deen – a man of the Aakhirat. He should have issued this fatwa years ago, long before the murtad, kuffaar Saudi regime had embarked on the massacre of Muslims. The fatwa should have been based on purely Deeni grounds. The prohibition to perform Nafl Hajj and Umrah is based on the preponderance of sin and transgression – fisq and fujoor with which these journeys are bedevilled.</w:t>
      </w:r>
    </w:p>
    <w:p>
      <w:pPr>
        <w:spacing w:before="0" w:after="120" w:line="300" w:lineRule="exact"/>
        <w:jc w:val="both"/>
      </w:pPr>
      <w:r>
        <w:rPr>
          <w:rFonts w:ascii="Georgia" w:hAnsi="Georgia" w:cs="Georgia" w:eastAsia="Georgia"/>
          <w:b w:val="0"/>
          <w:i w:val="0"/>
          <w:sz w:val="22"/>
        </w:rPr>
        <w:t>However, for the Ulama of this era the Shariah is not the determinant. Worldly and political objectives are being justified in the name of the Deen. The Mufti's bold claim regarding 'full responsibility on the Day of Qiyaamah' is indicative of his lack of khauf (fear) for Allah Azza Wa Jal. It also displays that he has no valid understanding of what Qiyaamah actually is.</w:t>
      </w:r>
    </w:p>
    <w:p>
      <w:pPr>
        <w:spacing w:before="0" w:after="120" w:line="300" w:lineRule="exact"/>
        <w:jc w:val="both"/>
      </w:pPr>
      <w:r>
        <w:rPr>
          <w:rFonts w:ascii="Georgia" w:hAnsi="Georgia" w:cs="Georgia" w:eastAsia="Georgia"/>
          <w:b w:val="0"/>
          <w:i w:val="0"/>
          <w:sz w:val="22"/>
        </w:rPr>
        <w:t>A man who understands the tumultuous upheavals of that Day – such upheavals which will overwhelm even the Ambiya with fear, will not so audaciously and stupidly blurt out drivel. The Mufti will not be able to account even for himself. When a Mufti issues a fatwa, especially when it concerns proscription of ibaadat, then he should fear and make his statement with trepidation even if he is convinced of the rectitude of his Fatwa.</w:t>
      </w:r>
    </w:p>
    <w:p>
      <w:pPr>
        <w:spacing w:before="0" w:after="120" w:line="300" w:lineRule="exact"/>
        <w:jc w:val="both"/>
      </w:pPr>
      <w:r>
        <w:rPr>
          <w:rFonts w:ascii="Georgia" w:hAnsi="Georgia" w:cs="Georgia" w:eastAsia="Georgia"/>
          <w:b w:val="0"/>
          <w:i w:val="0"/>
          <w:sz w:val="22"/>
        </w:rPr>
        <w:t>While we too vigorously advocate the prohibition of going for Nafl Hajj and Umrah in this age, the basis for the prohibition is not political. This topic has been explained in detail in the Mujlisul Ulama's publication: Tourism &amp;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CHINESE REPRESSION</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'Nightmare' as Egypt aided China to detain Uighurs 18 Aug 2019 AFP/File / Khaled DESOUKI Abdulmalik Abdulaziz, an Uighur student, was arrested and handcuffed by Egyptian police at a restaurant in Cairo, and when they removed his blindfold he was surprised to see Chinese officials questioning him in custody. He was picked up in broad daylight with friends, and taken to a Cairo police station where Chinese officials grilled him about what he was doing in Egypt.</w:t>
      </w:r>
    </w:p>
    <w:p>
      <w:pPr>
        <w:spacing w:before="0" w:after="120" w:line="300" w:lineRule="exact"/>
        <w:jc w:val="both"/>
      </w:pPr>
      <w:r>
        <w:rPr>
          <w:rFonts w:ascii="Georgia" w:hAnsi="Georgia" w:cs="Georgia" w:eastAsia="Georgia"/>
          <w:b w:val="0"/>
          <w:i w:val="0"/>
          <w:sz w:val="22"/>
        </w:rPr>
        <w:t>The three officials spoke to him in Chinese, addressing him using his Chinese name not his Uighur one. "They never said their names or mentioned who they were exactly," said Abdulaziz, 27, who spoke to AFP helping to uncover new details of the 2017 arrests of over 90 Uighurs from the mostly Muslim Turkic minority. Abdulaziz, like the others, was swept up in the three-day crackdown in the first week of July 2017, was an Islamic theology student at Al-Azhar.</w:t>
      </w:r>
    </w:p>
    <w:p>
      <w:pPr>
        <w:spacing w:before="0" w:after="120" w:line="300" w:lineRule="exact"/>
        <w:jc w:val="both"/>
      </w:pPr>
      <w:r>
        <w:rPr>
          <w:rFonts w:ascii="Georgia" w:hAnsi="Georgia" w:cs="Georgia" w:eastAsia="Georgia"/>
          <w:b w:val="0"/>
          <w:i w:val="0"/>
          <w:sz w:val="22"/>
        </w:rPr>
        <w:t>"Egyptian policemen said 'the Chinese government says that you are terrorists'. But we responded that we are only AlAzhar students," said Abdulaziz. China is one of Egypt's biggest investors, pouring money into massive infrastructure projects such as the construction of a new administrative capital east of Cairo. Trade between the two countries reached a record high of $13.8 billion last year.</w:t>
      </w:r>
    </w:p>
    <w:p>
      <w:pPr>
        <w:spacing w:before="0" w:after="120" w:line="300" w:lineRule="exact"/>
        <w:jc w:val="both"/>
      </w:pPr>
      <w:r>
        <w:rPr>
          <w:rFonts w:ascii="Georgia" w:hAnsi="Georgia" w:cs="Georgia" w:eastAsia="Georgia"/>
          <w:b w:val="0"/>
          <w:i w:val="0"/>
          <w:sz w:val="22"/>
        </w:rPr>
        <w:t>Just three weeks before the raid, Egypt and China signed a security memorandum focusing on "combatting terrorism". After a few days of questioning in Police Station 2 in Nasr City, an upmarket suburb of Cairo, Abdulaziz was sent to Tora, one of Egypt's most notorious jails. Released after 60 days in detention, he escaped, seeking asylum in Turkey, a hub of Uighur immigration.</w:t>
      </w:r>
    </w:p>
    <w:p>
      <w:pPr>
        <w:spacing w:before="0" w:after="120" w:line="300" w:lineRule="exact"/>
        <w:jc w:val="both"/>
      </w:pPr>
      <w:r>
        <w:rPr>
          <w:rFonts w:ascii="Georgia" w:hAnsi="Georgia" w:cs="Georgia" w:eastAsia="Georgia"/>
          <w:b w:val="0"/>
          <w:i w:val="0"/>
          <w:sz w:val="22"/>
        </w:rPr>
        <w:t>Shams Eddin Ahmed, 26, was arrested outside the Moussa Ibn Naseer mosque. on 4 July, 2017 in Nasr City. His father in Xinjiang, a region in northwest China, also disappeared that month. Uighurs refer to Xinjiang as East Turkestan, including those AFP interviewed, but for Beijing it has troubling connotations of independence and activism. "I still don't know if he's dead or alive," he recounted.</w:t>
      </w:r>
    </w:p>
    <w:p>
      <w:pPr>
        <w:spacing w:before="0" w:after="120" w:line="300" w:lineRule="exact"/>
        <w:jc w:val="both"/>
      </w:pPr>
      <w:r>
        <w:rPr>
          <w:rFonts w:ascii="Georgia" w:hAnsi="Georgia" w:cs="Georgia" w:eastAsia="Georgia"/>
          <w:b w:val="0"/>
          <w:i w:val="0"/>
          <w:sz w:val="22"/>
        </w:rPr>
        <w:t>Unmarked black vans pulled up as afternoon prayers ended and around five policemen arrested several Uighur worshippers. Ahmed was also transferred to Tora, the stifling carceral complex which houses many of Egypt's high-profile political prisoners. "I felt so afraid when I got there. It was extremely dark... I thought to myself how will we ever get out of here?" he said.</w:t>
      </w:r>
    </w:p>
    <w:p>
      <w:pPr>
        <w:spacing w:before="0" w:after="120" w:line="300" w:lineRule="exact"/>
        <w:jc w:val="both"/>
      </w:pPr>
      <w:r>
        <w:rPr>
          <w:rFonts w:ascii="Georgia" w:hAnsi="Georgia" w:cs="Georgia" w:eastAsia="Georgia"/>
          <w:b w:val="0"/>
          <w:i w:val="0"/>
          <w:sz w:val="22"/>
        </w:rPr>
        <w:t>"I was afraid that they would hand us over to the Chinese authorities," added Ahmed. The Uighurs were split into two groups of 45 to 50 men each and languished in large cells for weeks. Two weeks before their release, the Uighurs and other Chinese Muslims of different ethnic ancestry, were divided into three groups, and given colour codes.</w:t>
      </w:r>
    </w:p>
    <w:p>
      <w:pPr>
        <w:spacing w:before="0" w:after="120" w:line="300" w:lineRule="exact"/>
        <w:jc w:val="both"/>
      </w:pPr>
      <w:r>
        <w:rPr>
          <w:rFonts w:ascii="Georgia" w:hAnsi="Georgia" w:cs="Georgia" w:eastAsia="Georgia"/>
          <w:b w:val="0"/>
          <w:i w:val="0"/>
          <w:sz w:val="22"/>
        </w:rPr>
        <w:t>Red, green or yellow determined if they would be deported, released or further questioned. Ahmed said Egyptian prison guards handcuffed, blindfolded and then hauled many of the group into vans heading to Cairo police stations. During 11 days in police custody, he claims three Chinese officials questioned him specifically about his father.</w:t>
      </w:r>
    </w:p>
    <w:p>
      <w:pPr>
        <w:spacing w:before="0" w:after="120" w:line="300" w:lineRule="exact"/>
        <w:jc w:val="both"/>
      </w:pPr>
      <w:r>
        <w:rPr>
          <w:rFonts w:ascii="Georgia" w:hAnsi="Georgia" w:cs="Georgia" w:eastAsia="Georgia"/>
          <w:b w:val="0"/>
          <w:i w:val="0"/>
          <w:sz w:val="22"/>
        </w:rPr>
        <w:t>"Where is he and how does he send you money?" he told AFP. Abdulweli Ayup, a Norwaybased Uighur linguist who has researched the community in Egypt, confirmed hearing similar accounts from other detainees. "It's the same practice and tactic implemented in internment camps in China. I don't believe it's a coincidence," he said, adding Chinese authorities use the same three colour codes for detained Uighurs.</w:t>
      </w:r>
    </w:p>
    <w:p>
      <w:pPr>
        <w:spacing w:before="0" w:after="120" w:line="300" w:lineRule="exact"/>
        <w:jc w:val="both"/>
      </w:pPr>
      <w:r>
        <w:rPr>
          <w:rFonts w:ascii="Georgia" w:hAnsi="Georgia" w:cs="Georgia" w:eastAsia="Georgia"/>
          <w:b w:val="0"/>
          <w:i w:val="0"/>
          <w:sz w:val="22"/>
        </w:rPr>
        <w:t>Human rights groups say more than one million Uighurs and other mostly Muslim minorities are held in a network of internment camps in China where they endure political indoctrination. Beijing says the "vocational education centres" are necessary to counter religious extremism. Germany-based independent researcher Adrian Zenz, who has mapped out camps in Xinjiang, said: "China's new push to redefine human rights in terms of economic development... suits many of these nations." Abdulmalik Abdulaziz who studied theology at Egypt's prestigious Al-Azhar says he was blindfolded, handcuffed and questioned by Egyptian police but when the blindfold was removed he was surprised to see Chinese officials alongside his interrogators "A country giving the Chinese significant leeway can in return expect significant favours," he added, referring to the EgyptianChinese security cooperation.</w:t>
      </w:r>
    </w:p>
    <w:p>
      <w:pPr>
        <w:spacing w:before="0" w:after="120" w:line="300" w:lineRule="exact"/>
        <w:jc w:val="both"/>
      </w:pPr>
      <w:r>
        <w:rPr>
          <w:rFonts w:ascii="Georgia" w:hAnsi="Georgia" w:cs="Georgia" w:eastAsia="Georgia"/>
          <w:b w:val="0"/>
          <w:i w:val="0"/>
          <w:sz w:val="22"/>
        </w:rPr>
        <w:t>Darren Byler, an anthropologist at Washington University, noted "similar attempts by Chinese officials in Thailand and elsewhere" to extradite diaspora Uighurs. "The autonomy with which Chinese authorities were permitted to act in Egypt is unprecedented," he told AFP. Ayup, the linguist, explains the devastating effect of the 2017 raids that reduced a thriving community of around 6,000 people to about 50 families.</w:t>
      </w:r>
    </w:p>
    <w:p>
      <w:pPr>
        <w:spacing w:before="0" w:after="120" w:line="300" w:lineRule="exact"/>
        <w:jc w:val="both"/>
      </w:pPr>
      <w:r>
        <w:rPr>
          <w:rFonts w:ascii="Georgia" w:hAnsi="Georgia" w:cs="Georgia" w:eastAsia="Georgia"/>
          <w:b w:val="0"/>
          <w:i w:val="0"/>
          <w:sz w:val="22"/>
        </w:rPr>
        <w:t>"For Uighurs it's a nightmare that your Muslim brother would invite Chinese officials to interrogate you. They have lost their belief and have become paranoid in the diaspora," he said. Abdulaziz considers himself fortunate, but the fate of other Uighurs expelled by Egypt preys on his mind. "It has been years since we heard anything about those deported and our families.</w:t>
      </w:r>
    </w:p>
    <w:p>
      <w:pPr>
        <w:spacing w:before="0" w:after="120" w:line="300" w:lineRule="exact"/>
        <w:jc w:val="both"/>
      </w:pPr>
      <w:r>
        <w:rPr>
          <w:rFonts w:ascii="Georgia" w:hAnsi="Georgia" w:cs="Georgia" w:eastAsia="Georgia"/>
          <w:b w:val="0"/>
          <w:i w:val="0"/>
          <w:sz w:val="22"/>
        </w:rPr>
        <w:t>We just don't know." AFP's worldwide network The global network of Agence France-Presse covers 151 countries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DUNYA</w:t>
      </w:r>
    </w:p>
    <w:p>
      <w:pPr>
        <w:spacing w:before="0" w:after="160" w:line="300" w:lineRule="exact"/>
        <w:jc w:val="center"/>
      </w:pPr>
      <w:r>
        <w:rPr>
          <w:rFonts w:ascii="Georgia" w:hAnsi="Georgia" w:cs="Georgia" w:eastAsia="Georgia"/>
          <w:b w:val="0"/>
          <w:i/>
          <w:sz w:val="16"/>
        </w:rPr>
        <w:t>Page 11 of the original</w:t>
      </w:r>
    </w:p>
    <w:p>
      <w:pPr>
        <w:spacing w:before="120" w:after="120" w:line="300" w:lineRule="exact"/>
        <w:ind w:left="720" w:right="720"/>
        <w:jc w:val="center"/>
      </w:pPr>
      <w:r>
        <w:rPr>
          <w:rFonts w:ascii="Georgia" w:hAnsi="Georgia" w:cs="Georgia" w:eastAsia="Georgia"/>
          <w:b w:val="0"/>
          <w:i/>
          <w:sz w:val="22"/>
        </w:rPr>
        <w:t>"What is my relationship with this world? Verily, my</w:t>
      </w:r>
    </w:p>
    <w:p>
      <w:pPr>
        <w:spacing w:before="120" w:after="120" w:line="300" w:lineRule="exact"/>
        <w:ind w:left="720" w:right="720"/>
        <w:jc w:val="center"/>
      </w:pPr>
      <w:r>
        <w:rPr>
          <w:rFonts w:ascii="Georgia" w:hAnsi="Georgia" w:cs="Georgia" w:eastAsia="Georgia"/>
          <w:b w:val="0"/>
          <w:i/>
          <w:sz w:val="22"/>
        </w:rPr>
        <w:t>similitude is that of a horse rider who seeks (temporary</w:t>
      </w:r>
    </w:p>
    <w:p>
      <w:pPr>
        <w:spacing w:before="120" w:after="120" w:line="300" w:lineRule="exact"/>
        <w:ind w:left="720" w:right="720"/>
        <w:jc w:val="center"/>
      </w:pPr>
      <w:r>
        <w:rPr>
          <w:rFonts w:ascii="Georgia" w:hAnsi="Georgia" w:cs="Georgia" w:eastAsia="Georgia"/>
          <w:b w:val="0"/>
          <w:i/>
          <w:sz w:val="22"/>
        </w:rPr>
        <w:t>rest) in the shade of a tree (in the desert). Then (after resting for a while), he leaves</w:t>
      </w:r>
    </w:p>
    <w:p>
      <w:pPr>
        <w:spacing w:before="120" w:after="120" w:line="300" w:lineRule="exact"/>
        <w:ind w:left="720" w:right="720"/>
        <w:jc w:val="center"/>
      </w:pPr>
      <w:r>
        <w:rPr>
          <w:rFonts w:ascii="Georgia" w:hAnsi="Georgia" w:cs="Georgia" w:eastAsia="Georgia"/>
          <w:b w:val="0"/>
          <w:i/>
          <w:sz w:val="22"/>
        </w:rPr>
        <w:t>(the shade of the tree) and issues forth (to continue his journey)." (Rasulullah – Sal-</w:t>
      </w:r>
    </w:p>
    <w:p>
      <w:pPr>
        <w:spacing w:before="0" w:after="120" w:line="300" w:lineRule="exact"/>
        <w:jc w:val="both"/>
      </w:pPr>
      <w:r>
        <w:rPr>
          <w:rFonts w:ascii="Georgia" w:hAnsi="Georgia" w:cs="Georgia" w:eastAsia="Georgia"/>
          <w:b w:val="0"/>
          <w:i w:val="0"/>
          <w:sz w:val="22"/>
        </w:rPr>
        <w:t>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SUFFERING OF THE CIVILIAN 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LOSSES</w:t>
      </w:r>
    </w:p>
    <w:p>
      <w:pPr>
        <w:spacing w:before="0" w:after="120" w:line="300" w:lineRule="exact"/>
        <w:jc w:val="both"/>
      </w:pPr>
      <w:r>
        <w:rPr>
          <w:rFonts w:ascii="Georgia" w:hAnsi="Georgia" w:cs="Georgia" w:eastAsia="Georgia"/>
          <w:b w:val="0"/>
          <w:i w:val="0"/>
          <w:sz w:val="22"/>
        </w:rPr>
        <w:t>AMMAN — Tens of thousands of people have fled to Syria's border with Turkey in the last few days as the Syrian army advanced further into the opposition's last major stronghold, residents, rights groups and opposition sources said on Wednesday. They left Maarat Al-Numan, a city in Idlib province that has been a sanctuary for families fleeing former rebel areas, as a Russian-led push has come close to capturing the strategic town of Khan Sheikhoun further south.</w:t>
      </w:r>
    </w:p>
    <w:p>
      <w:pPr>
        <w:spacing w:before="0" w:after="120" w:line="300" w:lineRule="exact"/>
        <w:jc w:val="both"/>
      </w:pPr>
      <w:r>
        <w:rPr>
          <w:rFonts w:ascii="Georgia" w:hAnsi="Georgia" w:cs="Georgia" w:eastAsia="Georgia"/>
          <w:b w:val="0"/>
          <w:i w:val="0"/>
          <w:sz w:val="22"/>
        </w:rPr>
        <w:t>"The flow of cars and vehicles leaving is not stopping," said Abdullah Younis from the city. Rescuers there said around 60,000 people had fled in the last four days alone. On Tuesday, Russian and Syrian jets intensified their bombing of scattered villages and towns around Maarat Al-Numan, with the Al-Rahma hospital in the area struck, residents said.</w:t>
      </w:r>
    </w:p>
    <w:p>
      <w:pPr>
        <w:spacing w:before="0" w:after="120" w:line="300" w:lineRule="exact"/>
        <w:jc w:val="both"/>
      </w:pPr>
      <w:r>
        <w:rPr>
          <w:rFonts w:ascii="Georgia" w:hAnsi="Georgia" w:cs="Georgia" w:eastAsia="Georgia"/>
          <w:b w:val="0"/>
          <w:i w:val="0"/>
          <w:sz w:val="22"/>
        </w:rPr>
        <w:t>"There were 15 raids on Jarjanaz in less than five minutes," Abdul Rahman Al Halabi told Reuters from the area. Rebels concede most of their fighters have fled Khan Sheikhoun but are providing fierce resistance to the Syrian army, which has secured a foothold in the rebel-held town that was bombed with sarin gas in 2017. State media, broadcasting from the outskirts of Khan Sheikhoun on Tuesday, said government forces were battling militants but had extended their advance and seized a highway running through the town.</w:t>
      </w:r>
    </w:p>
    <w:p>
      <w:pPr>
        <w:spacing w:before="0" w:after="120" w:line="300" w:lineRule="exact"/>
        <w:jc w:val="both"/>
      </w:pPr>
      <w:r>
        <w:rPr>
          <w:rFonts w:ascii="Georgia" w:hAnsi="Georgia" w:cs="Georgia" w:eastAsia="Georgia"/>
          <w:b w:val="0"/>
          <w:i w:val="0"/>
          <w:sz w:val="22"/>
        </w:rPr>
        <w:t>Capturing Khan Sheikhoun would be an important gain for Moscow and its ally into the northwestern region, where Moscow has helped President Bashar al Assad turn the tide against insurgents in the eight year conflict since stepping up its intervention in 2015. Russia has thrown its weight behind the campaign, which began in earnest at the end of April, conducting thousands of raids and strikes on rebel-held northern Hama and southern Idlib in what Western military experts and opposition figures say is a "scorched earth strategy".</w:t>
      </w:r>
    </w:p>
    <w:p>
      <w:pPr>
        <w:spacing w:before="0" w:after="120" w:line="300" w:lineRule="exact"/>
        <w:jc w:val="both"/>
      </w:pPr>
      <w:r>
        <w:rPr>
          <w:rFonts w:ascii="Georgia" w:hAnsi="Georgia" w:cs="Georgia" w:eastAsia="Georgia"/>
          <w:b w:val="0"/>
          <w:i w:val="0"/>
          <w:sz w:val="22"/>
        </w:rPr>
        <w:t>The fall of Khan Sheikhoun ends rebel control over neighboring northern Hama province, where a leading rebel group, Jaish Al-Izza, had been until now defending the three major towns of Latamneh, Kfr Zita and Morek. The latest Russian-backed advance since a ceasefire broke down over two weeks ago has been aided by thousands of new reinforcements including Iranian-backed militias who had been absent from earlier battles.</w:t>
      </w:r>
    </w:p>
    <w:p>
      <w:pPr>
        <w:spacing w:before="0" w:after="120" w:line="300" w:lineRule="exact"/>
        <w:jc w:val="both"/>
      </w:pPr>
      <w:r>
        <w:rPr>
          <w:rFonts w:ascii="Georgia" w:hAnsi="Georgia" w:cs="Georgia" w:eastAsia="Georgia"/>
          <w:b w:val="0"/>
          <w:i w:val="0"/>
          <w:sz w:val="22"/>
        </w:rPr>
        <w:t>The Syrian Network for Human Rights,(SNHR), which monitors casualties and briefs various UN agencies, said 196 children were among the 843 civilians killed in the Russian and Syrian raids since the campaign began last April." (Middle East Monitor)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Answers loom</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commentary of the Shariah about the following laws in Morocco to give women more rights: * Restrictions are placed on polygamy * Both husband an wife have equal responsibilities * The minimum age for marriage is 18 * Abolition of the legal requirement for a male to give permission to a woman for her marriage * The biological father to acknowledge paternity of his illegitimate child and to provide for him/her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rulers in Morocco like the rulers in all other Muslim countries are murtadd, munaafiq and kuffaar. All these laws which Morocco has made, and which you have enumerated, are acts of kufr. The greatest victory the West has achieved against the Um- mah is the installation of kuffaar, murtadd rulers, kings and governments in Muslim lands.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POPE AND A SHEIKH</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Pope Francis and the Imam of Al-Azhar, Sheikh Ahmed Tayeb met, hugged and kissed each other after signing a document on fighting extremism. This took place at an inter-faith gathering in Abu Dhabi.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imaam of Al-Azhar is a bootlicker of the western kuffaar and a serf of the Egyptian regime led by the butcher, Sisi. The abode of such treacherous imaams is the lowest level in the dregs of Jahannam. The government-sheikhs and imaams in Egypt are of evil and corrupt deen. About this kind of villain who is employed by the kuffaar Egyptian regime, and who kisses the mushrik pope who wallows in janaabat and kufr, Rasulullah (Sallallahu alayhi wasallam) said: "Seek Allah's protection from Jubbul Huzn (the Pit of Grief)." The Sahaabah asked: "O Rasulullah! What is Jubbul Huzn?" Rasulullah (Sallallahu alayhi wasallam) said: "It is a valley in Jahannam. Jahannam daily seeks Allah's protection from it 400 times." The Sahaabah asked: "Who will enter it?" Rasulullah (Sallallahu alayhi wasallam) said: "It has been prepared for the qurraa (qaaris, sheikhs and imaams) who display their deeds. Verily the worst of the qurra are those who visit the rulers." It is haraam for a Muslim to hug and kiss a mushrik/kaafir. Once Hadhrat Jibraeel (alayhis salaam) refused to make musaafahah(shake hands) with Rasulullah (Sallallahu alayhi wasallam). The reason was that Nabi (Sallallahu alayhi wasallam) had shook hands with a Ya- hoodi. Jibraeel (alayhis salaam) requested our Nabi (Sallallahu alayhi wasallam) to first wash his hands. The najaasat, both physical and spiritual, exercises a detrimental effect on a Muslim's Imaan and Akhlaaq. It is therefore not permissible to even shake hands with them, leave alone hugging and kissing them. But nothing better can be expected from traitors and butchers who betray Allah Ta'ala and Rasulullah (Sallallahu alayhi wasallam), and who sell Muslims to the kuffaar for being tortured and killed. The 'extremism' against which the vermin signed the document refer to the Sunnah of Rasulullah (sallallahu alayhi wasallam). A Muslim who observes the Shariah is an 'extremist' and a 'terrorist' for the western kuffaar and their lackeys and slaves – the zanadaqah – who masquerade as Muslims.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