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Al-Haq Bulletin No. 53</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374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THE BAND OF HAQ "There will ever remain a band from my Ummah fighting on the Haq until the Day of Qiyaamah. Those who oppose them and those who do not aid them, will not be able to harm them."</w:t>
      </w:r>
    </w:p>
    <w:p>
      <w:pPr>
        <w:pStyle w:val="Heading3"/>
        <w:spacing w:before="200" w:after="120" w:line="300" w:lineRule="exact"/>
        <w:jc w:val="left"/>
      </w:pPr>
      <w:r>
        <w:rPr>
          <w:rFonts w:ascii="Georgia" w:hAnsi="Georgia" w:cs="Georgia" w:eastAsia="Georgia"/>
          <w:b/>
          <w:i w:val="0"/>
          <w:color w:val="2E74B5"/>
          <w:sz w:val="24"/>
        </w:rPr>
        <w:t>(Hadith)</w:t>
      </w:r>
    </w:p>
    <w:p>
      <w:r>
        <w:br w:type="page"/>
      </w:r>
    </w:p>
    <w:p>
      <w:pPr>
        <w:pStyle w:val="Heading1"/>
        <w:spacing w:before="360" w:after="200" w:line="300" w:lineRule="exact"/>
        <w:jc w:val="center"/>
      </w:pPr>
      <w:r>
        <w:rPr>
          <w:rFonts w:ascii="Georgia" w:hAnsi="Georgia" w:cs="Georgia" w:eastAsia="Georgia"/>
          <w:b/>
          <w:i w:val="0"/>
          <w:color w:val="1F3864"/>
          <w:sz w:val="32"/>
        </w:rPr>
        <w:t>STRIKING BAATIL "In reality, We (Allah) strike</w:t>
      </w:r>
    </w:p>
    <w:p>
      <w:pPr>
        <w:spacing w:before="0" w:after="120" w:line="300" w:lineRule="exact"/>
        <w:jc w:val="both"/>
      </w:pPr>
      <w:r>
        <w:rPr>
          <w:rFonts w:ascii="Georgia" w:hAnsi="Georgia" w:cs="Georgia" w:eastAsia="Georgia"/>
          <w:b w:val="0"/>
          <w:i w:val="0"/>
          <w:sz w:val="22"/>
        </w:rPr>
        <w:t>baatil (falsehood) with the Haq. It then smashes out the brains of baatil. And, lo, it (baatil) suddenly disappears."</w:t>
      </w:r>
    </w:p>
    <w:p>
      <w:r>
        <w:br w:type="page"/>
      </w:r>
    </w:p>
    <w:p>
      <w:pPr>
        <w:pStyle w:val="Heading1"/>
        <w:spacing w:before="360" w:after="200" w:line="300" w:lineRule="exact"/>
        <w:jc w:val="center"/>
      </w:pPr>
      <w:r>
        <w:rPr>
          <w:rFonts w:ascii="Georgia" w:hAnsi="Georgia" w:cs="Georgia" w:eastAsia="Georgia"/>
          <w:b/>
          <w:i w:val="0"/>
          <w:color w:val="1F3864"/>
          <w:sz w:val="32"/>
        </w:rPr>
        <w:t>THE RISE AND FALL OF THE TALIBAN</w:t>
      </w:r>
    </w:p>
    <w:p>
      <w:pPr>
        <w:pStyle w:val="Heading3"/>
        <w:spacing w:before="200" w:after="120" w:line="300" w:lineRule="exact"/>
        <w:jc w:val="left"/>
      </w:pPr>
      <w:r>
        <w:rPr>
          <w:rFonts w:ascii="Georgia" w:hAnsi="Georgia" w:cs="Georgia" w:eastAsia="Georgia"/>
          <w:b/>
          <w:i w:val="0"/>
          <w:color w:val="2E74B5"/>
          <w:sz w:val="24"/>
        </w:rPr>
        <w:t>A CONCERNED BROTHER FROM PAKISTAN WRITES:</w:t>
      </w:r>
    </w:p>
    <w:p>
      <w:pPr>
        <w:spacing w:before="0" w:after="120" w:line="300" w:lineRule="exact"/>
        <w:jc w:val="both"/>
      </w:pPr>
      <w:r>
        <w:rPr>
          <w:rFonts w:ascii="Georgia" w:hAnsi="Georgia" w:cs="Georgia" w:eastAsia="Georgia"/>
          <w:b w:val="0"/>
          <w:i w:val="0"/>
          <w:sz w:val="22"/>
        </w:rPr>
        <w:t>Just two days ago you answered my question regarding the ahkamaat of shaatim-e-Rasool. I feel uneasy about bothering you again, but there is a restlessness I am feeling because I am confused about another issue. I realize that this is a long e-mail, but the subject matter is such that it requires it.</w:t>
      </w:r>
    </w:p>
    <w:p>
      <w:pPr>
        <w:spacing w:before="0" w:after="120" w:line="300" w:lineRule="exact"/>
        <w:jc w:val="both"/>
      </w:pPr>
      <w:r>
        <w:rPr>
          <w:rFonts w:ascii="Georgia" w:hAnsi="Georgia" w:cs="Georgia" w:eastAsia="Georgia"/>
          <w:b w:val="0"/>
          <w:i w:val="0"/>
          <w:sz w:val="22"/>
        </w:rPr>
        <w:t>This issue pertains to Islamic government. The Taliban government of Afghanistan from the mid nineties till it was toppled in 2001 by the Western forces, has been highly praised by our Pakistani Deobandi Ulama and it was considered an ideal Islamic state. You, Maulana sahab, too have written about this topic and while you have criticized the Taliban on some mistakes they made, but overall it seems that your honourable self also considered them to be a good government. I am a staunch follower of Ulama e Deoband, and hence what they say is a hujjat for me.</w:t>
      </w:r>
    </w:p>
    <w:p>
      <w:pPr>
        <w:spacing w:before="0" w:after="120" w:line="300" w:lineRule="exact"/>
        <w:jc w:val="both"/>
      </w:pPr>
      <w:r>
        <w:rPr>
          <w:rFonts w:ascii="Georgia" w:hAnsi="Georgia" w:cs="Georgia" w:eastAsia="Georgia"/>
          <w:b w:val="0"/>
          <w:i w:val="0"/>
          <w:sz w:val="22"/>
        </w:rPr>
        <w:t>I am from Pakistan, and having lived in that region, I am aware of the ground realities of Afghanistan as well as how the Afghan population perceived the Taliban when they rose to power in the 1990s.There is no doubt in the fact that the Taliban converted Afghanistan from a country struck by civil war, lawlessness and cruelty, to a stable where the crime rate dropped to nearly zero and justice was served efficiently.</w:t>
      </w:r>
    </w:p>
    <w:p>
      <w:pPr>
        <w:spacing w:before="0" w:after="120" w:line="300" w:lineRule="exact"/>
        <w:jc w:val="both"/>
      </w:pPr>
      <w:r>
        <w:rPr>
          <w:rFonts w:ascii="Georgia" w:hAnsi="Georgia" w:cs="Georgia" w:eastAsia="Georgia"/>
          <w:b w:val="0"/>
          <w:i w:val="0"/>
          <w:sz w:val="22"/>
        </w:rPr>
        <w:t>What I actually want to discuss is the Taliban's manner of implementation of Shariah. Basically, the Taliban banned all activities which are either Haraam or could be counted as makruh and non-beneficial activities. This included, but was not limited to:</w:t>
      </w:r>
    </w:p>
    <w:p>
      <w:pPr>
        <w:spacing w:before="0" w:after="120" w:line="300" w:lineRule="exact"/>
        <w:jc w:val="both"/>
      </w:pPr>
      <w:r>
        <w:rPr>
          <w:rFonts w:ascii="Georgia" w:hAnsi="Georgia" w:cs="Georgia" w:eastAsia="Georgia"/>
          <w:b w:val="0"/>
          <w:i w:val="0"/>
          <w:sz w:val="22"/>
        </w:rPr>
        <w:t>- Strict purdah for women</w:t>
      </w:r>
    </w:p>
    <w:p>
      <w:pPr>
        <w:spacing w:before="0" w:after="120" w:line="300" w:lineRule="exact"/>
        <w:jc w:val="both"/>
      </w:pPr>
      <w:r>
        <w:rPr>
          <w:rFonts w:ascii="Georgia" w:hAnsi="Georgia" w:cs="Georgia" w:eastAsia="Georgia"/>
          <w:b w:val="0"/>
          <w:i w:val="0"/>
          <w:sz w:val="22"/>
        </w:rPr>
        <w:t>-Ban on female education.</w:t>
      </w:r>
    </w:p>
    <w:p>
      <w:pPr>
        <w:spacing w:before="0" w:after="120" w:line="300" w:lineRule="exact"/>
        <w:jc w:val="both"/>
      </w:pPr>
      <w:r>
        <w:rPr>
          <w:rFonts w:ascii="Georgia" w:hAnsi="Georgia" w:cs="Georgia" w:eastAsia="Georgia"/>
          <w:b w:val="0"/>
          <w:i w:val="0"/>
          <w:sz w:val="22"/>
        </w:rPr>
        <w:t>-Ban on female employment.</w:t>
      </w:r>
    </w:p>
    <w:p>
      <w:pPr>
        <w:spacing w:before="0" w:after="120" w:line="300" w:lineRule="exact"/>
        <w:jc w:val="both"/>
      </w:pPr>
      <w:r>
        <w:rPr>
          <w:rFonts w:ascii="Georgia" w:hAnsi="Georgia" w:cs="Georgia" w:eastAsia="Georgia"/>
          <w:b w:val="0"/>
          <w:i w:val="0"/>
          <w:sz w:val="22"/>
        </w:rPr>
        <w:t>-Restrictions on sports</w:t>
      </w:r>
    </w:p>
    <w:p>
      <w:pPr>
        <w:spacing w:before="0" w:after="120" w:line="300" w:lineRule="exact"/>
        <w:jc w:val="both"/>
      </w:pPr>
      <w:r>
        <w:rPr>
          <w:rFonts w:ascii="Georgia" w:hAnsi="Georgia" w:cs="Georgia" w:eastAsia="Georgia"/>
          <w:b w:val="0"/>
          <w:i w:val="0"/>
          <w:sz w:val="22"/>
        </w:rPr>
        <w:t>-Mandatory beards for men.</w:t>
      </w:r>
    </w:p>
    <w:p>
      <w:pPr>
        <w:spacing w:before="0" w:after="120" w:line="300" w:lineRule="exact"/>
        <w:jc w:val="both"/>
      </w:pPr>
      <w:r>
        <w:rPr>
          <w:rFonts w:ascii="Georgia" w:hAnsi="Georgia" w:cs="Georgia" w:eastAsia="Georgia"/>
          <w:b w:val="0"/>
          <w:i w:val="0"/>
          <w:sz w:val="22"/>
        </w:rPr>
        <w:t>-Ban on keeping caged animals.</w:t>
      </w:r>
    </w:p>
    <w:p>
      <w:pPr>
        <w:spacing w:before="0" w:after="120" w:line="300" w:lineRule="exact"/>
        <w:jc w:val="both"/>
      </w:pPr>
      <w:r>
        <w:rPr>
          <w:rFonts w:ascii="Georgia" w:hAnsi="Georgia" w:cs="Georgia" w:eastAsia="Georgia"/>
          <w:b w:val="0"/>
          <w:i w:val="0"/>
          <w:sz w:val="22"/>
        </w:rPr>
        <w:t>-Ban on television and entertainment.</w:t>
      </w:r>
    </w:p>
    <w:p>
      <w:pPr>
        <w:spacing w:before="0" w:after="120" w:line="300" w:lineRule="exact"/>
        <w:jc w:val="both"/>
      </w:pPr>
      <w:r>
        <w:rPr>
          <w:rFonts w:ascii="Georgia" w:hAnsi="Georgia" w:cs="Georgia" w:eastAsia="Georgia"/>
          <w:b w:val="0"/>
          <w:i w:val="0"/>
          <w:sz w:val="22"/>
        </w:rPr>
        <w:t>In other words, it could be said that every aspect of a citizen's life was controlled by the government. In fact, it could be said the door to most sins was closed, and that an ordinary citizen practically did not have a choice of making or abstaining from sinful activities, rather they were banned altogether.</w:t>
      </w:r>
    </w:p>
    <w:p>
      <w:pPr>
        <w:spacing w:before="0" w:after="120" w:line="300" w:lineRule="exact"/>
        <w:jc w:val="both"/>
      </w:pPr>
      <w:r>
        <w:rPr>
          <w:rFonts w:ascii="Georgia" w:hAnsi="Georgia" w:cs="Georgia" w:eastAsia="Georgia"/>
          <w:b w:val="0"/>
          <w:i w:val="0"/>
          <w:sz w:val="22"/>
        </w:rPr>
        <w:t>Keeping in view the Imaani conditions of the Muslims generally, obviously a large chunk of the Afghan population was not used to living such a restricted life and hence felt resentment. Some people migrated to other countries in search of a more liberal lifestyle. Even those who stayed behind, were not in favour of Taliban rule and as a result, when the Coalition forces attacked in 2001, the Taliban did not have much support. Some Afghans also developed feelings of resentment towards Islam and its correct interpretation because of how the Taliban had enforced the Shariah, with some even becoming murtads. Some Afghans actually got away from the Deen due to the Taliban government. It was, and is being said by many, that Taliban do not represent true Islam.</w:t>
      </w:r>
    </w:p>
    <w:p>
      <w:pPr>
        <w:spacing w:before="0" w:after="120" w:line="300" w:lineRule="exact"/>
        <w:jc w:val="both"/>
      </w:pPr>
      <w:r>
        <w:rPr>
          <w:rFonts w:ascii="Georgia" w:hAnsi="Georgia" w:cs="Georgia" w:eastAsia="Georgia"/>
          <w:b w:val="0"/>
          <w:i w:val="0"/>
          <w:sz w:val="22"/>
        </w:rPr>
        <w:t>My questions are as follows:</w:t>
      </w:r>
    </w:p>
    <w:p>
      <w:pPr>
        <w:spacing w:before="0" w:after="120" w:line="300" w:lineRule="exact"/>
        <w:jc w:val="both"/>
      </w:pPr>
      <w:r>
        <w:rPr>
          <w:rFonts w:ascii="Georgia" w:hAnsi="Georgia" w:cs="Georgia" w:eastAsia="Georgia"/>
          <w:b w:val="0"/>
          <w:i w:val="0"/>
          <w:sz w:val="22"/>
        </w:rPr>
        <w:t>1)Is it actually the duty of the Islamic government to impose the Shariah in the strict and rigid manner that the Taliban did in Afghanistan?</w:t>
      </w:r>
    </w:p>
    <w:p>
      <w:pPr>
        <w:spacing w:before="0" w:after="120" w:line="300" w:lineRule="exact"/>
        <w:jc w:val="both"/>
      </w:pPr>
      <w:r>
        <w:rPr>
          <w:rFonts w:ascii="Georgia" w:hAnsi="Georgia" w:cs="Georgia" w:eastAsia="Georgia"/>
          <w:b w:val="0"/>
          <w:i w:val="0"/>
          <w:sz w:val="22"/>
        </w:rPr>
        <w:t>2) Would it have been better if the Taliban had not imposed the entire system of Shariah with all its intricacies and ahkamaat all at once, but rather they had slowly attempted to introduce Islamic taaleem in the country and gradually bring the people towards true Islam? Hazrat Thanvi (rahmatullah alayh) has been quoted as saying that if I am made the Ameer/Khalifah of the Muslims ,I would not enforce Shariah for the initial ten years but rather work to bring the Muslims closer to the teachings of Islam first so that they readily accept the imposition of Shariah.</w:t>
      </w:r>
    </w:p>
    <w:p>
      <w:pPr>
        <w:spacing w:before="0" w:after="120" w:line="300" w:lineRule="exact"/>
        <w:jc w:val="both"/>
      </w:pPr>
      <w:r>
        <w:rPr>
          <w:rFonts w:ascii="Georgia" w:hAnsi="Georgia" w:cs="Georgia" w:eastAsia="Georgia"/>
          <w:b w:val="0"/>
          <w:i w:val="0"/>
          <w:sz w:val="22"/>
        </w:rPr>
        <w:t>3)If the Taliban come into power again, would you advice them to implement the Shariah in the manner they had done in their previous regime, or should they begin a gradual process of bringing people close to Islam and over a period of time, implementing the Islamic laws also?</w:t>
      </w:r>
    </w:p>
    <w:p>
      <w:pPr>
        <w:spacing w:before="0" w:after="120" w:line="300" w:lineRule="exact"/>
        <w:jc w:val="both"/>
      </w:pPr>
      <w:r>
        <w:rPr>
          <w:rFonts w:ascii="Georgia" w:hAnsi="Georgia" w:cs="Georgia" w:eastAsia="Georgia"/>
          <w:b w:val="0"/>
          <w:i w:val="0"/>
          <w:sz w:val="22"/>
        </w:rPr>
        <w:t>4) How should the Taliban act in the present scenario with regards to negotiations and peace talks with the current Afghan government, once the foreign forces leave?</w:t>
      </w:r>
    </w:p>
    <w:p>
      <w:pPr>
        <w:spacing w:before="120" w:after="40" w:line="300" w:lineRule="exact"/>
        <w:jc w:val="both"/>
      </w:pPr>
      <w:r>
        <w:rPr>
          <w:rFonts w:ascii="Georgia" w:hAnsi="Georgia" w:cs="Georgia" w:eastAsia="Georgia"/>
          <w:b/>
          <w:i/>
          <w:sz w:val="22"/>
        </w:rPr>
        <w:t>(End of the Brother's letter)</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Firstly, whilst the Taliban had proclaimed an Islamic State, it was far from an 'ideal' Islamic State. Secondly, whilst the Taliban, in our opinion, are about the best Muslims, they lack Knowledge of the Deen and Taqwa. Those Ulama who claimed that the Taliban government was an 'ideal' Islamic State, were extremely naive, to say the least. Implementing the Hudood punishments of the Shariah, and observing some aspects of the Shariah, are not the be all requisite for an ideal Islamic State. The Islamic penal code is only one dimension of the Shariah.</w:t>
      </w:r>
    </w:p>
    <w:p>
      <w:pPr>
        <w:spacing w:before="0" w:after="120" w:line="300" w:lineRule="exact"/>
        <w:jc w:val="both"/>
      </w:pPr>
      <w:r>
        <w:rPr>
          <w:rFonts w:ascii="Georgia" w:hAnsi="Georgia" w:cs="Georgia" w:eastAsia="Georgia"/>
          <w:b w:val="0"/>
          <w:i w:val="0"/>
          <w:sz w:val="22"/>
        </w:rPr>
        <w:t>Two Islamic practices have been observed to be rigidly observed by the Taliban: Salaat and Purdah. However, it appears that both these practices are traditional rather than pure Deeni. The manner in which the Afghans perform Salaat in general comes within the purview of the Hadith: "Stand and perform Salaat for verily, you have not performed Salaat."</w:t>
      </w:r>
    </w:p>
    <w:p>
      <w:pPr>
        <w:spacing w:before="0" w:after="120" w:line="300" w:lineRule="exact"/>
        <w:jc w:val="both"/>
      </w:pPr>
      <w:r>
        <w:rPr>
          <w:rFonts w:ascii="Georgia" w:hAnsi="Georgia" w:cs="Georgia" w:eastAsia="Georgia"/>
          <w:b w:val="0"/>
          <w:i w:val="0"/>
          <w:sz w:val="22"/>
        </w:rPr>
        <w:t>Whilst in the streets they enforce purdah, within their residential compounds, there is no true Shar'i Hijaab. Ghair mahram relatives such as cousins and brothers-in-law mix freely.</w:t>
      </w:r>
    </w:p>
    <w:p>
      <w:pPr>
        <w:spacing w:before="0" w:after="120" w:line="300" w:lineRule="exact"/>
        <w:jc w:val="both"/>
      </w:pPr>
      <w:r>
        <w:rPr>
          <w:rFonts w:ascii="Georgia" w:hAnsi="Georgia" w:cs="Georgia" w:eastAsia="Georgia"/>
          <w:b w:val="0"/>
          <w:i w:val="0"/>
          <w:sz w:val="22"/>
        </w:rPr>
        <w:t>It was observed at first hand that the Taliban were extremely deficient in governance. They lacked the expertise of governing a country. Furthermore, it was observed, again at first hand, that they were subservient to the fussaaq and fujjaar Pakistani intelligence personnel who formulated policies for them and which they had to abide by. We had observed a number of issues which convinced us that they lacked the expertise to govern a country, hence they were heavily reliant on Pakistani fussaaq and Afghan communists and scoundrels to operate even the skeleton of public services which existed over there. For example, the one or two international passenger planes were still piloted by former communist pilots. The only difference was that they had now to grow beards for an outward appearance of Islam.</w:t>
      </w:r>
    </w:p>
    <w:p>
      <w:pPr>
        <w:spacing w:before="0" w:after="120" w:line="300" w:lineRule="exact"/>
        <w:jc w:val="both"/>
      </w:pPr>
      <w:r>
        <w:rPr>
          <w:rFonts w:ascii="Georgia" w:hAnsi="Georgia" w:cs="Georgia" w:eastAsia="Georgia"/>
          <w:b w:val="0"/>
          <w:i w:val="0"/>
          <w:sz w:val="22"/>
        </w:rPr>
        <w:t>It was also observed that they lacked the essential Masnoon Aadaab of even eating. They waste a lot of food which is simply thrown away. They demonstrated little concern for the poor and destitute around them whilst they lived in luxury and comfort. The top leadership of the Taliban live in luxurious bungalows in Pakistan. They have the advantage of all modern amenities where they live in comfort in Pakistan whilst the rank and file suffer in the Jihaad and in the harsh conditions in Afghanistan. The leaders of the Mujahideen are supposed to be in the hot spots sharing the hardships of the Mujahideen on the ground. Since Pakistan needs the Taliban for sustaining its policies and agenda, the Pakistani intelligence caters well for the physical and material comforts of the leaders.</w:t>
      </w:r>
    </w:p>
    <w:p>
      <w:pPr>
        <w:spacing w:before="0" w:after="120" w:line="300" w:lineRule="exact"/>
        <w:jc w:val="both"/>
      </w:pPr>
      <w:r>
        <w:rPr>
          <w:rFonts w:ascii="Georgia" w:hAnsi="Georgia" w:cs="Georgia" w:eastAsia="Georgia"/>
          <w:b w:val="0"/>
          <w:i w:val="0"/>
          <w:sz w:val="22"/>
        </w:rPr>
        <w:t>They are not really concerned with Islamic Knowledge for the masses. They hardly made effort for the establishment of Deeni Maktabs to cater for the basic Deeni ta'leem of the children. In fact, most of the Taliban elders, even those who spent years studying kitaabs are unable to recite the Qur'aan Majeed with Tajweed. Pain and concern for the Deen are lacking.</w:t>
      </w:r>
    </w:p>
    <w:p>
      <w:pPr>
        <w:spacing w:before="0" w:after="120" w:line="300" w:lineRule="exact"/>
        <w:jc w:val="both"/>
      </w:pPr>
      <w:r>
        <w:rPr>
          <w:rFonts w:ascii="Georgia" w:hAnsi="Georgia" w:cs="Georgia" w:eastAsia="Georgia"/>
          <w:b w:val="0"/>
          <w:i w:val="0"/>
          <w:sz w:val="22"/>
        </w:rPr>
        <w:t>The Qur'aan Majeed states:</w:t>
      </w:r>
    </w:p>
    <w:p>
      <w:pPr>
        <w:spacing w:before="120" w:after="120" w:line="300" w:lineRule="exact"/>
        <w:ind w:left="720" w:right="720"/>
        <w:jc w:val="center"/>
      </w:pPr>
      <w:r>
        <w:rPr>
          <w:rFonts w:ascii="Georgia" w:hAnsi="Georgia" w:cs="Georgia" w:eastAsia="Georgia"/>
          <w:b w:val="0"/>
          <w:i/>
          <w:sz w:val="22"/>
        </w:rPr>
        <w:t>"Verily, the earth belongs to Allah. He grants it (i.e. grants power to rule) to whomever He wills. And, the ultimate success is for the Muttaqeen."</w:t>
      </w:r>
    </w:p>
    <w:p>
      <w:pPr>
        <w:spacing w:before="0" w:after="120" w:line="300" w:lineRule="exact"/>
        <w:jc w:val="both"/>
      </w:pPr>
      <w:r>
        <w:rPr>
          <w:rFonts w:ascii="Georgia" w:hAnsi="Georgia" w:cs="Georgia" w:eastAsia="Georgia"/>
          <w:b w:val="0"/>
          <w:i w:val="0"/>
          <w:sz w:val="22"/>
        </w:rPr>
        <w:t>It is Taqwa which the Taliban lack, hence Allah Ta'ala did not grant them total victory. Nabi Musaa (Alayhis salaam) said to his people: "Perhaps Allah will appoint you the rulers on earth.</w:t>
      </w:r>
    </w:p>
    <w:p>
      <w:pPr>
        <w:spacing w:before="120" w:after="120" w:line="300" w:lineRule="exact"/>
        <w:ind w:left="720" w:right="720"/>
        <w:jc w:val="center"/>
      </w:pPr>
      <w:r>
        <w:rPr>
          <w:rFonts w:ascii="Georgia" w:hAnsi="Georgia" w:cs="Georgia" w:eastAsia="Georgia"/>
          <w:b w:val="0"/>
          <w:i/>
          <w:sz w:val="22"/>
        </w:rPr>
        <w:t>Then He will watch how you act." (Qur'aan)</w:t>
      </w:r>
    </w:p>
    <w:p>
      <w:pPr>
        <w:spacing w:before="0" w:after="120" w:line="300" w:lineRule="exact"/>
        <w:jc w:val="both"/>
      </w:pPr>
      <w:r>
        <w:rPr>
          <w:rFonts w:ascii="Georgia" w:hAnsi="Georgia" w:cs="Georgia" w:eastAsia="Georgia"/>
          <w:b w:val="0"/>
          <w:i w:val="0"/>
          <w:sz w:val="22"/>
        </w:rPr>
        <w:t>Allah Ta'ala granted the Taliban the opportunity to rule the country. But due to their Deeni deficiencies and incompetence, Allah Ta'ala removed them from that pedestal which He had granted them. And, this is the declaration in the following Qur'aanic Aayat:</w:t>
      </w:r>
    </w:p>
    <w:p>
      <w:pPr>
        <w:spacing w:before="120" w:after="120" w:line="300" w:lineRule="exact"/>
        <w:ind w:left="720" w:right="720"/>
        <w:jc w:val="center"/>
      </w:pPr>
      <w:r>
        <w:rPr>
          <w:rFonts w:ascii="Georgia" w:hAnsi="Georgia" w:cs="Georgia" w:eastAsia="Georgia"/>
          <w:b w:val="0"/>
          <w:i/>
          <w:sz w:val="22"/>
        </w:rPr>
        <w:t>"Say: O Allah! The King of Sovereignty! You grant power (to rule) to whomever You will, and You snatch away power from whomever You will. You bestow honour to whomever You will, and you humiliate whomever You will. Verily, You have power over all things."</w:t>
      </w:r>
    </w:p>
    <w:p>
      <w:pPr>
        <w:spacing w:before="0" w:after="120" w:line="300" w:lineRule="exact"/>
        <w:jc w:val="both"/>
      </w:pPr>
      <w:r>
        <w:rPr>
          <w:rFonts w:ascii="Georgia" w:hAnsi="Georgia" w:cs="Georgia" w:eastAsia="Georgia"/>
          <w:b w:val="0"/>
          <w:i w:val="0"/>
          <w:sz w:val="22"/>
        </w:rPr>
        <w:t>It was Allah Azza Wa Jal Who had granted the Taliban the opportunity to govern the land, and it was Allah Ta'ala Who had snatched away that power from them. Instead of striving to cultivate Allah's Pleasure, the Taliban in submission to Pakistan's demands, strove to cultivate the pleasure of the U.S.A. and the western kuffaar nations to the extent that they planned to send a sports team to participate in the haraam Olympic games. However, the western kuffaar spurned their appeal in view of the fact that their teams would not measure up to kuffaar immorality standards to qualify for participation in the kufr immoral Olympic games.</w:t>
      </w:r>
    </w:p>
    <w:p>
      <w:pPr>
        <w:spacing w:before="0" w:after="120" w:line="300" w:lineRule="exact"/>
        <w:jc w:val="both"/>
      </w:pPr>
      <w:r>
        <w:rPr>
          <w:rFonts w:ascii="Georgia" w:hAnsi="Georgia" w:cs="Georgia" w:eastAsia="Georgia"/>
          <w:b w:val="0"/>
          <w:i w:val="0"/>
          <w:sz w:val="22"/>
        </w:rPr>
        <w:t>They clamoured for a seat in the evil U.N. forum which is simply another U.S. appendage of zulm. Instead of following in the footsteps of the Sahaabah, they lost the direction and attempted to comply with kuffaar standards.</w:t>
      </w:r>
    </w:p>
    <w:p>
      <w:pPr>
        <w:spacing w:before="0" w:after="120" w:line="300" w:lineRule="exact"/>
        <w:jc w:val="both"/>
      </w:pPr>
      <w:r>
        <w:rPr>
          <w:rFonts w:ascii="Georgia" w:hAnsi="Georgia" w:cs="Georgia" w:eastAsia="Georgia"/>
          <w:b w:val="0"/>
          <w:i w:val="0"/>
          <w:sz w:val="22"/>
        </w:rPr>
        <w:t>Allah Ta'ala, describing the obligations and attributes of those whom He grants power, says in the Qur'aan:</w:t>
      </w:r>
    </w:p>
    <w:p>
      <w:pPr>
        <w:spacing w:before="120" w:after="120" w:line="300" w:lineRule="exact"/>
        <w:ind w:left="720" w:right="720"/>
        <w:jc w:val="center"/>
      </w:pPr>
      <w:r>
        <w:rPr>
          <w:rFonts w:ascii="Georgia" w:hAnsi="Georgia" w:cs="Georgia" w:eastAsia="Georgia"/>
          <w:b w:val="0"/>
          <w:i/>
          <w:sz w:val="22"/>
        </w:rPr>
        <w:t>"If We establish them on earth (i.e. grant them power), they establish Salaat, pay Zakaat, command virtue and prohibit evil."</w:t>
      </w:r>
    </w:p>
    <w:p>
      <w:pPr>
        <w:spacing w:before="0" w:after="120" w:line="300" w:lineRule="exact"/>
        <w:jc w:val="both"/>
      </w:pPr>
      <w:r>
        <w:rPr>
          <w:rFonts w:ascii="Georgia" w:hAnsi="Georgia" w:cs="Georgia" w:eastAsia="Georgia"/>
          <w:b w:val="0"/>
          <w:i w:val="0"/>
          <w:sz w:val="22"/>
        </w:rPr>
        <w:t>When the Taliban came to power, they complied with this command, and they enforced Salaat in the whole land. At Salaat times, the whole nation came to a halt. Road blocks brought traffic to a standstill. The Musaajid overflowed with Musallis. On the main roads, two or three Jamaats had to be performed in the same Musjids because of lack of space for the large numbers of Musallis. However, after a while, this system was completely abandoned. We were indeed grieved when we observed this. The very first duty of the Islamic State is to ensure that all Muslims perform Salaat. But, after having implemented this command, they abandoned it, hence Allah Ta'ala removed them from power.</w:t>
      </w:r>
    </w:p>
    <w:p>
      <w:pPr>
        <w:spacing w:before="0" w:after="120" w:line="300" w:lineRule="exact"/>
        <w:jc w:val="both"/>
      </w:pPr>
      <w:r>
        <w:rPr>
          <w:rFonts w:ascii="Georgia" w:hAnsi="Georgia" w:cs="Georgia" w:eastAsia="Georgia"/>
          <w:b w:val="0"/>
          <w:i w:val="0"/>
          <w:sz w:val="22"/>
        </w:rPr>
        <w:t>It was Allah Ta'ala Who had sent the U.S.A. with its coalition to unseat the Taliban. Confirming this, the Qur'aan Majeed states:</w:t>
      </w:r>
    </w:p>
    <w:p>
      <w:pPr>
        <w:spacing w:before="120" w:after="120" w:line="300" w:lineRule="exact"/>
        <w:ind w:left="720" w:right="720"/>
        <w:jc w:val="center"/>
      </w:pPr>
      <w:r>
        <w:rPr>
          <w:rFonts w:ascii="Georgia" w:hAnsi="Georgia" w:cs="Georgia" w:eastAsia="Georgia"/>
          <w:b w:val="0"/>
          <w:i/>
          <w:sz w:val="22"/>
        </w:rPr>
        <w:t>"When the first of the two promises came, We sent against you (O Bani Israaeel) such of Our servants who were powerful in warfare. Then they penetrated the homes (of the Muslims of that time). Verily, it was a promise to be fulfilled.</w:t>
      </w:r>
    </w:p>
    <w:p>
      <w:pPr>
        <w:spacing w:before="120" w:after="120" w:line="300" w:lineRule="exact"/>
        <w:ind w:left="720" w:right="720"/>
        <w:jc w:val="center"/>
      </w:pPr>
      <w:r>
        <w:rPr>
          <w:rFonts w:ascii="Georgia" w:hAnsi="Georgia" w:cs="Georgia" w:eastAsia="Georgia"/>
          <w:b w:val="0"/>
          <w:i/>
          <w:sz w:val="22"/>
        </w:rPr>
        <w:t>And, when the second promise came (the enemy overwhelmed you) so that they disfigured your faces, and entered the Musjid (i.e. Musjid Aqsa) as they had entered (and defiled it) the first time. And, they destroyed everything they overran."</w:t>
      </w:r>
    </w:p>
    <w:p>
      <w:pPr>
        <w:spacing w:before="0" w:after="120" w:line="300" w:lineRule="exact"/>
        <w:jc w:val="both"/>
      </w:pPr>
      <w:r>
        <w:rPr>
          <w:rFonts w:ascii="Georgia" w:hAnsi="Georgia" w:cs="Georgia" w:eastAsia="Georgia"/>
          <w:b w:val="0"/>
          <w:i w:val="0"/>
          <w:sz w:val="22"/>
        </w:rPr>
        <w:t>In this Aayat of Surah Bani Israaeel, Allah Ta'ala describes the kuffaar army of the Babylonian king Bukhtnassar as "Our servants". It is of the Ways of Allah to punish disobedient Muslims with kuffaar domination. During the age of Nabi Daanyaal (Alayhis salaam), to punish the grossly transgressing nation of Bani Israaeel – the Muslim Ummah of the time – Allah Ta'ala sent the kuffaar from Babylon to wage war against them. The kuffaar utterly destroyed Bani Israaeel. 70,000 Bani Israaeel were enslaved and marched cruelly in chains to Babylon.</w:t>
      </w:r>
    </w:p>
    <w:p>
      <w:pPr>
        <w:spacing w:before="0" w:after="120" w:line="300" w:lineRule="exact"/>
        <w:jc w:val="both"/>
      </w:pPr>
      <w:r>
        <w:rPr>
          <w:rFonts w:ascii="Georgia" w:hAnsi="Georgia" w:cs="Georgia" w:eastAsia="Georgia"/>
          <w:b w:val="0"/>
          <w:i w:val="0"/>
          <w:sz w:val="22"/>
        </w:rPr>
        <w:t>This is the Sunnah of Allah Azza Wa Jal for which the Qur'aan states: You will not find for the Sunnah of Allah a change." When the Taliban failed in upholding and discharging correctly the Amaanat of power entrusted to them by Allah Ta'ala, He sent the U.S. kuffaar with its coalition to unseat and punish the Taliban.</w:t>
      </w:r>
    </w:p>
    <w:p>
      <w:pPr>
        <w:spacing w:before="0" w:after="120" w:line="300" w:lineRule="exact"/>
        <w:jc w:val="both"/>
      </w:pPr>
      <w:r>
        <w:rPr>
          <w:rFonts w:ascii="Georgia" w:hAnsi="Georgia" w:cs="Georgia" w:eastAsia="Georgia"/>
          <w:b w:val="0"/>
          <w:i w:val="0"/>
          <w:sz w:val="22"/>
        </w:rPr>
        <w:t>It should be remembered that it was not any disgruntled segment of the Afghan population which had removed the Taliban. The Taliban were removed by the invading kuffaar forces whom Allah Ta'ala describes as "Our servants". These kuffaar servants of Allah are a segment of the armies of Allah Azza Wa Jal about which the Qur'aan Majeed states: "None but Allah knows the armies of your Rabb."</w:t>
      </w:r>
    </w:p>
    <w:p>
      <w:pPr>
        <w:spacing w:before="0" w:after="120" w:line="300" w:lineRule="exact"/>
        <w:jc w:val="both"/>
      </w:pPr>
      <w:r>
        <w:rPr>
          <w:rFonts w:ascii="Georgia" w:hAnsi="Georgia" w:cs="Georgia" w:eastAsia="Georgia"/>
          <w:b w:val="0"/>
          <w:i w:val="0"/>
          <w:sz w:val="22"/>
        </w:rPr>
        <w:t>The Taliban had never relied on the support of the masses. Allah Ta'ala had bestowed sufficient power to them to control the masses. But despite this power, they became lethargic towards the Deen and became entangled in Pakistani politics following the dictates of the faasiq/faajir Pakistani authorities who were using them (the Taliban) for their own agenda.</w:t>
      </w:r>
    </w:p>
    <w:p>
      <w:pPr>
        <w:spacing w:before="0" w:after="120" w:line="300" w:lineRule="exact"/>
        <w:jc w:val="both"/>
      </w:pPr>
      <w:r>
        <w:rPr>
          <w:rFonts w:ascii="Georgia" w:hAnsi="Georgia" w:cs="Georgia" w:eastAsia="Georgia"/>
          <w:b w:val="0"/>
          <w:i w:val="0"/>
          <w:sz w:val="22"/>
        </w:rPr>
        <w:t>Instead of concentrating on the Deeni betterment of the people and tending to the large scale poverty, destitution and gross Deeni jahaalat, the Taliban became embroiled in haraam world politics, hence they abandoned the enforcement of Salaat; they became trapped in a war with their brother Muslim, Shah Mas'ood, at the behest of Pakistan; in order to assuage the filthy western kuffaar nations, they began to put together a haraam Olympic games team; whilst enforcing purdah on the masses, they neglected purdah when the U.S. sent its female envoy (Albright) to discuss with them; they squandered money renovating the graves of martyrs in the public square of Kandahar instead of using the money to tend to the widows, orphans and destitute; they physically chased away needy people from their offices quite early in the day, only to go home, sit around heaters and wile away the time in idle conversation while the poor people wanted attention for their needs. In other words, they became fat cats and neglected the masses whereas this should have been their first and prior concern. They offer VIP treatment to a kaafirah European journalist, but for their own destitute Muslim sisters and mothers languishing on the streets scant respect is shown. Rather, guards with whips chase them away from public offices where they would congregate for aid. These are acts observed at first hand, not acquired from any newspapers, etc.</w:t>
      </w:r>
    </w:p>
    <w:p>
      <w:pPr>
        <w:spacing w:before="0" w:after="120" w:line="300" w:lineRule="exact"/>
        <w:jc w:val="both"/>
      </w:pPr>
      <w:r>
        <w:rPr>
          <w:rFonts w:ascii="Georgia" w:hAnsi="Georgia" w:cs="Georgia" w:eastAsia="Georgia"/>
          <w:b w:val="0"/>
          <w:i w:val="0"/>
          <w:sz w:val="22"/>
        </w:rPr>
        <w:t>These are just some of the malpractices observed at first hand by us. In short, they lack Taqwa and proper Knowledge of the Deen, hence they are not competent to rule the country. Thus, Allah Ta'ala removed them. No one else removed them. They are in dire need of Islaah of the Nafs. They have to spend some time in genuine khaanqahs.</w:t>
      </w:r>
    </w:p>
    <w:p>
      <w:pPr>
        <w:spacing w:before="0" w:after="120" w:line="300" w:lineRule="exact"/>
        <w:jc w:val="both"/>
      </w:pPr>
      <w:r>
        <w:rPr>
          <w:rFonts w:ascii="Georgia" w:hAnsi="Georgia" w:cs="Georgia" w:eastAsia="Georgia"/>
          <w:b w:val="0"/>
          <w:i w:val="0"/>
          <w:sz w:val="22"/>
        </w:rPr>
        <w:t>When the coalition forces attacked, the Taliban had to withdraw, not because of lack of public support, but because they had no response for the massive aerial bombardment. And, why did they not have a response? Because Allah Azza Wa Jal withheld His Nusrat (Aid). In this regard, the Qur'aan Majeed states:</w:t>
      </w:r>
    </w:p>
    <w:p>
      <w:pPr>
        <w:spacing w:before="120" w:after="120" w:line="300" w:lineRule="exact"/>
        <w:ind w:left="720" w:right="720"/>
        <w:jc w:val="center"/>
      </w:pPr>
      <w:r>
        <w:rPr>
          <w:rFonts w:ascii="Georgia" w:hAnsi="Georgia" w:cs="Georgia" w:eastAsia="Georgia"/>
          <w:b w:val="0"/>
          <w:i/>
          <w:sz w:val="22"/>
        </w:rPr>
        <w:t>"If Allah aids you, there will be none to defeat you, and if He withholds His aid from you, then who is there besides Him to help you?"</w:t>
      </w:r>
    </w:p>
    <w:p>
      <w:pPr>
        <w:spacing w:before="0" w:after="120" w:line="300" w:lineRule="exact"/>
        <w:jc w:val="both"/>
      </w:pPr>
      <w:r>
        <w:rPr>
          <w:rFonts w:ascii="Georgia" w:hAnsi="Georgia" w:cs="Georgia" w:eastAsia="Georgia"/>
          <w:b w:val="0"/>
          <w:i w:val="0"/>
          <w:sz w:val="22"/>
        </w:rPr>
        <w:t>It is kufr to believe that Muslims are impotent because of the massive airpower and other arsenals of the western powers. The very Same Allah Azza Wa Jal Who had sustained and granted victory to the Sahaabah, is there for us even today. But, Muslims have turned their backs on Allah Ta'ala, hence He is withholding His Nusrat. No air force and no nuclear power can vanquish Muslims if Allah Azza Wa Jal provides help. But His help is not forthcoming. We have to do some deep soul searching to fathom ourselves and to understand why is Allah Ta'ala allowing the kuffaar to dominate and humiliate us.</w:t>
      </w:r>
    </w:p>
    <w:p>
      <w:pPr>
        <w:spacing w:before="0" w:after="120" w:line="300" w:lineRule="exact"/>
        <w:jc w:val="both"/>
      </w:pPr>
      <w:r>
        <w:rPr>
          <w:rFonts w:ascii="Georgia" w:hAnsi="Georgia" w:cs="Georgia" w:eastAsia="Georgia"/>
          <w:b w:val="0"/>
          <w:i w:val="0"/>
          <w:sz w:val="22"/>
        </w:rPr>
        <w:t>To rout and destroy Abraha with his army and elephants, Allah Ta'ala sent the flock of birds. Each bird had two pebbles, one in the claws of each leg. Each pebble had the name of a soldier inscribed on it. The bird would drop the pebbles on target. It penetrated the skulls of the soldiers and all of them perished. Is the same Allah Azza Wa Jal not there today to deal with the bombers of the kuffaar coalition? Why is He withholding His aid from His Muslim servants? Because we are no longer servants. We have become rebels against Him.</w:t>
      </w:r>
    </w:p>
    <w:p>
      <w:pPr>
        <w:spacing w:before="0" w:after="120" w:line="300" w:lineRule="exact"/>
        <w:jc w:val="both"/>
      </w:pPr>
      <w:r>
        <w:rPr>
          <w:rFonts w:ascii="Georgia" w:hAnsi="Georgia" w:cs="Georgia" w:eastAsia="Georgia"/>
          <w:b w:val="0"/>
          <w:i w:val="0"/>
          <w:sz w:val="22"/>
        </w:rPr>
        <w:t>On the Day of Badr, Rasulullah (sallallahu alayhi wasallam) with a heavy heart looked at the weak and poor state of the 313 Sahaabah. Then he looked at the more than a thousand well-equipped army of the mushrikeen. Then he turned to face the Qiblah and supplicated: "O Allah! Fulfil Your promise that You have made to me. O Allah! If this small band of Muslimeen is destroyed, there shall be none to worship You on earth."</w:t>
      </w:r>
    </w:p>
    <w:p>
      <w:pPr>
        <w:spacing w:before="0" w:after="120" w:line="300" w:lineRule="exact"/>
        <w:jc w:val="both"/>
      </w:pPr>
      <w:r>
        <w:rPr>
          <w:rFonts w:ascii="Georgia" w:hAnsi="Georgia" w:cs="Georgia" w:eastAsia="Georgia"/>
          <w:b w:val="0"/>
          <w:i w:val="0"/>
          <w:sz w:val="22"/>
        </w:rPr>
        <w:t>Overwhelmed with emotion, Rasulullah (Sallallahu alayhi wasallam) continued making this dua with arms outstretched until his shawl fell from his mubaarak shoulders. Then came the Divine Response:</w:t>
      </w:r>
    </w:p>
    <w:p>
      <w:pPr>
        <w:spacing w:before="120" w:after="120" w:line="300" w:lineRule="exact"/>
        <w:ind w:left="720" w:right="720"/>
        <w:jc w:val="center"/>
      </w:pPr>
      <w:r>
        <w:rPr>
          <w:rFonts w:ascii="Georgia" w:hAnsi="Georgia" w:cs="Georgia" w:eastAsia="Georgia"/>
          <w:b w:val="0"/>
          <w:i/>
          <w:sz w:val="22"/>
        </w:rPr>
        <w:t>"(Remember) when you (O Sahaabah of Muhammad!) sought help from your Rabb, He accepted your supplication saying: 'I shall bolster you with a thousand Malaaikah who will appear in waves (in successive groups). (Qur'aan)</w:t>
      </w:r>
    </w:p>
    <w:p>
      <w:pPr>
        <w:spacing w:before="0" w:after="120" w:line="300" w:lineRule="exact"/>
        <w:jc w:val="both"/>
      </w:pPr>
      <w:r>
        <w:rPr>
          <w:rFonts w:ascii="Georgia" w:hAnsi="Georgia" w:cs="Georgia" w:eastAsia="Georgia"/>
          <w:b w:val="0"/>
          <w:i w:val="0"/>
          <w:sz w:val="22"/>
        </w:rPr>
        <w:t>In another Aayat, the Qur'aan says:</w:t>
      </w:r>
    </w:p>
    <w:p>
      <w:pPr>
        <w:spacing w:before="120" w:after="120" w:line="300" w:lineRule="exact"/>
        <w:ind w:left="720" w:right="720"/>
        <w:jc w:val="center"/>
      </w:pPr>
      <w:r>
        <w:rPr>
          <w:rFonts w:ascii="Georgia" w:hAnsi="Georgia" w:cs="Georgia" w:eastAsia="Georgia"/>
          <w:b w:val="0"/>
          <w:i/>
          <w:sz w:val="22"/>
        </w:rPr>
        <w:t>"(Remember) when your Rabb commanded the Angels saying: 'Verily I am with you. Therefore, fortify the Believers. Soon shall I cast terror in the hearts of the kuffaar...."</w:t>
      </w:r>
    </w:p>
    <w:p>
      <w:pPr>
        <w:spacing w:before="120" w:after="120" w:line="300" w:lineRule="exact"/>
        <w:ind w:left="720" w:right="720"/>
        <w:jc w:val="center"/>
      </w:pPr>
      <w:r>
        <w:rPr>
          <w:rFonts w:ascii="Georgia" w:hAnsi="Georgia" w:cs="Georgia" w:eastAsia="Georgia"/>
          <w:b w:val="0"/>
          <w:i/>
          <w:sz w:val="22"/>
        </w:rPr>
        <w:t>In the Qur'aan, Allah Azza Wa Jal warns the kuffaar: "Your (coalition alliance) group will not benefit you regardless of its abundance. Verily, Allah is with the Mu'mineen."</w:t>
      </w:r>
    </w:p>
    <w:p>
      <w:pPr>
        <w:spacing w:before="120" w:after="120" w:line="300" w:lineRule="exact"/>
        <w:ind w:left="720" w:right="720"/>
        <w:jc w:val="center"/>
      </w:pPr>
      <w:r>
        <w:rPr>
          <w:rFonts w:ascii="Georgia" w:hAnsi="Georgia" w:cs="Georgia" w:eastAsia="Georgia"/>
          <w:b w:val="0"/>
          <w:i/>
          <w:sz w:val="22"/>
        </w:rPr>
        <w:t>In another Aayat, Allah Ta'ala says: "Many were the small groups which vanquished large groups (armies) with the permission of Allah."</w:t>
      </w:r>
    </w:p>
    <w:p>
      <w:pPr>
        <w:spacing w:before="0" w:after="120" w:line="300" w:lineRule="exact"/>
        <w:jc w:val="both"/>
      </w:pPr>
      <w:r>
        <w:rPr>
          <w:rFonts w:ascii="Georgia" w:hAnsi="Georgia" w:cs="Georgia" w:eastAsia="Georgia"/>
          <w:b w:val="0"/>
          <w:i w:val="0"/>
          <w:sz w:val="22"/>
        </w:rPr>
        <w:t>When Allah's aid is at hand, no U.S. / Western coalition, no superpower, no nuclear power and no airforce will be able to inflict defeat on the Mu'mineen, for He says: "Verily Allah is with the Mu'mineen." But the problem is that the Mu'mineen of these times among whom the best are the Taliban, have turned their backs on to Allah Azza Wa Jal. They are looking askance at aliens, at fussaaq, fujjaar and kuffaar for aid and honour. But Allah says: "What! Are you searching for honour from them (the kuffaar)?"</w:t>
      </w:r>
    </w:p>
    <w:p>
      <w:pPr>
        <w:spacing w:before="120" w:after="120" w:line="300" w:lineRule="exact"/>
        <w:ind w:left="720" w:right="720"/>
        <w:jc w:val="center"/>
      </w:pPr>
      <w:r>
        <w:rPr>
          <w:rFonts w:ascii="Georgia" w:hAnsi="Georgia" w:cs="Georgia" w:eastAsia="Georgia"/>
          <w:b w:val="0"/>
          <w:i/>
          <w:sz w:val="22"/>
        </w:rPr>
        <w:t>In the Qur'aan Majeed, Allah says to us: "For them there are no friends who can help them besides Allah. Whomever Allah misguides, for him there is no road (of rectitude)."</w:t>
      </w:r>
    </w:p>
    <w:p>
      <w:pPr>
        <w:spacing w:before="120" w:after="120" w:line="300" w:lineRule="exact"/>
        <w:ind w:left="720" w:right="720"/>
        <w:jc w:val="center"/>
      </w:pPr>
      <w:r>
        <w:rPr>
          <w:rFonts w:ascii="Georgia" w:hAnsi="Georgia" w:cs="Georgia" w:eastAsia="Georgia"/>
          <w:b w:val="0"/>
          <w:i/>
          <w:sz w:val="22"/>
        </w:rPr>
        <w:t>"If the kuffaar fight you, they will turn their backs (and flee), then they will find neither friend nor helper."</w:t>
      </w:r>
    </w:p>
    <w:p>
      <w:pPr>
        <w:spacing w:before="0" w:after="120" w:line="300" w:lineRule="exact"/>
        <w:jc w:val="both"/>
      </w:pPr>
      <w:r>
        <w:rPr>
          <w:rFonts w:ascii="Georgia" w:hAnsi="Georgia" w:cs="Georgia" w:eastAsia="Georgia"/>
          <w:b w:val="0"/>
          <w:i w:val="0"/>
          <w:sz w:val="22"/>
        </w:rPr>
        <w:t>Instead, we find the tables are turned and Allah Ta'ala is imposing kuffaar domination on the Ummah. Those who purport to be waging Jihaad suffer defeat upon defeat. The Qur'aan and the Ahaadith abundantly warn Muslims of Allah's athaab assuming the form of kuffaar domination and victory. Thus, Rasulullah (Sallallahu alayhi wasallam) said:</w:t>
      </w:r>
    </w:p>
    <w:p>
      <w:pPr>
        <w:spacing w:before="120" w:after="120" w:line="300" w:lineRule="exact"/>
        <w:ind w:left="720" w:right="720"/>
        <w:jc w:val="center"/>
      </w:pPr>
      <w:r>
        <w:rPr>
          <w:rFonts w:ascii="Georgia" w:hAnsi="Georgia" w:cs="Georgia" w:eastAsia="Georgia"/>
          <w:b w:val="0"/>
          <w:i/>
          <w:sz w:val="22"/>
        </w:rPr>
        <w:t>"There will dawn a time when the (kuffaar) nations will invite one another (i.e. form coalitions) to devour you." Someone asked: 'Will that be because of our small number?" Rasulullah (Sallallahu alayhi wasallam) said: "On the contrary, you will be numerous. But you will be rubbish, like the rubbish (flotsam) of flood waters. Allah will take out from the hearts of your enemy fear for you and He will cast wahn in your hearts." Someone asked: "What is wahn?" Rasulullah (Sallallahu alayi wasllam) said: "The love of the dunya and dislike for Maut."</w:t>
      </w:r>
    </w:p>
    <w:p>
      <w:pPr>
        <w:spacing w:before="0" w:after="120" w:line="300" w:lineRule="exact"/>
        <w:jc w:val="both"/>
      </w:pPr>
      <w:r>
        <w:rPr>
          <w:rFonts w:ascii="Georgia" w:hAnsi="Georgia" w:cs="Georgia" w:eastAsia="Georgia"/>
          <w:b w:val="0"/>
          <w:i w:val="0"/>
          <w:sz w:val="22"/>
        </w:rPr>
        <w:t>While the Taliban have been waging a defensive Jihaad on a small scale, they are not true Ansaarullaah (Helpers of Allah's Deen). In this regard, Allah Ta'ala says in the Qur'aan Majeed:</w:t>
      </w:r>
    </w:p>
    <w:p>
      <w:pPr>
        <w:spacing w:before="0" w:after="120" w:line="300" w:lineRule="exact"/>
        <w:jc w:val="both"/>
      </w:pPr>
      <w:r>
        <w:rPr>
          <w:rFonts w:ascii="Georgia" w:hAnsi="Georgia" w:cs="Georgia" w:eastAsia="Georgia"/>
          <w:b w:val="0"/>
          <w:i w:val="0"/>
          <w:sz w:val="22"/>
        </w:rPr>
        <w:t>"O People of Imaan! Become</w:t>
      </w:r>
    </w:p>
    <w:p>
      <w:pPr>
        <w:spacing w:before="120" w:after="120" w:line="300" w:lineRule="exact"/>
        <w:ind w:left="720" w:right="720"/>
        <w:jc w:val="center"/>
      </w:pPr>
      <w:r>
        <w:rPr>
          <w:rFonts w:ascii="Georgia" w:hAnsi="Georgia" w:cs="Georgia" w:eastAsia="Georgia"/>
          <w:b w:val="0"/>
          <w:i/>
          <w:sz w:val="22"/>
        </w:rPr>
        <w:t>Ansaarullaah (Helpers of Allah) as Isaa the Son of Maryam said to the Hawaariyeen (his Sahaabah): 'Who are my helpers towards Allah?" The Hawaariyyoon said: "We are the helpers of Allah." Then a group from Bani Israaeel accepted Imaan and a group committed kufr. Thus, We aided the Believers over their enemy, and they (the Believers) attained victory."</w:t>
      </w:r>
    </w:p>
    <w:p>
      <w:pPr>
        <w:spacing w:before="0" w:after="120" w:line="300" w:lineRule="exact"/>
        <w:jc w:val="both"/>
      </w:pPr>
      <w:r>
        <w:rPr>
          <w:rFonts w:ascii="Georgia" w:hAnsi="Georgia" w:cs="Georgia" w:eastAsia="Georgia"/>
          <w:b w:val="0"/>
          <w:i w:val="0"/>
          <w:sz w:val="22"/>
        </w:rPr>
        <w:t>The Qur'aan and the Sunnah may not be isolated. Every act of the Mu'min is inextricably interwoven with the Shariah of Allah. It is wrong and un-Islamic to view our issues purely in terms of worldly and material causes and effects. Every thing – the action of even the minutest particle / atom is by the decree of Allah Azza Wa Jal. The Qur'aan Majeed states:</w:t>
      </w:r>
    </w:p>
    <w:p>
      <w:pPr>
        <w:spacing w:before="120" w:after="120" w:line="300" w:lineRule="exact"/>
        <w:ind w:left="720" w:right="720"/>
        <w:jc w:val="center"/>
      </w:pPr>
      <w:r>
        <w:rPr>
          <w:rFonts w:ascii="Georgia" w:hAnsi="Georgia" w:cs="Georgia" w:eastAsia="Georgia"/>
          <w:b w:val="0"/>
          <w:i/>
          <w:sz w:val="22"/>
        </w:rPr>
        <w:t>"Not a leaf drops (from a tree) but He is aware. There is not a seed in the darkness of the earth (underground) nor anything dry or moist, but it is recorded in a Clear Book."</w:t>
      </w:r>
    </w:p>
    <w:p>
      <w:pPr>
        <w:spacing w:before="0" w:after="120" w:line="300" w:lineRule="exact"/>
        <w:jc w:val="both"/>
      </w:pPr>
      <w:r>
        <w:rPr>
          <w:rFonts w:ascii="Georgia" w:hAnsi="Georgia" w:cs="Georgia" w:eastAsia="Georgia"/>
          <w:b w:val="0"/>
          <w:i w:val="0"/>
          <w:sz w:val="22"/>
        </w:rPr>
        <w:t>There are no accidents in Allah's creation. Everything is recorded, ordained and occurs by His decree. The rise to power of the Taliban and their fall at the feet of America were Allah's decrees, and both had causes. Nabi Musaa (Alayhis salaam) said to his people: Seek aid from Allah and have Sabr. Verily the earth belongs to Allah. He grants its (rule) to whomever He wills. And, the ultimate victory is for the Muttaqeen. ............Perhaps your Rabb will grant you power on earth. Then He will watch you (to see how you govern)."</w:t>
      </w:r>
    </w:p>
    <w:p>
      <w:pPr>
        <w:spacing w:before="0" w:after="120" w:line="300" w:lineRule="exact"/>
        <w:jc w:val="both"/>
      </w:pPr>
      <w:r>
        <w:rPr>
          <w:rFonts w:ascii="Georgia" w:hAnsi="Georgia" w:cs="Georgia" w:eastAsia="Georgia"/>
          <w:b w:val="0"/>
          <w:i w:val="0"/>
          <w:sz w:val="22"/>
        </w:rPr>
        <w:t>This is what Allah Ta'ala had done with the Taliban. He gave them power, then He watched them, then He snatched away power from them and granted success to the kufaar.</w:t>
      </w:r>
    </w:p>
    <w:p>
      <w:pPr>
        <w:spacing w:before="0" w:after="120" w:line="300" w:lineRule="exact"/>
        <w:jc w:val="both"/>
      </w:pPr>
      <w:r>
        <w:rPr>
          <w:rFonts w:ascii="Georgia" w:hAnsi="Georgia" w:cs="Georgia" w:eastAsia="Georgia"/>
          <w:b w:val="0"/>
          <w:i w:val="0"/>
          <w:sz w:val="22"/>
        </w:rPr>
        <w:t>The weak Imaani condition of the masses was not the cause of the fall of the Taliban. The Taliban had neglected the masses. They had not made adequate arrangements for the improvement of the Imaani and Deeni conditions of the masses, and they themselves lacked in Taqwa and were and are unaware of the objectives of the Aakhirah, hence Allah Ta'ala removed them.</w:t>
      </w:r>
    </w:p>
    <w:p>
      <w:pPr>
        <w:spacing w:before="0" w:after="120" w:line="300" w:lineRule="exact"/>
        <w:jc w:val="both"/>
      </w:pPr>
      <w:r>
        <w:rPr>
          <w:rFonts w:ascii="Georgia" w:hAnsi="Georgia" w:cs="Georgia" w:eastAsia="Georgia"/>
          <w:b w:val="0"/>
          <w:i w:val="0"/>
          <w:sz w:val="22"/>
        </w:rPr>
        <w:t>The Pakistani Ulama who considered the Taliban state an 'ideal' Islamic state, trail far behind the Taliban in matters of the Deen and morality. Their understanding of the Taliban scenario is grossly defective. Hadhrat Mufti Shaamzi (Rahmatullah alayh) of Karachi had specifically visited Port Elizabeth to discuss the Taliban issue with us when we had published some criticism about the Taliban. We had pointed out to him the many deficiencies of the Taliban.</w:t>
      </w:r>
    </w:p>
    <w:p>
      <w:pPr>
        <w:spacing w:before="0" w:after="120" w:line="300" w:lineRule="exact"/>
        <w:jc w:val="both"/>
      </w:pPr>
      <w:r>
        <w:rPr>
          <w:rFonts w:ascii="Georgia" w:hAnsi="Georgia" w:cs="Georgia" w:eastAsia="Georgia"/>
          <w:b w:val="0"/>
          <w:i w:val="0"/>
          <w:sz w:val="22"/>
        </w:rPr>
        <w:t>They all understand Shariah Law to be constricted to a few salient features such as the Hudood, the beard, the dress, purdah, television, etc. In fact, the Pakistani Ulama and we refer to the senior ones, have somersaulted on some issues. They now believe television to be halaal. We attach no significance to the opinions of Pakistani Ulama. They swim with the tide.</w:t>
      </w:r>
    </w:p>
    <w:p>
      <w:pPr>
        <w:spacing w:before="0" w:after="120" w:line="300" w:lineRule="exact"/>
        <w:jc w:val="both"/>
      </w:pPr>
      <w:r>
        <w:rPr>
          <w:rFonts w:ascii="Georgia" w:hAnsi="Georgia" w:cs="Georgia" w:eastAsia="Georgia"/>
          <w:b w:val="0"/>
          <w:i w:val="0"/>
          <w:sz w:val="22"/>
        </w:rPr>
        <w:t>You concede that the Taliban had converted the lawless country into a stable one; banned haraam activities; and that the crime rate had dropped to zero. This all indicates that Allah Ta'ala had bestowed sufficient power to them to overhaul the country. Internally there was no real threat to challenge them. Despite this, Allah Ta'ala removed them and made them suffer the humiliation of defeat at the hands of the kuffaar. The public had absolutely no share in toppling the Taliban government. The massive aerial bombardment on Kabul finally compelled the Taliban to retreat. But this aerial bombardment was of Allah's making. He had designed it. It was merely the ostensible way of imposing kuffaar domination.</w:t>
      </w:r>
    </w:p>
    <w:p>
      <w:pPr>
        <w:spacing w:before="0" w:after="120" w:line="300" w:lineRule="exact"/>
        <w:jc w:val="both"/>
      </w:pPr>
      <w:r>
        <w:rPr>
          <w:rFonts w:ascii="Georgia" w:hAnsi="Georgia" w:cs="Georgia" w:eastAsia="Georgia"/>
          <w:b w:val="0"/>
          <w:i w:val="0"/>
          <w:sz w:val="22"/>
        </w:rPr>
        <w:t>In appearance, the Taliban do represent true Islam. Whilst the soul / spirit of Islam is lacking, they still project to a great degree the outward dimension of Islam. Thus we say that in relation to other Muslim nations, the Taliban are still the best, and it is precisely for this reason that Allah Ta'ala is not allowing the kuffaar to completely obliterate them. They are, Alhamdulillah, sustaining the Jihaad, and it is always our dua that Allah Ta'ala should grant them a resounding victory over the combined forces of the kuffaar.</w:t>
      </w:r>
    </w:p>
    <w:p>
      <w:pPr>
        <w:spacing w:before="0" w:after="120" w:line="300" w:lineRule="exact"/>
        <w:jc w:val="both"/>
      </w:pPr>
      <w:r>
        <w:rPr>
          <w:rFonts w:ascii="Georgia" w:hAnsi="Georgia" w:cs="Georgia" w:eastAsia="Georgia"/>
          <w:b w:val="0"/>
          <w:i w:val="0"/>
          <w:sz w:val="22"/>
        </w:rPr>
        <w:t>The answers to your questions are as follows:</w:t>
      </w:r>
    </w:p>
    <w:p>
      <w:pPr>
        <w:spacing w:before="0" w:after="120" w:line="300" w:lineRule="exact"/>
        <w:jc w:val="both"/>
      </w:pPr>
      <w:r>
        <w:rPr>
          <w:rFonts w:ascii="Georgia" w:hAnsi="Georgia" w:cs="Georgia" w:eastAsia="Georgia"/>
          <w:b w:val="0"/>
          <w:i w:val="0"/>
          <w:sz w:val="22"/>
        </w:rPr>
        <w:t>1) It is undoubtedly, the Waajib obligation of the Islamic government to rigidly and strictly impose the Shariah on the populace. The Khalifah is the highest representative of Rasulullah (Sallallahu alayhi wasallam), hence it is his bounden duty to continue with the dissemination and enforcement of the Deen in the manner executed by Rasulullah (Sallallahu alayhi wasallam).</w:t>
      </w:r>
    </w:p>
    <w:p>
      <w:pPr>
        <w:spacing w:before="0" w:after="120" w:line="300" w:lineRule="exact"/>
        <w:jc w:val="both"/>
      </w:pPr>
      <w:r>
        <w:rPr>
          <w:rFonts w:ascii="Georgia" w:hAnsi="Georgia" w:cs="Georgia" w:eastAsia="Georgia"/>
          <w:b w:val="0"/>
          <w:i w:val="0"/>
          <w:sz w:val="22"/>
        </w:rPr>
        <w:t>2) The Taliban did not impose the Shariah 100%. They themselves were deficient in following the Shariah. They concentrated on some outward aspect of the Shariah. The vital department of moral and spiritual training was not even touched by them since they themselves are lacking in this dimension. They failed in establishing the institution for Islaah of the Nafs. Rasulullah (Sallallahu alayhi wasallam) had spent the first 13 years of Nubuwwat in Makkah morally and spiritually training the Sahaabah. The Taliban had failed in this aspect and they are still failing.</w:t>
      </w:r>
    </w:p>
    <w:p>
      <w:pPr>
        <w:spacing w:before="0" w:after="120" w:line="300" w:lineRule="exact"/>
        <w:jc w:val="both"/>
      </w:pPr>
      <w:r>
        <w:rPr>
          <w:rFonts w:ascii="Georgia" w:hAnsi="Georgia" w:cs="Georgia" w:eastAsia="Georgia"/>
          <w:b w:val="0"/>
          <w:i w:val="0"/>
          <w:sz w:val="22"/>
        </w:rPr>
        <w:t>If Hadhrat Maulana Ashraf Ali Thanvi (Rahmatullah alayh) had been the Ameerul Mu'mineen in India for example in the current scenario, he would have failed to implement the Shariah even after ten years. The ta'leem and tarbiyat of the nation have to be executed long before becoming the Ameerul Mu'mineen. Hadhrat Thanvi devoted his entire life to the Islaah of the people. But how many were converted to the true Deen? How many Muslims were reformed? Thousands are infinitesimal in relation to the hundreds of millions of Muslims inhabiting the Indo-Pak subcontinent. The greater part of the nation has to be reformed and adorned Islamically in order to impose the Shariah.</w:t>
      </w:r>
    </w:p>
    <w:p>
      <w:pPr>
        <w:spacing w:before="0" w:after="120" w:line="300" w:lineRule="exact"/>
        <w:jc w:val="both"/>
      </w:pPr>
      <w:r>
        <w:rPr>
          <w:rFonts w:ascii="Georgia" w:hAnsi="Georgia" w:cs="Georgia" w:eastAsia="Georgia"/>
          <w:b w:val="0"/>
          <w:i w:val="0"/>
          <w:sz w:val="22"/>
        </w:rPr>
        <w:t>Ten years would not have brought about dramatic change in the morality and spirituality of the Muslim nation in a country such as India, Bangladesh and Pakistan which constituted one country in Hadhrat Thanvi's age. The only way would have been coercive power of the state. This was relatively easier in a small country such as Afghanistan. In fact, the Taliban were well on the way to the establishment of an Islamic state. Alas! They failed because of lack of adequate Islamic knowledge and lacking in Islaah of the Nafs. Thus they did not possess sufficient Taqwa and Tawakkul to enact wonders as the Sahaabah did. They failed to set in motion khaanqas and proper Maktabs and Madaaris for the Deeni Knowledge and Tarbiyat of the nation. They wholly neglected the children, the bulwark of tomorrow's Ummah. Their focus was on peripheral issues, not on core matters required to sustain the Islamic state.</w:t>
      </w:r>
    </w:p>
    <w:p>
      <w:pPr>
        <w:spacing w:before="0" w:after="120" w:line="300" w:lineRule="exact"/>
        <w:jc w:val="both"/>
      </w:pPr>
      <w:r>
        <w:rPr>
          <w:rFonts w:ascii="Georgia" w:hAnsi="Georgia" w:cs="Georgia" w:eastAsia="Georgia"/>
          <w:b w:val="0"/>
          <w:i w:val="0"/>
          <w:sz w:val="22"/>
        </w:rPr>
        <w:t>The Imaani weakness of the Taliban is amply illustrated by their sitting and discussing with America's female envoy and by them accepting to travel to the U.S. at the behest of the Americans who sent a special plane to bring the entire Taliban 'cabinet' to Texas for discussions. So many acts of haraam were committed from the time of departure until the time of return. What business did they have to accept being hosted by the U.S. kuffaar on a kaafir ranch in Texas and in the course of this event submit to kuffaar protocols? If they had proper Taqwa, they would not have stooped to this bootlicking episode. They should have informed the U.S. authorities: If you wish to have discussions with us, come to Kabul, and bring no females with.</w:t>
      </w:r>
    </w:p>
    <w:p>
      <w:pPr>
        <w:spacing w:before="0" w:after="120" w:line="300" w:lineRule="exact"/>
        <w:jc w:val="both"/>
      </w:pPr>
      <w:r>
        <w:rPr>
          <w:rFonts w:ascii="Georgia" w:hAnsi="Georgia" w:cs="Georgia" w:eastAsia="Georgia"/>
          <w:b w:val="0"/>
          <w:i w:val="0"/>
          <w:sz w:val="22"/>
        </w:rPr>
        <w:t>Towards the end of his life, Hadhrat Thanvi (Rahmatullah alayh) was compelled to lament: "Now the islaah of this Ummah will be effected only by Imaam Mahdi (alayhis salaam)." Indeed there seems to be no hope. The only light at the end of the intensely dark tunnel in which the Ummah is stumbling and groping is Imaam Mahdi (Alayhis salaam).</w:t>
      </w:r>
    </w:p>
    <w:p>
      <w:pPr>
        <w:spacing w:before="0" w:after="120" w:line="300" w:lineRule="exact"/>
        <w:jc w:val="both"/>
      </w:pPr>
      <w:r>
        <w:rPr>
          <w:rFonts w:ascii="Georgia" w:hAnsi="Georgia" w:cs="Georgia" w:eastAsia="Georgia"/>
          <w:b w:val="0"/>
          <w:i w:val="0"/>
          <w:sz w:val="22"/>
        </w:rPr>
        <w:t>There are only two ways now of gaining ascendency for the Shariah:</w:t>
      </w:r>
    </w:p>
    <w:p>
      <w:pPr>
        <w:spacing w:before="0" w:after="120" w:line="300" w:lineRule="exact"/>
        <w:jc w:val="both"/>
      </w:pPr>
      <w:r>
        <w:rPr>
          <w:rFonts w:ascii="Georgia" w:hAnsi="Georgia" w:cs="Georgia" w:eastAsia="Georgia"/>
          <w:b w:val="0"/>
          <w:i w:val="0"/>
          <w:sz w:val="22"/>
        </w:rPr>
        <w:t>• Massive ta'leem at Maktab level for the children.</w:t>
      </w:r>
    </w:p>
    <w:p>
      <w:pPr>
        <w:spacing w:before="0" w:after="120" w:line="300" w:lineRule="exact"/>
        <w:jc w:val="both"/>
      </w:pPr>
      <w:r>
        <w:rPr>
          <w:rFonts w:ascii="Georgia" w:hAnsi="Georgia" w:cs="Georgia" w:eastAsia="Georgia"/>
          <w:b w:val="0"/>
          <w:i w:val="0"/>
          <w:sz w:val="22"/>
        </w:rPr>
        <w:t>• By the coercive power of the state.</w:t>
      </w:r>
    </w:p>
    <w:p>
      <w:pPr>
        <w:spacing w:before="0" w:after="120" w:line="300" w:lineRule="exact"/>
        <w:jc w:val="both"/>
      </w:pPr>
      <w:r>
        <w:rPr>
          <w:rFonts w:ascii="Georgia" w:hAnsi="Georgia" w:cs="Georgia" w:eastAsia="Georgia"/>
          <w:b w:val="0"/>
          <w:i w:val="0"/>
          <w:sz w:val="22"/>
        </w:rPr>
        <w:t>As far as No.1 is concerned, the Ulama as well as the community as a whole are egregiously neglecting, in fact abandoning, this vital requisite of the Deen. The current generation of millions of Muslim children are growing up starkly ignorant of the very basic requirements of Islam. There are hundreds of thousands of remote villages in the Muslim World where not a single Maktab exists for imparting Qur'aanic, Tahaarat and Salaat education. Even the parents are totally ignorant of the Deen. We are aware. We operate in several countries, including Pakistan, India and Bangladesh where we have established hut-type Maktabs in remote villages. We operate approximately 2000 Maktabs and over the years a million children who had been totally deprived of the very basic ta'leem to safeguard their Imaan have passed out of these Maktabs, and this is a drop in the ocean.</w:t>
      </w:r>
    </w:p>
    <w:p>
      <w:pPr>
        <w:spacing w:before="0" w:after="120" w:line="300" w:lineRule="exact"/>
        <w:jc w:val="both"/>
      </w:pPr>
      <w:r>
        <w:rPr>
          <w:rFonts w:ascii="Georgia" w:hAnsi="Georgia" w:cs="Georgia" w:eastAsia="Georgia"/>
          <w:b w:val="0"/>
          <w:i w:val="0"/>
          <w:sz w:val="22"/>
        </w:rPr>
        <w:t>But in Pakistan, India, Bangladesh and all over, the local Ulama are absolutely indifferent to the massive threat and danger of Irtidaad on their doorsteps. They are only concerned with erecting their own tiny darul uloom empires, and to blazes with the Ummah. They lack in entirety in vision. Just a couple of hours from Karachi, in Baluchistan there is so much jahaalat that people bury without janaazah Salaat and ghusl. Yet, there are thousands of Ulama emerging from the darul ulooms in Pakistan annually. But they are just not concerned. Just visit Korongi and view the massive squandering of crores of rupees on useless concrete at Mufti Taqi's darul uloom!</w:t>
      </w:r>
    </w:p>
    <w:p>
      <w:pPr>
        <w:spacing w:before="0" w:after="120" w:line="300" w:lineRule="exact"/>
        <w:jc w:val="both"/>
      </w:pPr>
      <w:r>
        <w:rPr>
          <w:rFonts w:ascii="Georgia" w:hAnsi="Georgia" w:cs="Georgia" w:eastAsia="Georgia"/>
          <w:b w:val="0"/>
          <w:i w:val="0"/>
          <w:sz w:val="22"/>
        </w:rPr>
        <w:t>Obviously in such scenarios it will not be able to establish a Shariah State. There is no way of even attempting. Our Shaikh and Ustaad, Hadhrat Maulana Masihullah Khan (Rahmatullah alayh) who was of Hadhrat Thanvi's most senior Khulafa said that even if the greatest Wali today becomes the Amirul Mu'mineen, he will fail to establish an Islamic State.</w:t>
      </w:r>
    </w:p>
    <w:p>
      <w:pPr>
        <w:spacing w:before="0" w:after="120" w:line="300" w:lineRule="exact"/>
        <w:jc w:val="both"/>
      </w:pPr>
      <w:r>
        <w:rPr>
          <w:rFonts w:ascii="Georgia" w:hAnsi="Georgia" w:cs="Georgia" w:eastAsia="Georgia"/>
          <w:b w:val="0"/>
          <w:i w:val="0"/>
          <w:sz w:val="22"/>
        </w:rPr>
        <w:t>The Taliban were in a unique position. Afghanistan is a primitive land and tradition holds sway. It was relatively an easy task to establish Shariah Law. The Taliban had made an attempt. However, they lack understanding of a true Islamic State. They did not uphold the basic and primary demand which the Qur'aan places on the State, and that is the enforcement of Salaat. They believed television to be haraam, but allowed daily thousands of televisions to transit the country to Pakistan.</w:t>
      </w:r>
    </w:p>
    <w:p>
      <w:pPr>
        <w:spacing w:before="0" w:after="120" w:line="300" w:lineRule="exact"/>
        <w:jc w:val="both"/>
      </w:pPr>
      <w:r>
        <w:rPr>
          <w:rFonts w:ascii="Georgia" w:hAnsi="Georgia" w:cs="Georgia" w:eastAsia="Georgia"/>
          <w:b w:val="0"/>
          <w:i w:val="0"/>
          <w:sz w:val="22"/>
        </w:rPr>
        <w:t>(3) Allah Ta'ala had removed the Taliban because they were enforcing the Shariah defectively and they themselves were adhering to it defectively. Should Allah Ta'ala again grant them the opportunity to rule the country, they should go all out to implement every aspect of the Shariah regardless of any opposition from the public. They have sustained the Jihaad against the world's superpowers by Allah's fadhl for more than 15 years. It will not be too difficult a task to quell any internal violence by disgruntled munaafiqeen and murtaddeen. They could even be expelled and exiled from the country. Allah's aid will be with the Taliban, and He will instil fear in the hearts of the enemies. The greatest problem the Taliban will experience in their zeal to implement the Shariah will be the lack of valid Ulama to advise them. Almost all the senior Ulama of Pakistan have become liberals, and most of them are bootlickers.</w:t>
      </w:r>
    </w:p>
    <w:p>
      <w:pPr>
        <w:spacing w:before="0" w:after="120" w:line="300" w:lineRule="exact"/>
        <w:jc w:val="both"/>
      </w:pPr>
      <w:r>
        <w:rPr>
          <w:rFonts w:ascii="Georgia" w:hAnsi="Georgia" w:cs="Georgia" w:eastAsia="Georgia"/>
          <w:b w:val="0"/>
          <w:i w:val="0"/>
          <w:sz w:val="22"/>
        </w:rPr>
        <w:t>4) Whilst there is scope to enter into peace negotiations with the actual enemy, namely, the U.S., it is futile and gross weakness to enter into peace talks with the puppet Kabul regime which is a spineless U.S. installation. We advise them to strengthen their bond with Allah Ta'ala, to attend to their Islaah, to cultivate Taqwa, and then the tables will, Insha-Allah change.</w:t>
      </w:r>
    </w:p>
    <w:p>
      <w:r>
        <w:br w:type="page"/>
      </w:r>
    </w:p>
    <w:p>
      <w:pPr>
        <w:pStyle w:val="Heading1"/>
        <w:spacing w:before="360" w:after="200" w:line="300" w:lineRule="exact"/>
        <w:jc w:val="center"/>
      </w:pPr>
      <w:r>
        <w:rPr>
          <w:rFonts w:ascii="Georgia" w:hAnsi="Georgia" w:cs="Georgia" w:eastAsia="Georgia"/>
          <w:b/>
          <w:i w:val="0"/>
          <w:color w:val="1F3864"/>
          <w:sz w:val="32"/>
        </w:rPr>
        <w:t>Ramadan Restricted in Egypt</w:t>
      </w:r>
    </w:p>
    <w:p>
      <w:pPr>
        <w:spacing w:before="0" w:after="120" w:line="300" w:lineRule="exact"/>
        <w:jc w:val="both"/>
      </w:pPr>
      <w:r>
        <w:rPr>
          <w:rFonts w:ascii="Georgia" w:hAnsi="Georgia" w:cs="Georgia" w:eastAsia="Georgia"/>
          <w:b w:val="0"/>
          <w:i w:val="0"/>
          <w:sz w:val="22"/>
        </w:rPr>
        <w:t>"Over a billion Muslims around the world are preparing to observe the holiest month of the year, Ramadān. And whilst many plan to seclude themselves in Mosques during Ramadān's final ten days in devotion to their Creator, Egypt's coup regime has taken the unprecedented step of restricting this act of worship known as I'tikāf.</w:t>
      </w:r>
    </w:p>
    <w:p>
      <w:pPr>
        <w:spacing w:before="0" w:after="120" w:line="300" w:lineRule="exact"/>
        <w:jc w:val="both"/>
      </w:pPr>
      <w:r>
        <w:rPr>
          <w:rFonts w:ascii="Georgia" w:hAnsi="Georgia" w:cs="Georgia" w:eastAsia="Georgia"/>
          <w:b w:val="0"/>
          <w:i w:val="0"/>
          <w:sz w:val="22"/>
        </w:rPr>
        <w:t>The ban covers all Egyptian citizens apart from religious leaders appointed by the 'Ministry of Endowments' who must be graduates of al-Azhar University. Critics have cited this as part of a systematic campaign against religious activity and gatherings that may spur revolutionary sentiment against a regime that has killed and imprisoned thousands since it took office from an elected government on the back of a military coup. In another unique move, the Ministry banned the use of external loudspeakers during the nightly 'Tarāwīh' prayers, justifying the ban by claiming it will 'disturb the concentration of students', currently preparing for their final academic exams, despite the vast majority of students attending night prayers themselves.</w:t>
      </w:r>
    </w:p>
    <w:p>
      <w:pPr>
        <w:spacing w:before="0" w:after="120" w:line="300" w:lineRule="exact"/>
        <w:jc w:val="both"/>
      </w:pPr>
      <w:r>
        <w:rPr>
          <w:rFonts w:ascii="Georgia" w:hAnsi="Georgia" w:cs="Georgia" w:eastAsia="Georgia"/>
          <w:b w:val="0"/>
          <w:i w:val="0"/>
          <w:sz w:val="22"/>
        </w:rPr>
        <w:t>Representatives of the Ministry of Endowments have been falling over each other to gain the pleasure of the coup regime's head who in 2015 demanded Muslims to "adapt their religious discourse to the present and eliminate elements of their rhetoric that could foster violence." In their believed interpretation of this 'injunction', state-sponsored leaders of al-Azhar have sought to remove classifications such as 'disbelievers' from being levelled at Christianity and other religions. 'Sheikh' Salem Abdul Jalil, Former Waqf Under-secretary was recently banned from delivering sermons by the Minister of Endowments for classifying Christians as 'unbelievers'. Subsequently Al Mihwar TV further ended all contractual obligations with the 'Sheikh'.</w:t>
      </w:r>
    </w:p>
    <w:p>
      <w:pPr>
        <w:spacing w:before="0" w:after="120" w:line="300" w:lineRule="exact"/>
        <w:jc w:val="both"/>
      </w:pPr>
      <w:r>
        <w:rPr>
          <w:rFonts w:ascii="Georgia" w:hAnsi="Georgia" w:cs="Georgia" w:eastAsia="Georgia"/>
          <w:b w:val="0"/>
          <w:i w:val="0"/>
          <w:sz w:val="22"/>
        </w:rPr>
        <w:t>Ironically, the 'Sheikh' issued a 'Fatwa' in May ordering the burning of the Quranic tafsīr (explanation) by the renowned theologian Sayyid Qutb, 'In the Shade of the Qur'an', in the 'Sheikh's' attempt to address al-Sisi's orders. Egyptians have picked up on the disarray inflicting the politicised religious establishment, as Egypt falls further into further political and economic 'freefall'</w:t>
      </w:r>
    </w:p>
    <w:p>
      <w:pPr>
        <w:spacing w:before="0" w:after="120" w:line="300" w:lineRule="exact"/>
        <w:jc w:val="both"/>
      </w:pPr>
      <w:r>
        <w:rPr>
          <w:rFonts w:ascii="Georgia" w:hAnsi="Georgia" w:cs="Georgia" w:eastAsia="Georgia"/>
          <w:b w:val="0"/>
          <w:i w:val="0"/>
          <w:sz w:val="22"/>
        </w:rPr>
        <w:t>Source: www.islam21c.com –</w:t>
      </w:r>
    </w:p>
    <w:p>
      <w:pPr>
        <w:spacing w:before="0" w:after="120" w:line="300" w:lineRule="exact"/>
        <w:jc w:val="both"/>
      </w:pPr>
      <w:r>
        <w:rPr>
          <w:rFonts w:ascii="Georgia" w:hAnsi="Georgia" w:cs="Georgia" w:eastAsia="Georgia"/>
          <w:b w:val="0"/>
          <w:i w:val="0"/>
          <w:sz w:val="22"/>
        </w:rPr>
        <w:t>(Editor in News, Opinion)</w:t>
      </w:r>
    </w:p>
    <w:p>
      <w:r>
        <w:br w:type="page"/>
      </w:r>
    </w:p>
    <w:p>
      <w:pPr>
        <w:pStyle w:val="Heading1"/>
        <w:spacing w:before="360" w:after="200" w:line="300" w:lineRule="exact"/>
        <w:jc w:val="center"/>
      </w:pPr>
      <w:r>
        <w:rPr>
          <w:rFonts w:ascii="Georgia" w:hAnsi="Georgia" w:cs="Georgia" w:eastAsia="Georgia"/>
          <w:b/>
          <w:i w:val="0"/>
          <w:color w:val="1F3864"/>
          <w:sz w:val="32"/>
        </w:rPr>
        <w:t>OUR NOBLE PREDECESSORS - ¡HOW THEY REACTED TO INSULTS</w:t>
      </w:r>
    </w:p>
    <w:p>
      <w:pPr>
        <w:spacing w:before="0" w:after="120" w:line="300" w:lineRule="exact"/>
        <w:jc w:val="both"/>
      </w:pPr>
      <w:r>
        <w:rPr>
          <w:rFonts w:ascii="Georgia" w:hAnsi="Georgia" w:cs="Georgia" w:eastAsia="Georgia"/>
          <w:b w:val="0"/>
          <w:i w:val="0"/>
          <w:sz w:val="22"/>
        </w:rPr>
        <w:t>Hadhrat Abu Ubaidah Bin Jarraah (radhiyallahu anhu), the Commander-in-Chief of the Muslim army despatched by Ameerul Mu'mineen Umar Bin Khattaab (radhiyallahu anhu) to conquer the Land of Shaam (Syria), had, on the plea of the governor of Qinnasreen principality, entered into a peace pact for one year.</w:t>
      </w:r>
    </w:p>
    <w:p>
      <w:pPr>
        <w:spacing w:before="0" w:after="120" w:line="300" w:lineRule="exact"/>
        <w:jc w:val="both"/>
      </w:pPr>
      <w:r>
        <w:rPr>
          <w:rFonts w:ascii="Georgia" w:hAnsi="Georgia" w:cs="Georgia" w:eastAsia="Georgia"/>
          <w:b w:val="0"/>
          <w:i w:val="0"/>
          <w:sz w:val="22"/>
        </w:rPr>
        <w:t>The boundary of Qinnasreen was marked by a statue of Heracleus, the Roman emperor. By virtue of the peace treaty, the Muslim army was not to go beyond this limit. One day a group of Sahaabah from the army ventured near to the border area. The statue was guarded by Roman soldiers. The Sahaabah were intrigued by the statue. With their horses they went around the statue. Hadhrat Abu Jandal (radhiyallahu anhu) was holding a large spear. As his horse neared the statue, the spear accidentally pierced its eye.</w:t>
      </w:r>
    </w:p>
    <w:p>
      <w:pPr>
        <w:spacing w:before="0" w:after="120" w:line="300" w:lineRule="exact"/>
        <w:jc w:val="both"/>
      </w:pPr>
      <w:r>
        <w:rPr>
          <w:rFonts w:ascii="Georgia" w:hAnsi="Georgia" w:cs="Georgia" w:eastAsia="Georgia"/>
          <w:b w:val="0"/>
          <w:i w:val="0"/>
          <w:sz w:val="22"/>
        </w:rPr>
        <w:t>The Roman guards reported the incident to the governor of Qinnasreen, who flew into a rage. He sent a thousand horsemen, all clad in gaudy silken apparel, with a golden cross to complain to the Muslim commander, and to demand compensation for the desecration of the statue of Heracleus. The head of the Roman delegation of a 1,000 horsemen was instructed to protest to Hadhrat Abu Ubaidah, and say: "You have acted treacherously with us. You have violated your pledge. You have shirked your responsibilities. Those who commit treachery will be humiliated."</w:t>
      </w:r>
    </w:p>
    <w:p>
      <w:pPr>
        <w:spacing w:before="0" w:after="120" w:line="300" w:lineRule="exact"/>
        <w:jc w:val="both"/>
      </w:pPr>
      <w:r>
        <w:rPr>
          <w:rFonts w:ascii="Georgia" w:hAnsi="Georgia" w:cs="Georgia" w:eastAsia="Georgia"/>
          <w:b w:val="0"/>
          <w:i w:val="0"/>
          <w:sz w:val="22"/>
        </w:rPr>
        <w:t>Istakhar, the chief of the Roman delegation arrived with his men at the Muslim camp, holding aloft the golden cross. When the Muslims saw the cross aloft in their camp, they advanced towards the Romans and pulled down the cross. Hadhrat Abu Ubaidah (radhiyallahu anhu) appeared and said to the Christians: "Who are you? Why have you come?"</w:t>
      </w:r>
    </w:p>
    <w:p>
      <w:pPr>
        <w:spacing w:before="0" w:after="120" w:line="300" w:lineRule="exact"/>
        <w:jc w:val="both"/>
      </w:pPr>
      <w:r>
        <w:rPr>
          <w:rFonts w:ascii="Georgia" w:hAnsi="Georgia" w:cs="Georgia" w:eastAsia="Georgia"/>
          <w:b w:val="0"/>
          <w:i w:val="0"/>
          <w:sz w:val="22"/>
        </w:rPr>
        <w:t>Istakahar: "I am the emissary of the governor of Qinnasreen. I am here to protest against the treachery you people have committed." Abu Ubaidah: "Who committed treachery and in which manner?" Istakhar: "Your man who had damaged the eye of our emperor's statue has violated the treaty." Abu Ubaidah: "I take oath and say, I am unaware of this. I shall immediately investigate the matter."</w:t>
      </w:r>
    </w:p>
    <w:p>
      <w:pPr>
        <w:spacing w:before="0" w:after="120" w:line="300" w:lineRule="exact"/>
        <w:jc w:val="both"/>
      </w:pPr>
      <w:r>
        <w:rPr>
          <w:rFonts w:ascii="Georgia" w:hAnsi="Georgia" w:cs="Georgia" w:eastAsia="Georgia"/>
          <w:b w:val="0"/>
          <w:i w:val="0"/>
          <w:sz w:val="22"/>
        </w:rPr>
        <w:t>Hadhrat Abu Ubaidah (radhiyallahu anhu) announced: "O people of Arabia! Whoever has damaged the eye of the statue should report to me."</w:t>
      </w:r>
    </w:p>
    <w:p>
      <w:pPr>
        <w:spacing w:before="0" w:after="120" w:line="300" w:lineRule="exact"/>
        <w:jc w:val="both"/>
      </w:pPr>
      <w:r>
        <w:rPr>
          <w:rFonts w:ascii="Georgia" w:hAnsi="Georgia" w:cs="Georgia" w:eastAsia="Georgia"/>
          <w:b w:val="0"/>
          <w:i w:val="0"/>
          <w:sz w:val="22"/>
        </w:rPr>
        <w:t>Hadhrat Abu Jandal (radhiyallahu anhu) stepped forward and said: "I had accidentally committed the deed."</w:t>
      </w:r>
    </w:p>
    <w:p>
      <w:pPr>
        <w:spacing w:before="0" w:after="120" w:line="300" w:lineRule="exact"/>
        <w:jc w:val="both"/>
      </w:pPr>
      <w:r>
        <w:rPr>
          <w:rFonts w:ascii="Georgia" w:hAnsi="Georgia" w:cs="Georgia" w:eastAsia="Georgia"/>
          <w:b w:val="0"/>
          <w:i w:val="0"/>
          <w:sz w:val="22"/>
        </w:rPr>
        <w:t>Hadhrat Abu Ubaidah (radhiyallahu anhu) said to Istakhar: "Undoubtedly, our man did it, but not deliberately. It was an accident. State your demand for compensation and it shall be fulfilled."</w:t>
      </w:r>
    </w:p>
    <w:p>
      <w:pPr>
        <w:spacing w:before="0" w:after="120" w:line="300" w:lineRule="exact"/>
        <w:jc w:val="both"/>
      </w:pPr>
      <w:r>
        <w:rPr>
          <w:rFonts w:ascii="Georgia" w:hAnsi="Georgia" w:cs="Georgia" w:eastAsia="Georgia"/>
          <w:b w:val="0"/>
          <w:i w:val="0"/>
          <w:sz w:val="22"/>
        </w:rPr>
        <w:t>The Roman said: "We shall be satisfied only when we pierce the eye of your king in the same way."</w:t>
      </w:r>
    </w:p>
    <w:p>
      <w:pPr>
        <w:spacing w:before="0" w:after="120" w:line="300" w:lineRule="exact"/>
        <w:jc w:val="both"/>
      </w:pPr>
      <w:r>
        <w:rPr>
          <w:rFonts w:ascii="Georgia" w:hAnsi="Georgia" w:cs="Georgia" w:eastAsia="Georgia"/>
          <w:b w:val="0"/>
          <w:i w:val="0"/>
          <w:sz w:val="22"/>
        </w:rPr>
        <w:t>Hadhrat Abu Ubaidah said: "Fine! I am at your service. Do with me whatever was done to your statue."</w:t>
      </w:r>
    </w:p>
    <w:p>
      <w:pPr>
        <w:spacing w:before="0" w:after="120" w:line="300" w:lineRule="exact"/>
        <w:jc w:val="both"/>
      </w:pPr>
      <w:r>
        <w:rPr>
          <w:rFonts w:ascii="Georgia" w:hAnsi="Georgia" w:cs="Georgia" w:eastAsia="Georgia"/>
          <w:b w:val="0"/>
          <w:i w:val="0"/>
          <w:sz w:val="22"/>
        </w:rPr>
        <w:t>Istakhar: "No, not you. We want to pierce the eye of your king who is the ruler of entire Arabia." Istakhar demanded the eye of Hadhrat Umar (radhiyallahu anhu). But Hadhrat Abu Ubaidah (radhiyallahu anhu) rebuffing him said: "It shall never be so."</w:t>
      </w:r>
    </w:p>
    <w:p>
      <w:pPr>
        <w:spacing w:before="0" w:after="120" w:line="300" w:lineRule="exact"/>
        <w:jc w:val="both"/>
      </w:pPr>
      <w:r>
        <w:rPr>
          <w:rFonts w:ascii="Georgia" w:hAnsi="Georgia" w:cs="Georgia" w:eastAsia="Georgia"/>
          <w:b w:val="0"/>
          <w:i w:val="0"/>
          <w:sz w:val="22"/>
        </w:rPr>
        <w:t>When the Muslim army heard the insult levelled against Ameerul Mu'mineen, Hadhrat Umar (radhiyallahu anhu), they became enraged and were about to settle the issue with their swords. However, Hadhrat Abu Ubaidah prevented them from any action. The Muslims said: "We shall sacrifice our lives for the honour of our Ameer, Umar Bin Khattaab, the Khalifah of Rasulullah (sallallahu alayhi wasallam). As compensation for the eye of your statue we are prepared to offer our eyes." The ins u l t t o H a d h r a t U m a r (radhiyallahu anhu) was intolerable to the Sahaabah who were prepared to offer any other sacrifice to compensate for the eye of the Christian's statue.</w:t>
      </w:r>
    </w:p>
    <w:p>
      <w:pPr>
        <w:spacing w:before="0" w:after="120" w:line="300" w:lineRule="exact"/>
        <w:jc w:val="both"/>
      </w:pPr>
      <w:r>
        <w:rPr>
          <w:rFonts w:ascii="Georgia" w:hAnsi="Georgia" w:cs="Georgia" w:eastAsia="Georgia"/>
          <w:b w:val="0"/>
          <w:i w:val="0"/>
          <w:sz w:val="22"/>
        </w:rPr>
        <w:t>When Istakhar observed the state of the Muslim army and the attitude of the Sahaabah, he said: "My intention was not the actual eye of your king. Our intention is to make a statue of your King and desecrate it in the same way as your man had desecrated the statue of our emperor."</w:t>
      </w:r>
    </w:p>
    <w:p>
      <w:pPr>
        <w:spacing w:before="0" w:after="120" w:line="300" w:lineRule="exact"/>
        <w:jc w:val="both"/>
      </w:pPr>
      <w:r>
        <w:rPr>
          <w:rFonts w:ascii="Georgia" w:hAnsi="Georgia" w:cs="Georgia" w:eastAsia="Georgia"/>
          <w:b w:val="0"/>
          <w:i w:val="0"/>
          <w:sz w:val="22"/>
        </w:rPr>
        <w:t>The Muslims retorted: "Our companion did not deliberately damage your statue. It was an accident whereas you contemplate doing so by deliberate design." H a d h r a t A b u U b a i d a h (radhiyallahu anhu) addressing the Muslim army said: "Let us conclude this dispute. If they are satisfied with making a statue of me and desecrating it, I shall grant their request. I am averse to any charge of treachery being levelled at us. I do not wish them to have the opportunity of claiming that we had committed treachery. These people are great ignoramuses." He then gave the Romans permission to make his statue and desecrate it. The Romans made a statue and one of their horsemen advanced towards the image and pierced its eye with his spear. In this manner they avenged the 'desecration' of their statue.</w:t>
      </w:r>
    </w:p>
    <w:p>
      <w:pPr>
        <w:spacing w:before="0" w:after="120" w:line="300" w:lineRule="exact"/>
        <w:jc w:val="both"/>
      </w:pPr>
      <w:r>
        <w:rPr>
          <w:rFonts w:ascii="Georgia" w:hAnsi="Georgia" w:cs="Georgia" w:eastAsia="Georgia"/>
          <w:b w:val="0"/>
          <w:i w:val="0"/>
          <w:sz w:val="22"/>
        </w:rPr>
        <w:t>After executing this task, Istakhar reported to the governor who commented: "It is on the basis of such attributes that these people are so victorious in their mission."</w:t>
      </w:r>
    </w:p>
    <w:p>
      <w:pPr>
        <w:spacing w:before="0" w:after="120" w:line="300" w:lineRule="exact"/>
        <w:jc w:val="both"/>
      </w:pPr>
      <w:r>
        <w:rPr>
          <w:rFonts w:ascii="Georgia" w:hAnsi="Georgia" w:cs="Georgia" w:eastAsia="Georgia"/>
          <w:b w:val="0"/>
          <w:i w:val="0"/>
          <w:sz w:val="22"/>
        </w:rPr>
        <w:t>There is more than adequate lesson in this episode for the Muslim protesters who went on rampage against the insulting cartoons. Our success and victory over the kuffaar are embedded in emulation of the life pattern of Rasulullah (sallallahu alayhi wasallam) and his noble Sahaabah. There is nothing but defeat, failure and humiliation in emulating the cultures of the aliens.</w:t>
      </w:r>
    </w:p>
    <w:p>
      <w:r>
        <w:br w:type="page"/>
      </w:r>
    </w:p>
    <w:p>
      <w:pPr>
        <w:pStyle w:val="Heading1"/>
        <w:spacing w:before="360" w:after="200" w:line="300" w:lineRule="exact"/>
        <w:jc w:val="center"/>
      </w:pPr>
      <w:r>
        <w:rPr>
          <w:rFonts w:ascii="Georgia" w:hAnsi="Georgia" w:cs="Georgia" w:eastAsia="Georgia"/>
          <w:b/>
          <w:i w:val="0"/>
          <w:color w:val="1F3864"/>
          <w:sz w:val="32"/>
        </w:rPr>
        <w:t>MUSAAJID FULL OF KUFFAAR</w:t>
      </w:r>
    </w:p>
    <w:p>
      <w:pPr>
        <w:spacing w:before="0" w:after="120" w:line="300" w:lineRule="exact"/>
        <w:jc w:val="both"/>
      </w:pPr>
      <w:r>
        <w:rPr>
          <w:rFonts w:ascii="Georgia" w:hAnsi="Georgia" w:cs="Georgia" w:eastAsia="Georgia"/>
          <w:b w:val="0"/>
          <w:i w:val="0"/>
          <w:sz w:val="22"/>
        </w:rPr>
        <w:t>Hadhrat Abdullah Bin Amr (Radhiyallahu anhu) said: "There will dawn an age when the people will gather in their Musaajid and perform Salaat whilst not a single one of them will be a Mu'min." How is this possible?</w:t>
      </w:r>
    </w:p>
    <w:p>
      <w:pPr>
        <w:spacing w:before="0" w:after="120" w:line="300" w:lineRule="exact"/>
        <w:jc w:val="both"/>
      </w:pPr>
      <w:r>
        <w:rPr>
          <w:rFonts w:ascii="Georgia" w:hAnsi="Georgia" w:cs="Georgia" w:eastAsia="Georgia"/>
          <w:b w:val="0"/>
          <w:i w:val="0"/>
          <w:sz w:val="22"/>
        </w:rPr>
        <w:t>They will be Zanaadaqah – people who think of themselves as Muslims whilst they are in reality kuffaar. They come within the scope of the Qur'aanic Aayat:</w:t>
      </w:r>
    </w:p>
    <w:p>
      <w:pPr>
        <w:spacing w:before="120" w:after="120" w:line="300" w:lineRule="exact"/>
        <w:ind w:left="720" w:right="720"/>
        <w:jc w:val="center"/>
      </w:pPr>
      <w:r>
        <w:rPr>
          <w:rFonts w:ascii="Georgia" w:hAnsi="Georgia" w:cs="Georgia" w:eastAsia="Georgia"/>
          <w:b w:val="0"/>
          <w:i/>
          <w:sz w:val="22"/>
        </w:rPr>
        <w:t>"Verily, those who commit ilhaad (distortion) in Our Aayaat, they are not hidden to Us. What, is he who will be cast into the Fire better than the one (the true Mu'min) who will come on the Day of Qiyaamah in safety?"</w:t>
      </w:r>
    </w:p>
    <w:p>
      <w:pPr>
        <w:spacing w:before="0" w:after="120" w:line="300" w:lineRule="exact"/>
        <w:jc w:val="both"/>
      </w:pPr>
      <w:r>
        <w:rPr>
          <w:rFonts w:ascii="Georgia" w:hAnsi="Georgia" w:cs="Georgia" w:eastAsia="Georgia"/>
          <w:b w:val="0"/>
          <w:i w:val="0"/>
          <w:sz w:val="22"/>
        </w:rPr>
        <w:t>In explaining this Aayat, Hadhrat Abdullah Ibn Abbaas (Radhiyallahu anhu) said that it means that they misinterpret and misuse the Words of Allah Ta'ala. Imaam Abu Yusuf (Rahmatullah alayh) said about the mulhid and zindeeq:</w:t>
      </w:r>
    </w:p>
    <w:p>
      <w:pPr>
        <w:spacing w:before="120" w:after="120" w:line="300" w:lineRule="exact"/>
        <w:ind w:left="720" w:right="720"/>
        <w:jc w:val="center"/>
      </w:pPr>
      <w:r>
        <w:rPr>
          <w:rFonts w:ascii="Georgia" w:hAnsi="Georgia" w:cs="Georgia" w:eastAsia="Georgia"/>
          <w:b w:val="0"/>
          <w:i/>
          <w:sz w:val="22"/>
        </w:rPr>
        <w:t>"Similar are the Zanaadiqah who misinterpret (commit ilhaad in the Aayaat of Allah) whilst they profess Islam. They should be induced to repent otherwise they should be executed. In fact, they may be executed on the basis of ilhaad without constraining them to make Taubah."</w:t>
      </w:r>
    </w:p>
    <w:p>
      <w:r>
        <w:br w:type="page"/>
      </w:r>
    </w:p>
    <w:p>
      <w:pPr>
        <w:pStyle w:val="Heading1"/>
        <w:spacing w:before="360" w:after="200" w:line="300" w:lineRule="exact"/>
        <w:jc w:val="center"/>
      </w:pPr>
      <w:r>
        <w:rPr>
          <w:rFonts w:ascii="Georgia" w:hAnsi="Georgia" w:cs="Georgia" w:eastAsia="Georgia"/>
          <w:b/>
          <w:i w:val="0"/>
          <w:color w:val="1F3864"/>
          <w:sz w:val="32"/>
        </w:rPr>
        <w:t>DEADLY TALIBAN ATTACK ON MILITARY BASE</w:t>
      </w:r>
    </w:p>
    <w:p>
      <w:pPr>
        <w:spacing w:before="0" w:after="120" w:line="300" w:lineRule="exact"/>
        <w:jc w:val="both"/>
      </w:pPr>
      <w:r>
        <w:rPr>
          <w:rFonts w:ascii="Georgia" w:hAnsi="Georgia" w:cs="Georgia" w:eastAsia="Georgia"/>
          <w:b w:val="0"/>
          <w:i w:val="0"/>
          <w:sz w:val="22"/>
        </w:rPr>
        <w:t>In a deadly attack on an army base near to the city of Mazar Sharif, the Taliban killed hundreds of military personnel although the Afghan puppet authorities acknowledge only 130 killed. The people are clamouring for the true casualty figures to be revealed. The army has been left in total disarray by the devastating Taliban attack.</w:t>
      </w:r>
    </w:p>
    <w:p>
      <w:pPr>
        <w:spacing w:before="0" w:after="120" w:line="300" w:lineRule="exact"/>
        <w:jc w:val="both"/>
      </w:pPr>
      <w:r>
        <w:rPr>
          <w:rFonts w:ascii="Georgia" w:hAnsi="Georgia" w:cs="Georgia" w:eastAsia="Georgia"/>
          <w:b w:val="0"/>
          <w:i w:val="0"/>
          <w:sz w:val="22"/>
        </w:rPr>
        <w:t>The Defence Minister Abdullah Habibi and army chief Qadam Shah Shaheen resigned in the wake of the attack. The Defence Minister said:</w:t>
      </w:r>
    </w:p>
    <w:p>
      <w:pPr>
        <w:spacing w:before="0" w:after="120" w:line="300" w:lineRule="exact"/>
        <w:jc w:val="both"/>
      </w:pPr>
      <w:r>
        <w:rPr>
          <w:rFonts w:ascii="Georgia" w:hAnsi="Georgia" w:cs="Georgia" w:eastAsia="Georgia"/>
          <w:b w:val="0"/>
          <w:i w:val="0"/>
          <w:sz w:val="22"/>
        </w:rPr>
        <w:t>"Nobody in the world has been able to prevent such attacks........ It is very difficult." Although he admitted that the casualties were very high, he did not reveal the numbers killed and injured.</w:t>
      </w:r>
    </w:p>
    <w:p>
      <w:pPr>
        <w:spacing w:before="0" w:after="120" w:line="300" w:lineRule="exact"/>
        <w:jc w:val="both"/>
      </w:pPr>
      <w:r>
        <w:rPr>
          <w:rFonts w:ascii="Georgia" w:hAnsi="Georgia" w:cs="Georgia" w:eastAsia="Georgia"/>
          <w:b w:val="0"/>
          <w:i w:val="0"/>
          <w:sz w:val="22"/>
        </w:rPr>
        <w:t>The Taliban have launched a series of devastating raids recently. 15 years after the U.S. invasion, the resistance is continuing and is gaining momentum.</w:t>
      </w:r>
    </w:p>
    <w:p>
      <w:r>
        <w:br w:type="page"/>
      </w:r>
    </w:p>
    <w:p>
      <w:pPr>
        <w:pStyle w:val="Heading1"/>
        <w:spacing w:before="360" w:after="200" w:line="300" w:lineRule="exact"/>
        <w:jc w:val="center"/>
      </w:pPr>
      <w:r>
        <w:rPr>
          <w:rFonts w:ascii="Georgia" w:hAnsi="Georgia" w:cs="Georgia" w:eastAsia="Georgia"/>
          <w:b/>
          <w:i w:val="0"/>
          <w:color w:val="1F3864"/>
          <w:sz w:val="32"/>
        </w:rPr>
        <w:t>THE LAW OF JAAHILIYYAH</w:t>
      </w:r>
    </w:p>
    <w:p>
      <w:pPr>
        <w:spacing w:before="0" w:after="120" w:line="300" w:lineRule="exact"/>
        <w:jc w:val="both"/>
      </w:pPr>
      <w:r>
        <w:rPr>
          <w:rFonts w:ascii="Georgia" w:hAnsi="Georgia" w:cs="Georgia" w:eastAsia="Georgia"/>
          <w:b w:val="0"/>
          <w:i w:val="0"/>
          <w:sz w:val="22"/>
        </w:rPr>
        <w:t>We have the following deeni questions from The Gambia: Is it permissible for Imams/ scholars to engage in party politics and voting during elections? If imams, the heirs of the Messenger (Sallallahu Alayhi Wasallam), take part in voting, should the followers also follow their imams as they (the imams) could be voting due to some deeni reasons?</w:t>
      </w:r>
    </w:p>
    <w:p>
      <w:pPr>
        <w:spacing w:before="0" w:after="120" w:line="300" w:lineRule="exact"/>
        <w:jc w:val="both"/>
      </w:pPr>
      <w:r>
        <w:rPr>
          <w:rFonts w:ascii="Georgia" w:hAnsi="Georgia" w:cs="Georgia" w:eastAsia="Georgia"/>
          <w:b w:val="0"/>
          <w:i w:val="0"/>
          <w:sz w:val="22"/>
        </w:rPr>
        <w:t>We have sadly observed a ghastly divide in Muslim unity caused by political parties all of which are headed by Muslims who are secularists and admirers of the western political systems with no intention or plans to at least protect Muslim communities from anti-Islamic western policies.</w:t>
      </w:r>
    </w:p>
    <w:p>
      <w:pPr>
        <w:spacing w:before="0" w:after="120" w:line="300" w:lineRule="exact"/>
        <w:jc w:val="both"/>
      </w:pPr>
      <w:r>
        <w:rPr>
          <w:rFonts w:ascii="Georgia" w:hAnsi="Georgia" w:cs="Georgia" w:eastAsia="Georgia"/>
          <w:b w:val="0"/>
          <w:i w:val="0"/>
          <w:sz w:val="22"/>
        </w:rPr>
        <w:t>Now while one Muslim neighbour is celebrating an election victory and conducting a procession in the streets with taunts and slogans, another Muslim community in the same neighbourhood is mourning defeat and crying. The ripple effects of this disunity are dangerously dividing the Muslims along tribal and regional lines. Some musallis are changing masjid because the imam is not his tribe or he is sympathetic to an opposing party.</w:t>
      </w:r>
    </w:p>
    <w:p>
      <w:pPr>
        <w:spacing w:before="0" w:after="120" w:line="300" w:lineRule="exact"/>
        <w:jc w:val="both"/>
      </w:pPr>
      <w:r>
        <w:rPr>
          <w:rFonts w:ascii="Georgia" w:hAnsi="Georgia" w:cs="Georgia" w:eastAsia="Georgia"/>
          <w:b w:val="0"/>
          <w:i w:val="0"/>
          <w:sz w:val="22"/>
        </w:rPr>
        <w:t>While all this is taking place, the imams are openly seen putting on political t-shirts, queuing to cast their votes at the polling stations and making statements implying they are taking sides. Worse still, they are mute on the ruling of taking part in such elections where there is no interest to Islam – nothing changes for the betterment of Islam if any party wins.</w:t>
      </w:r>
    </w:p>
    <w:p>
      <w:pPr>
        <w:spacing w:before="0" w:after="120" w:line="300" w:lineRule="exact"/>
        <w:jc w:val="both"/>
      </w:pPr>
      <w:r>
        <w:rPr>
          <w:rFonts w:ascii="Georgia" w:hAnsi="Georgia" w:cs="Georgia" w:eastAsia="Georgia"/>
          <w:b w:val="0"/>
          <w:i w:val="0"/>
          <w:sz w:val="22"/>
        </w:rPr>
        <w:t>The evil and disobedience that accompanies these party politics cannot be adequately explained. Despite all these events, the imams are quiet and even seen taking part.</w:t>
      </w:r>
    </w:p>
    <w:p>
      <w:pPr>
        <w:spacing w:before="0" w:after="120" w:line="300" w:lineRule="exact"/>
        <w:jc w:val="both"/>
      </w:pPr>
      <w:r>
        <w:rPr>
          <w:rFonts w:ascii="Georgia" w:hAnsi="Georgia" w:cs="Georgia" w:eastAsia="Georgia"/>
          <w:b w:val="0"/>
          <w:i w:val="0"/>
          <w:sz w:val="22"/>
        </w:rPr>
        <w:t>What relation has Islam with such western styled democracy, party politics and voting? Please comment and give a befitting advice. The comments others gave when told to abstain from these politics are that there is no other way to manage the power/ leadership of the country.</w:t>
      </w:r>
    </w:p>
    <w:p>
      <w:r>
        <w:br w:type="page"/>
      </w:r>
    </w:p>
    <w:p>
      <w:pPr>
        <w:pStyle w:val="Heading1"/>
        <w:spacing w:before="360" w:after="200" w:line="300" w:lineRule="exact"/>
        <w:jc w:val="center"/>
      </w:pPr>
      <w:r>
        <w:rPr>
          <w:rFonts w:ascii="Georgia" w:hAnsi="Georgia" w:cs="Georgia" w:eastAsia="Georgia"/>
          <w:b/>
          <w:i w:val="0"/>
          <w:color w:val="1F3864"/>
          <w:sz w:val="32"/>
        </w:rPr>
        <w:t>ANSWER AND COMMENT</w:t>
      </w:r>
    </w:p>
    <w:p>
      <w:pPr>
        <w:spacing w:before="0" w:after="120" w:line="300" w:lineRule="exact"/>
        <w:jc w:val="both"/>
      </w:pPr>
      <w:r>
        <w:rPr>
          <w:rFonts w:ascii="Georgia" w:hAnsi="Georgia" w:cs="Georgia" w:eastAsia="Georgia"/>
          <w:b w:val="0"/>
          <w:i w:val="0"/>
          <w:sz w:val="22"/>
        </w:rPr>
        <w:t>The Qur'aan Majeed states:</w:t>
      </w:r>
    </w:p>
    <w:p>
      <w:pPr>
        <w:spacing w:before="120" w:after="120" w:line="300" w:lineRule="exact"/>
        <w:ind w:left="720" w:right="720"/>
        <w:jc w:val="center"/>
      </w:pPr>
      <w:r>
        <w:rPr>
          <w:rFonts w:ascii="Georgia" w:hAnsi="Georgia" w:cs="Georgia" w:eastAsia="Georgia"/>
          <w:b w:val="0"/>
          <w:i/>
          <w:sz w:val="22"/>
        </w:rPr>
        <w:t>"They who do not decide (rule/ adjudicate/act) according to that (Shariah) which Allah has revealed, verily they are the kaafiroon."</w:t>
      </w:r>
    </w:p>
    <w:p>
      <w:pPr>
        <w:spacing w:before="0" w:after="120" w:line="300" w:lineRule="exact"/>
        <w:jc w:val="both"/>
      </w:pPr>
      <w:r>
        <w:rPr>
          <w:rFonts w:ascii="Georgia" w:hAnsi="Georgia" w:cs="Georgia" w:eastAsia="Georgia"/>
          <w:b w:val="0"/>
          <w:i w:val="0"/>
          <w:sz w:val="22"/>
        </w:rPr>
        <w:t>This Qur'aanic Aayat as well as many other Aayaat and Ahaadith are the succinct reply to your queries. All the antics and shenanigans of the imams mentioned by you are haraam perpetrations of the kuffaar which Muslims have acquired due to gross ignorance of the Shariah.</w:t>
      </w:r>
    </w:p>
    <w:p>
      <w:pPr>
        <w:spacing w:before="0" w:after="120" w:line="300" w:lineRule="exact"/>
        <w:jc w:val="both"/>
      </w:pPr>
      <w:r>
        <w:rPr>
          <w:rFonts w:ascii="Georgia" w:hAnsi="Georgia" w:cs="Georgia" w:eastAsia="Georgia"/>
          <w:b w:val="0"/>
          <w:i w:val="0"/>
          <w:sz w:val="22"/>
        </w:rPr>
        <w:t>Voting kuffaar style and appointing rulers kuffaar style to govern the country kuffaar style are all haraam and tantamount to kufr. All of this is in flagrant rejection of Allah's Shariah. The lamentable development in this scenario is that even the Musaajid and imams of the Musaajid are being manipulated and misused for the furtherance of kuffaar politics.</w:t>
      </w:r>
    </w:p>
    <w:p>
      <w:pPr>
        <w:spacing w:before="0" w:after="120" w:line="300" w:lineRule="exact"/>
        <w:jc w:val="both"/>
      </w:pPr>
      <w:r>
        <w:rPr>
          <w:rFonts w:ascii="Georgia" w:hAnsi="Georgia" w:cs="Georgia" w:eastAsia="Georgia"/>
          <w:b w:val="0"/>
          <w:i w:val="0"/>
          <w:sz w:val="22"/>
        </w:rPr>
        <w:t>Kuffaar politics are satanic ideologies of fitnah. Fitnah and fasaad ensue in the wake of such shaitaani politics. It is therefore not permissible for Muslims to participate in these evil elections. Rasulullah (Sallallahu alayhi wasallam) had advised the Sahaabah to remain aloof and take to solitude during times of political strife and fitnah.</w:t>
      </w:r>
    </w:p>
    <w:p>
      <w:pPr>
        <w:spacing w:before="0" w:after="120" w:line="300" w:lineRule="exact"/>
        <w:jc w:val="both"/>
      </w:pPr>
      <w:r>
        <w:rPr>
          <w:rFonts w:ascii="Georgia" w:hAnsi="Georgia" w:cs="Georgia" w:eastAsia="Georgia"/>
          <w:b w:val="0"/>
          <w:i w:val="0"/>
          <w:sz w:val="22"/>
        </w:rPr>
        <w:t>In The Gambia there has recently been much haraam political strife. The Western powers had planned the unseating of the president. The current government is a western installation. Muslims who have the Deen at heart should totally withdraw from politics and concentrate on the Deeni Ta'leem and Tarbiyat of their children so that the future generations will incline to the Deen. Only then is there some hope. The concentration should be the children of today. They should be given a proper Deeni education so that they could thereby understand that they are Muslims whose ideology is in diametric opposition to all kuffaar ideologies. Presently, Muslims all over the world are unable to distinguish between themselves and the kuffaar whose boots they are licking with much relish and whom they are emulating right into the "lizard's home", in the words of Rasulullah (sallallahu alayhi wasallam).</w:t>
      </w:r>
    </w:p>
    <w:p>
      <w:pPr>
        <w:spacing w:before="0" w:after="120" w:line="300" w:lineRule="exact"/>
        <w:jc w:val="both"/>
      </w:pPr>
      <w:r>
        <w:rPr>
          <w:rFonts w:ascii="Georgia" w:hAnsi="Georgia" w:cs="Georgia" w:eastAsia="Georgia"/>
          <w:b w:val="0"/>
          <w:i w:val="0"/>
          <w:sz w:val="22"/>
        </w:rPr>
        <w:t>All these miscreant imams and other Muslims who follow the systems of the western kuffaar come within the purview of the Qur'aanic interrogation:</w:t>
      </w:r>
    </w:p>
    <w:p>
      <w:pPr>
        <w:spacing w:before="120" w:after="120" w:line="300" w:lineRule="exact"/>
        <w:ind w:left="720" w:right="720"/>
        <w:jc w:val="center"/>
      </w:pPr>
      <w:r>
        <w:rPr>
          <w:rFonts w:ascii="Georgia" w:hAnsi="Georgia" w:cs="Georgia" w:eastAsia="Georgia"/>
          <w:b w:val="0"/>
          <w:i/>
          <w:sz w:val="22"/>
        </w:rPr>
        <w:t>"What! Do you search for the law of Jaahiliyyah?"</w:t>
      </w:r>
    </w:p>
    <w:p>
      <w:r>
        <w:br w:type="page"/>
      </w:r>
    </w:p>
    <w:p>
      <w:pPr>
        <w:pStyle w:val="Heading1"/>
        <w:spacing w:before="360" w:after="200" w:line="300" w:lineRule="exact"/>
        <w:jc w:val="center"/>
      </w:pPr>
      <w:r>
        <w:rPr>
          <w:rFonts w:ascii="Georgia" w:hAnsi="Georgia" w:cs="Georgia" w:eastAsia="Georgia"/>
          <w:b/>
          <w:i w:val="0"/>
          <w:color w:val="1F3864"/>
          <w:sz w:val="32"/>
        </w:rPr>
        <w:t>BROTHERS OF THE DEVIL</w:t>
      </w:r>
    </w:p>
    <w:p>
      <w:pPr>
        <w:spacing w:before="120" w:after="120" w:line="300" w:lineRule="exact"/>
        <w:ind w:left="720" w:right="720"/>
        <w:jc w:val="center"/>
      </w:pPr>
      <w:r>
        <w:rPr>
          <w:rFonts w:ascii="Georgia" w:hAnsi="Georgia" w:cs="Georgia" w:eastAsia="Georgia"/>
          <w:b w:val="0"/>
          <w:i/>
          <w:sz w:val="22"/>
        </w:rPr>
        <w:t>A Brother from The Gambia writes: In recent BBC news it was reported Qatar is spending USD $500 Million weekly for the world cup they hosting in 2022 and total expenditure would amount to about USD $200 Billon. I cannot understand how so much wealth can be wasted for sports and merry -making while the majority of the ummah is grovelling in abject poverty. This situation is exploited by western missionaries and deviant groups in different ways to wipe out the Imaan and Islam of Muslims. Please comment.</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The rulers of Qatar and of all other Muslim countries are not Muslims. They are natural brothers of Shaitaan, hence they are able to squander the wealth of the Ummah on satanic events. Whilst these evil people flaunt Muslim names, they are in reality Zanadaqah (kuffaar who labour under the false impression of being Muslims). They are worse than scum. They are vermin and parasites who suck and drain the Ummah of its life-blood. They are the enemies of Allah Ta'ala – the enemies of Rasulullah (Sallallahu alayhi wasallam) – the enemies of the Ummah and the enemies of Islam, but they masquerade as Muslims. Shaitaan is their god.</w:t>
      </w:r>
    </w:p>
    <w:p>
      <w:r>
        <w:br w:type="page"/>
      </w:r>
    </w:p>
    <w:p>
      <w:pPr>
        <w:pStyle w:val="Heading1"/>
        <w:spacing w:before="360" w:after="200" w:line="300" w:lineRule="exact"/>
        <w:jc w:val="center"/>
      </w:pPr>
      <w:r>
        <w:rPr>
          <w:rFonts w:ascii="Georgia" w:hAnsi="Georgia" w:cs="Georgia" w:eastAsia="Georgia"/>
          <w:b/>
          <w:i w:val="0"/>
          <w:color w:val="1F3864"/>
          <w:sz w:val="32"/>
        </w:rPr>
        <w:t>$500 MILLION ON LIQUOR</w:t>
      </w:r>
    </w:p>
    <w:p>
      <w:pPr>
        <w:pStyle w:val="Heading3"/>
        <w:spacing w:before="200" w:after="120" w:line="300" w:lineRule="exact"/>
        <w:jc w:val="left"/>
      </w:pPr>
      <w:r>
        <w:rPr>
          <w:rFonts w:ascii="Georgia" w:hAnsi="Georgia" w:cs="Georgia" w:eastAsia="Georgia"/>
          <w:b/>
          <w:i w:val="0"/>
          <w:color w:val="2E74B5"/>
          <w:sz w:val="24"/>
        </w:rPr>
        <w:t>$500 MILLION ON LIQUOR</w:t>
      </w:r>
    </w:p>
    <w:p>
      <w:pPr>
        <w:spacing w:before="0" w:after="120" w:line="300" w:lineRule="exact"/>
        <w:jc w:val="both"/>
      </w:pPr>
      <w:r>
        <w:rPr>
          <w:rFonts w:ascii="Georgia" w:hAnsi="Georgia" w:cs="Georgia" w:eastAsia="Georgia"/>
          <w:b w:val="0"/>
          <w:i w:val="0"/>
          <w:sz w:val="22"/>
        </w:rPr>
        <w:t>Twelve years ago, Emirates, the Dubai based airline, renouncing Islam, initiated its Khamr (liquor) programme. Since that time, "it has spent more than $500 million to develop the best wine list in the sky." At any point the airline is operating, it caters for 70 different types of liquor. This is the condition of a murtad regime.</w:t>
      </w:r>
    </w:p>
    <w:p>
      <w:r>
        <w:br w:type="page"/>
      </w:r>
    </w:p>
    <w:p>
      <w:pPr>
        <w:pStyle w:val="Heading1"/>
        <w:spacing w:before="360" w:after="200" w:line="300" w:lineRule="exact"/>
        <w:jc w:val="center"/>
      </w:pPr>
      <w:r>
        <w:rPr>
          <w:rFonts w:ascii="Georgia" w:hAnsi="Georgia" w:cs="Georgia" w:eastAsia="Georgia"/>
          <w:b/>
          <w:i w:val="0"/>
          <w:color w:val="1F3864"/>
          <w:sz w:val="32"/>
        </w:rPr>
        <w:t>JEWISH ABUSES</w:t>
      </w:r>
    </w:p>
    <w:p>
      <w:pPr>
        <w:spacing w:before="0" w:after="120" w:line="300" w:lineRule="exact"/>
        <w:jc w:val="both"/>
      </w:pPr>
      <w:r>
        <w:rPr>
          <w:rFonts w:ascii="Georgia" w:hAnsi="Georgia" w:cs="Georgia" w:eastAsia="Georgia"/>
          <w:b w:val="0"/>
          <w:i w:val="0"/>
          <w:sz w:val="22"/>
        </w:rPr>
        <w:t>(An Extract from the book:</w:t>
      </w:r>
    </w:p>
    <w:p>
      <w:pPr>
        <w:spacing w:before="0" w:after="120" w:line="300" w:lineRule="exact"/>
        <w:jc w:val="both"/>
      </w:pPr>
      <w:r>
        <w:rPr>
          <w:rFonts w:ascii="Georgia" w:hAnsi="Georgia" w:cs="Georgia" w:eastAsia="Georgia"/>
          <w:b w:val="0"/>
          <w:i w:val="0"/>
          <w:sz w:val="22"/>
        </w:rPr>
        <w:t>THE</w:t>
      </w:r>
    </w:p>
    <w:p>
      <w:pPr>
        <w:spacing w:before="0" w:after="120" w:line="300" w:lineRule="exact"/>
        <w:jc w:val="both"/>
      </w:pPr>
      <w:r>
        <w:rPr>
          <w:rFonts w:ascii="Georgia" w:hAnsi="Georgia" w:cs="Georgia" w:eastAsia="Georgia"/>
          <w:b w:val="0"/>
          <w:i w:val="0"/>
          <w:sz w:val="22"/>
        </w:rPr>
        <w:t>INTERNATIONAL JEW BY Henry Ford 1 It should be emphasized that the principal Jewish abuses are nation-wide. This was shown in the United States Government's investigation of the White Slave Trafﬁc; the bootlegging business, racetrack gambling, baseball pools—all a national network for the catching of "suckers." There is nothing unusual in this Jewish activity- from the clever "high-ups" to the degenerate "low-downs"; they are all part of a national group. They are part of the national machinery organized and operated for the purpose of separating "Gentile boobs" from their money.</w:t>
      </w:r>
    </w:p>
    <w:p>
      <w:pPr>
        <w:spacing w:before="0" w:after="120" w:line="300" w:lineRule="exact"/>
        <w:jc w:val="both"/>
      </w:pPr>
      <w:r>
        <w:rPr>
          <w:rFonts w:ascii="Georgia" w:hAnsi="Georgia" w:cs="Georgia" w:eastAsia="Georgia"/>
          <w:b w:val="0"/>
          <w:i w:val="0"/>
          <w:sz w:val="22"/>
        </w:rPr>
        <w:t>If there were no "Gentile boobs," or if the "Gentile boob" would only take a straight look at the man behind the nation -wide spiderweb, the gamblers and the Jewish sport-purveyors would be in another kind of business; with perhaps less money to ﬂaunt in the faces of honest people.</w:t>
      </w:r>
    </w:p>
    <w:p>
      <w:pPr>
        <w:spacing w:before="0" w:after="120" w:line="300" w:lineRule="exact"/>
        <w:jc w:val="both"/>
      </w:pPr>
      <w:r>
        <w:rPr>
          <w:rFonts w:ascii="Georgia" w:hAnsi="Georgia" w:cs="Georgia" w:eastAsia="Georgia"/>
          <w:b w:val="0"/>
          <w:i w:val="0"/>
          <w:sz w:val="22"/>
        </w:rPr>
        <w:t>Years before the public scandals broke, the Jew had crowded into all the lucrative sports; he remains in control of them, but only on the commercial side, seldom if ever in sympathy with sport as a real sportsman. The Jews are not even real gamblers, they are not sportsmen enough to gamble; they are the "sure -thing" men.</w:t>
      </w:r>
    </w:p>
    <w:p>
      <w:pPr>
        <w:spacing w:before="0" w:after="120" w:line="300" w:lineRule="exact"/>
        <w:jc w:val="both"/>
      </w:pPr>
      <w:r>
        <w:rPr>
          <w:rFonts w:ascii="Georgia" w:hAnsi="Georgia" w:cs="Georgia" w:eastAsia="Georgia"/>
          <w:b w:val="0"/>
          <w:i w:val="0"/>
          <w:sz w:val="22"/>
        </w:rPr>
        <w:t>The "Gentile boobs" who walk into their traps are the people who provide the money. Even in the ﬁeld of money the Jew is not a sport — he is a gangster, ringing a gang of his ilk round him.</w:t>
      </w:r>
    </w:p>
    <w:p>
      <w:r>
        <w:br w:type="page"/>
      </w:r>
    </w:p>
    <w:p>
      <w:pPr>
        <w:pStyle w:val="Heading1"/>
        <w:spacing w:before="360" w:after="200" w:line="300" w:lineRule="exact"/>
        <w:jc w:val="center"/>
      </w:pPr>
      <w:r>
        <w:rPr>
          <w:rFonts w:ascii="Georgia" w:hAnsi="Georgia" w:cs="Georgia" w:eastAsia="Georgia"/>
          <w:b/>
          <w:i w:val="0"/>
          <w:color w:val="1F3864"/>
          <w:sz w:val="32"/>
        </w:rPr>
        <w:t>RULERS - ALL ARE KUFFAAR</w:t>
      </w:r>
    </w:p>
    <w:p>
      <w:pPr>
        <w:spacing w:before="0" w:after="120" w:line="300" w:lineRule="exact"/>
        <w:jc w:val="both"/>
      </w:pPr>
      <w:r>
        <w:rPr>
          <w:rFonts w:ascii="Georgia" w:hAnsi="Georgia" w:cs="Georgia" w:eastAsia="Georgia"/>
          <w:b w:val="0"/>
          <w:i w:val="0"/>
          <w:sz w:val="22"/>
        </w:rPr>
        <w:t>Today, there is not a single Muslim country which is not under the grinding yoke of oppression of kuffaar. Every government, every ruler and king in every Muslim country is murtad – kaafir. Allah Ta'ala confirming the kufr of these agents of shaitaan, says in the Qur'aan Majeed:</w:t>
      </w:r>
    </w:p>
    <w:p>
      <w:pPr>
        <w:spacing w:before="120" w:after="120" w:line="300" w:lineRule="exact"/>
        <w:ind w:left="720" w:right="720"/>
        <w:jc w:val="center"/>
      </w:pPr>
      <w:r>
        <w:rPr>
          <w:rFonts w:ascii="Georgia" w:hAnsi="Georgia" w:cs="Georgia" w:eastAsia="Georgia"/>
          <w:b w:val="0"/>
          <w:i/>
          <w:sz w:val="22"/>
        </w:rPr>
        <w:t>"Do not trade My Aayaat (Laws) for a miserable price. They who do not govern according to that (Shariah) which Allah has revealed, verily</w:t>
      </w:r>
    </w:p>
    <w:p>
      <w:pPr>
        <w:spacing w:before="0" w:after="120" w:line="300" w:lineRule="exact"/>
        <w:jc w:val="both"/>
      </w:pPr>
      <w:r>
        <w:rPr>
          <w:rFonts w:ascii="Georgia" w:hAnsi="Georgia" w:cs="Georgia" w:eastAsia="Georgia"/>
          <w:b w:val="0"/>
          <w:i w:val="0"/>
          <w:sz w:val="22"/>
        </w:rPr>
        <w:t>they are the kaafiroon." (Al-Maaidah, Aayat 44) Describing the villainy of these 'kaafiroon' who subvert the Divine laws and undermine Islam in the name of Islam, Allah Ta'ala says:</w:t>
      </w:r>
    </w:p>
    <w:p>
      <w:pPr>
        <w:spacing w:before="120" w:after="120" w:line="300" w:lineRule="exact"/>
        <w:ind w:left="720" w:right="720"/>
        <w:jc w:val="center"/>
      </w:pPr>
      <w:r>
        <w:rPr>
          <w:rFonts w:ascii="Georgia" w:hAnsi="Georgia" w:cs="Georgia" w:eastAsia="Georgia"/>
          <w:b w:val="0"/>
          <w:i/>
          <w:sz w:val="22"/>
        </w:rPr>
        <w:t>"They who do not govern according to that (Shariah) which Allah has revealed, verily they are the zaalimoon (oppressors)."</w:t>
      </w:r>
    </w:p>
    <w:p>
      <w:pPr>
        <w:spacing w:before="120" w:after="120" w:line="300" w:lineRule="exact"/>
        <w:ind w:left="720" w:right="720"/>
        <w:jc w:val="center"/>
      </w:pPr>
      <w:r>
        <w:rPr>
          <w:rFonts w:ascii="Georgia" w:hAnsi="Georgia" w:cs="Georgia" w:eastAsia="Georgia"/>
          <w:b w:val="0"/>
          <w:i/>
          <w:sz w:val="22"/>
        </w:rPr>
        <w:t>(Aayat 44, Al-Maaidah) "Those who do not govern according to that (Shariah) which Allah has revealed, verily, they are the faasiqoon (flagrant/shameless transgressors)."</w:t>
      </w:r>
    </w:p>
    <w:p>
      <w:pPr>
        <w:spacing w:before="120" w:after="120" w:line="300" w:lineRule="exact"/>
        <w:ind w:left="720" w:right="720"/>
        <w:jc w:val="center"/>
      </w:pPr>
      <w:r>
        <w:rPr>
          <w:rFonts w:ascii="Georgia" w:hAnsi="Georgia" w:cs="Georgia" w:eastAsia="Georgia"/>
          <w:b w:val="0"/>
          <w:i/>
          <w:sz w:val="22"/>
        </w:rPr>
        <w:t>(Al-Maaidah, Aayat 47)</w:t>
      </w:r>
    </w:p>
    <w:p>
      <w:pPr>
        <w:spacing w:before="0" w:after="120" w:line="300" w:lineRule="exact"/>
        <w:jc w:val="both"/>
      </w:pPr>
      <w:r>
        <w:rPr>
          <w:rFonts w:ascii="Georgia" w:hAnsi="Georgia" w:cs="Georgia" w:eastAsia="Georgia"/>
          <w:b w:val="0"/>
          <w:i w:val="0"/>
          <w:sz w:val="22"/>
        </w:rPr>
        <w:t>Those who cast aside, reject and cancel the Ahkaam of the Shariah substituting in these divine laws with a variety of manmade kufr laws, are kaafiroon who transgress and oppress. Warning Muslims against this kufr, the Qur'aan Majeed states:</w:t>
      </w:r>
    </w:p>
    <w:p>
      <w:pPr>
        <w:spacing w:before="120" w:after="120" w:line="300" w:lineRule="exact"/>
        <w:ind w:left="720" w:right="720"/>
        <w:jc w:val="center"/>
      </w:pPr>
      <w:r>
        <w:rPr>
          <w:rFonts w:ascii="Georgia" w:hAnsi="Georgia" w:cs="Georgia" w:eastAsia="Georgia"/>
          <w:b w:val="0"/>
          <w:i/>
          <w:sz w:val="22"/>
        </w:rPr>
        <w:t>"And, We have revealed to you (O Muhammad!) the Kitaab (the Qur'aan) with the Haqq which confirms the earlier Book (the Tauraah) whilst protecting it (i.e. its Truth). Therefore, decide for them by that (Law) which Allah has revealed, and do not follow their base desires after the Haqq has come to you."</w:t>
      </w:r>
    </w:p>
    <w:p>
      <w:pPr>
        <w:spacing w:before="0" w:after="120" w:line="300" w:lineRule="exact"/>
        <w:jc w:val="both"/>
      </w:pPr>
      <w:r>
        <w:rPr>
          <w:rFonts w:ascii="Georgia" w:hAnsi="Georgia" w:cs="Georgia" w:eastAsia="Georgia"/>
          <w:b w:val="0"/>
          <w:i w:val="0"/>
          <w:sz w:val="22"/>
        </w:rPr>
        <w:t>(Al-Maaidah, Aayat 48) In every Muslim country, the rulers have abrogated the Shariah (the Law of the Qur'aan) and have promulgated the laws of kufr ideologies and cults. There is no doubt in the kufr of the munaafiqeen and zanaadaqah who are at the helm of the affairs in all Muslim countries.</w:t>
      </w:r>
    </w:p>
    <w:p>
      <w:pPr>
        <w:spacing w:before="0" w:after="120" w:line="300" w:lineRule="exact"/>
        <w:jc w:val="both"/>
      </w:pPr>
      <w:r>
        <w:rPr>
          <w:rFonts w:ascii="Georgia" w:hAnsi="Georgia" w:cs="Georgia" w:eastAsia="Georgia"/>
          <w:b w:val="0"/>
          <w:i w:val="0"/>
          <w:sz w:val="22"/>
        </w:rPr>
        <w:t>It will be salutary to further understand that these munaafiq and zindeeq rulers are in fact the reflection of the zindaqah and nifaaq of the Muslim populations in the various Muslim countries. Rasulullah (Sallallahu alayhi wasallam) said: "Your</w:t>
      </w:r>
    </w:p>
    <w:p>
      <w:r>
        <w:br w:type="page"/>
      </w:r>
    </w:p>
    <w:p>
      <w:pPr>
        <w:pStyle w:val="Heading1"/>
        <w:spacing w:before="360" w:after="200" w:line="300" w:lineRule="exact"/>
        <w:jc w:val="center"/>
      </w:pPr>
      <w:r>
        <w:rPr>
          <w:rFonts w:ascii="Georgia" w:hAnsi="Georgia" w:cs="Georgia" w:eastAsia="Georgia"/>
          <w:b/>
          <w:i w:val="0"/>
          <w:color w:val="1F3864"/>
          <w:sz w:val="32"/>
        </w:rPr>
        <w:t>THE DEEN BETRAYED</w:t>
      </w:r>
    </w:p>
    <w:p>
      <w:pPr>
        <w:spacing w:before="0" w:after="120" w:line="300" w:lineRule="exact"/>
        <w:jc w:val="both"/>
      </w:pPr>
      <w:r>
        <w:rPr>
          <w:rFonts w:ascii="Georgia" w:hAnsi="Georgia" w:cs="Georgia" w:eastAsia="Georgia"/>
          <w:b w:val="0"/>
          <w:i w:val="0"/>
          <w:sz w:val="22"/>
        </w:rPr>
        <w:t>Q. In Bangladesh, some senior Ulama are engaging with the government to accept and recognize the certificates of qualification issued by the Darul Ulooms. Such certificates will enable the molvis to gain jobs in the Aaliyah Madrasahs which are under the influence of the government and which were initiated during the British Raj. What is the Shariah's view in this regard?</w:t>
      </w:r>
    </w:p>
    <w:p>
      <w:pPr>
        <w:spacing w:before="0" w:after="120" w:line="300" w:lineRule="exact"/>
        <w:jc w:val="both"/>
      </w:pPr>
      <w:r>
        <w:rPr>
          <w:rFonts w:ascii="Georgia" w:hAnsi="Georgia" w:cs="Georgia" w:eastAsia="Georgia"/>
          <w:b w:val="0"/>
          <w:i w:val="0"/>
          <w:sz w:val="22"/>
        </w:rPr>
        <w:t>A. It is indeed lamentable that the Ulama have clamoured for government recognition, especially since the government in Bangladesh is a 'Hindu' one.</w:t>
      </w:r>
    </w:p>
    <w:p>
      <w:pPr>
        <w:spacing w:before="0" w:after="120" w:line="300" w:lineRule="exact"/>
        <w:jc w:val="both"/>
      </w:pPr>
      <w:r>
        <w:rPr>
          <w:rFonts w:ascii="Georgia" w:hAnsi="Georgia" w:cs="Georgia" w:eastAsia="Georgia"/>
          <w:b w:val="0"/>
          <w:i w:val="0"/>
          <w:sz w:val="22"/>
        </w:rPr>
        <w:t>They have erred grievously. They have in fact traded the Deen for a miserable price.</w:t>
      </w:r>
    </w:p>
    <w:p>
      <w:pPr>
        <w:spacing w:before="0" w:after="120" w:line="300" w:lineRule="exact"/>
        <w:jc w:val="both"/>
      </w:pPr>
      <w:r>
        <w:rPr>
          <w:rFonts w:ascii="Georgia" w:hAnsi="Georgia" w:cs="Georgia" w:eastAsia="Georgia"/>
          <w:b w:val="0"/>
          <w:i w:val="0"/>
          <w:sz w:val="22"/>
        </w:rPr>
        <w:t>This evil was initiated by the Pakistani Ulama who have rendered the Ilm of the Deen and Islam a great disservice. In fact, they have insulted the Knowledge of the Qur'aan with their bootlicking clamour for recognition by the fussaaq, fujjaar, in fact, kuffaar government. There is no doubt that the governments of Pakistan, Bangladesh and of all Muslim countries are kuffaar entities. All of them without exception have abrogated the Qur'aan, and rule the Muslim countries in accordance with kuffaar law of a variety of hues – and all hues are satanic.</w:t>
      </w:r>
    </w:p>
    <w:p>
      <w:pPr>
        <w:spacing w:before="0" w:after="120" w:line="300" w:lineRule="exact"/>
        <w:jc w:val="both"/>
      </w:pPr>
      <w:r>
        <w:rPr>
          <w:rFonts w:ascii="Georgia" w:hAnsi="Georgia" w:cs="Georgia" w:eastAsia="Georgia"/>
          <w:b w:val="0"/>
          <w:i w:val="0"/>
          <w:sz w:val="22"/>
        </w:rPr>
        <w:t>During the British Raj of the Indian subcontinent comprising of India, Pakistan and Bangladesh, there was more freedom for the Muslims to regulate their lives according to the Shariah. That was because the British despite being invaders and oppressors – cruel and brutal - had more brains than bootlicking Asians, Arabs and Africans whose brains have been thoroughly colonized and vermiculated with satanism, hence bootlicking is a salient characteristic of all the nations of the so-called</w:t>
      </w:r>
    </w:p>
    <w:p>
      <w:pPr>
        <w:spacing w:before="0" w:after="120" w:line="300" w:lineRule="exact"/>
        <w:jc w:val="both"/>
      </w:pPr>
      <w:r>
        <w:rPr>
          <w:rFonts w:ascii="Georgia" w:hAnsi="Georgia" w:cs="Georgia" w:eastAsia="Georgia"/>
          <w:b w:val="0"/>
          <w:i w:val="0"/>
          <w:sz w:val="22"/>
        </w:rPr>
        <w:t>'third world'. The British are extremely shrewd and conspiratorial. They would not interfere with the religion of their subjects unless it constituted a threat to their political agendas. But the governments and rulers of Muslim countries of this era are confirmed kuffaar, either of the Zindeeq or Munaafiq category.</w:t>
      </w:r>
    </w:p>
    <w:p>
      <w:pPr>
        <w:spacing w:before="0" w:after="120" w:line="300" w:lineRule="exact"/>
        <w:jc w:val="both"/>
      </w:pPr>
      <w:r>
        <w:rPr>
          <w:rFonts w:ascii="Georgia" w:hAnsi="Georgia" w:cs="Georgia" w:eastAsia="Georgia"/>
          <w:b w:val="0"/>
          <w:i w:val="0"/>
          <w:sz w:val="22"/>
        </w:rPr>
        <w:t>Those molvis who will be in the employ of the government will become the mental slaves of the kufr government of Bangladesh. They have betrayed Islam and the Ummah. Their action is a sign of Qiyaamah. It comes in the Hadith that people will use the Deen to pursue the dunya. Whilst their bootlicking is lamentable, it is to be expected.</w:t>
      </w:r>
    </w:p>
    <w:p>
      <w:r>
        <w:br w:type="page"/>
      </w:r>
    </w:p>
    <w:p>
      <w:pPr>
        <w:pStyle w:val="Heading1"/>
        <w:spacing w:before="360" w:after="200" w:line="300" w:lineRule="exact"/>
        <w:jc w:val="center"/>
      </w:pPr>
      <w:r>
        <w:rPr>
          <w:rFonts w:ascii="Georgia" w:hAnsi="Georgia" w:cs="Georgia" w:eastAsia="Georgia"/>
          <w:b/>
          <w:i w:val="0"/>
          <w:color w:val="1F3864"/>
          <w:sz w:val="32"/>
        </w:rPr>
        <w:t>Trump compliments Egyptian president's shoe</w:t>
      </w:r>
    </w:p>
    <w:p>
      <w:pPr>
        <w:spacing w:before="0" w:after="120" w:line="300" w:lineRule="exact"/>
        <w:jc w:val="both"/>
      </w:pPr>
      <w:r>
        <w:rPr>
          <w:rFonts w:ascii="Georgia" w:hAnsi="Georgia" w:cs="Georgia" w:eastAsia="Georgia"/>
          <w:b w:val="0"/>
          <w:i w:val="0"/>
          <w:sz w:val="22"/>
        </w:rPr>
        <w:t>Riyadh, Saudi Arabia (CNN): Moments after Egyptian President Abdel Fattah al-Sisi complimented President Donald Trump on his "unique personality that is capable of doing the impossible,"</w:t>
      </w:r>
    </w:p>
    <w:p>
      <w:pPr>
        <w:spacing w:before="0" w:after="120" w:line="300" w:lineRule="exact"/>
        <w:jc w:val="both"/>
      </w:pPr>
      <w:r>
        <w:rPr>
          <w:rFonts w:ascii="Georgia" w:hAnsi="Georgia" w:cs="Georgia" w:eastAsia="Georgia"/>
          <w:b w:val="0"/>
          <w:i w:val="0"/>
          <w:sz w:val="22"/>
        </w:rPr>
        <w:t>Trump exchanged pleasantries back, praising el Sisi's shoes.</w:t>
      </w:r>
    </w:p>
    <w:p>
      <w:pPr>
        <w:spacing w:before="0" w:after="120" w:line="300" w:lineRule="exact"/>
        <w:jc w:val="both"/>
      </w:pPr>
      <w:r>
        <w:rPr>
          <w:rFonts w:ascii="Georgia" w:hAnsi="Georgia" w:cs="Georgia" w:eastAsia="Georgia"/>
          <w:b w:val="0"/>
          <w:i w:val="0"/>
          <w:sz w:val="22"/>
        </w:rPr>
        <w:t>"Love your shoes. Boy, those shoes. Man ... ," Trump said, as reporters were being escorted out of the room.</w:t>
      </w:r>
    </w:p>
    <w:p>
      <w:pPr>
        <w:spacing w:before="0" w:after="120" w:line="300" w:lineRule="exact"/>
        <w:jc w:val="both"/>
      </w:pPr>
      <w:r>
        <w:rPr>
          <w:rFonts w:ascii="Georgia" w:hAnsi="Georgia" w:cs="Georgia" w:eastAsia="Georgia"/>
          <w:b w:val="0"/>
          <w:i w:val="0"/>
          <w:sz w:val="22"/>
        </w:rPr>
        <w:t>It's unclear the exact shoe the Egyptian President was wearing, but appeared to be black boots, similar to those Trump was wearing, but shinier. The exchange wasn't observed by video cameras in the room, but was captured in an audio recording.</w:t>
      </w:r>
    </w:p>
    <w:p>
      <w:pPr>
        <w:spacing w:before="0" w:after="120" w:line="300" w:lineRule="exact"/>
        <w:jc w:val="both"/>
      </w:pPr>
      <w:r>
        <w:rPr>
          <w:rFonts w:ascii="Georgia" w:hAnsi="Georgia" w:cs="Georgia" w:eastAsia="Georgia"/>
          <w:b w:val="0"/>
          <w:i w:val="0"/>
          <w:sz w:val="22"/>
        </w:rPr>
        <w:t>Trump held meetings with several Arab world leaders Sunday morning, ahead of a planned speech on confronting Islamist extremism and later a forum on Twitter.</w:t>
      </w:r>
    </w:p>
    <w:p>
      <w:pPr>
        <w:spacing w:before="0" w:after="120" w:line="300" w:lineRule="exact"/>
        <w:jc w:val="both"/>
      </w:pPr>
      <w:r>
        <w:rPr>
          <w:rFonts w:ascii="Georgia" w:hAnsi="Georgia" w:cs="Georgia" w:eastAsia="Georgia"/>
          <w:b w:val="0"/>
          <w:i w:val="0"/>
          <w:sz w:val="22"/>
        </w:rPr>
        <w:t>Comment: Trump complimented Sisi for having bootlicked him to the extent of ensuring that he (Sisi) attends the meeting of his master wearing the same style boots as Trump</w:t>
      </w:r>
    </w:p>
    <w:p>
      <w:r>
        <w:br w:type="page"/>
      </w:r>
    </w:p>
    <w:p>
      <w:pPr>
        <w:pStyle w:val="Heading1"/>
        <w:spacing w:before="360" w:after="200" w:line="300" w:lineRule="exact"/>
        <w:jc w:val="center"/>
      </w:pPr>
      <w:r>
        <w:rPr>
          <w:rFonts w:ascii="Georgia" w:hAnsi="Georgia" w:cs="Georgia" w:eastAsia="Georgia"/>
          <w:b/>
          <w:i w:val="0"/>
          <w:color w:val="1F3864"/>
          <w:sz w:val="32"/>
        </w:rPr>
        <w:t>QATAR'S WORLD CUP SATANISM</w:t>
      </w:r>
    </w:p>
    <w:p>
      <w:pPr>
        <w:spacing w:before="120" w:after="40" w:line="300" w:lineRule="exact"/>
        <w:jc w:val="both"/>
      </w:pPr>
      <w:r>
        <w:rPr>
          <w:rFonts w:ascii="Georgia" w:hAnsi="Georgia" w:cs="Georgia" w:eastAsia="Georgia"/>
          <w:b/>
          <w:i/>
          <w:sz w:val="22"/>
        </w:rPr>
        <w:t>"When We intend to destroy a place (city, town, land), We command its affluent ones. Then they (recklessly) indulge in fisq in the city.</w:t>
      </w:r>
    </w:p>
    <w:p>
      <w:pPr>
        <w:spacing w:before="120" w:after="40" w:line="300" w:lineRule="exact"/>
        <w:jc w:val="both"/>
      </w:pPr>
      <w:r>
        <w:rPr>
          <w:rFonts w:ascii="Georgia" w:hAnsi="Georgia" w:cs="Georgia" w:eastAsia="Georgia"/>
          <w:b/>
          <w:i/>
          <w:sz w:val="22"/>
        </w:rPr>
        <w:t>Thus, the decree (of punishment) is established for them. Then We utterly destroy it (the city along with its evil transgressors)."</w:t>
      </w:r>
    </w:p>
    <w:p>
      <w:pPr>
        <w:spacing w:before="0" w:after="120" w:line="300" w:lineRule="exact"/>
        <w:jc w:val="both"/>
      </w:pPr>
      <w:r>
        <w:rPr>
          <w:rFonts w:ascii="Georgia" w:hAnsi="Georgia" w:cs="Georgia" w:eastAsia="Georgia"/>
          <w:b w:val="0"/>
          <w:i w:val="0"/>
          <w:sz w:val="22"/>
        </w:rPr>
        <w:t>The evil transgressing rulers of Qatar, the U.S. surrogate backyard state, acting in flagrant and treacherous violation of the Qur'aan and Sunnah, and following the impure western kuffaar, have embarked on a satanic spree of squandering billions of dollars to host one of the world's most immoral sporting events known as the world soccer cup games.</w:t>
      </w:r>
    </w:p>
    <w:p>
      <w:pPr>
        <w:spacing w:before="0" w:after="120" w:line="300" w:lineRule="exact"/>
        <w:jc w:val="both"/>
      </w:pPr>
      <w:r>
        <w:rPr>
          <w:rFonts w:ascii="Georgia" w:hAnsi="Georgia" w:cs="Georgia" w:eastAsia="Georgia"/>
          <w:b w:val="0"/>
          <w:i w:val="0"/>
          <w:sz w:val="22"/>
        </w:rPr>
        <w:t>The faasiq finance minister of Qatar said that the country was "spending $500 million every week on major infrastructure projects for football's biggest tournament." In the construction of the shaitaani stadium, "systematic labour abuse" is perpetrated by Qatar on its migrant workers who are treated like dirt.</w:t>
      </w:r>
    </w:p>
    <w:p>
      <w:pPr>
        <w:spacing w:before="0" w:after="120" w:line="300" w:lineRule="exact"/>
        <w:jc w:val="both"/>
      </w:pPr>
      <w:r>
        <w:rPr>
          <w:rFonts w:ascii="Georgia" w:hAnsi="Georgia" w:cs="Georgia" w:eastAsia="Georgia"/>
          <w:b w:val="0"/>
          <w:i w:val="0"/>
          <w:sz w:val="22"/>
        </w:rPr>
        <w:t>This level of weekly squandering to appease Iblees and the western kuffaar will continue for few years whilst millions of Muslims are suffering in miserable conditions of extreme poverty, squalor, disease and ignorance. The so-called 'grand mufti' and other sheikhs of Qatar are absolutely mute and their silence is deafening. Not a word of criticism, condemnation or naseehat for the evil Qatari authorities is being breathed.</w:t>
      </w:r>
    </w:p>
    <w:p>
      <w:pPr>
        <w:spacing w:before="0" w:after="120" w:line="300" w:lineRule="exact"/>
        <w:jc w:val="both"/>
      </w:pPr>
      <w:r>
        <w:rPr>
          <w:rFonts w:ascii="Georgia" w:hAnsi="Georgia" w:cs="Georgia" w:eastAsia="Georgia"/>
          <w:b w:val="0"/>
          <w:i w:val="0"/>
          <w:sz w:val="22"/>
        </w:rPr>
        <w:t>"More than $200 billion will be satanically squandered in total in preparation for the haraam 2022 games of the devil according to the finance minister.</w:t>
      </w:r>
    </w:p>
    <w:p>
      <w:pPr>
        <w:spacing w:before="0" w:after="120" w:line="300" w:lineRule="exact"/>
        <w:jc w:val="both"/>
      </w:pPr>
      <w:r>
        <w:rPr>
          <w:rFonts w:ascii="Georgia" w:hAnsi="Georgia" w:cs="Georgia" w:eastAsia="Georgia"/>
          <w:b w:val="0"/>
          <w:i w:val="0"/>
          <w:sz w:val="22"/>
        </w:rPr>
        <w:t>For attaining its satanic objective, Qatar has imported hundreds of thousands of migrant workers from South Asia. These workers are labouring under gross exploitation. Despite Qatar's 2016 budget deficit of $13 billion and an expected deficit of $8 billion for this year, the Devils in charge of the state are recklessly pursuing their shaitaani objective to attain fulfilment for their projects of fisq, fujoor and kufr. The shayaateen of Qatar will not escape Allah's Chastisement in this dunya and in the Aakhirah.</w:t>
      </w:r>
    </w:p>
    <w:p>
      <w:r>
        <w:br w:type="page"/>
      </w:r>
    </w:p>
    <w:p>
      <w:pPr>
        <w:pStyle w:val="Heading1"/>
        <w:spacing w:before="360" w:after="200" w:line="300" w:lineRule="exact"/>
        <w:jc w:val="center"/>
      </w:pPr>
      <w:r>
        <w:rPr>
          <w:rFonts w:ascii="Georgia" w:hAnsi="Georgia" w:cs="Georgia" w:eastAsia="Georgia"/>
          <w:b/>
          <w:i w:val="0"/>
          <w:color w:val="1F3864"/>
          <w:sz w:val="32"/>
        </w:rPr>
        <w:t>THE OBSCENITY OF AN IMMORAL BROTHER OF SHAITAAN</w:t>
      </w:r>
    </w:p>
    <w:p>
      <w:pPr>
        <w:pStyle w:val="Heading3"/>
        <w:spacing w:before="200" w:after="120" w:line="300" w:lineRule="exact"/>
        <w:jc w:val="left"/>
      </w:pPr>
      <w:r>
        <w:rPr>
          <w:rFonts w:ascii="Georgia" w:hAnsi="Georgia" w:cs="Georgia" w:eastAsia="Georgia"/>
          <w:b/>
          <w:i w:val="0"/>
          <w:color w:val="2E74B5"/>
          <w:sz w:val="24"/>
        </w:rPr>
        <w:t>SAUDI MONARCH GIVES NEW MEANING TO 'FIT</w:t>
      </w:r>
    </w:p>
    <w:p>
      <w:pPr>
        <w:pStyle w:val="Heading3"/>
        <w:spacing w:before="200" w:after="120" w:line="300" w:lineRule="exact"/>
        <w:jc w:val="left"/>
      </w:pPr>
      <w:r>
        <w:rPr>
          <w:rFonts w:ascii="Georgia" w:hAnsi="Georgia" w:cs="Georgia" w:eastAsia="Georgia"/>
          <w:b/>
          <w:i w:val="0"/>
          <w:color w:val="2E74B5"/>
          <w:sz w:val="24"/>
        </w:rPr>
        <w:t>FOR A KING'</w:t>
      </w:r>
    </w:p>
    <w:p>
      <w:pPr>
        <w:spacing w:before="0" w:after="120" w:line="300" w:lineRule="exact"/>
        <w:jc w:val="both"/>
      </w:pPr>
      <w:r>
        <w:rPr>
          <w:rFonts w:ascii="Georgia" w:hAnsi="Georgia" w:cs="Georgia" w:eastAsia="Georgia"/>
          <w:b w:val="0"/>
          <w:i w:val="0"/>
          <w:sz w:val="22"/>
        </w:rPr>
        <w:t>Descending regally from his private jet on a customised gold-coloured escalator, Saudi Arabia's King Salman bin-Abdulaziz al-Saud began the first visit in almost 50 years of a Saudi leader to the world's most populous Muslim nation, Indonesia, on Wednesday.</w:t>
      </w:r>
    </w:p>
    <w:p>
      <w:pPr>
        <w:spacing w:before="0" w:after="120" w:line="300" w:lineRule="exact"/>
        <w:jc w:val="both"/>
      </w:pPr>
      <w:r>
        <w:rPr>
          <w:rFonts w:ascii="Georgia" w:hAnsi="Georgia" w:cs="Georgia" w:eastAsia="Georgia"/>
          <w:b w:val="0"/>
          <w:i w:val="0"/>
          <w:sz w:val="22"/>
        </w:rPr>
        <w:t>Accompanied by an entourage of 1,500, including 25 princes and several government ministers, King Salman brought</w:t>
      </w:r>
    </w:p>
    <w:p>
      <w:pPr>
        <w:spacing w:before="0" w:after="120" w:line="300" w:lineRule="exact"/>
        <w:jc w:val="both"/>
      </w:pPr>
      <w:r>
        <w:rPr>
          <w:rFonts w:ascii="Georgia" w:hAnsi="Georgia" w:cs="Georgia" w:eastAsia="Georgia"/>
          <w:b w:val="0"/>
          <w:i w:val="0"/>
          <w:sz w:val="22"/>
        </w:rPr>
        <w:t>459t of luggage for his nine-day trip.</w:t>
      </w:r>
    </w:p>
    <w:p>
      <w:pPr>
        <w:spacing w:before="0" w:after="120" w:line="300" w:lineRule="exact"/>
        <w:jc w:val="both"/>
      </w:pPr>
      <w:r>
        <w:rPr>
          <w:rFonts w:ascii="Georgia" w:hAnsi="Georgia" w:cs="Georgia" w:eastAsia="Georgia"/>
          <w:b w:val="0"/>
          <w:i w:val="0"/>
          <w:sz w:val="22"/>
        </w:rPr>
        <w:t>Two lifts and two Mercedes-Benz S600s were included among the travel essentials for his three -day visit to the capital, Jakarta, to be followed by six days of "relaxing" in a Bali holiday resort. The Indonesians, who hope the visit will bring Saudi investments of up to $25-billion, were equally eager to impress. Enthusiastic crowds, including tens of thousands of students, lined the route of his heavily guarded motorcade to the presidential Bogor palace.</w:t>
      </w:r>
    </w:p>
    <w:p>
      <w:pPr>
        <w:spacing w:before="0" w:after="120" w:line="300" w:lineRule="exact"/>
        <w:jc w:val="both"/>
      </w:pPr>
      <w:r>
        <w:rPr>
          <w:rFonts w:ascii="Georgia" w:hAnsi="Georgia" w:cs="Georgia" w:eastAsia="Georgia"/>
          <w:b w:val="0"/>
          <w:i w:val="0"/>
          <w:sz w:val="22"/>
        </w:rPr>
        <w:t>Great care was taken to cover statues of naked men and women in the palace grounds, out of consideration for the sensibilities of the Salafi Muslim Saudi visitors. King Salman and his entourage will stay in four luxury hotels in Jarkata, with about 10,000 security personnel deployed to protect them.</w:t>
      </w:r>
    </w:p>
    <w:p>
      <w:pPr>
        <w:spacing w:before="0" w:after="120" w:line="300" w:lineRule="exact"/>
        <w:jc w:val="both"/>
      </w:pPr>
      <w:r>
        <w:rPr>
          <w:rFonts w:ascii="Georgia" w:hAnsi="Georgia" w:cs="Georgia" w:eastAsia="Georgia"/>
          <w:b w:val="0"/>
          <w:i w:val="0"/>
          <w:sz w:val="22"/>
        </w:rPr>
        <w:t>(The Times 3 March</w:t>
      </w:r>
    </w:p>
    <w:p>
      <w:pPr>
        <w:spacing w:before="0" w:after="120" w:line="300" w:lineRule="exact"/>
        <w:jc w:val="both"/>
      </w:pPr>
      <w:r>
        <w:rPr>
          <w:rFonts w:ascii="Georgia" w:hAnsi="Georgia" w:cs="Georgia" w:eastAsia="Georgia"/>
          <w:b w:val="0"/>
          <w:i w:val="0"/>
          <w:sz w:val="22"/>
        </w:rPr>
        <w:t>2017)</w:t>
      </w:r>
    </w:p>
    <w:p>
      <w:pPr>
        <w:spacing w:before="120" w:after="40" w:line="300" w:lineRule="exact"/>
        <w:jc w:val="both"/>
      </w:pPr>
      <w:r>
        <w:rPr>
          <w:rFonts w:ascii="Georgia" w:hAnsi="Georgia" w:cs="Georgia" w:eastAsia="Georgia"/>
          <w:b/>
          <w:i/>
          <w:sz w:val="22"/>
        </w:rPr>
        <w:t>"Verily, the squanderers are the brothers of the shayaateen."</w:t>
      </w:r>
    </w:p>
    <w:p>
      <w:r>
        <w:br w:type="page"/>
      </w:r>
    </w:p>
    <w:p>
      <w:pPr>
        <w:pStyle w:val="Heading1"/>
        <w:spacing w:before="360" w:after="200" w:line="300" w:lineRule="exact"/>
        <w:jc w:val="center"/>
      </w:pPr>
      <w:r>
        <w:rPr>
          <w:rFonts w:ascii="Georgia" w:hAnsi="Georgia" w:cs="Georgia" w:eastAsia="Georgia"/>
          <w:b/>
          <w:i w:val="0"/>
          <w:color w:val="1F3864"/>
          <w:sz w:val="32"/>
        </w:rPr>
        <w:t>SAUDI ARABIA &amp; QATAR THEIR BOOTLICKING 'GRAND' MUFTIS</w:t>
      </w:r>
    </w:p>
    <w:p>
      <w:pPr>
        <w:spacing w:before="0" w:after="120" w:line="300" w:lineRule="exact"/>
        <w:jc w:val="both"/>
      </w:pPr>
      <w:r>
        <w:rPr>
          <w:rFonts w:ascii="Georgia" w:hAnsi="Georgia" w:cs="Georgia" w:eastAsia="Georgia"/>
          <w:b w:val="0"/>
          <w:i w:val="0"/>
          <w:sz w:val="22"/>
        </w:rPr>
        <w:t>These two American surrogate states have now become implacable enemies. Saudi Arabia in league with a couple of other treacherous U.S. puppet states have organized a total boycott of Qatar. All diplomatic ties have been severed. All of this is now stale news, hence it is not our intention to comment on the bunkum boycott of these corrupt U.S. surrogates, un-Islamic states. Our concern here is the two bootlicking 'grand muftis' of these two miserable states.</w:t>
      </w:r>
    </w:p>
    <w:p>
      <w:pPr>
        <w:spacing w:before="0" w:after="120" w:line="300" w:lineRule="exact"/>
        <w:jc w:val="both"/>
      </w:pPr>
      <w:r>
        <w:rPr>
          <w:rFonts w:ascii="Georgia" w:hAnsi="Georgia" w:cs="Georgia" w:eastAsia="Georgia"/>
          <w:b w:val="0"/>
          <w:i w:val="0"/>
          <w:sz w:val="22"/>
        </w:rPr>
        <w:t>The Saudi grand mufti has backed up the Saudi boycott of Qatar by attempting to give it Qur'aanic and Sunnah sanction. The Qatari grand mufti has countered with his demand to the Saudi bootlicker to produce his Qur'aanic and Hadith evidence with which he claims to be justifying the Saudi action. The Saudi chap has not as yet responded to the demand of his Qatari counterpart.</w:t>
      </w:r>
    </w:p>
    <w:p>
      <w:pPr>
        <w:spacing w:before="0" w:after="120" w:line="300" w:lineRule="exact"/>
        <w:jc w:val="both"/>
      </w:pPr>
      <w:r>
        <w:rPr>
          <w:rFonts w:ascii="Georgia" w:hAnsi="Georgia" w:cs="Georgia" w:eastAsia="Georgia"/>
          <w:b w:val="0"/>
          <w:i w:val="0"/>
          <w:sz w:val="22"/>
        </w:rPr>
        <w:t>It will be salubrious to note that both these 'grand' muftis are Islamically person 'non grata. They are adept to use the name of the Shariah and to make reference to the Qur'aan and Sunnah only to bolster the haraam activities of their respective bosses, the corrupt rulers of these surrogate states. Muftis who are in the employ and service of these vile and villainous kings, sultans and other puppet rulers such as Sisi of Egypt are among the worst specimens of creation. They are traitors to Islam. They have betrayed the Amaanat of the Deen which Allah Ta'ala has imposed on the shoulders of the Ulama. According to Rasulullah (Sallallahu alayhi wasallam), the hottest and the most torturous department of Jahannam is reserved for such ulama who have become the bootlickers of the rulers. The grand mufti of Qatar whilst demanding Qur'aanic and Hadith proof for Saudi's boycott, has acquitted himself like a dumb Iblees regarding the worst and most immoral of kuffaar sporting activity, the World Soccer Cup, which Qatar has gleefully embraced kuffaar style. Every teaching of the Shariah and every demand of Imaan have been scuttled by Qatar for accommodating the worst act of satanism.</w:t>
      </w:r>
    </w:p>
    <w:p>
      <w:pPr>
        <w:spacing w:before="0" w:after="120" w:line="300" w:lineRule="exact"/>
        <w:jc w:val="both"/>
      </w:pPr>
      <w:r>
        <w:rPr>
          <w:rFonts w:ascii="Georgia" w:hAnsi="Georgia" w:cs="Georgia" w:eastAsia="Georgia"/>
          <w:b w:val="0"/>
          <w:i w:val="0"/>
          <w:sz w:val="22"/>
        </w:rPr>
        <w:t>Qatar is squandering billions of dollars to host the haraam kuffaar games whilst millions of Muslims are languishing in abject poverty, squalor, suffering and misery. Yet, not a fraction of these billions is being expended to assist the hordes of suffering refugees of Syria, Palestine, Burma, etc. Muslims are perishing and being brutalized, yet Qatar has demonstrated most conspicuously that it is bereft of an Islamic heart although Rasulullah (Sallallahu alayhi wasallam) said:</w:t>
      </w:r>
    </w:p>
    <w:p>
      <w:pPr>
        <w:spacing w:before="120" w:after="120" w:line="300" w:lineRule="exact"/>
        <w:ind w:left="720" w:right="720"/>
        <w:jc w:val="center"/>
      </w:pPr>
      <w:r>
        <w:rPr>
          <w:rFonts w:ascii="Georgia" w:hAnsi="Georgia" w:cs="Georgia" w:eastAsia="Georgia"/>
          <w:b w:val="0"/>
          <w:i/>
          <w:sz w:val="22"/>
        </w:rPr>
        <w:t>"The Muslimoon are like one man. If the head pains, the entire body is agitated. If the eye pains, the entire body is agitated."</w:t>
      </w:r>
    </w:p>
    <w:p>
      <w:pPr>
        <w:spacing w:before="0" w:after="120" w:line="300" w:lineRule="exact"/>
        <w:jc w:val="both"/>
      </w:pPr>
      <w:r>
        <w:rPr>
          <w:rFonts w:ascii="Georgia" w:hAnsi="Georgia" w:cs="Georgia" w:eastAsia="Georgia"/>
          <w:b w:val="0"/>
          <w:i w:val="0"/>
          <w:sz w:val="22"/>
        </w:rPr>
        <w:t>The grand bootlicking mufti of Qatar has been swift in his demand for Qur'aani and Hadith proof for the Saudi's bootlicker's fatwa in support of the boycott. Yet he has never castigated or called to account the Qatari authorities for their egregious haraam hosting of the worst haraam kuffaar sporting event. Even shaitaan stands amazed and aghast at the billions of dollars which Qatar is squandering in his (shaitaan's) path to appease and bootlick the western world.</w:t>
      </w:r>
    </w:p>
    <w:p>
      <w:pPr>
        <w:spacing w:before="0" w:after="120" w:line="300" w:lineRule="exact"/>
        <w:jc w:val="both"/>
      </w:pPr>
      <w:r>
        <w:rPr>
          <w:rFonts w:ascii="Georgia" w:hAnsi="Georgia" w:cs="Georgia" w:eastAsia="Georgia"/>
          <w:b w:val="0"/>
          <w:i w:val="0"/>
          <w:sz w:val="22"/>
        </w:rPr>
        <w:t>This boycott is a very mild form of Allah's Athaab for Qatar as the</w:t>
      </w:r>
    </w:p>
    <w:p>
      <w:pPr>
        <w:spacing w:before="120" w:after="120" w:line="300" w:lineRule="exact"/>
        <w:ind w:left="720" w:right="720"/>
        <w:jc w:val="center"/>
      </w:pPr>
      <w:r>
        <w:rPr>
          <w:rFonts w:ascii="Georgia" w:hAnsi="Georgia" w:cs="Georgia" w:eastAsia="Georgia"/>
          <w:b w:val="0"/>
          <w:i/>
          <w:sz w:val="22"/>
        </w:rPr>
        <w:t>Qur'aan Majeed states: "We shall surely give them to taste a mild punishment not the greater punishment, for perhaps they may return (to the Path of Rectitude)."</w:t>
      </w:r>
    </w:p>
    <w:p>
      <w:pPr>
        <w:spacing w:before="0" w:after="120" w:line="300" w:lineRule="exact"/>
        <w:jc w:val="both"/>
      </w:pPr>
      <w:r>
        <w:rPr>
          <w:rFonts w:ascii="Georgia" w:hAnsi="Georgia" w:cs="Georgia" w:eastAsia="Georgia"/>
          <w:b w:val="0"/>
          <w:i w:val="0"/>
          <w:sz w:val="22"/>
        </w:rPr>
        <w:t>If they intransigently fail to heed the Divine Message and Warning in the mild punishment, the greater punishment will most certainly follow. The muftis need to impart this lesson to their bosses.</w:t>
      </w:r>
    </w:p>
    <w:p>
      <w:r>
        <w:br w:type="page"/>
      </w:r>
    </w:p>
    <w:p>
      <w:pPr>
        <w:pStyle w:val="Heading1"/>
        <w:spacing w:before="360" w:after="200" w:line="300" w:lineRule="exact"/>
        <w:jc w:val="center"/>
      </w:pPr>
      <w:r>
        <w:rPr>
          <w:rFonts w:ascii="Georgia" w:hAnsi="Georgia" w:cs="Georgia" w:eastAsia="Georgia"/>
          <w:b/>
          <w:i w:val="0"/>
          <w:color w:val="1F3864"/>
          <w:sz w:val="32"/>
        </w:rPr>
        <w:t>THE SAD STATE OF THE APOLOGIST 'ULAMA'</w:t>
      </w:r>
    </w:p>
    <w:p>
      <w:pPr>
        <w:pStyle w:val="Heading3"/>
        <w:spacing w:before="200" w:after="120" w:line="300" w:lineRule="exact"/>
        <w:jc w:val="left"/>
      </w:pPr>
      <w:r>
        <w:rPr>
          <w:rFonts w:ascii="Georgia" w:hAnsi="Georgia" w:cs="Georgia" w:eastAsia="Georgia"/>
          <w:b/>
          <w:i w:val="0"/>
          <w:color w:val="2E74B5"/>
          <w:sz w:val="24"/>
        </w:rPr>
        <w:t>THIS IS THE LAMENT OF</w:t>
      </w:r>
    </w:p>
    <w:p>
      <w:pPr>
        <w:pStyle w:val="Heading3"/>
        <w:spacing w:before="200" w:after="120" w:line="300" w:lineRule="exact"/>
        <w:jc w:val="left"/>
      </w:pPr>
      <w:r>
        <w:rPr>
          <w:rFonts w:ascii="Georgia" w:hAnsi="Georgia" w:cs="Georgia" w:eastAsia="Georgia"/>
          <w:b/>
          <w:i w:val="0"/>
          <w:color w:val="2E74B5"/>
          <w:sz w:val="24"/>
        </w:rPr>
        <w:t>A BROTHER IN U.K.</w:t>
      </w:r>
    </w:p>
    <w:p>
      <w:pPr>
        <w:spacing w:before="0" w:after="120" w:line="300" w:lineRule="exact"/>
        <w:jc w:val="both"/>
      </w:pPr>
      <w:r>
        <w:rPr>
          <w:rFonts w:ascii="Georgia" w:hAnsi="Georgia" w:cs="Georgia" w:eastAsia="Georgia"/>
          <w:b w:val="0"/>
          <w:i w:val="0"/>
          <w:sz w:val="22"/>
        </w:rPr>
        <w:t>The U.K. Brother writes:</w:t>
      </w:r>
    </w:p>
    <w:p>
      <w:pPr>
        <w:spacing w:before="0" w:after="120" w:line="300" w:lineRule="exact"/>
        <w:jc w:val="both"/>
      </w:pPr>
      <w:r>
        <w:rPr>
          <w:rFonts w:ascii="Georgia" w:hAnsi="Georgia" w:cs="Georgia" w:eastAsia="Georgia"/>
          <w:b w:val="0"/>
          <w:i w:val="0"/>
          <w:sz w:val="22"/>
        </w:rPr>
        <w:t>In UK recently we had two "terrorist" attacks, allegedly carried out by Muslims, who subsequently died.</w:t>
      </w:r>
    </w:p>
    <w:p>
      <w:pPr>
        <w:spacing w:before="0" w:after="120" w:line="300" w:lineRule="exact"/>
        <w:jc w:val="both"/>
      </w:pPr>
      <w:r>
        <w:rPr>
          <w:rFonts w:ascii="Georgia" w:hAnsi="Georgia" w:cs="Georgia" w:eastAsia="Georgia"/>
          <w:b w:val="0"/>
          <w:i w:val="0"/>
          <w:sz w:val="22"/>
        </w:rPr>
        <w:t>I say allegedly because Deen teaches us to verify the word of a sinner, let alone kuffar media, who reported the incident. In fact even in a kuffar court, what the media say cannot be taken as evidence of guilt.</w:t>
      </w:r>
    </w:p>
    <w:p>
      <w:pPr>
        <w:spacing w:before="0" w:after="120" w:line="300" w:lineRule="exact"/>
        <w:jc w:val="both"/>
      </w:pPr>
      <w:r>
        <w:rPr>
          <w:rFonts w:ascii="Georgia" w:hAnsi="Georgia" w:cs="Georgia" w:eastAsia="Georgia"/>
          <w:b w:val="0"/>
          <w:i w:val="0"/>
          <w:sz w:val="22"/>
        </w:rPr>
        <w:t>Without a trial, and knowing if they were in fact sane Muslims in Shar'iee terms, some of our Deobandi Ulama jumped on the bandwagon to issue a public condemnation in order to appease the masses.</w:t>
      </w:r>
    </w:p>
    <w:p>
      <w:pPr>
        <w:spacing w:before="0" w:after="120" w:line="300" w:lineRule="exact"/>
        <w:jc w:val="both"/>
      </w:pPr>
      <w:r>
        <w:rPr>
          <w:rFonts w:ascii="Georgia" w:hAnsi="Georgia" w:cs="Georgia" w:eastAsia="Georgia"/>
          <w:b w:val="0"/>
          <w:i w:val="0"/>
          <w:sz w:val="22"/>
        </w:rPr>
        <w:t>Anybody with half a brain, non-Muslim or otherwise, knows that killing innocents is impermissible in all major religions and the actions of a few, in any aspect of life, do not represent the religion.</w:t>
      </w:r>
    </w:p>
    <w:p>
      <w:pPr>
        <w:spacing w:before="0" w:after="120" w:line="300" w:lineRule="exact"/>
        <w:jc w:val="both"/>
      </w:pPr>
      <w:r>
        <w:rPr>
          <w:rFonts w:ascii="Georgia" w:hAnsi="Georgia" w:cs="Georgia" w:eastAsia="Georgia"/>
          <w:b w:val="0"/>
          <w:i w:val="0"/>
          <w:sz w:val="22"/>
        </w:rPr>
        <w:t>When I read the statement issued and signed by these ulama, the undeniable tone of it, was appeasement. Why? Because I have seen ulama, affected by the environment and secularism, fear the retribution of the authorities and not Allah.</w:t>
      </w:r>
    </w:p>
    <w:p>
      <w:pPr>
        <w:spacing w:before="0" w:after="120" w:line="300" w:lineRule="exact"/>
        <w:jc w:val="both"/>
      </w:pPr>
      <w:r>
        <w:rPr>
          <w:rFonts w:ascii="Georgia" w:hAnsi="Georgia" w:cs="Georgia" w:eastAsia="Georgia"/>
          <w:b w:val="0"/>
          <w:i w:val="0"/>
          <w:sz w:val="22"/>
        </w:rPr>
        <w:t>Therefore, their statement impliedly put these individuals beyond the pale of Islam, without admissible evidence, and an instruction was issued by them encouraging no Imam or "religious authority" to perform their Janaza.</w:t>
      </w:r>
    </w:p>
    <w:p>
      <w:pPr>
        <w:spacing w:before="0" w:after="120" w:line="300" w:lineRule="exact"/>
        <w:jc w:val="both"/>
      </w:pPr>
      <w:r>
        <w:rPr>
          <w:rFonts w:ascii="Georgia" w:hAnsi="Georgia" w:cs="Georgia" w:eastAsia="Georgia"/>
          <w:b w:val="0"/>
          <w:i w:val="0"/>
          <w:sz w:val="22"/>
        </w:rPr>
        <w:t>On the one hand these Imams were naive enough to issue a statement condemning the attacks, based on the warped understanding that the non Muslims will think Islam preaches terrorism, yet on the other hand they failed to clarify a Shar'iee ruling that IF it was sane Muslims that carried out this attack, they remain Muslims, despite their crime, and some people (not necessarily the Ulama) will have to perform their Janaza.</w:t>
      </w:r>
    </w:p>
    <w:p>
      <w:pPr>
        <w:spacing w:before="0" w:after="120" w:line="300" w:lineRule="exact"/>
        <w:jc w:val="both"/>
      </w:pPr>
      <w:r>
        <w:rPr>
          <w:rFonts w:ascii="Georgia" w:hAnsi="Georgia" w:cs="Georgia" w:eastAsia="Georgia"/>
          <w:b w:val="0"/>
          <w:i w:val="0"/>
          <w:sz w:val="22"/>
        </w:rPr>
        <w:t>This obvious omission in their statement misleads other Muslims and the consequence was that a non Muslim lady in the media asked whether the real reason for not performing funeral prayer was because these individuals were considered martyrs.</w:t>
      </w:r>
    </w:p>
    <w:p>
      <w:pPr>
        <w:spacing w:before="0" w:after="120" w:line="300" w:lineRule="exact"/>
        <w:jc w:val="both"/>
      </w:pPr>
      <w:r>
        <w:rPr>
          <w:rFonts w:ascii="Georgia" w:hAnsi="Georgia" w:cs="Georgia" w:eastAsia="Georgia"/>
          <w:b w:val="0"/>
          <w:i w:val="0"/>
          <w:sz w:val="22"/>
        </w:rPr>
        <w:t>When even Ulama fear their own shadow and therefore feel the need to boot lick, then Allah Ta'ala shows them up in this world through a non Muslim lady. The incident reminded me of the Hadith that The Majlis often quote:</w:t>
      </w:r>
    </w:p>
    <w:p>
      <w:pPr>
        <w:spacing w:before="0" w:after="120" w:line="300" w:lineRule="exact"/>
        <w:jc w:val="both"/>
      </w:pPr>
      <w:r>
        <w:rPr>
          <w:rFonts w:ascii="Georgia" w:hAnsi="Georgia" w:cs="Georgia" w:eastAsia="Georgia"/>
          <w:b w:val="0"/>
          <w:i w:val="0"/>
          <w:sz w:val="22"/>
        </w:rPr>
        <w:t>"A time will dawn when the worst of the people under the canopy of the sky will be their ulama. From them will percolate Fitnah, and this fitnah will rebound on them."</w:t>
      </w:r>
    </w:p>
    <w:p>
      <w:pPr>
        <w:spacing w:before="0" w:after="120" w:line="300" w:lineRule="exact"/>
        <w:jc w:val="both"/>
      </w:pPr>
      <w:r>
        <w:rPr>
          <w:rFonts w:ascii="Georgia" w:hAnsi="Georgia" w:cs="Georgia" w:eastAsia="Georgia"/>
          <w:b w:val="0"/>
          <w:i w:val="0"/>
          <w:sz w:val="22"/>
        </w:rPr>
        <w:t>If this is the state of the ulama, what's the state of the awwam, who are following them blindly?</w:t>
      </w:r>
    </w:p>
    <w:p>
      <w:pPr>
        <w:spacing w:before="0" w:after="120" w:line="300" w:lineRule="exact"/>
        <w:jc w:val="both"/>
      </w:pPr>
      <w:r>
        <w:rPr>
          <w:rFonts w:ascii="Georgia" w:hAnsi="Georgia" w:cs="Georgia" w:eastAsia="Georgia"/>
          <w:b w:val="0"/>
          <w:i w:val="0"/>
          <w:sz w:val="22"/>
        </w:rPr>
        <w:t>The awwam's argument is that they are Ulama they know what they are doing, but they forget that even Bani Israeel's scholars were ulama of their time and they misled their people.</w:t>
      </w:r>
    </w:p>
    <w:p>
      <w:pPr>
        <w:spacing w:before="0" w:after="120" w:line="300" w:lineRule="exact"/>
        <w:jc w:val="both"/>
      </w:pPr>
      <w:r>
        <w:rPr>
          <w:rFonts w:ascii="Georgia" w:hAnsi="Georgia" w:cs="Georgia" w:eastAsia="Georgia"/>
          <w:b w:val="0"/>
          <w:i w:val="0"/>
          <w:sz w:val="22"/>
        </w:rPr>
        <w:t>In dunya Muslims are sharp when they are being misled, but in Deen, they blindly follow the nafsani instructions of modernist Ulama who fear everybody and anything besides Allah, on the basis that we are in the minority.</w:t>
      </w:r>
    </w:p>
    <w:p>
      <w:pPr>
        <w:spacing w:before="0" w:after="120" w:line="300" w:lineRule="exact"/>
        <w:jc w:val="both"/>
      </w:pPr>
      <w:r>
        <w:rPr>
          <w:rFonts w:ascii="Georgia" w:hAnsi="Georgia" w:cs="Georgia" w:eastAsia="Georgia"/>
          <w:b w:val="0"/>
          <w:i w:val="0"/>
          <w:sz w:val="22"/>
        </w:rPr>
        <w:t>Little do these Ulama realise that if they stood up for the haq then just as in Badr 313 will be enough.</w:t>
      </w:r>
    </w:p>
    <w:p>
      <w:pPr>
        <w:spacing w:before="0" w:after="120" w:line="300" w:lineRule="exact"/>
        <w:jc w:val="both"/>
      </w:pPr>
      <w:r>
        <w:rPr>
          <w:rFonts w:ascii="Georgia" w:hAnsi="Georgia" w:cs="Georgia" w:eastAsia="Georgia"/>
          <w:b w:val="0"/>
          <w:i w:val="0"/>
          <w:sz w:val="22"/>
        </w:rPr>
        <w:t>COMMENT BY AL-HAQ BOOTLICKNG the kuffaar is a disgracefully rotten disease widely prevailing among those who are supposed to be Ulama and the guides of the Ummah. Bootlicking is indicative of the extremely low ebb to which the Imaan of the bootlickers has degenerated. When the back is turned on the Deen, when the dunya becomes the objective and when the objective of our temporary sojourn on this transitory earthly abode has become blurred or forgotten, then Allah Azza Wa Jal instils fear in the hearts of Muslims – fear for the kuffaar and fear for the shadows of the kuffaar. In this regard, Rasulullah (Sallallahu alayhi wasallam) said:</w:t>
      </w:r>
    </w:p>
    <w:p>
      <w:pPr>
        <w:spacing w:before="120" w:after="40" w:line="300" w:lineRule="exact"/>
        <w:jc w:val="both"/>
      </w:pPr>
      <w:r>
        <w:rPr>
          <w:rFonts w:ascii="Georgia" w:hAnsi="Georgia" w:cs="Georgia" w:eastAsia="Georgia"/>
          <w:b/>
          <w:i/>
          <w:sz w:val="22"/>
        </w:rPr>
        <w:t>"Soon shall there dawn an age when the (kuffaar) nations will unite to devour you just as people are invited to a meal." Someone asked: 'O Rasulullah! Will this be because of the few in number we shall be?' Rasulullah (Sallallahu alayhi wasallam) said: "On the contrary, you will be numerous, but you will be ghutha (rubbish / flotsam / chaff / waste matter) of floodwaters. Allah will most certainly take out from the hearts of your enemies fear for you, and He will most certainly instil in your hearts wahn." Someone asked: 'O Rasulullah! What is wahn?' Rasulullah (Sallallahu alayhi wasallam) said: "Love for the world and dislike for Maut (Death)."</w:t>
      </w:r>
    </w:p>
    <w:p>
      <w:pPr>
        <w:spacing w:before="0" w:after="120" w:line="300" w:lineRule="exact"/>
        <w:jc w:val="both"/>
      </w:pPr>
      <w:r>
        <w:rPr>
          <w:rFonts w:ascii="Georgia" w:hAnsi="Georgia" w:cs="Georgia" w:eastAsia="Georgia"/>
          <w:b w:val="0"/>
          <w:i w:val="0"/>
          <w:sz w:val="22"/>
        </w:rPr>
        <w:t>The hearts of the Ulama of this era are saturated and over-brimming with this Wahn, hence we observe all the bootlicking. The remedy for the disease of bootlicking is Inaabat ilallaah – to turn to Allah Ta'ala with repentance and obedience). Allah Ta'ala says in the Qur'aan Majeed:</w:t>
      </w:r>
    </w:p>
    <w:p>
      <w:pPr>
        <w:spacing w:before="120" w:after="40" w:line="300" w:lineRule="exact"/>
        <w:jc w:val="both"/>
      </w:pPr>
      <w:r>
        <w:rPr>
          <w:rFonts w:ascii="Georgia" w:hAnsi="Georgia" w:cs="Georgia" w:eastAsia="Georgia"/>
          <w:b/>
          <w:i/>
          <w:sz w:val="22"/>
        </w:rPr>
        <w:t>"Turn to Allah (Inaabat) and fully submit to Him before there comes to you a Punishment, then you shall not be aided. And, follow that beautiful Way (Deen) which has been revealed to you before there comes to you a Punishment suddenly whilst you will not understand."</w:t>
      </w:r>
    </w:p>
    <w:p>
      <w:pPr>
        <w:spacing w:before="0" w:after="120" w:line="300" w:lineRule="exact"/>
        <w:jc w:val="both"/>
      </w:pPr>
      <w:r>
        <w:rPr>
          <w:rFonts w:ascii="Georgia" w:hAnsi="Georgia" w:cs="Georgia" w:eastAsia="Georgia"/>
          <w:b w:val="0"/>
          <w:i w:val="0"/>
          <w:sz w:val="22"/>
        </w:rPr>
        <w:t>The U.K. Brother has stated the Haq and has proffered sound naseehat. The statement by the spineless molvis of the Bootlicking Fraternity is a disgraceful exhibition of humiliating bootlicking. Despite the oppression in the U.K., and despite the anti-Muslim attitude, there is yet no law to compel the type of bootlicking demonstrated by the molvis who are deceptively promoting themselves as Deobandis. These bootlicking molvis are not Deobandi. They have not perceived even the fragrance of Deoband. The ethos of Deoband precludes bootlicking and flattering the enemies of Allah Ta'ala out of fear.</w:t>
      </w:r>
    </w:p>
    <w:p>
      <w:pPr>
        <w:spacing w:before="0" w:after="120" w:line="300" w:lineRule="exact"/>
        <w:jc w:val="both"/>
      </w:pPr>
      <w:r>
        <w:rPr>
          <w:rFonts w:ascii="Georgia" w:hAnsi="Georgia" w:cs="Georgia" w:eastAsia="Georgia"/>
          <w:b w:val="0"/>
          <w:i w:val="0"/>
          <w:sz w:val="22"/>
        </w:rPr>
        <w:t>Anyhow, we have to resign ourselves to the reality of Rasulullah's predictions which are materializing in front of our eyes in this era. The molvis in the U.K., and also in South Africa and in most other countries are all bootlickers of the kuffaar.</w:t>
      </w:r>
    </w:p>
    <w:p>
      <w:pPr>
        <w:spacing w:before="0" w:after="120" w:line="300" w:lineRule="exact"/>
        <w:jc w:val="both"/>
      </w:pPr>
      <w:r>
        <w:rPr>
          <w:rFonts w:ascii="Georgia" w:hAnsi="Georgia" w:cs="Georgia" w:eastAsia="Georgia"/>
          <w:b w:val="0"/>
          <w:i w:val="0"/>
          <w:sz w:val="22"/>
        </w:rPr>
        <w:t>They all are guilty of the monstrosity of having refused to perform the Janaazah Salaat of the two slain Muslims.</w:t>
      </w:r>
    </w:p>
    <w:p>
      <w:pPr>
        <w:spacing w:before="0" w:after="120" w:line="300" w:lineRule="exact"/>
        <w:jc w:val="both"/>
      </w:pPr>
      <w:r>
        <w:rPr>
          <w:rFonts w:ascii="Georgia" w:hAnsi="Georgia" w:cs="Georgia" w:eastAsia="Georgia"/>
          <w:b w:val="0"/>
          <w:i w:val="0"/>
          <w:sz w:val="22"/>
        </w:rPr>
        <w:t>Regardless of their crime – i.e. if indeed they had committed the crime – the molvis had committed the heinous major crime and sin of preventing others from performing the Janaazah Salaat. If they have any semblance of Imaan still in their hearts, they should hang their heads in shame, and spend many a night lamenting their misfortune and pleading unto Allah Ta'ala for Maghfirat.</w:t>
      </w:r>
    </w:p>
    <w:p>
      <w:r>
        <w:br w:type="page"/>
      </w:r>
    </w:p>
    <w:p>
      <w:pPr>
        <w:pStyle w:val="Heading1"/>
        <w:spacing w:before="360" w:after="200" w:line="300" w:lineRule="exact"/>
        <w:jc w:val="center"/>
      </w:pPr>
      <w:r>
        <w:rPr>
          <w:rFonts w:ascii="Georgia" w:hAnsi="Georgia" w:cs="Georgia" w:eastAsia="Georgia"/>
          <w:b/>
          <w:i w:val="0"/>
          <w:color w:val="1F3864"/>
          <w:sz w:val="32"/>
        </w:rPr>
        <w:t>HAMAS, KASHMIR &amp; TALIBAN?</w:t>
      </w:r>
    </w:p>
    <w:p>
      <w:pPr>
        <w:spacing w:before="0" w:after="120" w:line="300" w:lineRule="exact"/>
        <w:jc w:val="both"/>
      </w:pPr>
      <w:r>
        <w:rPr>
          <w:rFonts w:ascii="Georgia" w:hAnsi="Georgia" w:cs="Georgia" w:eastAsia="Georgia"/>
          <w:b w:val="0"/>
          <w:i w:val="0"/>
          <w:sz w:val="22"/>
        </w:rPr>
        <w:t>The Palestinians have been waging their 'jihad' since about 1945. Almost 70 years have passed by without any success or victory against the Yahood. In fact, half of Palestine is now in an alliance with Israel. All the Arab states, without exception, who had initially championed the Palestinian cause and who had even gone to war with Israel on this issue, have not only abandoned the half of Palestine, Hamas, but have grown inimical to the struggle of Hamas. Even Saudi Arabia and its spineless lackeys have branded Hamas as 'terrorists' in obedience to the American command.</w:t>
      </w:r>
    </w:p>
    <w:p>
      <w:pPr>
        <w:spacing w:before="0" w:after="120" w:line="300" w:lineRule="exact"/>
        <w:jc w:val="both"/>
      </w:pPr>
      <w:r>
        <w:rPr>
          <w:rFonts w:ascii="Georgia" w:hAnsi="Georgia" w:cs="Georgia" w:eastAsia="Georgia"/>
          <w:b w:val="0"/>
          <w:i w:val="0"/>
          <w:sz w:val="22"/>
        </w:rPr>
        <w:t>Kashmir has also waged its 'jihad' against the Hindu idol-worshippers for about 70 years with no success.</w:t>
      </w:r>
    </w:p>
    <w:p>
      <w:pPr>
        <w:spacing w:before="0" w:after="120" w:line="300" w:lineRule="exact"/>
        <w:jc w:val="both"/>
      </w:pPr>
      <w:r>
        <w:rPr>
          <w:rFonts w:ascii="Georgia" w:hAnsi="Georgia" w:cs="Georgia" w:eastAsia="Georgia"/>
          <w:b w:val="0"/>
          <w:i w:val="0"/>
          <w:sz w:val="22"/>
        </w:rPr>
        <w:t>Even Pakistan who had supported the Kashmiri cause has abandoned the Kashmiri Muslims.</w:t>
      </w:r>
    </w:p>
    <w:p>
      <w:pPr>
        <w:spacing w:before="0" w:after="120" w:line="300" w:lineRule="exact"/>
        <w:jc w:val="both"/>
      </w:pPr>
      <w:r>
        <w:rPr>
          <w:rFonts w:ascii="Georgia" w:hAnsi="Georgia" w:cs="Georgia" w:eastAsia="Georgia"/>
          <w:b w:val="0"/>
          <w:i w:val="0"/>
          <w:sz w:val="22"/>
        </w:rPr>
        <w:t>The Afghans, primarily the Taliban, have been waging their 'jihad' for more than forty years. The fighting carries on unabated to this day with no signs of imminent victory.</w:t>
      </w:r>
    </w:p>
    <w:p>
      <w:pPr>
        <w:spacing w:before="0" w:after="120" w:line="300" w:lineRule="exact"/>
        <w:jc w:val="both"/>
      </w:pPr>
      <w:r>
        <w:rPr>
          <w:rFonts w:ascii="Georgia" w:hAnsi="Georgia" w:cs="Georgia" w:eastAsia="Georgia"/>
          <w:b w:val="0"/>
          <w:i w:val="0"/>
          <w:sz w:val="22"/>
        </w:rPr>
        <w:t>It is palpably clear that these nations waging jihad are being denied Allah's Nusrat (Aid). What is lamentable, is that all of these groups engaging in Jihad do not have their focus on Allah Ta'ala. They are reliant for the sustainment of their weak and defective jihad struggles on sinister kuffaar forces. Hamas and Kashmir have no Islamic vision and objective whatsoever.</w:t>
      </w:r>
    </w:p>
    <w:p>
      <w:pPr>
        <w:spacing w:before="0" w:after="120" w:line="300" w:lineRule="exact"/>
        <w:jc w:val="both"/>
      </w:pPr>
      <w:r>
        <w:rPr>
          <w:rFonts w:ascii="Georgia" w:hAnsi="Georgia" w:cs="Georgia" w:eastAsia="Georgia"/>
          <w:b w:val="0"/>
          <w:i w:val="0"/>
          <w:sz w:val="22"/>
        </w:rPr>
        <w:t>While the Taliban claim to be fighting for the establishment of an Islamic state, they lack the requisite spiritual stamina and power for achieving their professed objective. The very fact that these groups have failed to gain victory over the enemies of Allah Azza Wa Jal despite fighting for many decades, is the conclusive evidence to prove their alienation from the Deen. Allah Ta'ala is withholding the promised aid – promised for the Muttaqeen in the Qur'aan Majeed. As long as Muslims do not regain their lost Imaani bearings, they will remain totally dependent on kuffaar, fussaaq and fujjaar regimes, and due to such reliance they will never see victory over the kuffaar. Allah Ta'ala says in the Qur'aan Majeed:</w:t>
      </w:r>
    </w:p>
    <w:p>
      <w:pPr>
        <w:spacing w:before="120" w:after="40" w:line="300" w:lineRule="exact"/>
        <w:jc w:val="both"/>
      </w:pPr>
      <w:r>
        <w:rPr>
          <w:rFonts w:ascii="Georgia" w:hAnsi="Georgia" w:cs="Georgia" w:eastAsia="Georgia"/>
          <w:b/>
          <w:i/>
          <w:sz w:val="22"/>
        </w:rPr>
        <w:t>"Allah has promised the people of Imaan who practise A'maal-e-Saalihaat (virtuous deeds) that most certainly, He will establish them (grant them power) on earth just as He had established those before them....."</w:t>
      </w:r>
    </w:p>
    <w:p>
      <w:r>
        <w:br w:type="page"/>
      </w:r>
    </w:p>
    <w:p>
      <w:pPr>
        <w:pStyle w:val="Heading1"/>
        <w:spacing w:before="360" w:after="200" w:line="300" w:lineRule="exact"/>
        <w:jc w:val="center"/>
      </w:pPr>
      <w:r>
        <w:rPr>
          <w:rFonts w:ascii="Georgia" w:hAnsi="Georgia" w:cs="Georgia" w:eastAsia="Georgia"/>
          <w:b/>
          <w:i w:val="0"/>
          <w:color w:val="1F3864"/>
          <w:sz w:val="32"/>
        </w:rPr>
        <w:t>YES, WE ARE TERRORISTS!</w:t>
      </w:r>
    </w:p>
    <w:p>
      <w:pPr>
        <w:spacing w:before="0" w:after="120" w:line="300" w:lineRule="exact"/>
        <w:jc w:val="both"/>
      </w:pPr>
      <w:r>
        <w:rPr>
          <w:rFonts w:ascii="Georgia" w:hAnsi="Georgia" w:cs="Georgia" w:eastAsia="Georgia"/>
          <w:b w:val="0"/>
          <w:i w:val="0"/>
          <w:sz w:val="22"/>
        </w:rPr>
        <w:t>Muslims all over the world have been labelled 'terrorists'. This term has actually become our branded name. It is today associated exclusively with Muslims. Muslims of different walks of life react in different ways to this appellation which has been affixed to us. There are the bootlicker molvis who humiliatingly truckle at the boots of the kuffaar authorities, interpreting and arguing away the tenets of the Deen. They laboriously and abortively endeavour to forge an alliance with the kuffaar thereby compromising the Deen by painting the Ahkaam of the Shariah with the hues of kuffaar thinking. Thus, in their embrace of the kufr interfaith conspiracy they are complicit in placing Islam on par with every type of kufr religion and ideology. They invite the kuffaar to enter and pollute the Musaajid. Bogged down in this shaitaani deception, they no longer ascribe to the fundamental belief of Islam being the sole repository of Najaat (Salvation).</w:t>
      </w:r>
    </w:p>
    <w:p>
      <w:pPr>
        <w:spacing w:before="0" w:after="120" w:line="300" w:lineRule="exact"/>
        <w:jc w:val="both"/>
      </w:pPr>
      <w:r>
        <w:rPr>
          <w:rFonts w:ascii="Georgia" w:hAnsi="Georgia" w:cs="Georgia" w:eastAsia="Georgia"/>
          <w:b w:val="0"/>
          <w:i w:val="0"/>
          <w:sz w:val="22"/>
        </w:rPr>
        <w:t>Then there are ignorant modernist Muslims who conjecture a variety of reasons to explain why Muslims are branded terrorists. In sum total, they all are barking up the wrong tree. Among such reasons advanced by them is the plot of the Yahood and others against Islam and Muslims. They find others as targets in their attempt to defend Muslims and to exonerate them from the charge of 'terrorism' with which the West has indicted us.</w:t>
      </w:r>
    </w:p>
    <w:p>
      <w:pPr>
        <w:spacing w:before="0" w:after="120" w:line="300" w:lineRule="exact"/>
        <w:jc w:val="both"/>
      </w:pPr>
      <w:r>
        <w:rPr>
          <w:rFonts w:ascii="Georgia" w:hAnsi="Georgia" w:cs="Georgia" w:eastAsia="Georgia"/>
          <w:b w:val="0"/>
          <w:i w:val="0"/>
          <w:sz w:val="22"/>
        </w:rPr>
        <w:t>Due to having lost our Imaani bearings in the wake of almost total abandonment of pristine Islam –the Sunnah of Rasulullah – Muslims are blaming others except themselves. A sincere introspection will reveal that indeed, Muslims are terrorists. The Ummah today practises the worst kind of terrorism, and that is terrorism against Allah Ta'ala. The Deen of Allah Azza Wa Jal is being terrorized and flagrantly butchered in every sphere of life. There is not a department of Islam which Muslims have left intact. They commit dastardly acts of terror against the Sunnah. The Qur'aan Majeed is terrorized in a variety of ways. The sanctity of the Musaajid is terrorized by both the Ulama and the awaam (the masses). The haya of Muslim women is subjected to acts of terror, not only by Muslim males, but by the women themselves. In this regard, the women are, 'suicide bombers', for they destroy with their own hands their haya by parading and prostituting themselves in the public domain, and the vile new breed of false and fake 'deobandi' molvis are the engineers of this satanic craft of utter shamelessness in which Muslim women are today wallowing.</w:t>
      </w:r>
    </w:p>
    <w:p>
      <w:pPr>
        <w:spacing w:before="0" w:after="120" w:line="300" w:lineRule="exact"/>
        <w:jc w:val="both"/>
      </w:pPr>
      <w:r>
        <w:rPr>
          <w:rFonts w:ascii="Georgia" w:hAnsi="Georgia" w:cs="Georgia" w:eastAsia="Georgia"/>
          <w:b w:val="0"/>
          <w:i w:val="0"/>
          <w:sz w:val="22"/>
        </w:rPr>
        <w:t>The consequence of all this terrorism on the Deen perpetrated by Muslims, is the mild Divine Punishment of being branded terrorists by the kuffaar. The solution for the wave of Islamophobia sweeping the world today is to change our rotten moral and spiritual conditions, and to don the Mantle of the Sunnah. Only then will Allah Ta'ala listen to our plight and restore us to the pedestal which He has promised for us.</w:t>
      </w:r>
    </w:p>
    <w:p>
      <w:pPr>
        <w:spacing w:before="120" w:after="40" w:line="300" w:lineRule="exact"/>
        <w:jc w:val="both"/>
      </w:pPr>
      <w:r>
        <w:rPr>
          <w:rFonts w:ascii="Georgia" w:hAnsi="Georgia" w:cs="Georgia" w:eastAsia="Georgia"/>
          <w:b/>
          <w:i/>
          <w:sz w:val="22"/>
        </w:rPr>
        <w:t>"If you help Allah (i.e. His Deen), He will help you."</w:t>
      </w:r>
    </w:p>
    <w:p>
      <w:pPr>
        <w:spacing w:before="120" w:after="40" w:line="300" w:lineRule="exact"/>
        <w:jc w:val="both"/>
      </w:pPr>
      <w:r>
        <w:rPr>
          <w:rFonts w:ascii="Georgia" w:hAnsi="Georgia" w:cs="Georgia" w:eastAsia="Georgia"/>
          <w:b/>
          <w:i/>
          <w:sz w:val="22"/>
        </w:rPr>
        <w:t>"If Allah helps you, none can defeat you. And, if He withholds (His aid) from you, then who is there besides Him to help you? (Qur'aan)</w:t>
      </w:r>
    </w:p>
    <w:p>
      <w:r>
        <w:br w:type="page"/>
      </w:r>
    </w:p>
    <w:p>
      <w:pPr>
        <w:pStyle w:val="Heading1"/>
        <w:spacing w:before="360" w:after="200" w:line="300" w:lineRule="exact"/>
        <w:jc w:val="center"/>
      </w:pPr>
      <w:r>
        <w:rPr>
          <w:rFonts w:ascii="Georgia" w:hAnsi="Georgia" w:cs="Georgia" w:eastAsia="Georgia"/>
          <w:b/>
          <w:i w:val="0"/>
          <w:color w:val="1F3864"/>
          <w:sz w:val="32"/>
        </w:rPr>
        <w:t>"AND, UPON US IS ONLY TO DELIVER THE CLEAR MESSAGE."</w:t>
      </w:r>
    </w:p>
    <w:p>
      <w:pPr>
        <w:spacing w:before="0" w:after="120" w:line="300" w:lineRule="exact"/>
        <w:jc w:val="both"/>
      </w:pPr>
      <w:r>
        <w:rPr>
          <w:rFonts w:ascii="Georgia" w:hAnsi="Georgia" w:cs="Georgia" w:eastAsia="Georgia"/>
          <w:b w:val="0"/>
          <w:i w:val="0"/>
          <w:sz w:val="22"/>
        </w:rPr>
        <w:t>deeds are your rulers." These evil munaafiq rulers are the reflections of the faces and deeds of the Muslim people whom they are oppressing. Rulers are appointed and dismissed by Allah Azza Wa Jal. The Qur'an Majeed categorically confirms this fact.</w:t>
      </w:r>
    </w:p>
    <w:p>
      <w:pPr>
        <w:spacing w:before="0" w:after="120" w:line="300" w:lineRule="exact"/>
        <w:jc w:val="both"/>
      </w:pPr>
      <w:r>
        <w:rPr>
          <w:rFonts w:ascii="Georgia" w:hAnsi="Georgia" w:cs="Georgia" w:eastAsia="Georgia"/>
          <w:b w:val="0"/>
          <w:i w:val="0"/>
          <w:sz w:val="22"/>
        </w:rPr>
        <w:t>As long as the masses refuse to abandon their own kufr and nifaaq, they will be saddled with the tyrannical yoke of kufr of the zindeeq and munaafiq kaafiroon, zaalimoon and faasiqoon.</w:t>
      </w:r>
    </w:p>
    <w:p>
      <w:r>
        <w:br w:type="page"/>
      </w:r>
    </w:p>
    <w:p>
      <w:pPr>
        <w:pStyle w:val="Heading1"/>
        <w:spacing w:before="360" w:after="200" w:line="300" w:lineRule="exact"/>
        <w:jc w:val="center"/>
      </w:pPr>
      <w:r>
        <w:rPr>
          <w:rFonts w:ascii="Georgia" w:hAnsi="Georgia" w:cs="Georgia" w:eastAsia="Georgia"/>
          <w:b/>
          <w:i w:val="0"/>
          <w:color w:val="1F3864"/>
          <w:sz w:val="32"/>
        </w:rPr>
        <w:t>DEEDS AND RULERS</w:t>
      </w:r>
    </w:p>
    <w:p>
      <w:pPr>
        <w:spacing w:before="0" w:after="120" w:line="300" w:lineRule="exact"/>
        <w:jc w:val="both"/>
      </w:pPr>
      <w:r>
        <w:rPr>
          <w:rFonts w:ascii="Georgia" w:hAnsi="Georgia" w:cs="Georgia" w:eastAsia="Georgia"/>
          <w:b w:val="0"/>
          <w:i w:val="0"/>
          <w:sz w:val="22"/>
        </w:rPr>
        <w:t>Rasulullah (Sallallahu alayhi wasallam) said: "Your deeds are your rulers." In other words, Allah Ta'ala appoints rulers/ governments/kings according to our deeds and misdeeds. In the rulers we see either our ugly snouts or our benign faces. They are the mirrors in which we view our own reflections. So do not stupidly opt for deafness and blindness by not understanding this simple truth stated by our Nabi (Sallallahu alayhi wasallam). The government is corrupt because we are corrupt. The only way of changing a government is by changing our deeds and misdeeds.</w:t>
      </w:r>
    </w:p>
    <w:p>
      <w:r>
        <w:br w:type="page"/>
      </w:r>
    </w:p>
    <w:p>
      <w:pPr>
        <w:pStyle w:val="Heading1"/>
        <w:spacing w:before="360" w:after="200" w:line="300" w:lineRule="exact"/>
        <w:jc w:val="center"/>
      </w:pPr>
      <w:r>
        <w:rPr>
          <w:rFonts w:ascii="Georgia" w:hAnsi="Georgia" w:cs="Georgia" w:eastAsia="Georgia"/>
          <w:b/>
          <w:i w:val="0"/>
          <w:color w:val="1F3864"/>
          <w:sz w:val="32"/>
        </w:rPr>
        <w:t>THE 'mosque' OF THE MUNAAFIQEEN</w:t>
      </w:r>
    </w:p>
    <w:p>
      <w:pPr>
        <w:spacing w:before="120" w:after="40" w:line="300" w:lineRule="exact"/>
        <w:jc w:val="both"/>
      </w:pPr>
      <w:r>
        <w:rPr>
          <w:rFonts w:ascii="Georgia" w:hAnsi="Georgia" w:cs="Georgia" w:eastAsia="Georgia"/>
          <w:b/>
          <w:i/>
          <w:sz w:val="22"/>
        </w:rPr>
        <w:t>Question: A Turkish woman in Germany has started a 'liberal mosque'. About this mosque, CBS News says: 'Ates (the Turkish woman) wanted to create a place were Sunni and Shiite, Alawite and Sufi Muslims, men and women – and members of the LGBTQ community – could pray side by side." President Erdogan of Turkey and even the liberal Al-Azhar institution of Sisis's Egypt have condemned Ates and her liberal 'mosque'. How is it possible for a Muslim to spearhead an institution which is so conspicuously kufr? Please comment on this inexplicable development.</w:t>
      </w:r>
    </w:p>
    <w:p>
      <w:pPr>
        <w:pStyle w:val="Heading3"/>
        <w:spacing w:before="200" w:after="120" w:line="300" w:lineRule="exact"/>
        <w:jc w:val="left"/>
      </w:pPr>
      <w:r>
        <w:rPr>
          <w:rFonts w:ascii="Georgia" w:hAnsi="Georgia" w:cs="Georgia" w:eastAsia="Georgia"/>
          <w:b/>
          <w:i w:val="0"/>
          <w:color w:val="2E74B5"/>
          <w:sz w:val="24"/>
        </w:rPr>
        <w:t>ANSWER AND COMMENT</w:t>
      </w:r>
    </w:p>
    <w:p>
      <w:pPr>
        <w:spacing w:before="0" w:after="120" w:line="300" w:lineRule="exact"/>
        <w:jc w:val="both"/>
      </w:pPr>
      <w:r>
        <w:rPr>
          <w:rFonts w:ascii="Georgia" w:hAnsi="Georgia" w:cs="Georgia" w:eastAsia="Georgia"/>
          <w:b w:val="0"/>
          <w:i w:val="0"/>
          <w:sz w:val="22"/>
        </w:rPr>
        <w:t>There is no need for surprise. The Turkish woman is a non-Muslim lesbian in cahoots with some sinister force such as the C.I.A. or Mossad. She is not a Muslim. Whilst she promotes herself as a 'muslim' and her temple of kufr as a 'mosque', she is in reality a Munaafiq – an agent of Shaitaan, employed by a sinister force to undermine Islam – to destroy Islam, which objective most obviously neither she nor her sinister handlers will ever be able to accomplish. The members of her temple are satanists. They worship shaitaan. She is the type of munaafiq who comes within the purview of the Qur'aanic aayat:</w:t>
      </w:r>
    </w:p>
    <w:p>
      <w:pPr>
        <w:spacing w:before="120" w:after="40" w:line="300" w:lineRule="exact"/>
        <w:jc w:val="both"/>
      </w:pPr>
      <w:r>
        <w:rPr>
          <w:rFonts w:ascii="Georgia" w:hAnsi="Georgia" w:cs="Georgia" w:eastAsia="Georgia"/>
          <w:b/>
          <w:i/>
          <w:sz w:val="22"/>
        </w:rPr>
        <w:t>"A group from the Ahl-e-Kitaab (Yahood and Nasaara) said:</w:t>
      </w:r>
    </w:p>
    <w:p>
      <w:pPr>
        <w:spacing w:before="120" w:after="40" w:line="300" w:lineRule="exact"/>
        <w:jc w:val="both"/>
      </w:pPr>
      <w:r>
        <w:rPr>
          <w:rFonts w:ascii="Georgia" w:hAnsi="Georgia" w:cs="Georgia" w:eastAsia="Georgia"/>
          <w:b/>
          <w:i/>
          <w:sz w:val="22"/>
        </w:rPr>
        <w:t>'Accept imaan (i.e. become muslims) early in the day, then towards the end of the day, become kaafir (i.e. renege from Islam), so that they (the Muslims) may return (to their former religion of shirk and idolatry)."</w:t>
      </w:r>
    </w:p>
    <w:p>
      <w:pPr>
        <w:spacing w:before="0" w:after="120" w:line="300" w:lineRule="exact"/>
        <w:jc w:val="both"/>
      </w:pPr>
      <w:r>
        <w:rPr>
          <w:rFonts w:ascii="Georgia" w:hAnsi="Georgia" w:cs="Georgia" w:eastAsia="Georgia"/>
          <w:b w:val="0"/>
          <w:i w:val="0"/>
          <w:sz w:val="22"/>
        </w:rPr>
        <w:t>The Jews of Makkah had devised a scheme of scuttling the nascent Islam which was attracting adherents from their ranks. The plot envisaged undermining Islam from within. Some of the Yahood pretending to have accepted Islam, joined the ranks of the Muslims. Then later they publicly renounced Islam and disseminated blatant falsehood about the teachings of the Deen. The objective was to undermine Islam with untruths and slanders. The lesbian Turkish woman being a front for a sinister force, has the very same objective of the Ahl-e-Kitaab. Only the method of accomplishing the satanic objective has changed. Instead of publicly reneging from Islam and becoming an avowed murtad, the lesbian is propagating her kufr in the name of Islam. This is the tactic of all anti-Islam liberal, modernist Zanaadiqah and Munaafiqeen of this era. They deem it a more effective way of undermining Islam. Propagating kufr whilst professing to be Muslim is the new methodology of the plot imparted to these vile agents of Iblees, by Shaitaan himself.</w:t>
      </w:r>
    </w:p>
    <w:p>
      <w:pPr>
        <w:spacing w:before="0" w:after="120" w:line="300" w:lineRule="exact"/>
        <w:jc w:val="both"/>
      </w:pPr>
      <w:r>
        <w:rPr>
          <w:rFonts w:ascii="Georgia" w:hAnsi="Georgia" w:cs="Georgia" w:eastAsia="Georgia"/>
          <w:b w:val="0"/>
          <w:i w:val="0"/>
          <w:sz w:val="22"/>
        </w:rPr>
        <w:t>The satanic 'mosque' of this lesbian is so grotesquely bizarre and ugly that it is impossible for even the most ignorant Muslim to be attracted to this satanic cult. The people who join the institutions of the Munaafiqeen, are not Muslims. Even if they were born in Muslim homes or had been known as Muslims, at heart they were always kuffaar of the munaafiq class. Allah Ta'ala had ordained them to be kuffaar. When they affiliate themselves with satanic cults such as the liberal 'mosque' of lesbians and perverted specimens of creation of the transgender kind, their hidden kufr and nifaaq are revealed. It is never possible for a Muslim to be affiliated with an institute of Rijs (Filth of the worst kind). The rijs is a divine curse afflicted on them.</w:t>
      </w:r>
    </w:p>
    <w:p>
      <w:pPr>
        <w:spacing w:before="0" w:after="120" w:line="300" w:lineRule="exact"/>
        <w:jc w:val="both"/>
      </w:pPr>
      <w:r>
        <w:rPr>
          <w:rFonts w:ascii="Georgia" w:hAnsi="Georgia" w:cs="Georgia" w:eastAsia="Georgia"/>
          <w:b w:val="0"/>
          <w:i w:val="0"/>
          <w:sz w:val="22"/>
        </w:rPr>
        <w:t>About munaafiqeen of the ilk of this lesbian, the Qur'aan Majeed says:</w:t>
      </w:r>
    </w:p>
    <w:p>
      <w:pPr>
        <w:spacing w:before="120" w:after="40" w:line="300" w:lineRule="exact"/>
        <w:jc w:val="both"/>
      </w:pPr>
      <w:r>
        <w:rPr>
          <w:rFonts w:ascii="Georgia" w:hAnsi="Georgia" w:cs="Georgia" w:eastAsia="Georgia"/>
          <w:b/>
          <w:i/>
          <w:sz w:val="22"/>
        </w:rPr>
        <w:t>"And, Allah casts rijs on those who have no Imaan."</w:t>
      </w:r>
    </w:p>
    <w:p>
      <w:pPr>
        <w:spacing w:before="0" w:after="120" w:line="300" w:lineRule="exact"/>
        <w:jc w:val="both"/>
      </w:pPr>
      <w:r>
        <w:rPr>
          <w:rFonts w:ascii="Georgia" w:hAnsi="Georgia" w:cs="Georgia" w:eastAsia="Georgia"/>
          <w:b w:val="0"/>
          <w:i w:val="0"/>
          <w:sz w:val="22"/>
        </w:rPr>
        <w:t>"And Allah Ta'ala casts rijs on those who cannot understand." In view of shaitaani manipulation, their brains are convoluted, thus they cannot understand their own villainy.</w:t>
      </w:r>
    </w:p>
    <w:p>
      <w:r>
        <w:br w:type="page"/>
      </w:r>
    </w:p>
    <w:p>
      <w:pPr>
        <w:pStyle w:val="Heading1"/>
        <w:spacing w:before="360" w:after="200" w:line="300" w:lineRule="exact"/>
        <w:jc w:val="center"/>
      </w:pPr>
      <w:r>
        <w:rPr>
          <w:rFonts w:ascii="Georgia" w:hAnsi="Georgia" w:cs="Georgia" w:eastAsia="Georgia"/>
          <w:b/>
          <w:i w:val="0"/>
          <w:color w:val="1F3864"/>
          <w:sz w:val="32"/>
        </w:rPr>
        <w:t>ARE PRISONERS SLAVES?</w:t>
      </w:r>
    </w:p>
    <w:p>
      <w:pPr>
        <w:spacing w:before="0" w:after="120" w:line="300" w:lineRule="exact"/>
        <w:jc w:val="both"/>
      </w:pPr>
      <w:r>
        <w:rPr>
          <w:rFonts w:ascii="Georgia" w:hAnsi="Georgia" w:cs="Georgia" w:eastAsia="Georgia"/>
          <w:b w:val="0"/>
          <w:i w:val="0"/>
          <w:sz w:val="22"/>
        </w:rPr>
        <w:t>Question: For the sake of Religious obligations, at what point is one considered a slave? Are prisoners in U.S. jails slaves? In America the Constitution includes an amendment (13th) that abolishes general ownership of slaves, however, the amendment contains a provision which allows an exception in the case of convicted criminals. In the case of a convicted criminal he/she enters into servitude to the government, and is treated as a slave. In every instance that the law refers to the slave, the actual word slave is changed for prisoner, offended, inmate, felon, convict, etc. the application is the same, however.</w:t>
      </w:r>
    </w:p>
    <w:p>
      <w:pPr>
        <w:spacing w:before="0" w:after="120" w:line="300" w:lineRule="exact"/>
        <w:jc w:val="both"/>
      </w:pPr>
      <w:r>
        <w:rPr>
          <w:rFonts w:ascii="Georgia" w:hAnsi="Georgia" w:cs="Georgia" w:eastAsia="Georgia"/>
          <w:b w:val="0"/>
          <w:i w:val="0"/>
          <w:sz w:val="22"/>
        </w:rPr>
        <w:t>The slave is forced to perform under threat of punishment or harsh treatment, and the government reserves the right to loan the slave for profit, with no right of the slave to rewards or compensation.</w:t>
      </w:r>
    </w:p>
    <w:p>
      <w:pPr>
        <w:spacing w:before="0" w:after="120" w:line="300" w:lineRule="exact"/>
        <w:jc w:val="both"/>
      </w:pPr>
      <w:r>
        <w:rPr>
          <w:rFonts w:ascii="Georgia" w:hAnsi="Georgia" w:cs="Georgia" w:eastAsia="Georgia"/>
          <w:b w:val="0"/>
          <w:i w:val="0"/>
          <w:sz w:val="22"/>
        </w:rPr>
        <w:t>Very few Americans actually think of this form of slavery as a form of slavery, they are not usually aware of the nature of it. So what exactly makes a slave a slave? If you do not call a slave a slave, is it still a slave, even if you call it something else?</w:t>
      </w:r>
    </w:p>
    <w:p>
      <w:pPr>
        <w:spacing w:before="0" w:after="120" w:line="300" w:lineRule="exact"/>
        <w:jc w:val="both"/>
      </w:pPr>
      <w:r>
        <w:rPr>
          <w:rFonts w:ascii="Georgia" w:hAnsi="Georgia" w:cs="Georgia" w:eastAsia="Georgia"/>
          <w:b w:val="0"/>
          <w:i w:val="0"/>
          <w:sz w:val="22"/>
        </w:rPr>
        <w:t>Answer: Despite the oppression and exploitation by the government, prisoners are not slaves in the literal sense. While the government may 'loan' a prisoner, exploit him, punish him, it does not own him. The government even in terms of its own law, does not have the right to sell the prisoner thereby assigning him to the ownership of someone else. A slave in the true sense of its meaning is the property of a person who has the right to sell the slave and to emancipate him. A slave does not own and cannot own any assets. Whatever the slave has or earns is the property of the master. Prisoners are released from custody after they have served their sentence. Their freedom is dependent on the termination of their sentence. The government then has no further rights over them whereas a slave attains freedom from his master's ownership only if the latter sets him free. The Islamic laws applicable to slaves do not apply to prisoners.</w:t>
      </w:r>
    </w:p>
    <w:p>
      <w:r>
        <w:br w:type="page"/>
      </w:r>
    </w:p>
    <w:p>
      <w:pPr>
        <w:pStyle w:val="Heading1"/>
        <w:spacing w:before="360" w:after="200" w:line="300" w:lineRule="exact"/>
        <w:jc w:val="center"/>
      </w:pPr>
      <w:r>
        <w:rPr>
          <w:rFonts w:ascii="Georgia" w:hAnsi="Georgia" w:cs="Georgia" w:eastAsia="Georgia"/>
          <w:b/>
          <w:i w:val="0"/>
          <w:color w:val="1F3864"/>
          <w:sz w:val="32"/>
        </w:rPr>
        <w:t>JAHEZ</w:t>
      </w:r>
    </w:p>
    <w:p>
      <w:pPr>
        <w:pStyle w:val="Heading3"/>
        <w:spacing w:before="200" w:after="120" w:line="300" w:lineRule="exact"/>
        <w:jc w:val="left"/>
      </w:pPr>
      <w:r>
        <w:rPr>
          <w:rFonts w:ascii="Georgia" w:hAnsi="Georgia" w:cs="Georgia" w:eastAsia="Georgia"/>
          <w:b/>
          <w:i w:val="0"/>
          <w:color w:val="2E74B5"/>
          <w:sz w:val="24"/>
        </w:rPr>
        <w:t>THE HARAAM SYSTEM OF MURDERING BRIDES</w:t>
      </w:r>
    </w:p>
    <w:p>
      <w:pPr>
        <w:spacing w:before="0" w:after="120" w:line="300" w:lineRule="exact"/>
        <w:jc w:val="both"/>
      </w:pPr>
      <w:r>
        <w:rPr>
          <w:rFonts w:ascii="Georgia" w:hAnsi="Georgia" w:cs="Georgia" w:eastAsia="Georgia"/>
          <w:b w:val="0"/>
          <w:i w:val="0"/>
          <w:sz w:val="22"/>
        </w:rPr>
        <w:t>JAHEZ is the haraam system of the bride and her family having to pay exorbitant 'dowry' to the groom. It is a brutal and murderous opposite of the Shariah's system of Mahr which the man is required to pay to his bride. Jahez is literally a system which leads to killing of the bride and in some cases to the bride committing suicide. It is not known from which Shaitaan have Muslims in India, Pakistan, Bangladesh and Sri Lanka inherited this barbaric system with regard to which 99.9% of the Ulama in those lands being mute and absolute "DUMB DEVILS".</w:t>
      </w:r>
    </w:p>
    <w:p>
      <w:pPr>
        <w:spacing w:before="0" w:after="120" w:line="300" w:lineRule="exact"/>
        <w:jc w:val="both"/>
      </w:pPr>
      <w:r>
        <w:rPr>
          <w:rFonts w:ascii="Georgia" w:hAnsi="Georgia" w:cs="Georgia" w:eastAsia="Georgia"/>
          <w:b w:val="0"/>
          <w:i w:val="0"/>
          <w:sz w:val="22"/>
        </w:rPr>
        <w:t>This satanic system is so entrenched in the life fabric of Muslim societies of these lands, that it is condoned by even the senior Ulama. The suffering of Muslims in these lands at the hands of the idol-worshipping and cow-worshipping Hindus is therefore not surprising. Perhaps here and there may be heard an isolated whisper of criticism emanating from some Aalim. The evil Jahez system is so terribly ingrained in every capillary of the population that even the secular governments are impotent. They have miserably failed to eradicate this abominable system of satanism.</w:t>
      </w:r>
    </w:p>
    <w:p>
      <w:pPr>
        <w:spacing w:before="0" w:after="120" w:line="300" w:lineRule="exact"/>
        <w:jc w:val="both"/>
      </w:pPr>
      <w:r>
        <w:rPr>
          <w:rFonts w:ascii="Georgia" w:hAnsi="Georgia" w:cs="Georgia" w:eastAsia="Georgia"/>
          <w:b w:val="0"/>
          <w:i w:val="0"/>
          <w:sz w:val="22"/>
        </w:rPr>
        <w:t>This barbaric system requires the payment of assets – property, cash, furniture, appliances, motorbikes, vehicles, jewellery, etc., etc., by the bride's family to the bridegroom's family. If the Jahez requirement has not been fulfilled, the bride is subjected to great physical and mental abuse. Frequently the bride is murdered, and in some cases, the woman commits suicide to escape the torture of her husband and in-laws. Even in so-called respectable and cultured families, while the bride will not be killed, the custom of Jahez is considered 'waajib'. It exists even in the homes of Ulama. Aborting female foetuses is another savage crime and by-product which is perpetrated by the parents of a woman. If by means of modern technology the gender of the foetus is ascertained to be female, the baby is aborted – brutally murdered – to avoid paying the jahez in later years. It is akin to the pre-Islam custom of infanticide practised by the Arab mushrikeen who would bury alive their female babies.</w:t>
      </w:r>
    </w:p>
    <w:p>
      <w:pPr>
        <w:spacing w:before="0" w:after="120" w:line="300" w:lineRule="exact"/>
        <w:jc w:val="both"/>
      </w:pPr>
      <w:r>
        <w:rPr>
          <w:rFonts w:ascii="Georgia" w:hAnsi="Georgia" w:cs="Georgia" w:eastAsia="Georgia"/>
          <w:b w:val="0"/>
          <w:i w:val="0"/>
          <w:sz w:val="22"/>
        </w:rPr>
        <w:t>Jahez is the worst form of savage banditry and extortion which has been accorded acceptability and respectability in the societies of these lands. The demands of this system of brutal banditry continues even after the initial Jahez has been paid.</w:t>
      </w:r>
    </w:p>
    <w:p>
      <w:pPr>
        <w:spacing w:before="0" w:after="120" w:line="300" w:lineRule="exact"/>
        <w:jc w:val="both"/>
      </w:pPr>
      <w:r>
        <w:rPr>
          <w:rFonts w:ascii="Georgia" w:hAnsi="Georgia" w:cs="Georgia" w:eastAsia="Georgia"/>
          <w:b w:val="0"/>
          <w:i w:val="0"/>
          <w:sz w:val="22"/>
        </w:rPr>
        <w:t>In NA-Pakistan (the Impure Land) which has a preponderance of ulama-e-soo', annually 2000 brides are murdered, yet the ulama have deliberately opted to remain deaf, dumb and blind. In India about 8,000 such murders are committed every year.</w:t>
      </w:r>
    </w:p>
    <w:p>
      <w:pPr>
        <w:spacing w:before="0" w:after="120" w:line="300" w:lineRule="exact"/>
        <w:jc w:val="both"/>
      </w:pPr>
      <w:r>
        <w:rPr>
          <w:rFonts w:ascii="Georgia" w:hAnsi="Georgia" w:cs="Georgia" w:eastAsia="Georgia"/>
          <w:b w:val="0"/>
          <w:i w:val="0"/>
          <w:sz w:val="22"/>
        </w:rPr>
        <w:t>How is it ever possible for a nation to prosper and lead when the morality of the people is so rotten and savage as to condone the murderous custom of Jahez, and even the brutal killing of brides for their inability to satisfy in haraam ways the inordinate satanic greed of their in-laws? There are no words which can adequately describe the zulm of these people and the savagery stemming in the wake of this satanic custom.</w:t>
      </w:r>
    </w:p>
    <w:p>
      <w:pPr>
        <w:spacing w:before="0" w:after="120" w:line="300" w:lineRule="exact"/>
        <w:jc w:val="both"/>
      </w:pPr>
      <w:r>
        <w:rPr>
          <w:rFonts w:ascii="Georgia" w:hAnsi="Georgia" w:cs="Georgia" w:eastAsia="Georgia"/>
          <w:b w:val="0"/>
          <w:i w:val="0"/>
          <w:sz w:val="22"/>
        </w:rPr>
        <w:t>An occasional whisper by an Aalim does not discharge the obligation of Amr Bil Ma'roof Nahyi Anil Munkar which the sacred Office of Nubuwwat has placed on the shoulders of the Ulama who are supposed to be the Heirs of the Ambiya (Alayhimus salaam). Both the Ulama and the secular government have terribly failed and abandoned their obligation of eradicating this barbaric system.</w:t>
      </w:r>
    </w:p>
    <w:p>
      <w:pPr>
        <w:spacing w:before="0" w:after="120" w:line="300" w:lineRule="exact"/>
        <w:jc w:val="both"/>
      </w:pPr>
      <w:r>
        <w:rPr>
          <w:rFonts w:ascii="Georgia" w:hAnsi="Georgia" w:cs="Georgia" w:eastAsia="Georgia"/>
          <w:b w:val="0"/>
          <w:i w:val="0"/>
          <w:sz w:val="22"/>
        </w:rPr>
        <w:t>While the reluctance to act of the secular kuffaar governments of NA-Pakistan and Bangladesh is understandable, the silence of the Ulama is intolerable and lamentable. There is no justification for abstention from Amr Bil Ma'roof. The secular authorities deem it prudent to appease the juhala masses by refraining from embarking on a policy of eradicating the evil. But what has happened to the Ulama? It is their obligation to initiate an educational and da'wat campaign for the elimination of this savagery which the Ulama are condoning with their silence which is interpreted by the masses as acceptance and validity of the system.</w:t>
      </w:r>
    </w:p>
    <w:p>
      <w:pPr>
        <w:spacing w:before="0" w:after="120" w:line="300" w:lineRule="exact"/>
        <w:jc w:val="both"/>
      </w:pPr>
      <w:r>
        <w:rPr>
          <w:rFonts w:ascii="Georgia" w:hAnsi="Georgia" w:cs="Georgia" w:eastAsia="Georgia"/>
          <w:b w:val="0"/>
          <w:i w:val="0"/>
          <w:sz w:val="22"/>
        </w:rPr>
        <w:t>In NA-Pakistan the government, to appease the demands of the U.S.A., has embarked on a vicious and cruel programme of forced-immunization. People in even the remote countryside are forcefully vaccinated. Heavy fines and jail sentences are meted out to those who refuse to submit to the haraam vaccination ordered by the U.S. master. Yet, no measures are introduced to eradicate the haraam Jahez savagery.</w:t>
      </w:r>
    </w:p>
    <w:p>
      <w:pPr>
        <w:spacing w:before="0" w:after="120" w:line="300" w:lineRule="exact"/>
        <w:jc w:val="both"/>
      </w:pPr>
      <w:r>
        <w:rPr>
          <w:rFonts w:ascii="Georgia" w:hAnsi="Georgia" w:cs="Georgia" w:eastAsia="Georgia"/>
          <w:b w:val="0"/>
          <w:i w:val="0"/>
          <w:sz w:val="22"/>
        </w:rPr>
        <w:t>The western enemies of Islam, are swift in attributing this barbaric system to Islam despite being fully aware that there is not the slightest affinity between Islam and this evil custom prevalent in the tribal societies of these countries since time immemorial. The deafening silence of the Ulama serves as silent support for the propaganda of the West against Islam. The silence and apathy of the Ulama are the effects of their desire to appease the juhala. The Qur'aan commands the Ulama to fear only Allah Ta'ala, and to proclaim the Haqq regardless of the displeasure and annoyance of the people. Allah Ta'ala commands:</w:t>
      </w:r>
    </w:p>
    <w:p>
      <w:pPr>
        <w:spacing w:before="120" w:after="40" w:line="300" w:lineRule="exact"/>
        <w:jc w:val="both"/>
      </w:pPr>
      <w:r>
        <w:rPr>
          <w:rFonts w:ascii="Georgia" w:hAnsi="Georgia" w:cs="Georgia" w:eastAsia="Georgia"/>
          <w:b/>
          <w:i/>
          <w:sz w:val="22"/>
        </w:rPr>
        <w:t>"Do not fear the people. Fear ME, and do not trade My Aayaat (Laws/Shariah) for a miserable price)."</w:t>
      </w:r>
    </w:p>
    <w:p>
      <w:r>
        <w:br w:type="page"/>
      </w:r>
    </w:p>
    <w:p>
      <w:pPr>
        <w:spacing w:before="0" w:after="120" w:line="300" w:lineRule="exact"/>
        <w:jc w:val="both"/>
      </w:pPr>
      <w:r>
        <w:rPr>
          <w:rFonts w:ascii="Georgia" w:hAnsi="Georgia" w:cs="Georgia" w:eastAsia="Georgia"/>
          <w:b w:val="0"/>
          <w:i w:val="0"/>
          <w:sz w:val="22"/>
        </w:rPr>
        <w:t>Q. Is it permissible to take part as officers overseeing the national population census of the country with questionnaires taking details of people's lives and livelihood of every household?</w:t>
      </w:r>
    </w:p>
    <w:p>
      <w:pPr>
        <w:spacing w:before="0" w:after="120" w:line="300" w:lineRule="exact"/>
        <w:jc w:val="both"/>
      </w:pPr>
      <w:r>
        <w:rPr>
          <w:rFonts w:ascii="Georgia" w:hAnsi="Georgia" w:cs="Georgia" w:eastAsia="Georgia"/>
          <w:b w:val="0"/>
          <w:i w:val="0"/>
          <w:sz w:val="22"/>
        </w:rPr>
        <w:t>A. It is not permissible. Invasion of the privacy of people is not permissible, and working for a kuffaar government is also not permissible.</w:t>
      </w:r>
    </w:p>
    <w:p>
      <w:pPr>
        <w:spacing w:before="0" w:after="120" w:line="300" w:lineRule="exact"/>
        <w:jc w:val="both"/>
      </w:pPr>
      <w:r>
        <w:rPr>
          <w:rFonts w:ascii="Georgia" w:hAnsi="Georgia" w:cs="Georgia" w:eastAsia="Georgia"/>
          <w:b w:val="0"/>
          <w:i w:val="0"/>
          <w:sz w:val="22"/>
        </w:rPr>
        <w:t>Q. A brother says: Any justice system which is not the justice of Islam is injustice, until the end of time even though the injustice is not apparent. Is this statement correct? Please comment.</w:t>
      </w:r>
    </w:p>
    <w:p>
      <w:pPr>
        <w:spacing w:before="0" w:after="120" w:line="300" w:lineRule="exact"/>
        <w:jc w:val="both"/>
      </w:pPr>
      <w:r>
        <w:rPr>
          <w:rFonts w:ascii="Georgia" w:hAnsi="Georgia" w:cs="Georgia" w:eastAsia="Georgia"/>
          <w:b w:val="0"/>
          <w:i w:val="0"/>
          <w:sz w:val="22"/>
        </w:rPr>
        <w:t>A. Yes, the brother's statement is correct. Every system of justice other than the Islamic system is injustice.</w:t>
      </w:r>
    </w:p>
    <w:p>
      <w:pPr>
        <w:spacing w:before="0" w:after="120" w:line="300" w:lineRule="exact"/>
        <w:jc w:val="both"/>
      </w:pPr>
      <w:r>
        <w:rPr>
          <w:rFonts w:ascii="Georgia" w:hAnsi="Georgia" w:cs="Georgia" w:eastAsia="Georgia"/>
          <w:b w:val="0"/>
          <w:i w:val="0"/>
          <w:sz w:val="22"/>
        </w:rPr>
        <w:t>Q. Is it permissible to work in any capacity in the military of non-Muslim countries?</w:t>
      </w:r>
    </w:p>
    <w:p>
      <w:pPr>
        <w:spacing w:before="0" w:after="120" w:line="300" w:lineRule="exact"/>
        <w:jc w:val="both"/>
      </w:pPr>
      <w:r>
        <w:rPr>
          <w:rFonts w:ascii="Georgia" w:hAnsi="Georgia" w:cs="Georgia" w:eastAsia="Georgia"/>
          <w:b w:val="0"/>
          <w:i w:val="0"/>
          <w:sz w:val="22"/>
        </w:rPr>
        <w:t>A. It is not permissible to work in a kuffaar military or even any military of today's governments in Muslim lands. Everything in these kuffaar armies is haraam.</w:t>
      </w:r>
    </w:p>
    <w:p>
      <w:pPr>
        <w:spacing w:before="0" w:after="120" w:line="300" w:lineRule="exact"/>
        <w:jc w:val="both"/>
      </w:pPr>
      <w:r>
        <w:rPr>
          <w:rFonts w:ascii="Georgia" w:hAnsi="Georgia" w:cs="Georgia" w:eastAsia="Georgia"/>
          <w:b w:val="0"/>
          <w:i w:val="0"/>
          <w:sz w:val="22"/>
        </w:rPr>
        <w:t>Q. Some people say that Erdogan, the president of Turkey is not a Muslim. Is this true?</w:t>
      </w:r>
    </w:p>
    <w:p>
      <w:pPr>
        <w:spacing w:before="0" w:after="120" w:line="300" w:lineRule="exact"/>
        <w:jc w:val="both"/>
      </w:pPr>
      <w:r>
        <w:rPr>
          <w:rFonts w:ascii="Georgia" w:hAnsi="Georgia" w:cs="Georgia" w:eastAsia="Georgia"/>
          <w:b w:val="0"/>
          <w:i w:val="0"/>
          <w:sz w:val="22"/>
        </w:rPr>
        <w:t>A. We have heard of the president of Turkey. He claims to be a Muslim. We do not know if he is not a Muslim. Why do they say he is not a Muslim?</w:t>
      </w:r>
    </w:p>
    <w:p>
      <w:pPr>
        <w:spacing w:before="0" w:after="120" w:line="300" w:lineRule="exact"/>
        <w:jc w:val="both"/>
      </w:pPr>
      <w:r>
        <w:rPr>
          <w:rFonts w:ascii="Georgia" w:hAnsi="Georgia" w:cs="Georgia" w:eastAsia="Georgia"/>
          <w:b w:val="0"/>
          <w:i w:val="0"/>
          <w:sz w:val="22"/>
        </w:rPr>
        <w:t>Q. Is it permissible to vote in democratic elections?</w:t>
      </w:r>
    </w:p>
    <w:p>
      <w:pPr>
        <w:spacing w:before="0" w:after="120" w:line="300" w:lineRule="exact"/>
        <w:jc w:val="both"/>
      </w:pPr>
      <w:r>
        <w:rPr>
          <w:rFonts w:ascii="Georgia" w:hAnsi="Georgia" w:cs="Georgia" w:eastAsia="Georgia"/>
          <w:b w:val="0"/>
          <w:i w:val="0"/>
          <w:sz w:val="22"/>
        </w:rPr>
        <w:t>A. Democracies are kuffaar systems. Voting in these elections is not permissible.</w:t>
      </w:r>
    </w:p>
    <w:p>
      <w:pPr>
        <w:spacing w:before="0" w:after="120" w:line="300" w:lineRule="exact"/>
        <w:jc w:val="both"/>
      </w:pPr>
      <w:r>
        <w:rPr>
          <w:rFonts w:ascii="Georgia" w:hAnsi="Georgia" w:cs="Georgia" w:eastAsia="Georgia"/>
          <w:b w:val="0"/>
          <w:i w:val="0"/>
          <w:sz w:val="22"/>
        </w:rPr>
        <w:t>Q. Is it permissible to vote in elections for these political leaders? The Imaams and Ulama in our country are voting. A. Imaams, Ulama and all Muslims should abstain from voting for political leaders. All of them are involved in making kufr laws – laws in conflict with the Shariah. Voting will be permissible in exceptional circumstances. But, generally Muslims should abstain. The Imaams described by you are deviates who are misleading Muslims. Instead of being guides, they are mudhilleen (those who lead others astray towards Jahannam)</w:t>
      </w:r>
    </w:p>
    <w:p>
      <w:pPr>
        <w:spacing w:before="0" w:after="120" w:line="300" w:lineRule="exact"/>
        <w:jc w:val="both"/>
      </w:pPr>
      <w:r>
        <w:rPr>
          <w:rFonts w:ascii="Georgia" w:hAnsi="Georgia" w:cs="Georgia" w:eastAsia="Georgia"/>
          <w:b w:val="0"/>
          <w:i w:val="0"/>
          <w:sz w:val="22"/>
        </w:rPr>
        <w:t>Q. Qatar is spending hundreds of billions of dollars to host the kuffaar games. How can they squander so much money when there is horrible suffering among the Syrians right at their door step?</w:t>
      </w:r>
    </w:p>
    <w:p>
      <w:pPr>
        <w:spacing w:before="0" w:after="120" w:line="300" w:lineRule="exact"/>
        <w:jc w:val="both"/>
      </w:pPr>
      <w:r>
        <w:rPr>
          <w:rFonts w:ascii="Georgia" w:hAnsi="Georgia" w:cs="Georgia" w:eastAsia="Georgia"/>
          <w:b w:val="0"/>
          <w:i w:val="0"/>
          <w:sz w:val="22"/>
        </w:rPr>
        <w:t>A. Qatar and all Muslim governments are slaves of Shaitaan. They are gripped in Shaitaan's tentacles, hence have become the brothers of the Devil as mentioned in the Qur'aan. That is why they squander the wealth of the nation on haraam. Whatever they do is haraam. There is nothing surprising in their waste and kufr. They are veritable kuffaar of the murtad category.</w:t>
      </w:r>
    </w:p>
    <w:p>
      <w:pPr>
        <w:spacing w:before="120" w:after="40" w:line="300" w:lineRule="exact"/>
        <w:jc w:val="both"/>
      </w:pPr>
      <w:r>
        <w:rPr>
          <w:rFonts w:ascii="Georgia" w:hAnsi="Georgia" w:cs="Georgia" w:eastAsia="Georgia"/>
          <w:b/>
          <w:i/>
          <w:sz w:val="22"/>
        </w:rPr>
        <w:t>Q. "Ibn 'Umar (May Allah be pleased with them) reported: The Messenger of Allah (Sallallahu alayhi wasallam) said, "One who withdraws his hand from obedience (to the Amir) will find no argument (in his defense) when he stands before Allah on the Day of Resurrection; and one who dies without having sworn allegiance will die the death of one belonging to the Days of Ignorance." [Muslim &amp; Book 1 hadith 665] &amp; (Musnad Ahmed volume 4 page 96) [Sunan an-Nasa'i Vol. 5, Book 37, Hadith 4119]</w:t>
      </w:r>
    </w:p>
    <w:p>
      <w:pPr>
        <w:spacing w:before="0" w:after="120" w:line="300" w:lineRule="exact"/>
        <w:jc w:val="both"/>
      </w:pPr>
      <w:r>
        <w:rPr>
          <w:rFonts w:ascii="Georgia" w:hAnsi="Georgia" w:cs="Georgia" w:eastAsia="Georgia"/>
          <w:b w:val="0"/>
          <w:i w:val="0"/>
          <w:sz w:val="22"/>
        </w:rPr>
        <w:t>To whom should we give bay'a? I don't want to die in a state of ignorance. Or correct me if I'm wrong please.</w:t>
      </w:r>
    </w:p>
    <w:p>
      <w:pPr>
        <w:spacing w:before="0" w:after="120" w:line="300" w:lineRule="exact"/>
        <w:jc w:val="both"/>
      </w:pPr>
      <w:r>
        <w:rPr>
          <w:rFonts w:ascii="Georgia" w:hAnsi="Georgia" w:cs="Georgia" w:eastAsia="Georgia"/>
          <w:b w:val="0"/>
          <w:i w:val="0"/>
          <w:sz w:val="22"/>
        </w:rPr>
        <w:t>A. You have to give allegiance (bay't) to the Khalifah of Islam. If there is no such Khalifah, you are not allowed to offer allegiance to the devil. Rasulullah (Sallallahu alayhi wasallam) commanded allegiance to the legitimate Khalifah. Today there is no Khalifah, so what is your fear? The warning applies only if there is a Khalifah.</w:t>
      </w:r>
    </w:p>
    <w:p>
      <w:pPr>
        <w:spacing w:before="0" w:after="120" w:line="300" w:lineRule="exact"/>
        <w:jc w:val="both"/>
      </w:pPr>
      <w:r>
        <w:rPr>
          <w:rFonts w:ascii="Georgia" w:hAnsi="Georgia" w:cs="Georgia" w:eastAsia="Georgia"/>
          <w:b w:val="0"/>
          <w:i w:val="0"/>
          <w:sz w:val="22"/>
        </w:rPr>
        <w:t>Q. Is it permissible to participate in the 24 hour hunger strike in solidarity of Palestian prisoners?</w:t>
      </w:r>
    </w:p>
    <w:p>
      <w:pPr>
        <w:spacing w:before="0" w:after="120" w:line="300" w:lineRule="exact"/>
        <w:jc w:val="both"/>
      </w:pPr>
      <w:r>
        <w:rPr>
          <w:rFonts w:ascii="Georgia" w:hAnsi="Georgia" w:cs="Georgia" w:eastAsia="Georgia"/>
          <w:b w:val="0"/>
          <w:i w:val="0"/>
          <w:sz w:val="22"/>
        </w:rPr>
        <w:t>A. The 24 hour hunger strike is HARAAM. It is a kuffaar strategy. Islam does not tolerate such stupid kuffaar methods. Muslims who adopt such methods are following the kuffaar into the 'lizard's hole'. When Muslims are impotent, sprawling in disgrace at the feet of the kuffaar, unable to engage in valid Jihad, then the only alternative is Sabr and to make dua, and to attend to moral reformation. Only then will Allah's help come. Emulating kuffaar tactics will bring only greater humiliation to Muslims. This 24 hour hunger strike by stupid South African Muslims is haraam, ineffective and silly.</w:t>
      </w:r>
    </w:p>
    <w:p>
      <w:pPr>
        <w:spacing w:before="0" w:after="120" w:line="300" w:lineRule="exact"/>
        <w:jc w:val="both"/>
      </w:pPr>
      <w:r>
        <w:rPr>
          <w:rFonts w:ascii="Georgia" w:hAnsi="Georgia" w:cs="Georgia" w:eastAsia="Georgia"/>
          <w:b w:val="0"/>
          <w:i w:val="0"/>
          <w:sz w:val="22"/>
        </w:rPr>
        <w:t>Q. Is ISIS of the Khawaarij? A. While ISIS is in total error and guilty of atrocities, we cannot say that they are Khawaarij. We do not know what they really are. But, it is not permissible to join them.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