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50</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10 were joined in this issue.</w:t>
      </w:r>
    </w:p>
    <w:p>
      <w:pPr>
        <w:spacing w:before="0" w:after="80" w:line="300" w:lineRule="exact"/>
        <w:jc w:val="left"/>
      </w:pPr>
      <w:r>
        <w:rPr>
          <w:rFonts w:ascii="Georgia" w:hAnsi="Georgia" w:cs="Georgia" w:eastAsia="Georgia"/>
          <w:b w:val="0"/>
          <w:i w:val="0"/>
          <w:sz w:val="18"/>
        </w:rPr>
        <w:t>Headings: 6 read from the PDF's own text, 27 read from the printed headline artwork, 1 taken from the Majlis's running head, and 3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476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98.46% of the original's words are present and 96.13%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TURKEY - A DIVINE OPPORTUNITY (page 1)</w:t>
      </w:r>
    </w:p>
    <w:p>
      <w:pPr>
        <w:spacing w:before="0" w:after="40" w:line="300" w:lineRule="exact"/>
        <w:jc w:val="left"/>
      </w:pPr>
      <w:r>
        <w:rPr>
          <w:rFonts w:ascii="Georgia" w:hAnsi="Georgia" w:cs="Georgia" w:eastAsia="Georgia"/>
          <w:b w:val="0"/>
          <w:i w:val="0"/>
          <w:sz w:val="20"/>
        </w:rPr>
        <w:t>3. OUR COMMENT (page 1, 4)</w:t>
      </w:r>
    </w:p>
    <w:p>
      <w:pPr>
        <w:spacing w:before="0" w:after="40" w:line="300" w:lineRule="exact"/>
        <w:jc w:val="left"/>
      </w:pPr>
      <w:r>
        <w:rPr>
          <w:rFonts w:ascii="Georgia" w:hAnsi="Georgia" w:cs="Georgia" w:eastAsia="Georgia"/>
          <w:b w:val="0"/>
          <w:i w:val="0"/>
          <w:sz w:val="20"/>
        </w:rPr>
        <w:t>4. THE BOGUS ISIS 'CALIPHATE' - THE ILLEGITIMATE CHILD OF THE U.S.A (page 1)</w:t>
      </w:r>
    </w:p>
    <w:p>
      <w:pPr>
        <w:spacing w:before="0" w:after="40" w:line="300" w:lineRule="exact"/>
        <w:jc w:val="left"/>
      </w:pPr>
      <w:r>
        <w:rPr>
          <w:rFonts w:ascii="Georgia" w:hAnsi="Georgia" w:cs="Georgia" w:eastAsia="Georgia"/>
          <w:b w:val="0"/>
          <w:i w:val="0"/>
          <w:sz w:val="20"/>
        </w:rPr>
        <w:t>5. THE ISLAMIC STATE, THE 'CALIPHATE PROJECT' AND THE 'GLOBAL WAR ON TERRORISM' (page 1, 6)</w:t>
      </w:r>
    </w:p>
    <w:p>
      <w:pPr>
        <w:spacing w:before="0" w:after="40" w:line="300" w:lineRule="exact"/>
        <w:jc w:val="left"/>
      </w:pPr>
      <w:r>
        <w:rPr>
          <w:rFonts w:ascii="Georgia" w:hAnsi="Georgia" w:cs="Georgia" w:eastAsia="Georgia"/>
          <w:b w:val="0"/>
          <w:i w:val="0"/>
          <w:sz w:val="20"/>
        </w:rPr>
        <w:t>6. FALSE FLAG 'TERRORIST' OPERATIONS EXECUTED BY THE WORLD'S ONLY TERRORIST - THE U.S.A (page 2)</w:t>
      </w:r>
    </w:p>
    <w:p>
      <w:pPr>
        <w:spacing w:before="0" w:after="40" w:line="300" w:lineRule="exact"/>
        <w:jc w:val="left"/>
      </w:pPr>
      <w:r>
        <w:rPr>
          <w:rFonts w:ascii="Georgia" w:hAnsi="Georgia" w:cs="Georgia" w:eastAsia="Georgia"/>
          <w:b w:val="0"/>
          <w:i w:val="0"/>
          <w:sz w:val="20"/>
        </w:rPr>
        <w:t>7. for a war against terrorism. (page 2) [no printed headline]</w:t>
      </w:r>
    </w:p>
    <w:p>
      <w:pPr>
        <w:spacing w:before="0" w:after="40" w:line="300" w:lineRule="exact"/>
        <w:jc w:val="left"/>
      </w:pPr>
      <w:r>
        <w:rPr>
          <w:rFonts w:ascii="Georgia" w:hAnsi="Georgia" w:cs="Georgia" w:eastAsia="Georgia"/>
          <w:b w:val="0"/>
          <w:i w:val="0"/>
          <w:sz w:val="20"/>
        </w:rPr>
        <w:t>8. QUR'AANIC COMMENT (page 2, 3)</w:t>
      </w:r>
    </w:p>
    <w:p>
      <w:pPr>
        <w:spacing w:before="0" w:after="40" w:line="300" w:lineRule="exact"/>
        <w:jc w:val="left"/>
      </w:pPr>
      <w:r>
        <w:rPr>
          <w:rFonts w:ascii="Georgia" w:hAnsi="Georgia" w:cs="Georgia" w:eastAsia="Georgia"/>
          <w:b w:val="0"/>
          <w:i w:val="0"/>
          <w:sz w:val="20"/>
        </w:rPr>
        <w:t>9. THE KASHMIRI ANARCHY (page 3)</w:t>
      </w:r>
    </w:p>
    <w:p>
      <w:pPr>
        <w:spacing w:before="0" w:after="40" w:line="300" w:lineRule="exact"/>
        <w:jc w:val="left"/>
      </w:pPr>
      <w:r>
        <w:rPr>
          <w:rFonts w:ascii="Georgia" w:hAnsi="Georgia" w:cs="Georgia" w:eastAsia="Georgia"/>
          <w:b w:val="0"/>
          <w:i w:val="0"/>
          <w:sz w:val="20"/>
        </w:rPr>
        <w:t>10. AL-QAIDA - THE U.S. BOGEY (page 3)</w:t>
      </w:r>
    </w:p>
    <w:p>
      <w:pPr>
        <w:spacing w:before="0" w:after="40" w:line="300" w:lineRule="exact"/>
        <w:jc w:val="left"/>
      </w:pPr>
      <w:r>
        <w:rPr>
          <w:rFonts w:ascii="Georgia" w:hAnsi="Georgia" w:cs="Georgia" w:eastAsia="Georgia"/>
          <w:b w:val="0"/>
          <w:i w:val="0"/>
          <w:sz w:val="20"/>
        </w:rPr>
        <w:t>11. TALIBAN GAINS (page 3)</w:t>
      </w:r>
    </w:p>
    <w:p>
      <w:pPr>
        <w:spacing w:before="0" w:after="40" w:line="300" w:lineRule="exact"/>
        <w:jc w:val="left"/>
      </w:pPr>
      <w:r>
        <w:rPr>
          <w:rFonts w:ascii="Georgia" w:hAnsi="Georgia" w:cs="Georgia" w:eastAsia="Georgia"/>
          <w:b w:val="0"/>
          <w:i w:val="0"/>
          <w:sz w:val="20"/>
        </w:rPr>
        <w:t>12. SUDDEN AND SWIFT (page 3)</w:t>
      </w:r>
    </w:p>
    <w:p>
      <w:pPr>
        <w:spacing w:before="0" w:after="40" w:line="300" w:lineRule="exact"/>
        <w:jc w:val="left"/>
      </w:pPr>
      <w:r>
        <w:rPr>
          <w:rFonts w:ascii="Georgia" w:hAnsi="Georgia" w:cs="Georgia" w:eastAsia="Georgia"/>
          <w:b w:val="0"/>
          <w:i w:val="0"/>
          <w:sz w:val="20"/>
        </w:rPr>
        <w:t>13. GULEN'S SINISTER MOVEMENT IN S. A (page 4)</w:t>
      </w:r>
    </w:p>
    <w:p>
      <w:pPr>
        <w:spacing w:before="0" w:after="40" w:line="300" w:lineRule="exact"/>
        <w:jc w:val="left"/>
      </w:pPr>
      <w:r>
        <w:rPr>
          <w:rFonts w:ascii="Georgia" w:hAnsi="Georgia" w:cs="Georgia" w:eastAsia="Georgia"/>
          <w:b w:val="0"/>
          <w:i w:val="0"/>
          <w:sz w:val="20"/>
        </w:rPr>
        <w:t>14. TALIBAN CONTROL (page 4)</w:t>
      </w:r>
    </w:p>
    <w:p>
      <w:pPr>
        <w:spacing w:before="0" w:after="40" w:line="300" w:lineRule="exact"/>
        <w:jc w:val="left"/>
      </w:pPr>
      <w:r>
        <w:rPr>
          <w:rFonts w:ascii="Georgia" w:hAnsi="Georgia" w:cs="Georgia" w:eastAsia="Georgia"/>
          <w:b w:val="0"/>
          <w:i w:val="0"/>
          <w:sz w:val="20"/>
        </w:rPr>
        <w:t>15. THE ERA OF WAHN (page 4)</w:t>
      </w:r>
    </w:p>
    <w:p>
      <w:pPr>
        <w:spacing w:before="0" w:after="40" w:line="300" w:lineRule="exact"/>
        <w:jc w:val="left"/>
      </w:pPr>
      <w:r>
        <w:rPr>
          <w:rFonts w:ascii="Georgia" w:hAnsi="Georgia" w:cs="Georgia" w:eastAsia="Georgia"/>
          <w:b w:val="0"/>
          <w:i w:val="0"/>
          <w:sz w:val="20"/>
        </w:rPr>
        <w:t>16. WAHN?' (page 4, 5)</w:t>
      </w:r>
    </w:p>
    <w:p>
      <w:pPr>
        <w:spacing w:before="0" w:after="40" w:line="300" w:lineRule="exact"/>
        <w:jc w:val="left"/>
      </w:pPr>
      <w:r>
        <w:rPr>
          <w:rFonts w:ascii="Georgia" w:hAnsi="Georgia" w:cs="Georgia" w:eastAsia="Georgia"/>
          <w:b w:val="0"/>
          <w:i w:val="0"/>
          <w:sz w:val="20"/>
        </w:rPr>
        <w:t>17. MUSLIM ATTITUDE TOWARDS JEWS (page 5)</w:t>
      </w:r>
    </w:p>
    <w:p>
      <w:pPr>
        <w:spacing w:before="0" w:after="40" w:line="300" w:lineRule="exact"/>
        <w:jc w:val="left"/>
      </w:pPr>
      <w:r>
        <w:rPr>
          <w:rFonts w:ascii="Georgia" w:hAnsi="Georgia" w:cs="Georgia" w:eastAsia="Georgia"/>
          <w:b w:val="0"/>
          <w:i w:val="0"/>
          <w:sz w:val="20"/>
        </w:rPr>
        <w:t>18. THE MAGNANIMITY OF ZANGI (page 5)</w:t>
      </w:r>
    </w:p>
    <w:p>
      <w:pPr>
        <w:spacing w:before="0" w:after="40" w:line="300" w:lineRule="exact"/>
        <w:jc w:val="left"/>
      </w:pPr>
      <w:r>
        <w:rPr>
          <w:rFonts w:ascii="Georgia" w:hAnsi="Georgia" w:cs="Georgia" w:eastAsia="Georgia"/>
          <w:b w:val="0"/>
          <w:i w:val="0"/>
          <w:sz w:val="20"/>
        </w:rPr>
        <w:t>19. In its perpetration of brutality and murder of non-Muslims and non-Wahhaabi Muslims,… (page 6) [no printed headline]</w:t>
      </w:r>
    </w:p>
    <w:p>
      <w:pPr>
        <w:spacing w:before="0" w:after="40" w:line="300" w:lineRule="exact"/>
        <w:jc w:val="left"/>
      </w:pPr>
      <w:r>
        <w:rPr>
          <w:rFonts w:ascii="Georgia" w:hAnsi="Georgia" w:cs="Georgia" w:eastAsia="Georgia"/>
          <w:b w:val="0"/>
          <w:i w:val="0"/>
          <w:sz w:val="20"/>
        </w:rPr>
        <w:t>20. THE AFGHAN JIHAD - TO WHAT AVAIL? (page 7, 9)</w:t>
      </w:r>
    </w:p>
    <w:p>
      <w:pPr>
        <w:spacing w:before="0" w:after="40" w:line="300" w:lineRule="exact"/>
        <w:jc w:val="left"/>
      </w:pPr>
      <w:r>
        <w:rPr>
          <w:rFonts w:ascii="Georgia" w:hAnsi="Georgia" w:cs="Georgia" w:eastAsia="Georgia"/>
          <w:b w:val="0"/>
          <w:i w:val="0"/>
          <w:sz w:val="20"/>
        </w:rPr>
        <w:t>21. THE BOGUS ISIS 'CALIPHATE' (page 7)</w:t>
      </w:r>
    </w:p>
    <w:p>
      <w:pPr>
        <w:spacing w:before="0" w:after="40" w:line="300" w:lineRule="exact"/>
        <w:jc w:val="left"/>
      </w:pPr>
      <w:r>
        <w:rPr>
          <w:rFonts w:ascii="Georgia" w:hAnsi="Georgia" w:cs="Georgia" w:eastAsia="Georgia"/>
          <w:b w:val="0"/>
          <w:i w:val="0"/>
          <w:sz w:val="20"/>
        </w:rPr>
        <w:t>22. OUR COMMENT (page 7)</w:t>
      </w:r>
    </w:p>
    <w:p>
      <w:pPr>
        <w:spacing w:before="0" w:after="40" w:line="300" w:lineRule="exact"/>
        <w:jc w:val="left"/>
      </w:pPr>
      <w:r>
        <w:rPr>
          <w:rFonts w:ascii="Georgia" w:hAnsi="Georgia" w:cs="Georgia" w:eastAsia="Georgia"/>
          <w:b w:val="0"/>
          <w:i w:val="0"/>
          <w:sz w:val="20"/>
        </w:rPr>
        <w:t>23. THE TAQWA OF UMAR BIN ABDUL AZEEZ (page 7, 10)</w:t>
      </w:r>
    </w:p>
    <w:p>
      <w:pPr>
        <w:spacing w:before="0" w:after="40" w:line="300" w:lineRule="exact"/>
        <w:jc w:val="left"/>
      </w:pPr>
      <w:r>
        <w:rPr>
          <w:rFonts w:ascii="Georgia" w:hAnsi="Georgia" w:cs="Georgia" w:eastAsia="Georgia"/>
          <w:b w:val="0"/>
          <w:i w:val="0"/>
          <w:sz w:val="20"/>
        </w:rPr>
        <w:t>24. The governor of Urdun had sent a gift of two baskets of fresh dates for the Khalifah,… (page 7) [no printed headline]</w:t>
      </w:r>
    </w:p>
    <w:p>
      <w:pPr>
        <w:spacing w:before="0" w:after="40" w:line="300" w:lineRule="exact"/>
        <w:jc w:val="left"/>
      </w:pPr>
      <w:r>
        <w:rPr>
          <w:rFonts w:ascii="Georgia" w:hAnsi="Georgia" w:cs="Georgia" w:eastAsia="Georgia"/>
          <w:b w:val="0"/>
          <w:i w:val="0"/>
          <w:sz w:val="20"/>
        </w:rPr>
        <w:t>25. WHAT KIND OF JHAD' IS THIS? IT IS A U.S.A. JIHAD' (page 8)</w:t>
      </w:r>
    </w:p>
    <w:p>
      <w:pPr>
        <w:spacing w:before="0" w:after="40" w:line="300" w:lineRule="exact"/>
        <w:jc w:val="left"/>
      </w:pPr>
      <w:r>
        <w:rPr>
          <w:rFonts w:ascii="Georgia" w:hAnsi="Georgia" w:cs="Georgia" w:eastAsia="Georgia"/>
          <w:b w:val="0"/>
          <w:i w:val="0"/>
          <w:sz w:val="20"/>
        </w:rPr>
        <w:t>26. WHAT KIND OF 'JIHAD' IS THIS? IT IS A U.S.A. 'JIHAD' (page 8, 9)</w:t>
      </w:r>
    </w:p>
    <w:p>
      <w:pPr>
        <w:spacing w:before="0" w:after="40" w:line="300" w:lineRule="exact"/>
        <w:jc w:val="left"/>
      </w:pPr>
      <w:r>
        <w:rPr>
          <w:rFonts w:ascii="Georgia" w:hAnsi="Georgia" w:cs="Georgia" w:eastAsia="Georgia"/>
          <w:b w:val="0"/>
          <w:i w:val="0"/>
          <w:sz w:val="20"/>
        </w:rPr>
        <w:t>27. WHEN HIJRAT IS WAAJIB (page 8, 10)</w:t>
      </w:r>
    </w:p>
    <w:p>
      <w:pPr>
        <w:spacing w:before="0" w:after="40" w:line="300" w:lineRule="exact"/>
        <w:jc w:val="left"/>
      </w:pPr>
      <w:r>
        <w:rPr>
          <w:rFonts w:ascii="Georgia" w:hAnsi="Georgia" w:cs="Georgia" w:eastAsia="Georgia"/>
          <w:b w:val="0"/>
          <w:i w:val="0"/>
          <w:sz w:val="20"/>
        </w:rPr>
        <w:t>28. TALIBAN - THE ONLY DEENI GROUP (page 9, 10)</w:t>
      </w:r>
    </w:p>
    <w:p>
      <w:pPr>
        <w:spacing w:before="0" w:after="40" w:line="300" w:lineRule="exact"/>
        <w:jc w:val="left"/>
      </w:pPr>
      <w:r>
        <w:rPr>
          <w:rFonts w:ascii="Georgia" w:hAnsi="Georgia" w:cs="Georgia" w:eastAsia="Georgia"/>
          <w:b w:val="0"/>
          <w:i w:val="0"/>
          <w:sz w:val="20"/>
        </w:rPr>
        <w:t>29. SISI, THE KAAFIR RESTRICTS (page 9)</w:t>
      </w:r>
    </w:p>
    <w:p>
      <w:pPr>
        <w:spacing w:before="0" w:after="40" w:line="300" w:lineRule="exact"/>
        <w:jc w:val="left"/>
      </w:pPr>
      <w:r>
        <w:rPr>
          <w:rFonts w:ascii="Georgia" w:hAnsi="Georgia" w:cs="Georgia" w:eastAsia="Georgia"/>
          <w:b w:val="0"/>
          <w:i w:val="0"/>
          <w:sz w:val="20"/>
        </w:rPr>
        <w:t>30. THE SHUHADA ARE NOT DEAD (page 10, 11)</w:t>
      </w:r>
    </w:p>
    <w:p>
      <w:pPr>
        <w:spacing w:before="0" w:after="40" w:line="300" w:lineRule="exact"/>
        <w:jc w:val="left"/>
      </w:pPr>
      <w:r>
        <w:rPr>
          <w:rFonts w:ascii="Georgia" w:hAnsi="Georgia" w:cs="Georgia" w:eastAsia="Georgia"/>
          <w:b w:val="0"/>
          <w:i w:val="0"/>
          <w:sz w:val="20"/>
        </w:rPr>
        <w:t>31. The Majlis Q &amp; A (page 11) (page 11)</w:t>
      </w:r>
    </w:p>
    <w:p>
      <w:pPr>
        <w:spacing w:before="0" w:after="40" w:line="300" w:lineRule="exact"/>
        <w:jc w:val="left"/>
      </w:pPr>
      <w:r>
        <w:rPr>
          <w:rFonts w:ascii="Georgia" w:hAnsi="Georgia" w:cs="Georgia" w:eastAsia="Georgia"/>
          <w:b w:val="0"/>
          <w:i w:val="0"/>
          <w:sz w:val="20"/>
        </w:rPr>
        <w:t>32. ANARCHY AND SATANISM IN SHUHADA, NOT DEAD THE NAME OF JIHAAD (page 11)</w:t>
      </w:r>
    </w:p>
    <w:p>
      <w:pPr>
        <w:spacing w:before="0" w:after="40" w:line="300" w:lineRule="exact"/>
        <w:jc w:val="left"/>
      </w:pPr>
      <w:r>
        <w:rPr>
          <w:rFonts w:ascii="Georgia" w:hAnsi="Georgia" w:cs="Georgia" w:eastAsia="Georgia"/>
          <w:b w:val="0"/>
          <w:i w:val="0"/>
          <w:sz w:val="20"/>
        </w:rPr>
        <w:t>33. THE MOSQUE' OF THE DEVIL PROSTITUTES (page 11)</w:t>
      </w:r>
    </w:p>
    <w:p>
      <w:pPr>
        <w:spacing w:before="0" w:after="40" w:line="300" w:lineRule="exact"/>
        <w:jc w:val="left"/>
      </w:pPr>
      <w:r>
        <w:rPr>
          <w:rFonts w:ascii="Georgia" w:hAnsi="Georgia" w:cs="Georgia" w:eastAsia="Georgia"/>
          <w:b w:val="0"/>
          <w:i w:val="0"/>
          <w:sz w:val="20"/>
        </w:rPr>
        <w:t>34. A SATAN SENT TO HELL (page 11)</w:t>
      </w:r>
    </w:p>
    <w:p>
      <w:pPr>
        <w:spacing w:before="0" w:after="40" w:line="300" w:lineRule="exact"/>
        <w:jc w:val="left"/>
      </w:pPr>
      <w:r>
        <w:rPr>
          <w:rFonts w:ascii="Georgia" w:hAnsi="Georgia" w:cs="Georgia" w:eastAsia="Georgia"/>
          <w:b w:val="0"/>
          <w:i w:val="0"/>
          <w:sz w:val="20"/>
        </w:rPr>
        <w:t>35. THE PLIGHT OF THE ROHINGYA MUSLIMS (page 12)</w:t>
      </w:r>
    </w:p>
    <w:p>
      <w:pPr>
        <w:spacing w:before="0" w:after="40" w:line="300" w:lineRule="exact"/>
        <w:jc w:val="left"/>
      </w:pPr>
      <w:r>
        <w:rPr>
          <w:rFonts w:ascii="Georgia" w:hAnsi="Georgia" w:cs="Georgia" w:eastAsia="Georgia"/>
          <w:b w:val="0"/>
          <w:i w:val="0"/>
          <w:sz w:val="20"/>
        </w:rPr>
        <w:t>36. LAMENTABLE BOOTLICKING (page 12)</w:t>
      </w:r>
    </w:p>
    <w:p>
      <w:pPr>
        <w:spacing w:before="0" w:after="40" w:line="300" w:lineRule="exact"/>
        <w:jc w:val="left"/>
      </w:pPr>
      <w:r>
        <w:rPr>
          <w:rFonts w:ascii="Georgia" w:hAnsi="Georgia" w:cs="Georgia" w:eastAsia="Georgia"/>
          <w:b w:val="0"/>
          <w:i w:val="0"/>
          <w:sz w:val="20"/>
        </w:rPr>
        <w:t>37. Questions &amp; Answers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50 Zul-Hajj 1437 / October 2016</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50</w:t>
      </w:r>
    </w:p>
    <w:p>
      <w:pPr>
        <w:spacing w:before="0" w:after="120" w:line="300" w:lineRule="exact"/>
        <w:jc w:val="both"/>
      </w:pPr>
      <w:r>
        <w:rPr>
          <w:rFonts w:ascii="Georgia" w:hAnsi="Georgia" w:cs="Georgia" w:eastAsia="Georgia"/>
          <w:b w:val="0"/>
          <w:i w:val="0"/>
          <w:sz w:val="22"/>
        </w:rPr>
        <w:t>www.themajlis.co.za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TURKEY - A DIVINE OPPORTUNITY</w:t>
      </w:r>
    </w:p>
    <w:p>
      <w:pPr>
        <w:spacing w:before="0" w:after="160" w:line="300" w:lineRule="exact"/>
        <w:jc w:val="center"/>
      </w:pPr>
      <w:r>
        <w:rPr>
          <w:rFonts w:ascii="Georgia" w:hAnsi="Georgia" w:cs="Georgia" w:eastAsia="Georgia"/>
          <w:b w:val="0"/>
          <w:i/>
          <w:sz w:val="16"/>
        </w:rPr>
        <w:t>Page 1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BY A U.K. STUDENT</w:t>
      </w:r>
    </w:p>
    <w:p>
      <w:pPr>
        <w:spacing w:before="120" w:after="120" w:line="300" w:lineRule="exact"/>
        <w:ind w:left="720" w:right="720"/>
        <w:jc w:val="center"/>
      </w:pPr>
      <w:r>
        <w:rPr>
          <w:rFonts w:ascii="Georgia" w:hAnsi="Georgia" w:cs="Georgia" w:eastAsia="Georgia"/>
          <w:b w:val="0"/>
          <w:i/>
          <w:sz w:val="22"/>
        </w:rPr>
        <w:t>I refer to the recent, failed attempt at a coup to oust the AK Party in Turkey. While Muslims the world over are falling over backwards in praise of the success of the AK Party to retain power - and understandably so - not a single message appears to contain sincere Naseehat regarding the inevitably fatal consequences of failing to implement the Sunnah of Rasulullah (sallallahu alayhi wasallam) while having the power to do so - particularly those aspects of the Sunnah for which there is absolutely no impediment for implementation other than a lamentable inferiority complex to the "Sunnah" of the Kuffaar and a lack of faith (Imaan) in the Divine Protection and Barakah which is the immediate consequence of adopting any of the Sunnah of Rasulullah (sallallahu alayhi wasallam). Despite professing good Islamic intentions, the practice of Islam of the AK Party is very similar to the diluted and liberal version of Islam which Morsi came with, before he was replaced by Allah (azza wa jal) with a ruthless tyrant. When one is granted power and fails even to perform the simple, "pro-Islamic" task of giving preference to the Sunnah appearance of Rasulullah (sallallahu alayhi wasallam) over the "Sunnah" appearance of the Kuffaar, at least within himself and within those close to him, then what can be the consequence for such gross dereliction of duty oth-</w:t>
      </w:r>
    </w:p>
    <w:p>
      <w:pPr>
        <w:spacing w:before="120" w:after="120" w:line="300" w:lineRule="exact"/>
        <w:ind w:left="720" w:right="720"/>
        <w:jc w:val="center"/>
      </w:pPr>
      <w:r>
        <w:rPr>
          <w:rFonts w:ascii="Georgia" w:hAnsi="Georgia" w:cs="Georgia" w:eastAsia="Georgia"/>
          <w:b w:val="0"/>
          <w:i/>
          <w:sz w:val="22"/>
        </w:rPr>
        <w:t>er than the removal of power by the Ultimate Sovereign? It is clear that the momentary snatching away of power and instability that occurred during the failed coup attempt were merely a warning from the Ultimate King Who grants sovereignty to whom He wills, and Who snatches away sovereignty from whom He wills. Yet, such is Allah's (azza wa jal) infinite mercy that despite our satanic state of Istikhfaaf - picking and choosing at will which parts of the Sunnah of Rasulullah (sallallahu alayhi wasallam) to relegate as a "non-priority", primarily based on our enslavement to Kuffaar values - and despite being completely undeserving of any Nusrat, He (azza wa jal) continues to grant us respite and multiple opportunities. In spite of our wretched state as an Ummah suffering over the past century from a self-imposed enslavement to the "Sunnah" of the Kuffaar in every aspect of life - not only the easy-to-implement Sunnahs pertaining to appearance, mannerisms and behaviour - time and time again Allah has granted various pro-Islamic governments the opportunity to take the "leap of faith" and fully implement the Sunnah of Rasulullah (sallallahu alayhi wasallam), the inevitable consequence of which will be the immediate descent of the Barakah and Nusrat of Allah (azza wa jal) without which there is not the slightest hope of resuscitation for this wretched Ummah currently wallowing in an abject</w:t>
      </w:r>
    </w:p>
    <w:p>
      <w:pPr>
        <w:spacing w:before="120" w:after="120" w:line="300" w:lineRule="exact"/>
        <w:ind w:left="720" w:right="720"/>
        <w:jc w:val="center"/>
      </w:pPr>
      <w:r>
        <w:rPr>
          <w:rFonts w:ascii="Georgia" w:hAnsi="Georgia" w:cs="Georgia" w:eastAsia="Georgia"/>
          <w:b w:val="0"/>
          <w:i/>
          <w:sz w:val="22"/>
        </w:rPr>
        <w:t>state of utter humiliation as a direct result of our satanic attitude of Istikhfaaf towards Allah's Sacred Prohibitions and the Sunnah of Rasulullah (sallallahu alayhi wasallam). (Istikhfaaf, i.e. to consider something as being insignificant and unimportant – Al-HAQ) Please comment in detail on the failed coup attempt, and proffer some much-needed Naseehat to the supposedly pro-Islamic AK Party and to the Muslim community at large.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1, 4 of the original</w:t>
      </w:r>
    </w:p>
    <w:p>
      <w:pPr>
        <w:spacing w:before="0" w:after="120" w:line="300" w:lineRule="exact"/>
        <w:jc w:val="both"/>
      </w:pPr>
      <w:r>
        <w:rPr>
          <w:rFonts w:ascii="Georgia" w:hAnsi="Georgia" w:cs="Georgia" w:eastAsia="Georgia"/>
          <w:b w:val="0"/>
          <w:i w:val="0"/>
          <w:sz w:val="22"/>
        </w:rPr>
        <w:t>We are in agreement with the views presented by the Brother. However, the Turkish conflagration requires deeper examination and rumination for a better understanding. The comparison between Erdogan and Morsi of Egypt is not entirely correct. Erdogan was reared and nourished in a culture of kufr, atheism, fisq and fujoor. He is basically a product of the kufr cult which the devil, Attaturk had imposed on Turkey.</w:t>
      </w:r>
    </w:p>
    <w:p>
      <w:pPr>
        <w:spacing w:before="0" w:after="120" w:line="300" w:lineRule="exact"/>
        <w:jc w:val="both"/>
      </w:pPr>
      <w:r>
        <w:rPr>
          <w:rFonts w:ascii="Georgia" w:hAnsi="Georgia" w:cs="Georgia" w:eastAsia="Georgia"/>
          <w:b w:val="0"/>
          <w:i w:val="0"/>
          <w:sz w:val="22"/>
        </w:rPr>
        <w:t>Erdogan is also a pupil of Gulen who has his own brand of kufr 'islam' which has no relationship with Islam. In all likelihood, Erdogan is unable to recite the Qur'aan Majeed, and we venture to say that he may not be aware of the basic masaa-il pertaining to Imaan, Tahaarat and Salaat, and this is no fault of his since he was reared in such an environment in which the atheism of Attaturk was the state 'religion' imposed on the populace by force.</w:t>
      </w:r>
    </w:p>
    <w:p>
      <w:pPr>
        <w:spacing w:before="0" w:after="120" w:line="300" w:lineRule="exact"/>
        <w:jc w:val="both"/>
      </w:pPr>
      <w:r>
        <w:rPr>
          <w:rFonts w:ascii="Georgia" w:hAnsi="Georgia" w:cs="Georgia" w:eastAsia="Georgia"/>
          <w:b w:val="0"/>
          <w:i w:val="0"/>
          <w:sz w:val="22"/>
        </w:rPr>
        <w:t>Every sem- blance of Islam was abolished by Attaturk. Thus Erdogan and the members of his Islamic party are all the products of the kufr cult of Attaturk. Thus, their lack of a proper understanding of Islamic Aqaai-id, the Shariah and the Sunnah is to be expected. Despite the twin evils of Gulenism and Attaturkism which were the only ideologies in which Erdogan was nourished, Allah Ta'ala in His Infinite Mercy saved Erdogan and a great portion of the Turkish people from total adoption of kufr.</w:t>
      </w:r>
    </w:p>
    <w:p>
      <w:pPr>
        <w:spacing w:before="0" w:after="120" w:line="300" w:lineRule="exact"/>
        <w:jc w:val="both"/>
      </w:pPr>
      <w:r>
        <w:rPr>
          <w:rFonts w:ascii="Georgia" w:hAnsi="Georgia" w:cs="Georgia" w:eastAsia="Georgia"/>
          <w:b w:val="0"/>
          <w:i w:val="0"/>
          <w:sz w:val="22"/>
        </w:rPr>
        <w:t>His western attire and appearance and his alienation from the Sunnah are quite understandable. Notwithstanding all these colossal drawbacks, Allah Ta'ala bestowed the taufeeq of Imaan to the Turkish Islamists, and via the agency of Erdogan, Allah Ta'ala opened the avenue of Islam for the Turkish people. It must be remembered that Rasulullah (Sallallahu alayhi wasallam) said: "Your deeds are your rulers." In other words, Allah Ta'ala saddles a nation with rulers who are the reflections and manifestations of their deeds, whether good or bad.</w:t>
      </w:r>
    </w:p>
    <w:p>
      <w:pPr>
        <w:spacing w:before="0" w:after="120" w:line="300" w:lineRule="exact"/>
        <w:jc w:val="both"/>
      </w:pPr>
      <w:r>
        <w:rPr>
          <w:rFonts w:ascii="Georgia" w:hAnsi="Georgia" w:cs="Georgia" w:eastAsia="Georgia"/>
          <w:b w:val="0"/>
          <w:i w:val="0"/>
          <w:sz w:val="22"/>
        </w:rPr>
        <w:t>Approximately half of the Turkish population comprises of atheists and secularists – followers of Attaturk, and of Gulen with his religion of kufr. In this scenario, it is not expected that the ruler/president will be a 100% or even a '50%' follower of the Sunnah. In fact, their Imaan dangles on a thread. Any attempt to impose the Shariah and Sunnah 100% in such a corrupt scenario by even a president who may be a genuine Wali of Allah Ta'ala, will be quickly torpedoed.</w:t>
      </w:r>
    </w:p>
    <w:p>
      <w:pPr>
        <w:spacing w:before="0" w:after="120" w:line="300" w:lineRule="exact"/>
        <w:jc w:val="both"/>
      </w:pPr>
      <w:r>
        <w:rPr>
          <w:rFonts w:ascii="Georgia" w:hAnsi="Georgia" w:cs="Georgia" w:eastAsia="Georgia"/>
          <w:b w:val="0"/>
          <w:i w:val="0"/>
          <w:sz w:val="22"/>
        </w:rPr>
        <w:t>We narrate this understanding from Hadhrat Maulana Masihullah (Rahmatullah), our Ustaadh and Shaikh. He maintained that even the greatest Buzrug will fail in the current scenario of almost total irreligiosity (bad-deeni and be-deeni) if it is assumed that the ruler is such a Deeni personality. It is quite logical that a pious ruler stands not the ghost of a chance against a satanic people wallowing in fisq, fujoor and kufr.</w:t>
      </w:r>
    </w:p>
    <w:p>
      <w:pPr>
        <w:spacing w:before="0" w:after="120" w:line="300" w:lineRule="exact"/>
        <w:jc w:val="both"/>
      </w:pPr>
      <w:r>
        <w:rPr>
          <w:rFonts w:ascii="Georgia" w:hAnsi="Georgia" w:cs="Georgia" w:eastAsia="Georgia"/>
          <w:b w:val="0"/>
          <w:i w:val="0"/>
          <w:sz w:val="22"/>
        </w:rPr>
        <w:t>Morsi is the most recent example of the failure to impose even a very 'moderate', very liberal version of Islam. There are parallels in the Egyptian and Turkish scenarios. In both countries, half or more than half the populations are kuffaar masquerading as Muslims. The U.S.A. was the conspirator to oust Morsi, and it is the author of the Turkish botched coup.</w:t>
      </w:r>
    </w:p>
    <w:p>
      <w:pPr>
        <w:spacing w:before="0" w:after="120" w:line="300" w:lineRule="exact"/>
        <w:jc w:val="both"/>
      </w:pPr>
      <w:r>
        <w:rPr>
          <w:rFonts w:ascii="Georgia" w:hAnsi="Georgia" w:cs="Georgia" w:eastAsia="Georgia"/>
          <w:b w:val="0"/>
          <w:i w:val="0"/>
          <w:sz w:val="22"/>
        </w:rPr>
        <w:t>The military, navy, airforce, the civil service, the judicial system, the police force, the intelligence agencies and just about every wrung of government are glaringly kufr and kuffaar. To aggravate this satanic state of affairs, the greater part of the population is practically kuffaar. There is no hope for the greatest Buzrug to impose Shariah Law should he succeed in being installed as president or Ameerul Mu'mineen.</w:t>
      </w:r>
    </w:p>
    <w:p>
      <w:pPr>
        <w:spacing w:before="0" w:after="120" w:line="300" w:lineRule="exact"/>
        <w:jc w:val="both"/>
      </w:pPr>
      <w:r>
        <w:rPr>
          <w:rFonts w:ascii="Georgia" w:hAnsi="Georgia" w:cs="Georgia" w:eastAsia="Georgia"/>
          <w:b w:val="0"/>
          <w:i w:val="0"/>
          <w:sz w:val="22"/>
        </w:rPr>
        <w:t>Success is reliant on the masses. Their Aqaa-id (Beliefs) and A'maal (Deeds) are of crucial importance. These two factors are the determinants for either Divine Aid (Allah's Nusrat) being granted or withheld. That is precisely why Allah Ta'ala ordained that Rasulullah (Sallallahu alayhi wasallam) devote the first 13 years of the mission of Risaalat in Makkah, teaching the Sahaabah only Beliefs and Morality.</w:t>
      </w:r>
    </w:p>
    <w:p>
      <w:pPr>
        <w:spacing w:before="0" w:after="120" w:line="300" w:lineRule="exact"/>
        <w:jc w:val="both"/>
      </w:pPr>
      <w:r>
        <w:rPr>
          <w:rFonts w:ascii="Georgia" w:hAnsi="Georgia" w:cs="Georgia" w:eastAsia="Georgia"/>
          <w:b w:val="0"/>
          <w:i w:val="0"/>
          <w:sz w:val="22"/>
        </w:rPr>
        <w:t>The lone president is in reality impotent. The power is with the masses, not with the small clique of rulers. The rulers will be in accordance with the A'maal of the masses. In the form of Erdogan, Allah Ta'ala has bestowed a great Ni'mat on the Turkish people. Allah Ta'ala has used him to open up the doors of the Deen to the masses. If the people take good advantage of this Divine Bounty, using the opportunity to nourish their Imaan with Ilm and Taqwa by means of self-reformation, then Allah Ta'ala will most certainly transform the leadership to conform to the spirituality of the people.</w:t>
      </w:r>
    </w:p>
    <w:p>
      <w:pPr>
        <w:spacing w:before="0" w:after="120" w:line="300" w:lineRule="exact"/>
        <w:jc w:val="both"/>
      </w:pPr>
      <w:r>
        <w:rPr>
          <w:rFonts w:ascii="Georgia" w:hAnsi="Georgia" w:cs="Georgia" w:eastAsia="Georgia"/>
          <w:b w:val="0"/>
          <w:i w:val="0"/>
          <w:sz w:val="22"/>
        </w:rPr>
        <w:t>Erdogan has opened up the bolted Musaajid and Madaaris. Children are now free to pursue Deeni education. The masses are free to adopt Islamic appearances and Sunnah culture. If they spurn this Ni'mat of Allah Ta'ala, Erdogan will be removed from the scene to be replaced by brutal suppression and oppression – all reflections of the deeds of the people.</w:t>
      </w:r>
    </w:p>
    <w:p>
      <w:pPr>
        <w:spacing w:before="0" w:after="120" w:line="300" w:lineRule="exact"/>
        <w:jc w:val="both"/>
      </w:pPr>
      <w:r>
        <w:rPr>
          <w:rFonts w:ascii="Georgia" w:hAnsi="Georgia" w:cs="Georgia" w:eastAsia="Georgia"/>
          <w:b w:val="0"/>
          <w:i w:val="0"/>
          <w:sz w:val="22"/>
        </w:rPr>
        <w:t>The onus lies on the masses. The process of Islamization has to commence at grass roots level by the Ulama and the masses. Currently there appears to be no op- position for genuine Islamization of the people. If this Allah-given opportunity is squandered in ghaflat and measures for the Islaah of the people are not instituted, the vista of freedom which is presently enjoyed will be closed.</w:t>
      </w:r>
    </w:p>
    <w:p>
      <w:pPr>
        <w:spacing w:before="0" w:after="120" w:line="300" w:lineRule="exact"/>
        <w:jc w:val="both"/>
      </w:pPr>
      <w:r>
        <w:rPr>
          <w:rFonts w:ascii="Georgia" w:hAnsi="Georgia" w:cs="Georgia" w:eastAsia="Georgia"/>
          <w:b w:val="0"/>
          <w:i w:val="0"/>
          <w:sz w:val="22"/>
        </w:rPr>
        <w:t>Erdogan and his party will disappear from the scene to be replaced by a brutal, tyrannical regime as had happened in Egypt. The necessary change for the acquisition of Divine Aid has to incumbently come from the bottom, from grass roots level. It will not succeed from the top or governmental level. Firstly, the government is genuinely ignorant of the Deen, and so are the people.</w:t>
      </w:r>
    </w:p>
    <w:p>
      <w:pPr>
        <w:spacing w:before="0" w:after="120" w:line="300" w:lineRule="exact"/>
        <w:jc w:val="both"/>
      </w:pPr>
      <w:r>
        <w:rPr>
          <w:rFonts w:ascii="Georgia" w:hAnsi="Georgia" w:cs="Georgia" w:eastAsia="Georgia"/>
          <w:b w:val="0"/>
          <w:i w:val="0"/>
          <w:sz w:val="22"/>
        </w:rPr>
        <w:t>The Ulama and those who have Deeni understanding have to initiate the programme for the Islaah of the people. Allah Ta'ala says in the Qur'aan Majeed:</w:t>
      </w:r>
    </w:p>
    <w:p>
      <w:pPr>
        <w:spacing w:before="120" w:after="120" w:line="300" w:lineRule="exact"/>
        <w:ind w:left="720" w:right="720"/>
        <w:jc w:val="center"/>
      </w:pPr>
      <w:r>
        <w:rPr>
          <w:rFonts w:ascii="Georgia" w:hAnsi="Georgia" w:cs="Georgia" w:eastAsia="Georgia"/>
          <w:b w:val="0"/>
          <w:i/>
          <w:sz w:val="22"/>
        </w:rPr>
        <w:t>"Verily, Allah will not change the condition of a nation until they change their own condition. And, when Allah intends punishment for a nation, then there is nothing to ward it off, and they will not find a friend (or helper) besides Allah." (Ar-Ra'd, Aayat 11)</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BOGUS ISIS 'CALIPHATE' - THE ILLEGITIMATE CHILD OF THE U.S.A</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Any person of some intelligence, whose brains are not welded to stupidity, be he a Muslim or a non-Muslim, understands that the 'caliphate' of the character, Bagdhadi, as well as the acts of terror perpetrated in several countries under the banner of ISIS, are the vile enactments of the U.S.A. The clarity of the involvement of America and its serf</w:t>
      </w:r>
    </w:p>
    <w:p>
      <w:pPr>
        <w:spacing w:before="120" w:after="120" w:line="300" w:lineRule="exact"/>
        <w:ind w:left="720" w:right="720"/>
        <w:jc w:val="center"/>
      </w:pPr>
      <w:r>
        <w:rPr>
          <w:rFonts w:ascii="Georgia" w:hAnsi="Georgia" w:cs="Georgia" w:eastAsia="Georgia"/>
          <w:b w:val="0"/>
          <w:i/>
          <w:sz w:val="22"/>
        </w:rPr>
        <w:t>states, Saudi Arabia, Jordan, Qatar, etc., glitters like the rays of the sun on a bright day. In several issues, AL-HAQ has explained the cruel U.S.A. fraud represented by the bogus 'caliph'. In the article we reproduce here, a non-Muslim expert stating the HAQ, strikes the nail on the head. His analysis while salubrious, is not knew to men of intelligence.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ISLAMIC STATE, THE 'CALIPHATE PROJECT' AND THE 'GLOBAL WAR ON TERRORISM'</w:t>
      </w:r>
    </w:p>
    <w:p>
      <w:pPr>
        <w:spacing w:before="0" w:after="160" w:line="300" w:lineRule="exact"/>
        <w:jc w:val="center"/>
      </w:pPr>
      <w:r>
        <w:rPr>
          <w:rFonts w:ascii="Georgia" w:hAnsi="Georgia" w:cs="Georgia" w:eastAsia="Georgia"/>
          <w:b w:val="0"/>
          <w:i/>
          <w:sz w:val="16"/>
        </w:rPr>
        <w:t>Page 1, 6 of the original</w:t>
      </w:r>
    </w:p>
    <w:p>
      <w:pPr>
        <w:spacing w:before="0" w:after="120" w:line="300" w:lineRule="exact"/>
        <w:jc w:val="both"/>
      </w:pPr>
      <w:r>
        <w:rPr>
          <w:rFonts w:ascii="Georgia" w:hAnsi="Georgia" w:cs="Georgia" w:eastAsia="Georgia"/>
          <w:b w:val="0"/>
          <w:i w:val="0"/>
          <w:sz w:val="22"/>
        </w:rPr>
        <w:t>By Prof. Michel Chossudovsky The Al Qaeda legend and the threat of the "Outside Enemy" is</w:t>
      </w:r>
    </w:p>
    <w:p>
      <w:pPr>
        <w:spacing w:before="120" w:after="120" w:line="300" w:lineRule="exact"/>
        <w:ind w:left="720" w:right="720"/>
        <w:jc w:val="center"/>
      </w:pPr>
      <w:r>
        <w:rPr>
          <w:rFonts w:ascii="Georgia" w:hAnsi="Georgia" w:cs="Georgia" w:eastAsia="Georgia"/>
          <w:b w:val="0"/>
          <w:i/>
          <w:sz w:val="22"/>
        </w:rPr>
        <w:t>sustained through extensive media and government propaganda. In the post 9/11 era, the terrorist threat from Al Qaeda constitutes the building block of USNATO military doctrine. It justifies –under a humanitarian mandatethe conduct of "counterterrorism operations" Worldwide. Known and documented, Al</w:t>
      </w:r>
    </w:p>
    <w:p>
      <w:pPr>
        <w:spacing w:before="0" w:after="120" w:line="300" w:lineRule="exact"/>
        <w:jc w:val="both"/>
      </w:pPr>
      <w:r>
        <w:rPr>
          <w:rFonts w:ascii="Georgia" w:hAnsi="Georgia" w:cs="Georgia" w:eastAsia="Georgia"/>
          <w:b w:val="0"/>
          <w:i w:val="0"/>
          <w:sz w:val="22"/>
        </w:rPr>
        <w:t>Qaeda affiliated entities have been used by US-NATO in numerous conflicts as "intelligence assets" since the heyday of the SovietAfghan war. In Syria, the Al Nusrah and ISIS rebels are the foot-soldiers of the Western military alliance, which in turn oversees and controls the recruitment and training of paramilitary forces. While the US State Department is accusing several countries of "harboring terrorists", America is the Number One "State Sponsor of Terrorism": The Islamic State of Iraq and al-Sham (ISIS) –which operates in both Syria and Iraqis covertly supported and financed by the US and its allies including Turkey, Saudi Arabia and Qatar.</w:t>
      </w:r>
    </w:p>
    <w:p>
      <w:pPr>
        <w:spacing w:before="0" w:after="120" w:line="300" w:lineRule="exact"/>
        <w:jc w:val="both"/>
      </w:pPr>
      <w:r>
        <w:rPr>
          <w:rFonts w:ascii="Georgia" w:hAnsi="Georgia" w:cs="Georgia" w:eastAsia="Georgia"/>
          <w:b w:val="0"/>
          <w:i w:val="0"/>
          <w:sz w:val="22"/>
        </w:rPr>
        <w:t>Moreover, the Islamic State of Iraq and al-Sham's Sunni caliphate project coincides with a longstanding US agenda to carve up both Iraq and Syria into separate territories: A Sunni Islamist Caliphate, an Arab Shia Republic, a Republic of Kurdistan, among others. The US-led Global War on Terrorism (GWOT) constitutes the cornerstone of US military doctrine.</w:t>
      </w:r>
    </w:p>
    <w:p>
      <w:pPr>
        <w:spacing w:before="0" w:after="120" w:line="300" w:lineRule="exact"/>
        <w:jc w:val="both"/>
      </w:pPr>
      <w:r>
        <w:rPr>
          <w:rFonts w:ascii="Georgia" w:hAnsi="Georgia" w:cs="Georgia" w:eastAsia="Georgia"/>
          <w:b w:val="0"/>
          <w:i w:val="0"/>
          <w:sz w:val="22"/>
        </w:rPr>
        <w:t>"Going after Islamic terrorists" is part and parcel of nonconventional warfare. The underlying objective is to justify the conduct of counter-terrorism operations Worldwide, which enables the US and its allies to intervene in the affairs of sovereign countries. Many progressive writers, including alternative media, while focus- ing on recent developments in Iraq, fail to understand the logic behind the "Global War on Terrorism." The Islamic State of Iraq and Al Sham (ISIS) is often considered as an "independent entity" rather than an instrument of the Western military alliance.</w:t>
      </w:r>
    </w:p>
    <w:p>
      <w:pPr>
        <w:spacing w:before="0" w:after="120" w:line="300" w:lineRule="exact"/>
        <w:jc w:val="both"/>
      </w:pPr>
      <w:r>
        <w:rPr>
          <w:rFonts w:ascii="Georgia" w:hAnsi="Georgia" w:cs="Georgia" w:eastAsia="Georgia"/>
          <w:b w:val="0"/>
          <w:i w:val="0"/>
          <w:sz w:val="22"/>
        </w:rPr>
        <w:t>Moreover, many committed anti-war activists –who oppose the tenets of the US-NATO military agenda – will nonetheless endorse Washington's counter-terrorism agenda directed against Al Qaeda:. The Worldwide terrorist threat is considered to be "real": "We are against the war, but we support the Global War on Terrorism". The Caliphate Project and The US National Intelligence Council Report A new gush of propaganda has been set in motion.</w:t>
      </w:r>
    </w:p>
    <w:p>
      <w:pPr>
        <w:spacing w:before="0" w:after="120" w:line="300" w:lineRule="exact"/>
        <w:jc w:val="both"/>
      </w:pPr>
      <w:r>
        <w:rPr>
          <w:rFonts w:ascii="Georgia" w:hAnsi="Georgia" w:cs="Georgia" w:eastAsia="Georgia"/>
          <w:b w:val="0"/>
          <w:i w:val="0"/>
          <w:sz w:val="22"/>
        </w:rPr>
        <w:t>The leader of the now defunct Islamic State of Iraq and Al Cham (ISIS) Abu Bakr al-Baghdadi announced on June 29, 2014 the creation of an Islamic State: Fighters loyal to the group's proclaimed "Caliph Ibrahim ibn Awwad", or Abu Bakr al-Baghdadi as he was known until Sunday's July 1st announcement, are inspired by the Rashidun caliphate, which succeeded the Prophet Muhammad in the seventh century, and is revered by most Muslims." (Daily Telegraph, June 30, 2014) In a bitter irony, the caliphate project as an instrument of propaganda has been on the drawing board of US intelligence for more than ten years.</w:t>
      </w:r>
    </w:p>
    <w:p>
      <w:pPr>
        <w:spacing w:before="0" w:after="120" w:line="300" w:lineRule="exact"/>
        <w:jc w:val="both"/>
      </w:pPr>
      <w:r>
        <w:rPr>
          <w:rFonts w:ascii="Georgia" w:hAnsi="Georgia" w:cs="Georgia" w:eastAsia="Georgia"/>
          <w:b w:val="0"/>
          <w:i w:val="0"/>
          <w:sz w:val="22"/>
        </w:rPr>
        <w:t>In December 2004, under the Bush Administration, the National Intelligence Council (NIC) predicted that in the year 2020 a New Caliphate extending from the Western Mediterranean to Central Asia and South East Asia would emerge, threatening Western democracy and Western values. The "findings" of the National Intelligence Council were published in a 123 page unclassified report entitled "Mapping the Global Future".</w:t>
      </w:r>
    </w:p>
    <w:p>
      <w:pPr>
        <w:spacing w:before="0" w:after="120" w:line="300" w:lineRule="exact"/>
        <w:jc w:val="both"/>
      </w:pPr>
      <w:r>
        <w:rPr>
          <w:rFonts w:ascii="Georgia" w:hAnsi="Georgia" w:cs="Georgia" w:eastAsia="Georgia"/>
          <w:b w:val="0"/>
          <w:i w:val="0"/>
          <w:sz w:val="22"/>
        </w:rPr>
        <w:t>"A New Caliphate provides an example of how a global movement fueled by radical religious identity politics could constitute a challenge to Western norms and val- ues as the foundation of the global system" (emphasis added) The NIC 2004 report borders on ridicule; it is devoid of intelligence, let alone historical and geopolitical analysis.</w:t>
      </w:r>
    </w:p>
    <w:p>
      <w:pPr>
        <w:spacing w:before="0" w:after="120" w:line="300" w:lineRule="exact"/>
        <w:jc w:val="both"/>
      </w:pPr>
      <w:r>
        <w:rPr>
          <w:rFonts w:ascii="Georgia" w:hAnsi="Georgia" w:cs="Georgia" w:eastAsia="Georgia"/>
          <w:b w:val="0"/>
          <w:i w:val="0"/>
          <w:sz w:val="22"/>
        </w:rPr>
        <w:t>Its fake narrative pertaining to the caliphate, nonetheless, bears a canny resemblance to the June 29, 2014 highly publicized PR announcement of the creation of the Caliphate by ISIS leader Abu Bakr alBaghdadi. The NIC report presents a socalled "fictional scenario of a letter from a fictional grandson of Bin Ladin to a family relative in 2020." It is on this basis that it makes predictions for the year 2020.</w:t>
      </w:r>
    </w:p>
    <w:p>
      <w:pPr>
        <w:spacing w:before="0" w:after="120" w:line="300" w:lineRule="exact"/>
        <w:jc w:val="both"/>
      </w:pPr>
      <w:r>
        <w:rPr>
          <w:rFonts w:ascii="Georgia" w:hAnsi="Georgia" w:cs="Georgia" w:eastAsia="Georgia"/>
          <w:b w:val="0"/>
          <w:i w:val="0"/>
          <w:sz w:val="22"/>
        </w:rPr>
        <w:t>Based on an invented bin Laden grandson letter narrative rather than on intelligence and empirical analysis, the US intelligence community concludes that the caliphate constitutes a real danger for the Western World and Western civilization. From a propaganda standpoint, the objective underlying the Caliphate project –as described by the NICis to demonize Muslims with a view to justifying a military crusade: "The fictional scenario portrayed below provides an example of how a global movement fueled by radical religious identity could emerge.</w:t>
      </w:r>
    </w:p>
    <w:p>
      <w:pPr>
        <w:spacing w:before="0" w:after="120" w:line="300" w:lineRule="exact"/>
        <w:jc w:val="both"/>
      </w:pPr>
      <w:r>
        <w:rPr>
          <w:rFonts w:ascii="Georgia" w:hAnsi="Georgia" w:cs="Georgia" w:eastAsia="Georgia"/>
          <w:b w:val="0"/>
          <w:i w:val="0"/>
          <w:sz w:val="22"/>
        </w:rPr>
        <w:t>Under this scenario, a new Caliphate is proclaimed and manages to advance a powerful counter ideology that has widespread appeal. It is depicted in the form of a hypothetical letter from a fictional grandson of Bin Ladin to a family relative in 2020. He recounts the struggles of the Caliph in trying to wrest control from traditional regimes and the conflict and confusion which ensue both within the Muslim world and outside between Muslims and the United States, Europe, Russia and China.</w:t>
      </w:r>
    </w:p>
    <w:p>
      <w:pPr>
        <w:spacing w:before="0" w:after="120" w:line="300" w:lineRule="exact"/>
        <w:jc w:val="both"/>
      </w:pPr>
      <w:r>
        <w:rPr>
          <w:rFonts w:ascii="Georgia" w:hAnsi="Georgia" w:cs="Georgia" w:eastAsia="Georgia"/>
          <w:b w:val="0"/>
          <w:i w:val="0"/>
          <w:sz w:val="22"/>
        </w:rPr>
        <w:t>While the Caliph's success in mobilizing support varies, places far outside the Muslim core in the Middle East—in Africa and Asia—are convulsed as a result of his appeals. The scenario ends before the Caliph is able to establish both spiritual and temporal authority over a territorywhich historically has been the case for previous Caliphates.</w:t>
      </w:r>
    </w:p>
    <w:p>
      <w:pPr>
        <w:spacing w:before="0" w:after="120" w:line="300" w:lineRule="exact"/>
        <w:jc w:val="both"/>
      </w:pPr>
      <w:r>
        <w:rPr>
          <w:rFonts w:ascii="Georgia" w:hAnsi="Georgia" w:cs="Georgia" w:eastAsia="Georgia"/>
          <w:b w:val="0"/>
          <w:i w:val="0"/>
          <w:sz w:val="22"/>
        </w:rPr>
        <w:t>At the end of the scenario, we identify lessons to be drawn."("Mapping the Global Future". p. 83) This "authoritative" NIC "Mapping the Global Future" report was not only presented to the White House, the Congress and the Pentagon, it was also dispatched to America's allies. The "threat emanating from the Muslim World" referred to in the NIC report (including the section on the caliphate project) is firmly entrenched in US-NATO military doctrine.</w:t>
      </w:r>
    </w:p>
    <w:p>
      <w:pPr>
        <w:spacing w:before="0" w:after="120" w:line="300" w:lineRule="exact"/>
        <w:jc w:val="both"/>
      </w:pPr>
      <w:r>
        <w:rPr>
          <w:rFonts w:ascii="Georgia" w:hAnsi="Georgia" w:cs="Georgia" w:eastAsia="Georgia"/>
          <w:b w:val="0"/>
          <w:i w:val="0"/>
          <w:sz w:val="22"/>
        </w:rPr>
        <w:t>The NIC document was intended to be read by top officials. Broadly speaking it was part of the "Top official" (TOPOFF) propaganda campaign which targets senior foreign policy and military decision-makers, not to mention scholars, researchers and NGO "activists". The objective is to ensure that "top officials" continue to believe that Islamic terrorists are threatening the security of the Western World.</w:t>
      </w:r>
    </w:p>
    <w:p>
      <w:pPr>
        <w:spacing w:before="0" w:after="120" w:line="300" w:lineRule="exact"/>
        <w:jc w:val="both"/>
      </w:pPr>
      <w:r>
        <w:rPr>
          <w:rFonts w:ascii="Georgia" w:hAnsi="Georgia" w:cs="Georgia" w:eastAsia="Georgia"/>
          <w:b w:val="0"/>
          <w:i w:val="0"/>
          <w:sz w:val="22"/>
        </w:rPr>
        <w:t>The underpinnings of the caliphate scenario is the "Clash of Civilizations", which provides a justification in the eyes of public opinion for America to intervene Worldwide as part of a global counterterrorism agenda. From a geopolitical and geographic standpoint, the caliphate constitutes a broad area in which the US is seeking to extend its economic and strategic influence.</w:t>
      </w:r>
    </w:p>
    <w:p>
      <w:pPr>
        <w:spacing w:before="0" w:after="120" w:line="300" w:lineRule="exact"/>
        <w:jc w:val="both"/>
      </w:pPr>
      <w:r>
        <w:rPr>
          <w:rFonts w:ascii="Georgia" w:hAnsi="Georgia" w:cs="Georgia" w:eastAsia="Georgia"/>
          <w:b w:val="0"/>
          <w:i w:val="0"/>
          <w:sz w:val="22"/>
        </w:rPr>
        <w:t>In the words of Dick Cheney pertaining to the 2004 NIC's report: "They talk about wanting to reestablish what you could refer to as the Seventh Century Caliphate. This was the world as it was organized 1,200, 1,300 years, in effect, when Islam or Islamic people controlled everything from Portugal and Spain in the West; all through the Mediterranean to North Africa; all of North Africa; the Middle East; up into the Balkans; the Central Asian republics; the southern tip of Russia; a good swath of India; and on around to modern day Indonesia.</w:t>
      </w:r>
    </w:p>
    <w:p>
      <w:pPr>
        <w:spacing w:before="0" w:after="120" w:line="300" w:lineRule="exact"/>
        <w:jc w:val="both"/>
      </w:pPr>
      <w:r>
        <w:rPr>
          <w:rFonts w:ascii="Georgia" w:hAnsi="Georgia" w:cs="Georgia" w:eastAsia="Georgia"/>
          <w:b w:val="0"/>
          <w:i w:val="0"/>
          <w:sz w:val="22"/>
        </w:rPr>
        <w:t>In one sense from Bali and Jakarta on one end, to Madrid on the other." Dick Cheney (emphasis added) What Cheney is describing in today's context is a broad region extending from the Mediterranean to Central Asia and South East Asia in which the US and its allies are directly involved in a variety of military and intelligence operations. The stated aim of the NIC report was "to prepare the next Bush administration for challenges that lie ahead by projecting current trends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FALSE FLAG 'TERRORIST' OPERATIONS EXECUTED BY THE WORLD'S ONLY TERRORIST - THE U.S.A</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ISIS &amp; FALSE FLAG TERRORISM</w:t>
      </w:r>
    </w:p>
    <w:p>
      <w:pPr>
        <w:pStyle w:val="Heading3"/>
        <w:spacing w:before="200" w:after="120" w:line="300" w:lineRule="exact"/>
        <w:jc w:val="left"/>
      </w:pPr>
      <w:r>
        <w:rPr>
          <w:rFonts w:ascii="Georgia" w:hAnsi="Georgia" w:cs="Georgia" w:eastAsia="Georgia"/>
          <w:b/>
          <w:i w:val="0"/>
          <w:color w:val="2E74B5"/>
          <w:sz w:val="24"/>
        </w:rPr>
        <w:t>BY ARJUN WALIA (A WRITER FOR COLLECTIVE-EVOLUTION GROUP)</w:t>
      </w:r>
    </w:p>
    <w:p>
      <w:pPr>
        <w:spacing w:before="0" w:after="120" w:line="300" w:lineRule="exact"/>
        <w:jc w:val="both"/>
      </w:pPr>
      <w:r>
        <w:rPr>
          <w:rFonts w:ascii="Georgia" w:hAnsi="Georgia" w:cs="Georgia" w:eastAsia="Georgia"/>
          <w:b w:val="0"/>
          <w:i w:val="0"/>
          <w:sz w:val="22"/>
        </w:rPr>
        <w:t>"The statesmen will invent cheap lies, putting the blame upon the nation that is attacked, and every man will be glad of those conscience-soothing falsities, and will diligently study them, and refuse to examine any refutations of them; and thus he will by and by convince himself that the war is just, and will thank God for the better sleep he enjoys after this process of grotesque self-deception." – Mark Twain We've published several articles on false flag terrorism and ISIS, so my apologies if you've come across this information before, but with the clear bias in mainstream media preventing most people from hearing these facts, it's important to continually get this information out there as much as possible.</w:t>
      </w:r>
    </w:p>
    <w:p>
      <w:pPr>
        <w:spacing w:before="0" w:after="120" w:line="300" w:lineRule="exact"/>
        <w:jc w:val="both"/>
      </w:pPr>
      <w:r>
        <w:rPr>
          <w:rFonts w:ascii="Georgia" w:hAnsi="Georgia" w:cs="Georgia" w:eastAsia="Georgia"/>
          <w:b w:val="0"/>
          <w:i w:val="0"/>
          <w:sz w:val="22"/>
        </w:rPr>
        <w:t>Many people remain unaware of the connection between 'terrorism' and Western nations. Called false flag terrorism, it is the idea that the United States (and allied countries) are culpable in these terrorist events; that they have vested interests in creating and prolonging conflict, and accordingly finance terrorist groups so they can justify invading other countries and heightening security in their own — allowing them to increasingly diminish our rights in the process.</w:t>
      </w:r>
    </w:p>
    <w:p>
      <w:pPr>
        <w:spacing w:before="0" w:after="120" w:line="300" w:lineRule="exact"/>
        <w:jc w:val="both"/>
      </w:pPr>
      <w:r>
        <w:rPr>
          <w:rFonts w:ascii="Georgia" w:hAnsi="Georgia" w:cs="Georgia" w:eastAsia="Georgia"/>
          <w:b w:val="0"/>
          <w:i w:val="0"/>
          <w:sz w:val="22"/>
        </w:rPr>
        <w:t>And this idea is not mere conspiracy theory. Many intelligent and respected experts have been saying this for years. Former British Foreign Secretary, Robin Cook, for example, made it quite plain before he died: "The truth is, there is no Islamic army or terrorist group called Al Qaida. And any informed intelligence officer knows this. But there is a propaganda campaign to make the public believe in the presence of an identified entity representing the 'devil' only in order to drive the 'TV watcher' to accept a unified international leadership on our data on the financing of different Islamic State (IS, formerly ISIS/ISIL) units by private individuals.</w:t>
      </w:r>
    </w:p>
    <w:p>
      <w:pPr>
        <w:spacing w:before="0" w:after="120" w:line="300" w:lineRule="exact"/>
        <w:jc w:val="both"/>
      </w:pPr>
      <w:r>
        <w:rPr>
          <w:rFonts w:ascii="Georgia" w:hAnsi="Georgia" w:cs="Georgia" w:eastAsia="Georgia"/>
          <w:b w:val="0"/>
          <w:i w:val="0"/>
          <w:sz w:val="22"/>
        </w:rPr>
        <w:t>This money, as we have established, comes from 40 countries and, there are some of the G20 members among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for a war against terrorism.</w:t>
      </w:r>
    </w:p>
    <w:p>
      <w:pPr>
        <w:spacing w:before="0" w:after="160" w:line="300" w:lineRule="exact"/>
        <w:jc w:val="center"/>
      </w:pPr>
      <w:r>
        <w:rPr>
          <w:rFonts w:ascii="Georgia" w:hAnsi="Georgia" w:cs="Georgia" w:eastAsia="Georgia"/>
          <w:b w:val="0"/>
          <w:i/>
          <w:sz w:val="16"/>
        </w:rPr>
        <w:t>Page 2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for a war against terrorism. The country behind this propaganda is the US and the lobbyists for the US war on terrorism are only interested in making money." At the International Conference on the New World Order, which was organized and sponsored by the Perdana Global Peace Foundation, prominent author and Canadian economist Dr. Michel Chossudovsky told the world that Al Qaeda and its affiliated organizations, including the Islamic State, are sponsored by the United States and its allies: "It is documented that prior to 2011, there was a process of recruitment of mujahideen to fight in Syria, and this was coordinated by NATO and the Turkish high command.</w:t>
      </w:r>
    </w:p>
    <w:p>
      <w:pPr>
        <w:spacing w:before="0" w:after="120" w:line="300" w:lineRule="exact"/>
        <w:jc w:val="both"/>
      </w:pPr>
      <w:r>
        <w:rPr>
          <w:rFonts w:ascii="Georgia" w:hAnsi="Georgia" w:cs="Georgia" w:eastAsia="Georgia"/>
          <w:b w:val="0"/>
          <w:i w:val="0"/>
          <w:sz w:val="22"/>
        </w:rPr>
        <w:t>This report is confirmed by Israeli news sources and unequivocally, we are dealing with a statesponsorship of terrorism, the recruitment of mercenaries, the training and the financing of terrorism." At the same conference, he also made the following arguments, "We are dealing with a criminal undertaking at a global level.....and there is an ongoing war, it is led by the United States, it may be carried out by a number of proxy countries, which are obeying orders from Washington.....The global war on terrorism is a US undertaking, which is fake, it's based on fake premises.</w:t>
      </w:r>
    </w:p>
    <w:p>
      <w:pPr>
        <w:spacing w:before="0" w:after="120" w:line="300" w:lineRule="exact"/>
        <w:jc w:val="both"/>
      </w:pPr>
      <w:r>
        <w:rPr>
          <w:rFonts w:ascii="Georgia" w:hAnsi="Georgia" w:cs="Georgia" w:eastAsia="Georgia"/>
          <w:b w:val="0"/>
          <w:i w:val="0"/>
          <w:sz w:val="22"/>
        </w:rPr>
        <w:t>It tells us that somehow America and the Western world are going after a fictitious enemy, the Islamic state, when in fact the Islamic state is fully supported and financed by the Western military alliance and America's allies in the Persian Gulf.....They say Muslims are terrorists, but it just so happens that terrorists are Made in America.</w:t>
      </w:r>
    </w:p>
    <w:p>
      <w:pPr>
        <w:spacing w:before="0" w:after="120" w:line="300" w:lineRule="exact"/>
        <w:jc w:val="both"/>
      </w:pPr>
      <w:r>
        <w:rPr>
          <w:rFonts w:ascii="Georgia" w:hAnsi="Georgia" w:cs="Georgia" w:eastAsia="Georgia"/>
          <w:b w:val="0"/>
          <w:i w:val="0"/>
          <w:sz w:val="22"/>
        </w:rPr>
        <w:t>They're not the product of Muslim society, and that should be abundantly clear to everyone on this floor...... The global war on terrorism is a fabrication, a big lie and a crime against humanity." Russian president Vladimir Putin also exposed a number of countries who are funding ISIS at the last G20 Summit. As RT News reports, "[During the summit] I provided examples based The recent release of the Hillary Clinton email archive as well as leaked Pentagon documents also confirms that the US and its allies supported ISIS, who, according to various press reports, are the alleged terrorists behind the Brussels attacks.</w:t>
      </w:r>
    </w:p>
    <w:p>
      <w:pPr>
        <w:spacing w:before="0" w:after="120" w:line="300" w:lineRule="exact"/>
        <w:jc w:val="both"/>
      </w:pPr>
      <w:r>
        <w:rPr>
          <w:rFonts w:ascii="Georgia" w:hAnsi="Georgia" w:cs="Georgia" w:eastAsia="Georgia"/>
          <w:b w:val="0"/>
          <w:i w:val="0"/>
          <w:sz w:val="22"/>
        </w:rPr>
        <w:t>The 7-page Defense Intelligence Agency (DIA) document, dated August 2012, exposes US complicity in supporting the creation of an Islamic State. It's important to consider whether these constant attacks, especially overseas, are a result of incompetence by the US Air Force or Washington's complicity in protecting the terrorists. These questions have been asked ever since the terror war industry began, and it's becoming clear that the Western military alliance has had plans to invade other countries for their own purposes well in advance of the terrorist attacks to which they were purportedly responding.</w:t>
      </w:r>
    </w:p>
    <w:p>
      <w:pPr>
        <w:spacing w:before="0" w:after="120" w:line="300" w:lineRule="exact"/>
        <w:jc w:val="both"/>
      </w:pPr>
      <w:r>
        <w:rPr>
          <w:rFonts w:ascii="Georgia" w:hAnsi="Georgia" w:cs="Georgia" w:eastAsia="Georgia"/>
          <w:b w:val="0"/>
          <w:i w:val="0"/>
          <w:sz w:val="22"/>
        </w:rPr>
        <w:t>The now-retired Four Star US General Wesley Clark revealed to the world that the United States likes to take over other countries because they have a good military and can take down governments. The evidence is piling up, and as we move through 2016 and beyond, more people are starting to see through the system being controlled by corporate and financial interests.</w:t>
      </w:r>
    </w:p>
    <w:p>
      <w:pPr>
        <w:spacing w:before="0" w:after="120" w:line="300" w:lineRule="exact"/>
        <w:jc w:val="both"/>
      </w:pPr>
      <w:r>
        <w:rPr>
          <w:rFonts w:ascii="Georgia" w:hAnsi="Georgia" w:cs="Georgia" w:eastAsia="Georgia"/>
          <w:b w:val="0"/>
          <w:i w:val="0"/>
          <w:sz w:val="22"/>
        </w:rPr>
        <w:t>Regardless of who is elected, the main power that controls the U.S government and their allies must be held accountable and dismantled. I will leave you with the quote below, which comes from John F. Hylan, who was the mayor of New York City from 1918-1925: "The real menace of our Republic is the invisible government, which like a giant octopus sprawls its slimy legs over our cities, states and nation.....The little coterie of powerful international bankers virtually run the United States government</w:t>
      </w:r>
    </w:p>
    <w:p>
      <w:pPr>
        <w:spacing w:before="120" w:after="120" w:line="300" w:lineRule="exact"/>
        <w:ind w:left="720" w:right="720"/>
        <w:jc w:val="center"/>
      </w:pPr>
      <w:r>
        <w:rPr>
          <w:rFonts w:ascii="Georgia" w:hAnsi="Georgia" w:cs="Georgia" w:eastAsia="Georgia"/>
          <w:b w:val="0"/>
          <w:i/>
          <w:sz w:val="22"/>
        </w:rPr>
        <w:t>for their own selfish purposes. They practically control both parties.....[and] control the majority of the newspapers and magazines in this country. They use the columns of these papers to club into submission or drive out of office public officials who refuse to do the bidding of the powerful corrupt cliques which compose the invisible government. It operates under cover of a self-created screen [and] seizes our executive officers, legislative bodies, schools, courts, newspapers and every agency created for the public protection."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QUR'AANIC COMMENT</w:t>
      </w:r>
    </w:p>
    <w:p>
      <w:pPr>
        <w:spacing w:before="0" w:after="160" w:line="300" w:lineRule="exact"/>
        <w:jc w:val="center"/>
      </w:pPr>
      <w:r>
        <w:rPr>
          <w:rFonts w:ascii="Georgia" w:hAnsi="Georgia" w:cs="Georgia" w:eastAsia="Georgia"/>
          <w:b w:val="0"/>
          <w:i/>
          <w:sz w:val="16"/>
        </w:rPr>
        <w:t>Page 2, 3 of the original</w:t>
      </w:r>
    </w:p>
    <w:p>
      <w:pPr>
        <w:spacing w:before="0" w:after="120" w:line="300" w:lineRule="exact"/>
        <w:jc w:val="both"/>
      </w:pPr>
      <w:r>
        <w:rPr>
          <w:rFonts w:ascii="Georgia" w:hAnsi="Georgia" w:cs="Georgia" w:eastAsia="Georgia"/>
          <w:b w:val="0"/>
          <w:i w:val="0"/>
          <w:sz w:val="22"/>
        </w:rPr>
        <w:t>Allah Ta'ala says in the Qur'aan Majeed:</w:t>
      </w:r>
    </w:p>
    <w:p>
      <w:pPr>
        <w:spacing w:before="120" w:after="120" w:line="300" w:lineRule="exact"/>
        <w:ind w:left="720" w:right="720"/>
        <w:jc w:val="center"/>
      </w:pPr>
      <w:r>
        <w:rPr>
          <w:rFonts w:ascii="Georgia" w:hAnsi="Georgia" w:cs="Georgia" w:eastAsia="Georgia"/>
          <w:b w:val="0"/>
          <w:i/>
          <w:sz w:val="22"/>
        </w:rPr>
        <w:t>"And with Him are the Keys of the Ghaib. No one knows them,</w:t>
      </w:r>
    </w:p>
    <w:p>
      <w:pPr>
        <w:spacing w:before="120" w:after="120" w:line="300" w:lineRule="exact"/>
        <w:ind w:left="720" w:right="720"/>
        <w:jc w:val="center"/>
      </w:pPr>
      <w:r>
        <w:rPr>
          <w:rFonts w:ascii="Georgia" w:hAnsi="Georgia" w:cs="Georgia" w:eastAsia="Georgia"/>
          <w:b w:val="0"/>
          <w:i/>
          <w:sz w:val="22"/>
        </w:rPr>
        <w:t>but He. He is aware of what is in the ocean and the land. Not a</w:t>
      </w:r>
    </w:p>
    <w:p>
      <w:pPr>
        <w:spacing w:before="0" w:after="120" w:line="300" w:lineRule="exact"/>
        <w:jc w:val="both"/>
      </w:pPr>
      <w:r>
        <w:rPr>
          <w:rFonts w:ascii="Georgia" w:hAnsi="Georgia" w:cs="Georgia" w:eastAsia="Georgia"/>
          <w:b w:val="0"/>
          <w:i w:val="0"/>
          <w:sz w:val="22"/>
        </w:rPr>
        <w:t>leaf drops (from a tree) but He</w:t>
      </w:r>
    </w:p>
    <w:p>
      <w:pPr>
        <w:spacing w:before="120" w:after="120" w:line="300" w:lineRule="exact"/>
        <w:ind w:left="720" w:right="720"/>
        <w:jc w:val="center"/>
      </w:pPr>
      <w:r>
        <w:rPr>
          <w:rFonts w:ascii="Georgia" w:hAnsi="Georgia" w:cs="Georgia" w:eastAsia="Georgia"/>
          <w:b w:val="0"/>
          <w:i/>
          <w:sz w:val="22"/>
        </w:rPr>
        <w:t>is aware. There is not a seed in</w:t>
      </w:r>
    </w:p>
    <w:p>
      <w:pPr>
        <w:spacing w:before="120" w:after="120" w:line="300" w:lineRule="exact"/>
        <w:ind w:left="720" w:right="720"/>
        <w:jc w:val="center"/>
      </w:pPr>
      <w:r>
        <w:rPr>
          <w:rFonts w:ascii="Georgia" w:hAnsi="Georgia" w:cs="Georgia" w:eastAsia="Georgia"/>
          <w:b w:val="0"/>
          <w:i/>
          <w:sz w:val="22"/>
        </w:rPr>
        <w:t>the darkness of the earth (underground) nor anything moist or dry, but it is recorded</w:t>
      </w:r>
    </w:p>
    <w:p>
      <w:pPr>
        <w:spacing w:before="0" w:after="120" w:line="300" w:lineRule="exact"/>
        <w:jc w:val="both"/>
      </w:pPr>
      <w:r>
        <w:rPr>
          <w:rFonts w:ascii="Georgia" w:hAnsi="Georgia" w:cs="Georgia" w:eastAsia="Georgia"/>
          <w:b w:val="0"/>
          <w:i w:val="0"/>
          <w:sz w:val="22"/>
        </w:rPr>
        <w:t>in a Clear Book." "(O Muhammad!) Say: Allah is</w:t>
      </w:r>
    </w:p>
    <w:p>
      <w:pPr>
        <w:spacing w:before="120" w:after="120" w:line="300" w:lineRule="exact"/>
        <w:ind w:left="720" w:right="720"/>
        <w:jc w:val="center"/>
      </w:pPr>
      <w:r>
        <w:rPr>
          <w:rFonts w:ascii="Georgia" w:hAnsi="Georgia" w:cs="Georgia" w:eastAsia="Georgia"/>
          <w:b w:val="0"/>
          <w:i/>
          <w:sz w:val="22"/>
        </w:rPr>
        <w:t>Maalikul Mulk (the Owner/ King of the entire world and</w:t>
      </w:r>
    </w:p>
    <w:p>
      <w:pPr>
        <w:spacing w:before="120" w:after="120" w:line="300" w:lineRule="exact"/>
        <w:ind w:left="720" w:right="720"/>
        <w:jc w:val="center"/>
      </w:pPr>
      <w:r>
        <w:rPr>
          <w:rFonts w:ascii="Georgia" w:hAnsi="Georgia" w:cs="Georgia" w:eastAsia="Georgia"/>
          <w:b w:val="0"/>
          <w:i/>
          <w:sz w:val="22"/>
        </w:rPr>
        <w:t>sovereignty). You (O Allah) grant mulk (sovereignty / politi-</w:t>
      </w:r>
    </w:p>
    <w:p>
      <w:pPr>
        <w:spacing w:before="120" w:after="120" w:line="300" w:lineRule="exact"/>
        <w:ind w:left="720" w:right="720"/>
        <w:jc w:val="center"/>
      </w:pPr>
      <w:r>
        <w:rPr>
          <w:rFonts w:ascii="Georgia" w:hAnsi="Georgia" w:cs="Georgia" w:eastAsia="Georgia"/>
          <w:b w:val="0"/>
          <w:i/>
          <w:sz w:val="22"/>
        </w:rPr>
        <w:t>cal power) to whomever You will, and You snatch away mulk</w:t>
      </w:r>
    </w:p>
    <w:p>
      <w:pPr>
        <w:spacing w:before="120" w:after="120" w:line="300" w:lineRule="exact"/>
        <w:ind w:left="720" w:right="720"/>
        <w:jc w:val="center"/>
      </w:pPr>
      <w:r>
        <w:rPr>
          <w:rFonts w:ascii="Georgia" w:hAnsi="Georgia" w:cs="Georgia" w:eastAsia="Georgia"/>
          <w:b w:val="0"/>
          <w:i/>
          <w:sz w:val="22"/>
        </w:rPr>
        <w:t>from whomever You will. You grant honour to whomever You will and You disgrace whomever</w:t>
      </w:r>
    </w:p>
    <w:p>
      <w:pPr>
        <w:spacing w:before="120" w:after="120" w:line="300" w:lineRule="exact"/>
        <w:ind w:left="720" w:right="720"/>
        <w:jc w:val="center"/>
      </w:pPr>
      <w:r>
        <w:rPr>
          <w:rFonts w:ascii="Georgia" w:hAnsi="Georgia" w:cs="Georgia" w:eastAsia="Georgia"/>
          <w:b w:val="0"/>
          <w:i/>
          <w:sz w:val="22"/>
        </w:rPr>
        <w:t>You will. All goodness is in Your control. Verily, You have</w:t>
      </w:r>
    </w:p>
    <w:p>
      <w:pPr>
        <w:spacing w:before="0" w:after="120" w:line="300" w:lineRule="exact"/>
        <w:jc w:val="both"/>
      </w:pPr>
      <w:r>
        <w:rPr>
          <w:rFonts w:ascii="Georgia" w:hAnsi="Georgia" w:cs="Georgia" w:eastAsia="Georgia"/>
          <w:b w:val="0"/>
          <w:i w:val="0"/>
          <w:sz w:val="22"/>
        </w:rPr>
        <w:t>power over everything." Not an atom moves without the awareness, will and intervention of Allah Azza Wa Jal. There are no accidents in Allah's creation. Every upheaval of whatever kind, every development, and every conflict and conflagration are by the decrees of Allah Azza Wa Jal. Powers are installed and powers are destroyed by Allah's command.</w:t>
      </w:r>
    </w:p>
    <w:p>
      <w:pPr>
        <w:spacing w:before="0" w:after="120" w:line="300" w:lineRule="exact"/>
        <w:jc w:val="both"/>
      </w:pPr>
      <w:r>
        <w:rPr>
          <w:rFonts w:ascii="Georgia" w:hAnsi="Georgia" w:cs="Georgia" w:eastAsia="Georgia"/>
          <w:b w:val="0"/>
          <w:i w:val="0"/>
          <w:sz w:val="22"/>
        </w:rPr>
        <w:t>Empires are created and eliminated by the decree and command of Allah Ta'ala. All forces in creation are the armies of Allah Azza Wa Jal. The Qur'aan Majeed states: " No one knows the armies of Allah, but He." The Winds, floods, earthquakes, droughts, volcanoes, locusts, mosquitoes and the plethora of other disasters are all among the armies of Allah Azza Wa Jal.</w:t>
      </w:r>
    </w:p>
    <w:p>
      <w:pPr>
        <w:spacing w:before="0" w:after="120" w:line="300" w:lineRule="exact"/>
        <w:jc w:val="both"/>
      </w:pPr>
      <w:r>
        <w:rPr>
          <w:rFonts w:ascii="Georgia" w:hAnsi="Georgia" w:cs="Georgia" w:eastAsia="Georgia"/>
          <w:b w:val="0"/>
          <w:i w:val="0"/>
          <w:sz w:val="22"/>
        </w:rPr>
        <w:t>And, this includes the kuffaar whom Allah Ta'ala harnesses into His Scheme of Punishment for Muslims who have trespassed beyond the point of return into the domain of immorality, fisq, fujoor, bid'ah and kufr. Citing an example of the kuffaar army of Allah Ta'ala, the Qur'aan Majeed states: "And we sent against you (O Bani Israaeel!) such of Our servants who were powerful in warfare.</w:t>
      </w:r>
    </w:p>
    <w:p>
      <w:pPr>
        <w:spacing w:before="0" w:after="120" w:line="300" w:lineRule="exact"/>
        <w:jc w:val="both"/>
      </w:pPr>
      <w:r>
        <w:rPr>
          <w:rFonts w:ascii="Georgia" w:hAnsi="Georgia" w:cs="Georgia" w:eastAsia="Georgia"/>
          <w:b w:val="0"/>
          <w:i w:val="0"/>
          <w:sz w:val="22"/>
        </w:rPr>
        <w:t>Then they penetrated the homes. And that was a promise executed........(and also) so that they dis-</w:t>
      </w:r>
    </w:p>
    <w:p>
      <w:pPr>
        <w:spacing w:before="120" w:after="120" w:line="300" w:lineRule="exact"/>
        <w:ind w:left="720" w:right="720"/>
        <w:jc w:val="center"/>
      </w:pPr>
      <w:r>
        <w:rPr>
          <w:rFonts w:ascii="Georgia" w:hAnsi="Georgia" w:cs="Georgia" w:eastAsia="Georgia"/>
          <w:b w:val="0"/>
          <w:i/>
          <w:sz w:val="22"/>
        </w:rPr>
        <w:t>figure your faces and enter the Musjid as they had entered (and destroyed it) the first time, and they laid to utter waste (and destruction) whatever they overran."</w:t>
      </w:r>
    </w:p>
    <w:p>
      <w:pPr>
        <w:spacing w:before="0" w:after="120" w:line="300" w:lineRule="exact"/>
        <w:jc w:val="both"/>
      </w:pPr>
      <w:r>
        <w:rPr>
          <w:rFonts w:ascii="Georgia" w:hAnsi="Georgia" w:cs="Georgia" w:eastAsia="Georgia"/>
          <w:b w:val="0"/>
          <w:i w:val="0"/>
          <w:sz w:val="22"/>
        </w:rPr>
        <w:t>These Qur'aanic verses mention the kuffaar army of Nebucanezzar whom Allah Ta'ala sent to punish the grossly treacherous and flagrantly immoral Muslim Ummah of the time, namely, Bani Israaeel. The Musjid refers to Musjidul Aqsa which was defiled and destroyed by the armies of the kuffaar. And that was Allah's decree and command. The U.S.A. terrorist is a cog in Allah's machinery of Chastisement.</w:t>
      </w:r>
    </w:p>
    <w:p>
      <w:pPr>
        <w:spacing w:before="0" w:after="120" w:line="300" w:lineRule="exact"/>
        <w:jc w:val="both"/>
      </w:pPr>
      <w:r>
        <w:rPr>
          <w:rFonts w:ascii="Georgia" w:hAnsi="Georgia" w:cs="Georgia" w:eastAsia="Georgia"/>
          <w:b w:val="0"/>
          <w:i w:val="0"/>
          <w:sz w:val="22"/>
        </w:rPr>
        <w:t>The plots of the U.S. are designed to punish and humiliate Muslims in this era for their treachery and immorality. The events unfurling in our presence are not accidents. All of these upheavals are the decrees of Allah Ta'ala. The present Muslim Ummah does not deserve better than what is being inflicted on Muslims. If Muslims were Muslims in the meaning of the Qur'aan and Sunnah, the conspiracies of the kuffaar would then not have been able to hurt and harm us.</w:t>
      </w:r>
    </w:p>
    <w:p>
      <w:pPr>
        <w:spacing w:before="0" w:after="120" w:line="300" w:lineRule="exact"/>
        <w:jc w:val="both"/>
      </w:pPr>
      <w:r>
        <w:rPr>
          <w:rFonts w:ascii="Georgia" w:hAnsi="Georgia" w:cs="Georgia" w:eastAsia="Georgia"/>
          <w:b w:val="0"/>
          <w:i w:val="0"/>
          <w:sz w:val="22"/>
        </w:rPr>
        <w:t>Stating this fact, the Qur'aan Majeed says: "If you have Sabr and Taqwa, then never will their plots be able to harm you in any way whatsoever." Therefore, whatever calamities are befalling the Muslim Ummah of this age are befitting punishment from Allah Ta'ala.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KASHMIRI ANARCHY</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QUESTION There is a killing spree in Kashmir right now with 32 unarmed boys and girls dead and 450+ injured, and the toll is rising. This all started after the martyrdom of one local boy who had joined militant ranks. The people thereafter attacked police personnel and ransacked the public property which lead to the killings. Here is a wave of violence.</w:t>
      </w:r>
    </w:p>
    <w:p>
      <w:pPr>
        <w:spacing w:before="0" w:after="120" w:line="300" w:lineRule="exact"/>
        <w:jc w:val="both"/>
      </w:pPr>
      <w:r>
        <w:rPr>
          <w:rFonts w:ascii="Georgia" w:hAnsi="Georgia" w:cs="Georgia" w:eastAsia="Georgia"/>
          <w:b w:val="0"/>
          <w:i w:val="0"/>
          <w:sz w:val="22"/>
        </w:rPr>
        <w:t>We have been languishing under curfew. It is certainly the result of our transgressions. 1. Is stone pelting allowed in Islam? 2.What is the status of martyrs in this struggle? 3. What is your say on the Kashmir Issue? 4. The new age youth who have joined the ranks of mujahidden are shaven, wearing western attire. They upload selfies onto social networking sites.</w:t>
      </w:r>
    </w:p>
    <w:p>
      <w:pPr>
        <w:spacing w:before="0" w:after="120" w:line="300" w:lineRule="exact"/>
        <w:jc w:val="both"/>
      </w:pPr>
      <w:r>
        <w:rPr>
          <w:rFonts w:ascii="Georgia" w:hAnsi="Georgia" w:cs="Georgia" w:eastAsia="Georgia"/>
          <w:b w:val="0"/>
          <w:i w:val="0"/>
          <w:sz w:val="22"/>
        </w:rPr>
        <w:t>They term it a tactic to lure more youths to join them. Is this justified? 5. What can be done in this situation of brutal slaughter of Muslims here in Kashmir? ANSWER What is happening in Kashmir and elsewhere in the world, is the consequence of the misdeeds, fisq, fujoor, bid'ah and kufr of Muslims. The following are brief answers to your questions: (1) In the circumstances prevailing under kuffaar domination, it is not permissible for the public at large to resort to stone-throwing thereby inviting such oppression from the kuffaar which the Muslim community cannot bear.</w:t>
      </w:r>
    </w:p>
    <w:p>
      <w:pPr>
        <w:spacing w:before="0" w:after="120" w:line="300" w:lineRule="exact"/>
        <w:jc w:val="both"/>
      </w:pPr>
      <w:r>
        <w:rPr>
          <w:rFonts w:ascii="Georgia" w:hAnsi="Georgia" w:cs="Georgia" w:eastAsia="Georgia"/>
          <w:b w:val="0"/>
          <w:i w:val="0"/>
          <w:sz w:val="22"/>
        </w:rPr>
        <w:t>(2) Whether they are martyrs, only Allah Ta'ala knows. Let us hope and make dua that they are martyrs. But, their life style and deeds are certainly un-Islamic. (3) The Muslims in Kashmir are under the Wrath and Punishment of Allah Azza Wa Jal. Like in Pal- estine and elsewhere, the Muslim population by far and large is Muslim in mere name.</w:t>
      </w:r>
    </w:p>
    <w:p>
      <w:pPr>
        <w:spacing w:before="0" w:after="120" w:line="300" w:lineRule="exact"/>
        <w:jc w:val="both"/>
      </w:pPr>
      <w:r>
        <w:rPr>
          <w:rFonts w:ascii="Georgia" w:hAnsi="Georgia" w:cs="Georgia" w:eastAsia="Georgia"/>
          <w:b w:val="0"/>
          <w:i w:val="0"/>
          <w:sz w:val="22"/>
        </w:rPr>
        <w:t>At heart they are kuffaar. Their misdeeds are the evidence. (4) The youth of this age participating in the anarchy which they term Jihad are, at the best, morons, and at the worst, devils. (5) The only options available for Muslims in Kashmir and elsewhere are Sabr and Islaah. Self reformation and submission to the Shariah and adoption of the Sunnah are imperative requisites for success and victory over the Kuffaar.</w:t>
      </w:r>
    </w:p>
    <w:p>
      <w:pPr>
        <w:spacing w:before="0" w:after="120" w:line="300" w:lineRule="exact"/>
        <w:jc w:val="both"/>
      </w:pPr>
      <w:r>
        <w:rPr>
          <w:rFonts w:ascii="Georgia" w:hAnsi="Georgia" w:cs="Georgia" w:eastAsia="Georgia"/>
          <w:b w:val="0"/>
          <w:i w:val="0"/>
          <w:sz w:val="22"/>
        </w:rPr>
        <w:t>Minus these requisites, Muslims will remain the slaves of the kuffaar to be trampled on and humiliated. Muslims are waging anarchy in Kashmir for 70 years and they have not progressed one inch in any field of life. The same applies to Palestine. As long as Muslims perpetuate their intransigence of refusing to adopt the Sunnah and fully submit to the Shariah – as long as Muslims look askance at aliens for direction, directive and aid, there will be no hope whatsoever for deliverance from the degradation of the humiliation at the boots of the kuffaar – a humiliation which Allah Ta'ala has imposed on the Ummah for the flagrant and rebellious abandonment of the Sunnah and the Shariah.</w:t>
      </w:r>
    </w:p>
    <w:p>
      <w:pPr>
        <w:spacing w:before="0" w:after="120" w:line="300" w:lineRule="exact"/>
        <w:jc w:val="both"/>
      </w:pPr>
      <w:r>
        <w:rPr>
          <w:rFonts w:ascii="Georgia" w:hAnsi="Georgia" w:cs="Georgia" w:eastAsia="Georgia"/>
          <w:b w:val="0"/>
          <w:i w:val="0"/>
          <w:sz w:val="22"/>
        </w:rPr>
        <w:t>Allah Ta'ala says in the Qur'aan: "If Allah aids you, then there is none to defeat you." This Divine Aid is being withheld from Muslims. The Qur'aan and Hadith warn Muslims of the calamity of kuffaar domination which Allah Ta'ala will impose on us as the consequence of our rebellion against Him. There is just no hope for Muslim reformation and victory.</w:t>
      </w:r>
    </w:p>
    <w:p>
      <w:pPr>
        <w:spacing w:before="0" w:after="120" w:line="300" w:lineRule="exact"/>
        <w:jc w:val="both"/>
      </w:pPr>
      <w:r>
        <w:rPr>
          <w:rFonts w:ascii="Georgia" w:hAnsi="Georgia" w:cs="Georgia" w:eastAsia="Georgia"/>
          <w:b w:val="0"/>
          <w:i w:val="0"/>
          <w:sz w:val="22"/>
        </w:rPr>
        <w:t>The entire world of Islam is up in flames, the consequences of our moral and spiritual fasaad (corruption). Imaam Mahdi (Alayhis salaam) is the last hope.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AL-QAIDA - THE U.S. BOGEY</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Former British Foreign Secretary, Robin Cook made it quite plain before he died: "The truth is, there is no Islamic army or terrorist group called Al Qaida. And any informed intelligence officer knows this. But there is a propaganda campaign to make the public believe in the pres-</w:t>
      </w:r>
    </w:p>
    <w:p>
      <w:pPr>
        <w:spacing w:before="120" w:after="120" w:line="300" w:lineRule="exact"/>
        <w:ind w:left="720" w:right="720"/>
        <w:jc w:val="center"/>
      </w:pPr>
      <w:r>
        <w:rPr>
          <w:rFonts w:ascii="Georgia" w:hAnsi="Georgia" w:cs="Georgia" w:eastAsia="Georgia"/>
          <w:b w:val="0"/>
          <w:i/>
          <w:sz w:val="22"/>
        </w:rPr>
        <w:t>ence of an identified entity representing the 'devil' only in order to drive the 'TV watcher' to accept a unified international leadership for a war against terrorism. The country behind this propaganda is the US and the lobbyists for the US war on terrorism are only interested in making money."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GAINS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After overrunning the puppet government forces, the Taliban Mujaahideen took control of a the Janikhal district in eastern Afghanistan. The gun battle with the puppet government troops left scores of soldiers and police dead and injured. According to the governor of the JaniKhal district, south of the capital of Kabul, the government security forces had to pull out overnight due to heavy fighting.</w:t>
      </w:r>
    </w:p>
    <w:p>
      <w:pPr>
        <w:spacing w:before="0" w:after="120" w:line="300" w:lineRule="exact"/>
        <w:jc w:val="both"/>
      </w:pPr>
      <w:r>
        <w:rPr>
          <w:rFonts w:ascii="Georgia" w:hAnsi="Georgia" w:cs="Georgia" w:eastAsia="Georgia"/>
          <w:b w:val="0"/>
          <w:i w:val="0"/>
          <w:sz w:val="22"/>
        </w:rPr>
        <w:t>"Our district was surrounded by Taliban for almost five days," said the governor. "Hundreds of Taliban attacked our check posts overnight. "If we do not retake it soon then Taliban can easily move from one province to another and can undermine security in at least three provinces," he said. Taliban spokesman Zabihullah Mujahid said that the Taliban were in full control of the district.</w:t>
      </w:r>
    </w:p>
    <w:p>
      <w:pPr>
        <w:spacing w:before="0" w:after="120" w:line="300" w:lineRule="exact"/>
        <w:jc w:val="both"/>
      </w:pPr>
      <w:r>
        <w:rPr>
          <w:rFonts w:ascii="Georgia" w:hAnsi="Georgia" w:cs="Georgia" w:eastAsia="Georgia"/>
          <w:b w:val="0"/>
          <w:i w:val="0"/>
          <w:sz w:val="22"/>
        </w:rPr>
        <w:t>They have a great amount of equipment, including armoured vehicles, light and heavy weapons, and ammunition.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SUDDEN AND SWIFT</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"And, turn unto Allah (with repent-</w:t>
      </w:r>
    </w:p>
    <w:p>
      <w:pPr>
        <w:spacing w:before="120" w:after="120" w:line="300" w:lineRule="exact"/>
        <w:ind w:left="720" w:right="720"/>
        <w:jc w:val="center"/>
      </w:pPr>
      <w:r>
        <w:rPr>
          <w:rFonts w:ascii="Georgia" w:hAnsi="Georgia" w:cs="Georgia" w:eastAsia="Georgia"/>
          <w:b w:val="0"/>
          <w:i/>
          <w:sz w:val="22"/>
        </w:rPr>
        <w:t>ance and obedience and submit to Him before there comes to you the Punishment and then you shall not be aided (in any way and by anyone)</w:t>
      </w:r>
    </w:p>
    <w:p>
      <w:pPr>
        <w:spacing w:before="120" w:after="120" w:line="300" w:lineRule="exact"/>
        <w:ind w:left="720" w:right="720"/>
        <w:jc w:val="center"/>
      </w:pPr>
      <w:r>
        <w:rPr>
          <w:rFonts w:ascii="Georgia" w:hAnsi="Georgia" w:cs="Georgia" w:eastAsia="Georgia"/>
          <w:b w:val="0"/>
          <w:i/>
          <w:sz w:val="22"/>
        </w:rPr>
        <w:t>Follow that beautiful (Shariah) which has been revealed to you from your Rabb before there comes to you</w:t>
      </w:r>
    </w:p>
    <w:p>
      <w:pPr>
        <w:spacing w:before="0" w:after="120" w:line="300" w:lineRule="exact"/>
        <w:jc w:val="both"/>
      </w:pPr>
      <w:r>
        <w:rPr>
          <w:rFonts w:ascii="Georgia" w:hAnsi="Georgia" w:cs="Georgia" w:eastAsia="Georgia"/>
          <w:b w:val="0"/>
          <w:i w:val="0"/>
          <w:sz w:val="22"/>
        </w:rPr>
        <w:t>the sudden Punishment and you will then not understand (what is hap- pening in the havoc of the after- math)." -- Qur'aan These Qur'aanic verses depict the standing Sunnah of Allah Azza Wa Jal. He grants the transgressing Ummah considerable latitude until the Rope runs out, and the people are then swiftly apprehended with extreme harshness.</w:t>
      </w:r>
    </w:p>
    <w:p>
      <w:pPr>
        <w:spacing w:before="0" w:after="120" w:line="300" w:lineRule="exact"/>
        <w:jc w:val="both"/>
      </w:pPr>
      <w:r>
        <w:rPr>
          <w:rFonts w:ascii="Georgia" w:hAnsi="Georgia" w:cs="Georgia" w:eastAsia="Georgia"/>
          <w:b w:val="0"/>
          <w:i w:val="0"/>
          <w:sz w:val="22"/>
        </w:rPr>
        <w:t>When Muslims have transgressed beyond the point of redemption with their fisq, fujoor and bid'ah, sinking deeper into their self-created quagmire of filth and disgrace, then Allah's Athaab will apprehend them suddenly and swift-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GULEN'S SINISTER MOVEMENT IN S. A</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The conflagration and failure in Turkey of the designs and plots of the U.S.A. acting undercover of its Turkish agent, have conspicuously ushered Mr. Gulen and his sinister movement into the public glare. While Gulen is under U.S. protection in America for the past couple of decades, the C.I.A. has been spreading its dark, sinister and satanic tentacles all over the globe via the so-called 'islamic' schools of Gulen.</w:t>
      </w:r>
    </w:p>
    <w:p>
      <w:pPr>
        <w:spacing w:before="0" w:after="120" w:line="300" w:lineRule="exact"/>
        <w:jc w:val="both"/>
      </w:pPr>
      <w:r>
        <w:rPr>
          <w:rFonts w:ascii="Georgia" w:hAnsi="Georgia" w:cs="Georgia" w:eastAsia="Georgia"/>
          <w:b w:val="0"/>
          <w:i w:val="0"/>
          <w:sz w:val="22"/>
        </w:rPr>
        <w:t>Gulen, more appropriately the C.I.A., operates thousands of such schools in almost every country. One of Gulen's objectives is the destruction of Islam which he and his bosses hope will be achieved by the production of zombi sheikhs whose brains are being straitjacketed in Gulen's school's of kufr indoctrination under 'islamic' camouflage.</w:t>
      </w:r>
    </w:p>
    <w:p>
      <w:pPr>
        <w:spacing w:before="0" w:after="120" w:line="300" w:lineRule="exact"/>
        <w:jc w:val="both"/>
      </w:pPr>
      <w:r>
        <w:rPr>
          <w:rFonts w:ascii="Georgia" w:hAnsi="Georgia" w:cs="Georgia" w:eastAsia="Georgia"/>
          <w:b w:val="0"/>
          <w:i w:val="0"/>
          <w:sz w:val="22"/>
        </w:rPr>
        <w:t>All the Turkish so-called 'islamic' schools and the Temple of Gulen in Midrand, Johannesburg, deceptively dubbed, Nizamiye Musjid, are Gulenist institutions which function by the command and grace of the U.S.A. Muslims all over the world are applauding the failure of the U.S. Gulenist coup in Turkey. Muslims are falling over themselves to jump on the bandwagon of congratulations – congratulating Erdogan for his swift and decisive actions in defeating the agents of the U.S. who had staged the botched coup.</w:t>
      </w:r>
    </w:p>
    <w:p>
      <w:pPr>
        <w:spacing w:before="0" w:after="120" w:line="300" w:lineRule="exact"/>
        <w:jc w:val="both"/>
      </w:pPr>
      <w:r>
        <w:rPr>
          <w:rFonts w:ascii="Georgia" w:hAnsi="Georgia" w:cs="Georgia" w:eastAsia="Georgia"/>
          <w:b w:val="0"/>
          <w:i w:val="0"/>
          <w:sz w:val="22"/>
        </w:rPr>
        <w:t>However, they overlook the presence of Gulen in their midst. All these Gulenist schools are the haunts and jaunts of the Gilen movement of kufr. Erdogan has closed down numerous of Gulen's 'islamic' schools in Turkey even prior to the failed coup. Muslims in South Africa are treacherously supporting these Gulenist schools and Gulen's Temple in the Midrand.</w:t>
      </w:r>
    </w:p>
    <w:p>
      <w:pPr>
        <w:spacing w:before="0" w:after="120" w:line="300" w:lineRule="exact"/>
        <w:jc w:val="both"/>
      </w:pPr>
      <w:r>
        <w:rPr>
          <w:rFonts w:ascii="Georgia" w:hAnsi="Georgia" w:cs="Georgia" w:eastAsia="Georgia"/>
          <w:b w:val="0"/>
          <w:i w:val="0"/>
          <w:sz w:val="22"/>
        </w:rPr>
        <w:t>It is not permissible to support any of these Gulenist schools. It is not permissible to contribute funds for these schools. It is not permissible to send your children to these schools which have been established to undermine and destroy Islam. It is not permissible to perform Salaat in Gulen's temple in the Midrand. Those who are congratulating Erdogan, if they are sincere, should focus on Gulen's institutions in South Africa.</w:t>
      </w:r>
    </w:p>
    <w:p>
      <w:pPr>
        <w:spacing w:before="0" w:after="120" w:line="300" w:lineRule="exact"/>
        <w:jc w:val="both"/>
      </w:pPr>
      <w:r>
        <w:rPr>
          <w:rFonts w:ascii="Georgia" w:hAnsi="Georgia" w:cs="Georgia" w:eastAsia="Georgia"/>
          <w:b w:val="0"/>
          <w:i w:val="0"/>
          <w:sz w:val="22"/>
        </w:rPr>
        <w:t>The Muslim community must be warned to steer clear of these Gulenist so-called 'islamic' schools and from Gulen's temple.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CONTROL</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According to recent report of the private intelligence agency, Stratfor, the Taliban is stronger than ever and operating in more territories than at any time since 2001, when the US started its campaign in Afghanistan. The Taliban have also made significant gains in Helmand Province and is almost in total control of the region. The Head of</w:t>
      </w:r>
    </w:p>
    <w:p>
      <w:pPr>
        <w:spacing w:before="120" w:after="120" w:line="300" w:lineRule="exact"/>
        <w:ind w:left="720" w:right="720"/>
        <w:jc w:val="center"/>
      </w:pPr>
      <w:r>
        <w:rPr>
          <w:rFonts w:ascii="Georgia" w:hAnsi="Georgia" w:cs="Georgia" w:eastAsia="Georgia"/>
          <w:b w:val="0"/>
          <w:i/>
          <w:sz w:val="22"/>
        </w:rPr>
        <w:t>Helmand's provincial council, Kareem Atal said: "Around 80 percent of the province is under the control of the insurgents. There are a number of districts that the government claims are under their control, but the government is only present in the district administrative center and all around are under the control of the insurgents."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ERA OF WAHN</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The following Hadith explains a very important Sign of Qiyaamah – a Sign which we are witnessing transpiring in front of our eyes. "Thaubaan (Radhiyallahu anhu) narrated that Rasulullah (Sallallahu alayhi wasallam) said: 'Soon (will the time dawn) when the nations (i.e. the kuffaar) will invite each other against you just as eaters invite others to share their dish.' Someone (a Sahaabi) asked: 'Will that be because of our small number at that time?' Rasulullah (Sallallahu alayhi wasallam) said: 'In fact, at that time you (i.e. Muslims) will be abundant, but you will be rubbish (scum/flotsam/sewerage waste) like the rubbish of floodwaters. Most certainly, Allah will</w:t>
      </w:r>
    </w:p>
    <w:p>
      <w:pPr>
        <w:spacing w:before="0" w:after="120" w:line="300" w:lineRule="exact"/>
        <w:jc w:val="both"/>
      </w:pPr>
      <w:r>
        <w:rPr>
          <w:rFonts w:ascii="Georgia" w:hAnsi="Georgia" w:cs="Georgia" w:eastAsia="Georgia"/>
          <w:b w:val="0"/>
          <w:i w:val="0"/>
          <w:sz w:val="22"/>
        </w:rPr>
        <w:t>eliminate from the hearts of your enemy fear for you, and cast WAHN in your hearts.' The person asked: 'O Rasulullah! What is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WAHN?'</w:t>
      </w:r>
    </w:p>
    <w:p>
      <w:pPr>
        <w:spacing w:before="0" w:after="160" w:line="300" w:lineRule="exact"/>
        <w:jc w:val="center"/>
      </w:pPr>
      <w:r>
        <w:rPr>
          <w:rFonts w:ascii="Georgia" w:hAnsi="Georgia" w:cs="Georgia" w:eastAsia="Georgia"/>
          <w:b w:val="0"/>
          <w:i/>
          <w:sz w:val="16"/>
        </w:rPr>
        <w:t>Page 4, 5 of the original</w:t>
      </w:r>
    </w:p>
    <w:p>
      <w:pPr>
        <w:spacing w:before="0" w:after="120" w:line="300" w:lineRule="exact"/>
        <w:jc w:val="both"/>
      </w:pPr>
      <w:r>
        <w:rPr>
          <w:rFonts w:ascii="Georgia" w:hAnsi="Georgia" w:cs="Georgia" w:eastAsia="Georgia"/>
          <w:b w:val="0"/>
          <w:i w:val="0"/>
          <w:sz w:val="22"/>
        </w:rPr>
        <w:t>Rasulullah (Sallallahu alayhi wasallam) said: 'Love of the dunya and dislike for Maut." Who can deny the flotsam status of the Ummah of today? The one who dares deny the fact that Muslims today constitute the scum and rubbish of the world, should take his leave from Islam. We are in the epicentre of the era of Wahn. The love of the dunya has transformed the overwhelming majority of the Ummah into zindeeqs and munaafiqs.</w:t>
      </w:r>
    </w:p>
    <w:p>
      <w:pPr>
        <w:spacing w:before="0" w:after="120" w:line="300" w:lineRule="exact"/>
        <w:jc w:val="both"/>
      </w:pPr>
      <w:r>
        <w:rPr>
          <w:rFonts w:ascii="Georgia" w:hAnsi="Georgia" w:cs="Georgia" w:eastAsia="Georgia"/>
          <w:b w:val="0"/>
          <w:i w:val="0"/>
          <w:sz w:val="22"/>
        </w:rPr>
        <w:t>The evil and immorality which are today salient features of even Muslim ly. It will then be a time too late for regret and repentance. This is the inevitable fate which has already been divinely initiated in different countries in a variety of forms. It is an incremental trend. The deluge of Athaab will not be halted. The Syria, Rohingiya, Palestine, Kashmir, etc. conflagrations and the intermittent natural disasters are samples of Allah's Athaab. women prowling in the public domain are absolutely revolting and shockingly lamentable.</w:t>
      </w:r>
    </w:p>
    <w:p>
      <w:pPr>
        <w:spacing w:before="0" w:after="120" w:line="300" w:lineRule="exact"/>
        <w:jc w:val="both"/>
      </w:pPr>
      <w:r>
        <w:rPr>
          <w:rFonts w:ascii="Georgia" w:hAnsi="Georgia" w:cs="Georgia" w:eastAsia="Georgia"/>
          <w:b w:val="0"/>
          <w:i w:val="0"/>
          <w:sz w:val="22"/>
        </w:rPr>
        <w:t>The wholesale betrayal of Islam and the Ummah by the ulama-e-soo' who preponderate Muslim society in every country, further confirms the proximity of Qiyaamah. Just as the Um- mah is today the scum and rubbish of the world, so too, said Rasulullah (Sallallahu alayhi wasallam) will be the molvis and shaikhs. They will be the "vilest of people under the canopy of the sky".</w:t>
      </w:r>
    </w:p>
    <w:p>
      <w:pPr>
        <w:spacing w:before="0" w:after="120" w:line="300" w:lineRule="exact"/>
        <w:jc w:val="both"/>
      </w:pPr>
      <w:r>
        <w:rPr>
          <w:rFonts w:ascii="Georgia" w:hAnsi="Georgia" w:cs="Georgia" w:eastAsia="Georgia"/>
          <w:b w:val="0"/>
          <w:i w:val="0"/>
          <w:sz w:val="22"/>
        </w:rPr>
        <w:t>The intelligent and sincere Muslim only has to cast a cursory glance at the shenanigans of the molvis of the Jamiats, of the carrion cabal, of the shariah boards of the riba banks, and the sheikhs of MJC, and he will not fail to see how vividly these GHUTHA' mirror the aforementioned Hadith. Rasulullah (Sallallahu alayhi wasallam), himself has described Muslims of the later eras as ghutha'.</w:t>
      </w:r>
    </w:p>
    <w:p>
      <w:pPr>
        <w:spacing w:before="0" w:after="120" w:line="300" w:lineRule="exact"/>
        <w:jc w:val="both"/>
      </w:pPr>
      <w:r>
        <w:rPr>
          <w:rFonts w:ascii="Georgia" w:hAnsi="Georgia" w:cs="Georgia" w:eastAsia="Georgia"/>
          <w:b w:val="0"/>
          <w:i w:val="0"/>
          <w:sz w:val="22"/>
        </w:rPr>
        <w:t>Do some soul searching and you will with clarity understand the rubbish-scum status of the Ummah of this age.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 ATTITUDE TOWARDS JEWS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QUESTION What should our interactions with Jews be, especially in the current climate? A lot of Muslims are very angry at how Israel treats the Palestinians, and quite rightly so. However, how should we interact in our encounters with the Jews? I read in hadiths how the Nabi (sallallahu alayhi wasallam) did dawah to the Jews and did business with them, yet these days some Muslims absolutely refuse to give dawah to Jews.</w:t>
      </w:r>
    </w:p>
    <w:p>
      <w:pPr>
        <w:spacing w:before="0" w:after="120" w:line="300" w:lineRule="exact"/>
        <w:jc w:val="both"/>
      </w:pPr>
      <w:r>
        <w:rPr>
          <w:rFonts w:ascii="Georgia" w:hAnsi="Georgia" w:cs="Georgia" w:eastAsia="Georgia"/>
          <w:b w:val="0"/>
          <w:i w:val="0"/>
          <w:sz w:val="22"/>
        </w:rPr>
        <w:t>Also many Muslims seem to have hatred for Jews on racial grounds. I know a brother who is a good man, who reverted to Islam. A Muslim attacked his Jewish ancestry which was absolutely wrong. Nowadays there are Muslims in Western countries, who whenever Israel does something in Palestine react and chant "death to the Jews, kill the Jews" and randomly beat up Jews walking on the streets just because they are Jewish, and in some extreme cases synagogues and Jewish graves get desecrated.</w:t>
      </w:r>
    </w:p>
    <w:p>
      <w:pPr>
        <w:spacing w:before="0" w:after="120" w:line="300" w:lineRule="exact"/>
        <w:jc w:val="both"/>
      </w:pPr>
      <w:r>
        <w:rPr>
          <w:rFonts w:ascii="Georgia" w:hAnsi="Georgia" w:cs="Georgia" w:eastAsia="Georgia"/>
          <w:b w:val="0"/>
          <w:i w:val="0"/>
          <w:sz w:val="22"/>
        </w:rPr>
        <w:t>They argue that these acts are done because of Israel's actions abroad in the Middle East. Also some Muslims believe it is ok to blow up synagogues and murder Jews even if those Jews are not Zionists. They still think its ok to murder them solely because they are Jewish although there are many Jews who do not support Israel and condemn Israel's actions abroad.</w:t>
      </w:r>
    </w:p>
    <w:p>
      <w:pPr>
        <w:spacing w:before="0" w:after="120" w:line="300" w:lineRule="exact"/>
        <w:jc w:val="both"/>
      </w:pPr>
      <w:r>
        <w:rPr>
          <w:rFonts w:ascii="Georgia" w:hAnsi="Georgia" w:cs="Georgia" w:eastAsia="Georgia"/>
          <w:b w:val="0"/>
          <w:i w:val="0"/>
          <w:sz w:val="22"/>
        </w:rPr>
        <w:t>The same people as above also make the dangerous claim that in our time if an Islamic state returns then there is no more Jizyah for the Jews, arguing that the state of Israel completely nullifies any chance of Jizyah for the Jews. They say either accept Islam or be slaughtered. I do not understand this claim as there are more Christian Zionists than Jews, yet the same people do not advocate genocide of Christians and still believe you can take Jizyah from them while the jews are excluded?</w:t>
      </w:r>
    </w:p>
    <w:p>
      <w:pPr>
        <w:spacing w:before="0" w:after="120" w:line="300" w:lineRule="exact"/>
        <w:jc w:val="both"/>
      </w:pPr>
      <w:r>
        <w:rPr>
          <w:rFonts w:ascii="Georgia" w:hAnsi="Georgia" w:cs="Georgia" w:eastAsia="Georgia"/>
          <w:b w:val="0"/>
          <w:i w:val="0"/>
          <w:sz w:val="22"/>
        </w:rPr>
        <w:t>I have spoken to Jews including a rabbi who is anti-zionist and he said to me that orthodox Jews condemn Israel and its actions and say the state of Israel is illegal in Jewish law. He also said that Jews would prefer to live under an Islamic state, and cited the historical examples of Muslim rule in Spain and the Ottoman Empire when Muslims saved the Jews from the mass killings in Christian Europe.</w:t>
      </w:r>
    </w:p>
    <w:p>
      <w:pPr>
        <w:spacing w:before="0" w:after="120" w:line="300" w:lineRule="exact"/>
        <w:jc w:val="both"/>
      </w:pPr>
      <w:r>
        <w:rPr>
          <w:rFonts w:ascii="Georgia" w:hAnsi="Georgia" w:cs="Georgia" w:eastAsia="Georgia"/>
          <w:b w:val="0"/>
          <w:i w:val="0"/>
          <w:sz w:val="22"/>
        </w:rPr>
        <w:t>He was impressed by Muslim tolerance and kindness. May Allah guide him to Islam. How should we interact with the Jews whilst we live in the West and what is your advice about the angry youth who are hell -bent on aggressive actions? ANSWER There is no basis in Islam for the kind of savage behaviour you have described. Those displaying such uncouth and cruel conduct are callous morons with corrupt beliefs which have no relationship with Islam.</w:t>
      </w:r>
    </w:p>
    <w:p>
      <w:pPr>
        <w:spacing w:before="0" w:after="120" w:line="300" w:lineRule="exact"/>
        <w:jc w:val="both"/>
      </w:pPr>
      <w:r>
        <w:rPr>
          <w:rFonts w:ascii="Georgia" w:hAnsi="Georgia" w:cs="Georgia" w:eastAsia="Georgia"/>
          <w:b w:val="0"/>
          <w:i w:val="0"/>
          <w:sz w:val="22"/>
        </w:rPr>
        <w:t>They have inherited kuffaar attitudes as a consequence of their assimilation into western culture. However, they exhibit the attitudes of kuffaar which they taint with 'islamic' hues. Rasulullah (Sallallahu alayhi wasallam) was sent by Allah Ta'ala as the Nabi for all mankind and jinnkind. No nation/race is excluded from the scope of Rasululla's Risaalat.</w:t>
      </w:r>
    </w:p>
    <w:p>
      <w:pPr>
        <w:spacing w:before="0" w:after="120" w:line="300" w:lineRule="exact"/>
        <w:jc w:val="both"/>
      </w:pPr>
      <w:r>
        <w:rPr>
          <w:rFonts w:ascii="Georgia" w:hAnsi="Georgia" w:cs="Georgia" w:eastAsia="Georgia"/>
          <w:b w:val="0"/>
          <w:i w:val="0"/>
          <w:sz w:val="22"/>
        </w:rPr>
        <w:t>One of the Holy Wives of Rasulullah (Sallallahu alayhi wasallam), Hadhrat Safiyyah (Radhiyallahu anha) was a Jewish lady. For her sake, Allah Ta'ala freed all the Jewish prisoners of war who were related to her. The Qur'aan states the permissibility of marrying Jewish women and consuming their slaughtered meat although today the fatwa is of impermissibility due to extraneous circumstances.</w:t>
      </w:r>
    </w:p>
    <w:p>
      <w:pPr>
        <w:spacing w:before="0" w:after="120" w:line="300" w:lineRule="exact"/>
        <w:jc w:val="both"/>
      </w:pPr>
      <w:r>
        <w:rPr>
          <w:rFonts w:ascii="Georgia" w:hAnsi="Georgia" w:cs="Georgia" w:eastAsia="Georgia"/>
          <w:b w:val="0"/>
          <w:i w:val="0"/>
          <w:sz w:val="22"/>
        </w:rPr>
        <w:t>But this fatwa should not be construed as an abrogation of the Qur'aanic permissibility. Per se Nikah to women of the Ahl-e-Kitaab remain valid. If there is any Islamic validity in the egregious hatred displayed by some ignorant Muslims, Rasulullah (Sallallahu alayhi wasallam) would not have married a Jewish lady nor would the Qur'aan have granted the permission.</w:t>
      </w:r>
    </w:p>
    <w:p>
      <w:pPr>
        <w:spacing w:before="0" w:after="120" w:line="300" w:lineRule="exact"/>
        <w:jc w:val="both"/>
      </w:pPr>
      <w:r>
        <w:rPr>
          <w:rFonts w:ascii="Georgia" w:hAnsi="Georgia" w:cs="Georgia" w:eastAsia="Georgia"/>
          <w:b w:val="0"/>
          <w:i w:val="0"/>
          <w:sz w:val="22"/>
        </w:rPr>
        <w:t>The corrupt view which the ignoramuses hold regarding Jizyah is tantamount to abrogation of the Qur'aanic Law, and such cancellation is kufr. This corrupt view illustrates their ignorance. These types of morons have no affinity with the Shariah and the Sunnah, hence they blurt out just any haraam drivel disgorged by their nafs Whatever you have described of the reactions of Muslims towards Jews in the West is haraam.</w:t>
      </w:r>
    </w:p>
    <w:p>
      <w:pPr>
        <w:spacing w:before="0" w:after="120" w:line="300" w:lineRule="exact"/>
        <w:jc w:val="both"/>
      </w:pPr>
      <w:r>
        <w:rPr>
          <w:rFonts w:ascii="Georgia" w:hAnsi="Georgia" w:cs="Georgia" w:eastAsia="Georgia"/>
          <w:b w:val="0"/>
          <w:i w:val="0"/>
          <w:sz w:val="22"/>
        </w:rPr>
        <w:t>Israel's oppression does not justify the hatred and injustices committed on Jews in general. There is no Islamic justification for their haraam conduct. Muslims should display good moral conduct and always be just. The manner in which these jaahil Muslims conduct themselves only drives non-Muslims away from Islam. This was never the conduct of the Sahaabah and the Salafus Saaliheen who had conquered the lands of the kuffaar.</w:t>
      </w:r>
    </w:p>
    <w:p>
      <w:pPr>
        <w:spacing w:before="0" w:after="120" w:line="300" w:lineRule="exact"/>
        <w:jc w:val="both"/>
      </w:pPr>
      <w:r>
        <w:rPr>
          <w:rFonts w:ascii="Georgia" w:hAnsi="Georgia" w:cs="Georgia" w:eastAsia="Georgia"/>
          <w:b w:val="0"/>
          <w:i w:val="0"/>
          <w:sz w:val="22"/>
        </w:rPr>
        <w:t>Those who say that Jizyah is abolished for Jews if Muslims ever gain control of Israel, are stupid. They do not know anything about the Shariah nor about Islamic morals, hence they react like kuffaar. In day to day affairs, Muslims should portray excellent moral conduct when dealing with all people even if they are Jews.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MAGNANIMITY OF ZANGI</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horror of the carnage, brutality, savagery and cannibalism perpetrated by the Crusaders when they took Jerusalem from the Muslims, did not induce the illustrious Atabek (Ruler) Imaaduddin Zangi to reciprocate in like manner. The following extract from 'A Short History of the Saracens' by Ameer Ali portrays the nobility of the Muslim Ruler's character "............In 534 A.H. he (Imaaduddin Zangi) routed the Franks in the neighbourhood of Barin (Mont-Ferrand), which fell into his hands.</w:t>
      </w:r>
    </w:p>
    <w:p>
      <w:pPr>
        <w:spacing w:before="0" w:after="120" w:line="300" w:lineRule="exact"/>
        <w:jc w:val="both"/>
      </w:pPr>
      <w:r>
        <w:rPr>
          <w:rFonts w:ascii="Georgia" w:hAnsi="Georgia" w:cs="Georgia" w:eastAsia="Georgia"/>
          <w:b w:val="0"/>
          <w:i w:val="0"/>
          <w:sz w:val="22"/>
        </w:rPr>
        <w:t>It was one of the strongest fortresses held by the Crusaders, and formed the centre of their marauding excursions into the countries between Hamah and Aleppo. His greatest conquest, however, was achieved in the year 539 A.H., when he captured Edessa (Roha) which belonged to Joscelin II, "their hero and demon." "It was in truth the conquest of conquests." "Roha was regarded by the Christians as one of the no- blest of cities, for it formed one of their bishoprics, the most eminent of which was that of Jerusalem.</w:t>
      </w:r>
    </w:p>
    <w:p>
      <w:pPr>
        <w:spacing w:before="0" w:after="120" w:line="300" w:lineRule="exact"/>
        <w:jc w:val="both"/>
      </w:pPr>
      <w:r>
        <w:rPr>
          <w:rFonts w:ascii="Georgia" w:hAnsi="Georgia" w:cs="Georgia" w:eastAsia="Georgia"/>
          <w:b w:val="0"/>
          <w:i w:val="0"/>
          <w:sz w:val="22"/>
        </w:rPr>
        <w:t>After Jerusalem came in order Antioch, Rome, Constantinople, and Roha. It was in effect the eye of Mesopotamia. Its possession had enabled them to reduce the surrounding districts, and they possessed strong fortresses along the line of march." (Ibnul-Athir) Zangi, on his approach offered the inhabitants safety of life and property, but they rejected his terms with indignation.</w:t>
      </w:r>
    </w:p>
    <w:p>
      <w:pPr>
        <w:spacing w:before="0" w:after="120" w:line="300" w:lineRule="exact"/>
        <w:jc w:val="both"/>
      </w:pPr>
      <w:r>
        <w:rPr>
          <w:rFonts w:ascii="Georgia" w:hAnsi="Georgia" w:cs="Georgia" w:eastAsia="Georgia"/>
          <w:b w:val="0"/>
          <w:i w:val="0"/>
          <w:sz w:val="22"/>
        </w:rPr>
        <w:t>The city was carried by assault. He had thought of inflicting a terrible punishment in revenge for all that had taken place in Jerusalem and at Antioch, but his 'humanity overbore his anger. Save and except the ﬁghting men and the monks and priests, who were found inciting the Frankish soldiery, none were killed. The men, women, and children who had fallen into the hands of the victors were set at liberty, and their goods and chattels were restored to them out of free grace. ..........."</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 its perpetration of brutality and murder of non-Muslims and non-Wahhaabi Muslims,…</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In its perpetration of brutality and murder of non-Muslims and non-Wahhaabi Muslims, whose example is ISIS emulating? Clearly, the Zaalimeen of ISIS are treading faithfully in the footsteps of the Christian barbarians whose savagery and moral depravity history has recorded Instead of following the example of Sultan Salahuddin, Atabek Zangi, and above all, the example of the Sahaabah of Rasulullah (Sallallahu alayhi wasallam), ISIS has been walking faithfully in the footsteps of the Christian murderers and savages.</w:t>
      </w:r>
    </w:p>
    <w:p>
      <w:pPr>
        <w:spacing w:before="0" w:after="120" w:line="300" w:lineRule="exact"/>
        <w:jc w:val="both"/>
      </w:pPr>
      <w:r>
        <w:rPr>
          <w:rFonts w:ascii="Georgia" w:hAnsi="Georgia" w:cs="Georgia" w:eastAsia="Georgia"/>
          <w:b w:val="0"/>
          <w:i w:val="0"/>
          <w:sz w:val="22"/>
        </w:rPr>
        <w:t>If these so-called 'mujahideen' had a proper understanding of the meaning of Jihad and its objectives, they would not conduct themselves like the cannibals of Christendom.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AFGHAN JIHAD - TO WHAT AVAIL?</w:t>
      </w:r>
    </w:p>
    <w:p>
      <w:pPr>
        <w:spacing w:before="0" w:after="160" w:line="300" w:lineRule="exact"/>
        <w:jc w:val="center"/>
      </w:pPr>
      <w:r>
        <w:rPr>
          <w:rFonts w:ascii="Georgia" w:hAnsi="Georgia" w:cs="Georgia" w:eastAsia="Georgia"/>
          <w:b w:val="0"/>
          <w:i/>
          <w:sz w:val="16"/>
        </w:rPr>
        <w:t>Page 7, 9 of the original. Heading read from the printed headline artwork.</w:t>
      </w:r>
    </w:p>
    <w:p>
      <w:pPr>
        <w:spacing w:before="0" w:after="120" w:line="300" w:lineRule="exact"/>
        <w:jc w:val="both"/>
      </w:pPr>
      <w:r>
        <w:rPr>
          <w:rFonts w:ascii="Georgia" w:hAnsi="Georgia" w:cs="Georgia" w:eastAsia="Georgia"/>
          <w:b w:val="0"/>
          <w:i w:val="0"/>
          <w:sz w:val="22"/>
        </w:rPr>
        <w:t>The Afghans have been waging their Jihad in their land since the 1980's after the Russian occupation of Afghanistan. The fighting has continued relentlessly to this day for more than thirty five years. What has the Afghan Jihad achieved? After 35 years of fighting, horrible suffering and misery for the entire population, victory has not been achieved.</w:t>
      </w:r>
    </w:p>
    <w:p>
      <w:pPr>
        <w:spacing w:before="0" w:after="120" w:line="300" w:lineRule="exact"/>
        <w:jc w:val="both"/>
      </w:pPr>
      <w:r>
        <w:rPr>
          <w:rFonts w:ascii="Georgia" w:hAnsi="Georgia" w:cs="Georgia" w:eastAsia="Georgia"/>
          <w:b w:val="0"/>
          <w:i w:val="0"/>
          <w:sz w:val="22"/>
        </w:rPr>
        <w:t>The initial Jihad which secured the defeat and expulsion of the Soviet Union was conspired, planned, co-ordinated and fully funded by the U.S. smarting under its humiliation and expulsion from Vietnam – a defeat for which the Soviet Union was largely responsible. During the Jihad against the Russians, the U.S. had achieved a remarkable degree of unity among the Afghans with the assistance of the Pakistani intelligence agency, the ISI who had the task of planning and co-ordinating the Jihad on the ground.</w:t>
      </w:r>
    </w:p>
    <w:p>
      <w:pPr>
        <w:spacing w:before="0" w:after="120" w:line="300" w:lineRule="exact"/>
        <w:jc w:val="both"/>
      </w:pPr>
      <w:r>
        <w:rPr>
          <w:rFonts w:ascii="Georgia" w:hAnsi="Georgia" w:cs="Georgia" w:eastAsia="Georgia"/>
          <w:b w:val="0"/>
          <w:i w:val="0"/>
          <w:sz w:val="22"/>
        </w:rPr>
        <w:t>The day the Russians and its puppet government had been de- feated and expelled, the 'mujahideen' set about killing their own kind. The internecine warfare continued and the aftermath of death and destruction was greater than the damage caused during the decade-long war against the Russians. The anarchy continued for several years with mujahideen pitted against mujahideen, pillaging and plundering the land.</w:t>
      </w:r>
    </w:p>
    <w:p>
      <w:pPr>
        <w:spacing w:before="0" w:after="120" w:line="300" w:lineRule="exact"/>
        <w:jc w:val="both"/>
      </w:pPr>
      <w:r>
        <w:rPr>
          <w:rFonts w:ascii="Georgia" w:hAnsi="Georgia" w:cs="Georgia" w:eastAsia="Georgia"/>
          <w:b w:val="0"/>
          <w:i w:val="0"/>
          <w:sz w:val="22"/>
        </w:rPr>
        <w:t>Muslims killing Muslims, and all under the banner of 'jihad'. This was prior to the era of the Taliban. Since the anarchy in Afghanistan was detrimental to the political objectives of Pakistan, the ISI brought into existence the Taliban. The successes of the Taliban were spectacular. Within a short time, the greater part Afghanistan was brought under Taliban control.</w:t>
      </w:r>
    </w:p>
    <w:p>
      <w:pPr>
        <w:spacing w:before="0" w:after="120" w:line="300" w:lineRule="exact"/>
        <w:jc w:val="both"/>
      </w:pPr>
      <w:r>
        <w:rPr>
          <w:rFonts w:ascii="Georgia" w:hAnsi="Georgia" w:cs="Georgia" w:eastAsia="Georgia"/>
          <w:b w:val="0"/>
          <w:i w:val="0"/>
          <w:sz w:val="22"/>
        </w:rPr>
        <w:t>Kabul under Mas'ood and Mazar Sharief under the communist Dostum, remained unconquered for a while. After intense fighting, Mas'ood was ousted, and he took refuge in his stronghold some miles out of Kabul where he remained in control under the day he was assassinated. Then came the American invasion. With its coalition of aggressors, the country was devastated and the Taliban displaced.</w:t>
      </w:r>
    </w:p>
    <w:p>
      <w:pPr>
        <w:spacing w:before="0" w:after="120" w:line="300" w:lineRule="exact"/>
        <w:jc w:val="both"/>
      </w:pPr>
      <w:r>
        <w:rPr>
          <w:rFonts w:ascii="Georgia" w:hAnsi="Georgia" w:cs="Georgia" w:eastAsia="Georgia"/>
          <w:b w:val="0"/>
          <w:i w:val="0"/>
          <w:sz w:val="22"/>
        </w:rPr>
        <w:t>For the past 15 years, the fighting is continuing. Despite the U.S. and its kuffaar coalition having suffered tremendous losses, the U.S. retains a strong presence in Afghanistan and there are no indications whatsoever that it has any intentions of abandoning Afghanistan. On the contrary, the U.S. has dug in. The airbase in Bagram has been developed and modernized.</w:t>
      </w:r>
    </w:p>
    <w:p>
      <w:pPr>
        <w:spacing w:before="0" w:after="120" w:line="300" w:lineRule="exact"/>
        <w:jc w:val="both"/>
      </w:pPr>
      <w:r>
        <w:rPr>
          <w:rFonts w:ascii="Georgia" w:hAnsi="Georgia" w:cs="Georgia" w:eastAsia="Georgia"/>
          <w:b w:val="0"/>
          <w:i w:val="0"/>
          <w:sz w:val="22"/>
        </w:rPr>
        <w:t>It is a base which the U.S. requires desperately in the event of hostilities breaking out with China. The U.S. puppet government is functioning. The cities are under the control of the puppet government, and the fighting continues all over the country with no signs of a clear victory for the Taliban. On the contrary, the U.S. has succeeded in creating a bogus ISIS entity to foment greater anarchy so as to keep the Afghans fighting among themselves.</w:t>
      </w:r>
    </w:p>
    <w:p>
      <w:pPr>
        <w:spacing w:before="0" w:after="120" w:line="300" w:lineRule="exact"/>
        <w:jc w:val="both"/>
      </w:pPr>
      <w:r>
        <w:rPr>
          <w:rFonts w:ascii="Georgia" w:hAnsi="Georgia" w:cs="Georgia" w:eastAsia="Georgia"/>
          <w:b w:val="0"/>
          <w:i w:val="0"/>
          <w:sz w:val="22"/>
        </w:rPr>
        <w:t>The anarchy in Afghanistan and in other Muslims lands – Palestine, Kashmir, Iraq and Syria – has similar patterns of failed 'jihads' with Muslims drifting further from the Deen, especially in the Middle East and Kashmir. Those waging war in the name of Jihad are manifestly ignorant of the primary objective of Jihad since they are generally ignorant of Islam.</w:t>
      </w:r>
    </w:p>
    <w:p>
      <w:pPr>
        <w:spacing w:before="0" w:after="120" w:line="300" w:lineRule="exact"/>
        <w:jc w:val="both"/>
      </w:pPr>
      <w:r>
        <w:rPr>
          <w:rFonts w:ascii="Georgia" w:hAnsi="Georgia" w:cs="Georgia" w:eastAsia="Georgia"/>
          <w:b w:val="0"/>
          <w:i w:val="0"/>
          <w:sz w:val="22"/>
        </w:rPr>
        <w:t>The Jihad which the Sahaabah had waged was for I'laa Kalimatullaah – to raise the Word of Allah. They had issued from the Arabian Desert and within a few years overran a great part of the world. The lands of the Persian and Roman empires were quickly subjugated and brought under the domination of Islam, hence today we all are Muslims. The Jihad of the Sahaabah was not defensive warfare.</w:t>
      </w:r>
    </w:p>
    <w:p>
      <w:pPr>
        <w:spacing w:before="0" w:after="120" w:line="300" w:lineRule="exact"/>
        <w:jc w:val="both"/>
      </w:pPr>
      <w:r>
        <w:rPr>
          <w:rFonts w:ascii="Georgia" w:hAnsi="Georgia" w:cs="Georgia" w:eastAsia="Georgia"/>
          <w:b w:val="0"/>
          <w:i w:val="0"/>
          <w:sz w:val="22"/>
        </w:rPr>
        <w:t>Almost all of their campaigns were Jihad consisting of offensive wars designed to capture the lands of the kuffaar to hoist the Standard of Islam and to save the people of those lands from the everlasting Fire of Jahannam. They subjugated the lands of the kuffaar to ensure that the people will gain Najaat (Salvation) in the Aakhirat. Thus, success and victory welcomed the Sahaabah wherever they went.</w:t>
      </w:r>
    </w:p>
    <w:p>
      <w:pPr>
        <w:spacing w:before="0" w:after="120" w:line="300" w:lineRule="exact"/>
        <w:jc w:val="both"/>
      </w:pPr>
      <w:r>
        <w:rPr>
          <w:rFonts w:ascii="Georgia" w:hAnsi="Georgia" w:cs="Georgia" w:eastAsia="Georgia"/>
          <w:b w:val="0"/>
          <w:i w:val="0"/>
          <w:sz w:val="22"/>
        </w:rPr>
        <w:t>They had Divine Aid because they were the Khulafaa (Vicegerents) of Allah Azza Wa Jal, administering His Law in every land which they conquered in His Name. This type of Jihad is no where to be found today. The Ummah is absolutely immoral and demoralized, groping in darkness and af- flicted with abject humiliation. The Ummah is rotten to the core.</w:t>
      </w:r>
    </w:p>
    <w:p>
      <w:pPr>
        <w:spacing w:before="0" w:after="120" w:line="300" w:lineRule="exact"/>
        <w:jc w:val="both"/>
      </w:pPr>
      <w:r>
        <w:rPr>
          <w:rFonts w:ascii="Georgia" w:hAnsi="Georgia" w:cs="Georgia" w:eastAsia="Georgia"/>
          <w:b w:val="0"/>
          <w:i w:val="0"/>
          <w:sz w:val="22"/>
        </w:rPr>
        <w:t>Such people lack the spiritual fibre for Jihad – valid Jihad –the Jihad of the Qur'aan and Sunnah. In fact, they are ignorant of the meaning and goals of Jihad. There is no such Nusrat from Allah Azza Wa Jal to grant Muslims clear victory over the kuffaar. Whilst the Taliban are the only group which portrays a semblance of Islam, they lack in Roohaaniyat (spiritual fibre), hence they are operating largely under the directives of the fussaaq/ kuffaar Pakistani ISI.</w:t>
      </w:r>
    </w:p>
    <w:p>
      <w:pPr>
        <w:spacing w:before="0" w:after="120" w:line="300" w:lineRule="exact"/>
        <w:jc w:val="both"/>
      </w:pPr>
      <w:r>
        <w:rPr>
          <w:rFonts w:ascii="Georgia" w:hAnsi="Georgia" w:cs="Georgia" w:eastAsia="Georgia"/>
          <w:b w:val="0"/>
          <w:i w:val="0"/>
          <w:sz w:val="22"/>
        </w:rPr>
        <w:t>They are thoroughly dependent on the ISI for their miniscule jihad – a jihad lacking in direction and not being waged for the primary objective for which Islam has designed it. Massive ignorance of Islam prevails in Afghanistan, and this scenario is worse in other Muslim countries. Due to this ignorance, adequate measures were not instituted to give full practical implementation to all departments of Islam during the opportunity Allah Ta'ala had granted them when He had allowed them to be in power in Afghanistan.</w:t>
      </w:r>
    </w:p>
    <w:p>
      <w:pPr>
        <w:spacing w:before="0" w:after="120" w:line="300" w:lineRule="exact"/>
        <w:jc w:val="both"/>
      </w:pPr>
      <w:r>
        <w:rPr>
          <w:rFonts w:ascii="Georgia" w:hAnsi="Georgia" w:cs="Georgia" w:eastAsia="Georgia"/>
          <w:b w:val="0"/>
          <w:i w:val="0"/>
          <w:sz w:val="22"/>
        </w:rPr>
        <w:t>Their lack of Islamic understanding has made them reliant on the enemies of Allah Ta'ala for their own survival in their homeland. Muslims all over the world, in every Muslim land, are the worst enemies of Islam. Jihad cannever be the function of Muslims who have fallen to such an ebb of humiliation, fisq, fujoor, bid'ah, and even kufr, in which the Ummah is currently grovelling.</w:t>
      </w:r>
    </w:p>
    <w:p>
      <w:pPr>
        <w:spacing w:before="0" w:after="120" w:line="300" w:lineRule="exact"/>
        <w:jc w:val="both"/>
      </w:pPr>
      <w:r>
        <w:rPr>
          <w:rFonts w:ascii="Georgia" w:hAnsi="Georgia" w:cs="Georgia" w:eastAsia="Georgia"/>
          <w:b w:val="0"/>
          <w:i w:val="0"/>
          <w:sz w:val="22"/>
        </w:rPr>
        <w:t>The imperative need is for moral reformation and spiritual elevation. To achieve this, the initiatives must be at grass root levels. The children of the Ummah need to be Islamized. Therefore, those who have the means of imparting Islam to the children of today will be producing genuine mujahideen for tomorrow. Then there will be no need for U.S. and ISI aid, directives and plots of 'jihad', all designed to promote the global and rotten interests of the slaves of the dunya.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BOGUS ISIS 'CALIPHATE'</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that may pose a threat to US interests". The NIC intelligence document was based, lest we forget, on "a hypothetical letter from a fictional grandson of Bin Ladin to a [fictional] family relative in [the year] 2020". "The Lessons Learnt" as outlined in this "authoritative' NIC intelligence document are as follows: • the c aliph ate p roject "constitutes a serious challenge to the international order".</w:t>
      </w:r>
    </w:p>
    <w:p>
      <w:pPr>
        <w:spacing w:before="0" w:after="120" w:line="300" w:lineRule="exact"/>
        <w:jc w:val="both"/>
      </w:pPr>
      <w:r>
        <w:rPr>
          <w:rFonts w:ascii="Georgia" w:hAnsi="Georgia" w:cs="Georgia" w:eastAsia="Georgia"/>
          <w:b w:val="0"/>
          <w:i w:val="0"/>
          <w:sz w:val="22"/>
        </w:rPr>
        <w:t>"The IT revolution is likely to amplify the clash between Western and Muslim worlds…" The document refers to the appeal of the caliphate to Muslims and concludes that: "the proclamation of the Caliphate would not lessen the likelihood of terrorism and in fomenting more conflict". [sic] The NIC's analysis suggests that the proclamation of a caliphate will generate a new wave of terrorism emanating from Muslim countries thereby justifying an escalation in America's Global War on Terrorism (GWOT): the proclamation of the caliphate … could fuel a new generation of terrorists intent on attacking those opposed to the caliphate, whether inside or outside the Muslim World." (emphasis added) What the NIC report fails to mention is that US intelligence in liai- son with Britain's MI6 and Israel's Mossad are covertly involved in supporting both the terrorists and the caliphate project.</w:t>
      </w:r>
    </w:p>
    <w:p>
      <w:pPr>
        <w:spacing w:before="0" w:after="120" w:line="300" w:lineRule="exact"/>
        <w:jc w:val="both"/>
      </w:pPr>
      <w:r>
        <w:rPr>
          <w:rFonts w:ascii="Georgia" w:hAnsi="Georgia" w:cs="Georgia" w:eastAsia="Georgia"/>
          <w:b w:val="0"/>
          <w:i w:val="0"/>
          <w:sz w:val="22"/>
        </w:rPr>
        <w:t>In turn, the media has embarked on a new wave of lies and fabrications, focusing on "a new terrorist threat" emanating not only from the Muslim World, but from "home grown Islamist terrorists" in Europe and North America. The original source of this article is Global Research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COMMENT</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The political and anarchical upheavals we are witnessing in this era should not divert our focus from reality. Whilst the ostensible or earthly cause (the Sabab) appears to be the U.S. and the other satansits masquerading as human beings, the True Reality and Creator and Controller of everything is Allah Azza Wa Jal. It is Allah Ta'ala Who is causing these conflagrations and upheavals, and the primary reason for the current scenario is His Punishment for the Muslim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TAQWA OF UMAR BIN ABDUL AZEEZ</w:t>
      </w:r>
    </w:p>
    <w:p>
      <w:pPr>
        <w:spacing w:before="0" w:after="160" w:line="300" w:lineRule="exact"/>
        <w:jc w:val="center"/>
      </w:pPr>
      <w:r>
        <w:rPr>
          <w:rFonts w:ascii="Georgia" w:hAnsi="Georgia" w:cs="Georgia" w:eastAsia="Georgia"/>
          <w:b w:val="0"/>
          <w:i/>
          <w:sz w:val="16"/>
        </w:rPr>
        <w:t>Page 7, 10 of the original. Heading read from the printed headline artwork.</w:t>
      </w:r>
    </w:p>
    <w:p>
      <w:pPr>
        <w:spacing w:before="0" w:after="120" w:line="300" w:lineRule="exact"/>
        <w:jc w:val="both"/>
      </w:pPr>
      <w:r>
        <w:rPr>
          <w:rFonts w:ascii="Georgia" w:hAnsi="Georgia" w:cs="Georgia" w:eastAsia="Georgia"/>
          <w:b w:val="0"/>
          <w:i w:val="0"/>
          <w:sz w:val="22"/>
        </w:rPr>
        <w:t>Muslims have voluntarily become the slaves and the bootlickers of the kuffaar West. They have abandoned Islam whilst pro- fessing to be Muslim by name. Muslims – the ulama as well as the masses – have reneged from Islam. They have appointed the western kuffaar as their role models and their leaders, hence Allah Ta'ala has appointed them to be our rulers.</w:t>
      </w:r>
    </w:p>
    <w:p>
      <w:pPr>
        <w:spacing w:before="0" w:after="120" w:line="300" w:lineRule="exact"/>
        <w:jc w:val="both"/>
      </w:pPr>
      <w:r>
        <w:rPr>
          <w:rFonts w:ascii="Georgia" w:hAnsi="Georgia" w:cs="Georgia" w:eastAsia="Georgia"/>
          <w:b w:val="0"/>
          <w:i w:val="0"/>
          <w:sz w:val="22"/>
        </w:rPr>
        <w:t>It is shaitaan who diverts our focus from reality and engrosses our brains with shadows. Nothing moves without the command of Allah Ta'ala. He states with clarity in the Qur'aan: "By Him are the Keys of the Ghaib (the Unseen and Unknown Realms). He knows what is in the ocean and on the land. Not a leaf drops (form a tree), but He is aware.</w:t>
      </w:r>
    </w:p>
    <w:p>
      <w:pPr>
        <w:spacing w:before="0" w:after="120" w:line="300" w:lineRule="exact"/>
        <w:jc w:val="both"/>
      </w:pPr>
      <w:r>
        <w:rPr>
          <w:rFonts w:ascii="Georgia" w:hAnsi="Georgia" w:cs="Georgia" w:eastAsia="Georgia"/>
          <w:b w:val="0"/>
          <w:i w:val="0"/>
          <w:sz w:val="22"/>
        </w:rPr>
        <w:t>There is not a seed in the darkness of the earth nor anything moist or dry, but it is recorded in a Clear Book." Not an atom moves, but it is the effect of Allah's direct command and intervention. Thus, castigating the U.S. and Shaitaan for our plight, our humiliation and our degradation is the ramblings of mentally deranged people. Rather, the U.S. and its underlings are all the armies of Allah Azza Wa Jal.</w:t>
      </w:r>
    </w:p>
    <w:p>
      <w:pPr>
        <w:spacing w:before="0" w:after="120" w:line="300" w:lineRule="exact"/>
        <w:jc w:val="both"/>
      </w:pPr>
      <w:r>
        <w:rPr>
          <w:rFonts w:ascii="Georgia" w:hAnsi="Georgia" w:cs="Georgia" w:eastAsia="Georgia"/>
          <w:b w:val="0"/>
          <w:i w:val="0"/>
          <w:sz w:val="22"/>
        </w:rPr>
        <w:t>The Qur'aan Majeed states: "No one knows the armies of Allah, but He." Reminding Muslims of the fact that kuffaar armies are part of His Punishment and are ordered by Him to punish Muslims, the</w:t>
      </w:r>
    </w:p>
    <w:p>
      <w:pPr>
        <w:spacing w:before="120" w:after="120" w:line="300" w:lineRule="exact"/>
        <w:ind w:left="720" w:right="720"/>
        <w:jc w:val="center"/>
      </w:pPr>
      <w:r>
        <w:rPr>
          <w:rFonts w:ascii="Georgia" w:hAnsi="Georgia" w:cs="Georgia" w:eastAsia="Georgia"/>
          <w:b w:val="0"/>
          <w:i/>
          <w:sz w:val="22"/>
        </w:rPr>
        <w:t>Qur'aan Majeed says: "Then… We sent against you (O Muslims!) Our servants who were powerful in warfare. Then they penetrated the homes. And, it was a promise fulfilled. ........ And so that they disfigure your faces (mutilate you and rape your womenfolk) and so that they enter the Musjid as they had done before....."</w:t>
      </w:r>
    </w:p>
    <w:p>
      <w:pPr>
        <w:spacing w:before="0" w:after="120" w:line="300" w:lineRule="exact"/>
        <w:jc w:val="both"/>
      </w:pPr>
      <w:r>
        <w:rPr>
          <w:rFonts w:ascii="Georgia" w:hAnsi="Georgia" w:cs="Georgia" w:eastAsia="Georgia"/>
          <w:b w:val="0"/>
          <w:i w:val="0"/>
          <w:sz w:val="22"/>
        </w:rPr>
        <w:t>In these Aayaat, Allah Ta'ala refers to the destruction of Bani Israaeel (the Muslim Ummat of the time). The kuffaar army ("OUR SERVANTS"), was led by the kaafir king, Bukht Nassar (Nebucadezzar). The land of the Muslims was utterly de- stroyed, overrun pillaged and plundered. The Musjid, here refers to Musjidul Aqsa which was desecrated, defiled with excreta and destroyed. 70,000 Muslims of Bani Israaeel were enchained and brutally marched off to Babylon into captivity and slavery.</w:t>
      </w:r>
    </w:p>
    <w:p>
      <w:pPr>
        <w:spacing w:before="0" w:after="120" w:line="300" w:lineRule="exact"/>
        <w:jc w:val="both"/>
      </w:pPr>
      <w:r>
        <w:rPr>
          <w:rFonts w:ascii="Georgia" w:hAnsi="Georgia" w:cs="Georgia" w:eastAsia="Georgia"/>
          <w:b w:val="0"/>
          <w:i w:val="0"/>
          <w:sz w:val="22"/>
        </w:rPr>
        <w:t>That is Allah's Athaab. As long as Muslims remain bootlickers, licking the boots of the kuffaar, emulating them, appeasing them and turning their backs on the Sunnah, our plight will deteriorate. We are currently sinking deeper into the quagmire of degradation and disgrace. But the ultimate Athaab remains impending. May Allah Ta'ala have mercy on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governor of Urdun had sent a gift of two baskets of fresh dates for the Khalifah,…</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The governor of Urdun had sent a gift of two baskets of fresh dates for the Khalifah, Hadhrat Umar Bin Abdul Azeez (rahmatullah alayh). The Khalifah asked: "How were these dates delivered?" He was informed that the horses used for postal deliveries were used. He said: "I don't have a greater right than the general public to these horses. Sell both baskets of dates and use the money to buy feed for the horses.</w:t>
      </w:r>
    </w:p>
    <w:p>
      <w:pPr>
        <w:spacing w:before="0" w:after="120" w:line="300" w:lineRule="exact"/>
        <w:jc w:val="both"/>
      </w:pPr>
      <w:r>
        <w:rPr>
          <w:rFonts w:ascii="Georgia" w:hAnsi="Georgia" w:cs="Georgia" w:eastAsia="Georgia"/>
          <w:b w:val="0"/>
          <w:i w:val="0"/>
          <w:sz w:val="22"/>
        </w:rPr>
        <w:t>When the price was ascertained in the market place for the dates, the Khalifah's nephew purchased both baskets. He presented one basket to the Khalifah while he retained one for himself. Hadhrat Umar Bin Abdul Azeez (rahmatullah alayh) commented: "Now it is halaal for me to eat of the dates."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KIND OF JHAD' IS THIS? IT IS A U.S.A. JIHAD'</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REFUGEE CHIL- DREN SEXUAL- LY ABUSED IN EUROPE'S REF- UGEE CAMPS Published 15 Aug, 2016 A boy is seen in abandoned school used by volunteers for hosting families of refugees from Syria and Afghanistan in Athens. © Aris Messinis / AFP Refugee children as young as seven have been sexually assaulted in official EU migrant camps in Greece, where children and women are said to be too afraid to go outside their tents when it's dark, a report states, citing charities working at the venues.</w:t>
      </w:r>
    </w:p>
    <w:p>
      <w:pPr>
        <w:spacing w:before="0" w:after="120" w:line="300" w:lineRule="exact"/>
        <w:jc w:val="both"/>
      </w:pPr>
      <w:r>
        <w:rPr>
          <w:rFonts w:ascii="Georgia" w:hAnsi="Georgia" w:cs="Georgia" w:eastAsia="Georgia"/>
          <w:b w:val="0"/>
          <w:i w:val="0"/>
          <w:sz w:val="22"/>
        </w:rPr>
        <w:t>The revelations were published in the Observer on Saturday. The report takes a closer look at the Softex refugee camp, a former toilet roll factory on the outskirts of Thessaloniki in Greece that hosts some 1,400 asylum seekers from besieged Syria, of whom 170 are thought to be children, according to the news outlet's data. The Observer quoted a local volunteer who stated that "some young girls had been effectively groomed by male gangs." Speaking on condition of anonymity, he described an attack on a sevenyear-old Iraqi girl, whose parents "are still in disbelief over what happened." "A man from one of the 'mafia' groups asked their sevenyear-old daughter into their tent to play games on his phone and then zipped up the tent.</w:t>
      </w:r>
    </w:p>
    <w:p>
      <w:pPr>
        <w:spacing w:before="0" w:after="120" w:line="300" w:lineRule="exact"/>
        <w:jc w:val="both"/>
      </w:pPr>
      <w:r>
        <w:rPr>
          <w:rFonts w:ascii="Georgia" w:hAnsi="Georgia" w:cs="Georgia" w:eastAsia="Georgia"/>
          <w:b w:val="0"/>
          <w:i w:val="0"/>
          <w:sz w:val="22"/>
        </w:rPr>
        <w:t>She came back with marks on her arms and neck. Later the girl described how she was sexually abused. It has scarred a seven-year-old child for life," he said.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WHAT KIND OF 'JIHAD' IS THIS? IT IS A U.S.A. 'JIHAD'</w:t>
      </w:r>
    </w:p>
    <w:p>
      <w:pPr>
        <w:spacing w:before="0" w:after="160" w:line="300" w:lineRule="exact"/>
        <w:jc w:val="center"/>
      </w:pPr>
      <w:r>
        <w:rPr>
          <w:rFonts w:ascii="Georgia" w:hAnsi="Georgia" w:cs="Georgia" w:eastAsia="Georgia"/>
          <w:b w:val="0"/>
          <w:i/>
          <w:sz w:val="16"/>
        </w:rPr>
        <w:t>Page 8, 9 of the original. Heading read from the printed headline artwork.</w:t>
      </w:r>
    </w:p>
    <w:p>
      <w:pPr>
        <w:spacing w:before="0" w:after="120" w:line="300" w:lineRule="exact"/>
        <w:jc w:val="both"/>
      </w:pPr>
      <w:r>
        <w:rPr>
          <w:rFonts w:ascii="Georgia" w:hAnsi="Georgia" w:cs="Georgia" w:eastAsia="Georgia"/>
          <w:b w:val="0"/>
          <w:i w:val="0"/>
          <w:sz w:val="22"/>
        </w:rPr>
        <w:t>The Iraqi family was reportedly later moved out of the camp and into an emergency facility. The Softex refugee camp was built after the closure of the illegal Idomeni camp on Greece's Macedonian border, where numerous clashes were seen between police and asylum seekers. The refugees from Idomeni were later relocated to Thessaloniki and its surrounding area by Greek authorities.</w:t>
      </w:r>
    </w:p>
    <w:p>
      <w:pPr>
        <w:spacing w:before="0" w:after="120" w:line="300" w:lineRule="exact"/>
        <w:jc w:val="both"/>
      </w:pPr>
      <w:r>
        <w:rPr>
          <w:rFonts w:ascii="Georgia" w:hAnsi="Georgia" w:cs="Georgia" w:eastAsia="Georgia"/>
          <w:b w:val="0"/>
          <w:i w:val="0"/>
          <w:sz w:val="22"/>
        </w:rPr>
        <w:t>Reports of children being sexually abused in Greek refugee camps have also been heard by Anna Chiara Nava of Médecins Sans Frontières (Doctors without Borders) in Thessaloniki. "It's really hard for the unaccompanied minors – 16and 17years-olds – to survive. It's the survival of the fittest in there. In the evening and night, it's impossible to find them because they are hiding in the tents." She added that the women are also afraid.</w:t>
      </w:r>
    </w:p>
    <w:p>
      <w:pPr>
        <w:spacing w:before="0" w:after="120" w:line="300" w:lineRule="exact"/>
        <w:jc w:val="both"/>
      </w:pPr>
      <w:r>
        <w:rPr>
          <w:rFonts w:ascii="Georgia" w:hAnsi="Georgia" w:cs="Georgia" w:eastAsia="Georgia"/>
          <w:b w:val="0"/>
          <w:i w:val="0"/>
          <w:sz w:val="22"/>
        </w:rPr>
        <w:t>"They complain that during the night and evening they cannot go to the toilet alone. They have all heard of reports of others being attacked," said Nava. The Observer also cited Anita Dullard of the International Federation of Red Cross and Red Crescent Societies, who said the organization had informed the government of a spike in sexual abuse in Greece's refugee camps and was also keeping in touch with the UN concerning the issue.</w:t>
      </w:r>
    </w:p>
    <w:p>
      <w:pPr>
        <w:spacing w:before="0" w:after="120" w:line="300" w:lineRule="exact"/>
        <w:jc w:val="both"/>
      </w:pPr>
      <w:r>
        <w:rPr>
          <w:rFonts w:ascii="Georgia" w:hAnsi="Georgia" w:cs="Georgia" w:eastAsia="Georgia"/>
          <w:b w:val="0"/>
          <w:i w:val="0"/>
          <w:sz w:val="22"/>
        </w:rPr>
        <w:t>In May of this year, a shocking revelation emerged concerning sexual abuse at a migrant facility in southeast Turkey, where a cleaner at the Nazip refugee camp received a 108-year prison sentence for sexually abusing over two dozen Syrian refugee boys, aged 8 to 12. The perpetrator, identified as "Erdal E." in the court papers, said he had been deliberately luring young boys into places with no surveillance cameras, near bathrooms and other common facilities.</w:t>
      </w:r>
    </w:p>
    <w:p>
      <w:pPr>
        <w:spacing w:before="0" w:after="120" w:line="300" w:lineRule="exact"/>
        <w:jc w:val="both"/>
      </w:pPr>
      <w:r>
        <w:rPr>
          <w:rFonts w:ascii="Georgia" w:hAnsi="Georgia" w:cs="Georgia" w:eastAsia="Georgia"/>
          <w:b w:val="0"/>
          <w:i w:val="0"/>
          <w:sz w:val="22"/>
        </w:rPr>
        <w:t>He would pay them around 25 Turkish lira ($0.70-1.70) each before assaulting them. In June, UNICEF warned that child refugees were being subject to physical and sexual abuse and exploitation en route to Europe. Europe is currently facing its worst refugee crisis since World War II. In 2015 alone, some 1.8 million asylum-seekers entered the European Union fleeing war and poverty in Middle-Eastern countries, according to data from the European Union border agency, Frontex.</w:t>
      </w:r>
    </w:p>
    <w:p>
      <w:pPr>
        <w:spacing w:before="0" w:after="120" w:line="300" w:lineRule="exact"/>
        <w:jc w:val="both"/>
      </w:pPr>
      <w:r>
        <w:rPr>
          <w:rFonts w:ascii="Georgia" w:hAnsi="Georgia" w:cs="Georgia" w:eastAsia="Georgia"/>
          <w:b w:val="0"/>
          <w:i w:val="0"/>
          <w:sz w:val="22"/>
        </w:rPr>
        <w:t>(End of Report) COMMENT Over 2 million Syrian Muslims have fled their homeland. Tens of thousands have been killed, maimed and inured. The suffering is horrendous. Starvation has driven the Syrian Muslims to devouring cats and dogs. Their sheikhs have issued the fatwa of permissibility due to the dire circumstances which have overtaken the Syrian Muslims.</w:t>
      </w:r>
    </w:p>
    <w:p>
      <w:pPr>
        <w:spacing w:before="0" w:after="120" w:line="300" w:lineRule="exact"/>
        <w:jc w:val="both"/>
      </w:pPr>
      <w:r>
        <w:rPr>
          <w:rFonts w:ascii="Georgia" w:hAnsi="Georgia" w:cs="Georgia" w:eastAsia="Georgia"/>
          <w:b w:val="0"/>
          <w:i w:val="0"/>
          <w:sz w:val="22"/>
        </w:rPr>
        <w:t>Undoubtedly, this is Allah's Athaab. However, we cannot claim 100% certitude for the correlation between this heartrending suffering and Divine Punishment, hence the need is to focus on the ostensible causes of the misery. This cause is the bogus, 'jihad' which the U.S. has created to further its global interests. All the jihadi outfits in the Middle Eastern amphitheatre have been drawn into the U.S. conspiracy.</w:t>
      </w:r>
    </w:p>
    <w:p>
      <w:pPr>
        <w:spacing w:before="0" w:after="120" w:line="300" w:lineRule="exact"/>
        <w:jc w:val="both"/>
      </w:pPr>
      <w:r>
        <w:rPr>
          <w:rFonts w:ascii="Georgia" w:hAnsi="Georgia" w:cs="Georgia" w:eastAsia="Georgia"/>
          <w:b w:val="0"/>
          <w:i w:val="0"/>
          <w:sz w:val="22"/>
        </w:rPr>
        <w:t>All of them are the foot-soldiers of the U.S. Only fools or conspirators believe and say that the U.S., U.K., Turkey, Saudi Arabia, Jordan and the Gulf States are not cahoots in this cruel plot. What is the achievement of the Jihadi groups supposedly engaging in Jihad in Syria? Their only 'achievement' is the horrendous suffering of the Syrian masses.</w:t>
      </w:r>
    </w:p>
    <w:p>
      <w:pPr>
        <w:spacing w:before="0" w:after="120" w:line="300" w:lineRule="exact"/>
        <w:jc w:val="both"/>
      </w:pPr>
      <w:r>
        <w:rPr>
          <w:rFonts w:ascii="Georgia" w:hAnsi="Georgia" w:cs="Georgia" w:eastAsia="Georgia"/>
          <w:b w:val="0"/>
          <w:i w:val="0"/>
          <w:sz w:val="22"/>
        </w:rPr>
        <w:t>Some of that suffering is mirrored in the above report. An entire population has been uprooted. Not only uprooted, but horribly brutalized, pillaged, plundered and raped by a variety of Satanist forces which include the Assad regime, ISIS, the Russians and the U.S. while the so-called 'mujaahodeen' display their impotency and remain snug in their haunts of relative 'safety and security'.</w:t>
      </w:r>
    </w:p>
    <w:p>
      <w:pPr>
        <w:spacing w:before="0" w:after="120" w:line="300" w:lineRule="exact"/>
        <w:jc w:val="both"/>
      </w:pPr>
      <w:r>
        <w:rPr>
          <w:rFonts w:ascii="Georgia" w:hAnsi="Georgia" w:cs="Georgia" w:eastAsia="Georgia"/>
          <w:b w:val="0"/>
          <w:i w:val="0"/>
          <w:sz w:val="22"/>
        </w:rPr>
        <w:t>Whilst most of the foot-soldiers linked to the Jihadi outfits are simpletons, sincerely believing that they are fighting a genuine Jihad, the chaps at the top are well aware of their embrace with the kuffaar directors of the conspiracy. These Jihadi groups have not killed a single Yahoodi nor a single American. On the contrary, they have thoroughly insulated Israel and by means of the brutal Syrian conflagration they have brought peace and security to Israel.</w:t>
      </w:r>
    </w:p>
    <w:p>
      <w:pPr>
        <w:spacing w:before="0" w:after="120" w:line="300" w:lineRule="exact"/>
        <w:jc w:val="both"/>
      </w:pPr>
      <w:r>
        <w:rPr>
          <w:rFonts w:ascii="Georgia" w:hAnsi="Georgia" w:cs="Georgia" w:eastAsia="Georgia"/>
          <w:b w:val="0"/>
          <w:i w:val="0"/>
          <w:sz w:val="22"/>
        </w:rPr>
        <w:t>Not a single one of these Jihadi outfits is aiding Hamas in its struggle against Israel. With the type of suffering and misery which have been unleashed on the unarmed populace, it is HARAAM for any Muslim Jihadi entity to engage in hostilities. When the group is unable to defend and protect the populace, and when such horror as we are witnessing are the outcome, then it is not permissible to initiate hostilities.</w:t>
      </w:r>
    </w:p>
    <w:p>
      <w:pPr>
        <w:spacing w:before="0" w:after="120" w:line="300" w:lineRule="exact"/>
        <w:jc w:val="both"/>
      </w:pPr>
      <w:r>
        <w:rPr>
          <w:rFonts w:ascii="Georgia" w:hAnsi="Georgia" w:cs="Georgia" w:eastAsia="Georgia"/>
          <w:b w:val="0"/>
          <w:i w:val="0"/>
          <w:sz w:val="22"/>
        </w:rPr>
        <w:t>Since the Jihadi groups totally lack the means for confronting the kuffaar Assad regime, and since the brutal consequences of suffering and misery were expected to unfold, it was not permissible to initiate the fight and to dub it 'jihad'. It is not a Shar'i Jihad. It is bandit activity in which all these groups are engaging. The Muslim nation is at its weakest ebb of its history.</w:t>
      </w:r>
    </w:p>
    <w:p>
      <w:pPr>
        <w:spacing w:before="0" w:after="120" w:line="300" w:lineRule="exact"/>
        <w:jc w:val="both"/>
      </w:pPr>
      <w:r>
        <w:rPr>
          <w:rFonts w:ascii="Georgia" w:hAnsi="Georgia" w:cs="Georgia" w:eastAsia="Georgia"/>
          <w:b w:val="0"/>
          <w:i w:val="0"/>
          <w:sz w:val="22"/>
        </w:rPr>
        <w:t>Even at Hudaibiyyah, they were not so weak, so hopeless and so demoralized as they are today. The scenario demands a Waajib cessation of hostilities and the enactment of peace treaties with the kuffaar along the lines of Hudaibiyyah which the Qur'aan Majeed describes as a momentous Fatah (Victory). Hadhrat Maulana Ashraf Ali Thanvi (Rahmatullah alayh) said: "We know of only two ways: Jihad or Sabr.</w:t>
      </w:r>
    </w:p>
    <w:p>
      <w:pPr>
        <w:spacing w:before="0" w:after="120" w:line="300" w:lineRule="exact"/>
        <w:jc w:val="both"/>
      </w:pPr>
      <w:r>
        <w:rPr>
          <w:rFonts w:ascii="Georgia" w:hAnsi="Georgia" w:cs="Georgia" w:eastAsia="Georgia"/>
          <w:b w:val="0"/>
          <w:i w:val="0"/>
          <w:sz w:val="22"/>
        </w:rPr>
        <w:t>When we lack the power, then the option is Sabr and Dua. We do not know any inbetween ways." The Waajib need is to work at grass-roots level among the masses. They are horribly ignorant of the Deen. In fact, their lifestyle testifies to kufr – that they are Muslim in mere name and by birth, not true Muslims who un- derstand what Islam is.</w:t>
      </w:r>
    </w:p>
    <w:p>
      <w:pPr>
        <w:spacing w:before="0" w:after="120" w:line="300" w:lineRule="exact"/>
        <w:jc w:val="both"/>
      </w:pPr>
      <w:r>
        <w:rPr>
          <w:rFonts w:ascii="Georgia" w:hAnsi="Georgia" w:cs="Georgia" w:eastAsia="Georgia"/>
          <w:b w:val="0"/>
          <w:i w:val="0"/>
          <w:sz w:val="22"/>
        </w:rPr>
        <w:t>The need is for moral reformation and spiritual elevation. Once these fundamental goals have been achieved, Allah Ta'ala will create the circumstances for genuine Jihad, and Muslims will not be reliant on the kuffaar for support. Right now, every so-called Jihadi outfit is totally reliant on the U.S. and other kuffaar for their 'jihadi' activities which are directed by the U.S. to achieve its own long term political goals.</w:t>
      </w:r>
    </w:p>
    <w:p>
      <w:pPr>
        <w:spacing w:before="0" w:after="120" w:line="300" w:lineRule="exact"/>
        <w:jc w:val="both"/>
      </w:pPr>
      <w:r>
        <w:rPr>
          <w:rFonts w:ascii="Georgia" w:hAnsi="Georgia" w:cs="Georgia" w:eastAsia="Georgia"/>
          <w:b w:val="0"/>
          <w:i w:val="0"/>
          <w:sz w:val="22"/>
        </w:rPr>
        <w:t>While the banditry of the socalled 'mujahideen' brings them temporary security, sufficient food to fill their bellies and other comforts, they are entirely oblivious of the misery and horror which their bandity – so-called 'jihad' – has brought crashing down on millions of Syrian Muslims who are trading their Imaan, honour, shame and respect for the filthy crumbs of kufr and bread which the European countries are offering them.</w:t>
      </w:r>
    </w:p>
    <w:p>
      <w:pPr>
        <w:spacing w:before="0" w:after="120" w:line="300" w:lineRule="exact"/>
        <w:jc w:val="both"/>
      </w:pPr>
      <w:r>
        <w:rPr>
          <w:rFonts w:ascii="Georgia" w:hAnsi="Georgia" w:cs="Georgia" w:eastAsia="Georgia"/>
          <w:b w:val="0"/>
          <w:i w:val="0"/>
          <w:sz w:val="22"/>
        </w:rPr>
        <w:t>A vast segment of the Muslim population of Syria has been handed into the open arms of the European kuffaar. This is not Jihad.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HIJRAT IS WAAJIB</w:t>
      </w:r>
    </w:p>
    <w:p>
      <w:pPr>
        <w:spacing w:before="0" w:after="160" w:line="300" w:lineRule="exact"/>
        <w:jc w:val="center"/>
      </w:pPr>
      <w:r>
        <w:rPr>
          <w:rFonts w:ascii="Georgia" w:hAnsi="Georgia" w:cs="Georgia" w:eastAsia="Georgia"/>
          <w:b w:val="0"/>
          <w:i/>
          <w:sz w:val="16"/>
        </w:rPr>
        <w:t>Page 8, 10 of the original. Heading read from the printed headline artwork.</w:t>
      </w:r>
    </w:p>
    <w:p>
      <w:pPr>
        <w:spacing w:before="0" w:after="120" w:line="300" w:lineRule="exact"/>
        <w:jc w:val="both"/>
      </w:pPr>
      <w:r>
        <w:rPr>
          <w:rFonts w:ascii="Georgia" w:hAnsi="Georgia" w:cs="Georgia" w:eastAsia="Georgia"/>
          <w:b w:val="0"/>
          <w:i w:val="0"/>
          <w:sz w:val="22"/>
        </w:rPr>
        <w:t>The pledge which Muslims in the U.K. are constrained to give to the kuffaar aggressor armed forces illustrates the lamentable plight of Muslims in the U.K. While their plight may not be lamentable economically and materially at this stage of their assimilation into kuffaar life, their Imaan has entered a pitiful state of humiliation which compels them to bootlick the British authorities.</w:t>
      </w:r>
    </w:p>
    <w:p>
      <w:pPr>
        <w:spacing w:before="0" w:after="120" w:line="300" w:lineRule="exact"/>
        <w:jc w:val="both"/>
      </w:pPr>
      <w:r>
        <w:rPr>
          <w:rFonts w:ascii="Georgia" w:hAnsi="Georgia" w:cs="Georgia" w:eastAsia="Georgia"/>
          <w:b w:val="0"/>
          <w:i w:val="0"/>
          <w:sz w:val="22"/>
        </w:rPr>
        <w:t>Regardless of the justification proffered by the morally decadent and spiritually bankrupt imams, molvis and sheikhs for the bootlicking pledge given to the zaalimeen, the reality is that fear – Islamophobia – is the determinant for extracting the pledge. The Imaan of Muslims worldwide has been severely eroded and contaminated with fisq, fujoor and bid'ah.</w:t>
      </w:r>
    </w:p>
    <w:p>
      <w:pPr>
        <w:spacing w:before="0" w:after="120" w:line="300" w:lineRule="exact"/>
        <w:jc w:val="both"/>
      </w:pPr>
      <w:r>
        <w:rPr>
          <w:rFonts w:ascii="Georgia" w:hAnsi="Georgia" w:cs="Georgia" w:eastAsia="Georgia"/>
          <w:b w:val="0"/>
          <w:i w:val="0"/>
          <w:sz w:val="22"/>
        </w:rPr>
        <w:t>The consequence of the deluge of flagrant transgression of Muslims against Allah Ta'ala, is the athaab of humiliation, bootlicking and fear. The hearts of Muslims, especially those in the U.K., U.S.A. and some European countries such as France, are overwhelmed with fear for the kuffaar – fear which Allah Ta'ala has ingrained into their hearts in the wake of their gross and flagrant sinning, immorality and even kufr.</w:t>
      </w:r>
    </w:p>
    <w:p>
      <w:pPr>
        <w:spacing w:before="0" w:after="120" w:line="300" w:lineRule="exact"/>
        <w:jc w:val="both"/>
      </w:pPr>
      <w:r>
        <w:rPr>
          <w:rFonts w:ascii="Georgia" w:hAnsi="Georgia" w:cs="Georgia" w:eastAsia="Georgia"/>
          <w:b w:val="0"/>
          <w:i w:val="0"/>
          <w:sz w:val="22"/>
        </w:rPr>
        <w:t>The haraam pledge is in fact divine punishment for Muslims who have practically become like athiests. Their allegience to Islam, is mere verbal profession whilst their hearts are bereft of even a semblance of roohaani fibre. Every intelligent Muslim can or should understand that the pledge given to the aggressors and murderers of countless thousands of Muslims in Afghanistan, Iraq and elsewhere, is haraam and a flagrant betrayal.</w:t>
      </w:r>
    </w:p>
    <w:p>
      <w:pPr>
        <w:spacing w:before="0" w:after="120" w:line="300" w:lineRule="exact"/>
        <w:jc w:val="both"/>
      </w:pPr>
      <w:r>
        <w:rPr>
          <w:rFonts w:ascii="Georgia" w:hAnsi="Georgia" w:cs="Georgia" w:eastAsia="Georgia"/>
          <w:b w:val="0"/>
          <w:i w:val="0"/>
          <w:sz w:val="22"/>
        </w:rPr>
        <w:t>Allah Azza Wa Jal, Rasulullah (Sallallahu alayhi wasallam) and Islam are being betrayed. The bootlickers see no option other than bootlicking. This is because they have lost their Imaani bearings, hence crawl into the filthy "lizard's hole" of the kuffaar aggressors and oppressors. The overt claim of the covenant of kufr being a "voluntary pledge" is hogwash for baboons to swallow.</w:t>
      </w:r>
    </w:p>
    <w:p>
      <w:pPr>
        <w:spacing w:before="0" w:after="120" w:line="300" w:lineRule="exact"/>
        <w:jc w:val="both"/>
      </w:pPr>
      <w:r>
        <w:rPr>
          <w:rFonts w:ascii="Georgia" w:hAnsi="Georgia" w:cs="Georgia" w:eastAsia="Georgia"/>
          <w:b w:val="0"/>
          <w:i w:val="0"/>
          <w:sz w:val="22"/>
        </w:rPr>
        <w:t>Muslims in the U.K. are fully cognizant of the consequences of not signing the haraam pledge. Institutionalized Islamophobia and denial of the Muslim way of life are incrementally becoming the order of the day in the U.K. Much of the immorality of the western way of life is increasingly being imposed on Muslims by way of legislation in the U.K.</w:t>
      </w:r>
    </w:p>
    <w:p>
      <w:pPr>
        <w:spacing w:before="0" w:after="120" w:line="300" w:lineRule="exact"/>
        <w:jc w:val="both"/>
      </w:pPr>
      <w:r>
        <w:rPr>
          <w:rFonts w:ascii="Georgia" w:hAnsi="Georgia" w:cs="Georgia" w:eastAsia="Georgia"/>
          <w:b w:val="0"/>
          <w:i w:val="0"/>
          <w:sz w:val="22"/>
        </w:rPr>
        <w:t>The madaaris are no longer pure Islamic institutions. All of them, without exception, are contaminated and corrupted with enforced kufr paraphernalia which Muslims have invited by way of their own abandonment of the Shariah, and in particular by the satanization of the scholars who are in the forefront of the deviation of the community from Siraatul Mustaqeem.</w:t>
      </w:r>
    </w:p>
    <w:p>
      <w:pPr>
        <w:spacing w:before="120" w:after="120" w:line="300" w:lineRule="exact"/>
        <w:ind w:left="720" w:right="720"/>
        <w:jc w:val="center"/>
      </w:pPr>
      <w:r>
        <w:rPr>
          <w:rFonts w:ascii="Georgia" w:hAnsi="Georgia" w:cs="Georgia" w:eastAsia="Georgia"/>
          <w:b w:val="0"/>
          <w:i/>
          <w:sz w:val="22"/>
        </w:rPr>
        <w:t>The scenario in the U.K. makes Hijrat (Migration) Waajib from that evil abode of kufr. However, the vital questions are: Migrate to where? Which country can Muslims of the Deen migrate to? Is there anywhere a Darul Islam on earth to accept Muslims? Is there any sympathetic nonMuslim land which will accept Muslims and not interfere with their Islamic way of life?</w:t>
      </w:r>
    </w:p>
    <w:p>
      <w:pPr>
        <w:spacing w:before="0" w:after="120" w:line="300" w:lineRule="exact"/>
        <w:jc w:val="both"/>
      </w:pPr>
      <w:r>
        <w:rPr>
          <w:rFonts w:ascii="Georgia" w:hAnsi="Georgia" w:cs="Georgia" w:eastAsia="Georgia"/>
          <w:b w:val="0"/>
          <w:i w:val="0"/>
          <w:sz w:val="22"/>
        </w:rPr>
        <w:t>There are really no answers to these questions. So while it is, undoubtedly, Waajib for Muslims to migrate, those who are genuine Muslims may not find a place to migrate to. In the circumstances, they should make dua for aafiyat and implore Allah Ta'ala to open up a way for them to escape the tyranny of kufr under which they are languishing.</w:t>
      </w:r>
    </w:p>
    <w:p>
      <w:pPr>
        <w:spacing w:before="0" w:after="120" w:line="300" w:lineRule="exact"/>
        <w:jc w:val="both"/>
      </w:pPr>
      <w:r>
        <w:rPr>
          <w:rFonts w:ascii="Georgia" w:hAnsi="Georgia" w:cs="Georgia" w:eastAsia="Georgia"/>
          <w:b w:val="0"/>
          <w:i w:val="0"/>
          <w:sz w:val="22"/>
        </w:rPr>
        <w:t>The affluent ones who have been bestowed with adequate material wealth to acquire residence rights in some country where religious oppression is not as severe as it is in the U.K. and France, should utilize their wealth to migrate. They will do so if at heart they are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TALIBAN - THE ONLY DEENI GROUP</w:t>
      </w:r>
    </w:p>
    <w:p>
      <w:pPr>
        <w:spacing w:before="0" w:after="160" w:line="300" w:lineRule="exact"/>
        <w:jc w:val="center"/>
      </w:pPr>
      <w:r>
        <w:rPr>
          <w:rFonts w:ascii="Georgia" w:hAnsi="Georgia" w:cs="Georgia" w:eastAsia="Georgia"/>
          <w:b w:val="0"/>
          <w:i/>
          <w:sz w:val="16"/>
        </w:rPr>
        <w:t>Page 9, 10 of the original. Heading read from the printed headline artwork.</w:t>
      </w:r>
    </w:p>
    <w:p>
      <w:pPr>
        <w:spacing w:before="0" w:after="120" w:line="300" w:lineRule="exact"/>
        <w:jc w:val="both"/>
      </w:pPr>
      <w:r>
        <w:rPr>
          <w:rFonts w:ascii="Georgia" w:hAnsi="Georgia" w:cs="Georgia" w:eastAsia="Georgia"/>
          <w:b w:val="0"/>
          <w:i w:val="0"/>
          <w:sz w:val="22"/>
        </w:rPr>
        <w:t>A BROTHER FROM THE U.K. COMMENTING ON THE TALIBAN SAYS: You will probably be aware that the Taliban has appointed a new Ameer recently. From what I have gathered from various media reports he appears to be a sincere man. There finally appears to be a glimmer of hope. Despite the shortcomings of the original Taliban and Mullah Omar, they held certain qualities which set them apart from all other "Jihaadi" groups.</w:t>
      </w:r>
    </w:p>
    <w:p>
      <w:pPr>
        <w:spacing w:before="0" w:after="120" w:line="300" w:lineRule="exact"/>
        <w:jc w:val="both"/>
      </w:pPr>
      <w:r>
        <w:rPr>
          <w:rFonts w:ascii="Georgia" w:hAnsi="Georgia" w:cs="Georgia" w:eastAsia="Georgia"/>
          <w:b w:val="0"/>
          <w:i w:val="0"/>
          <w:sz w:val="22"/>
        </w:rPr>
        <w:t>I recently read that some Chinese diplomats once went to meet the Taliban leader who was notoriously reclusive and especially averse to meeting nonMuslims. The Chinese diplomats recounted that on offering a miniature figurine of an animal as a gift to Mullah Omar, the Taliban leader instinctively reacted as if he was handed a live, ignited handgrenade, so strong was his aversion to images of animate objects.</w:t>
      </w:r>
    </w:p>
    <w:p>
      <w:pPr>
        <w:spacing w:before="0" w:after="120" w:line="300" w:lineRule="exact"/>
        <w:jc w:val="both"/>
      </w:pPr>
      <w:r>
        <w:rPr>
          <w:rFonts w:ascii="Georgia" w:hAnsi="Georgia" w:cs="Georgia" w:eastAsia="Georgia"/>
          <w:b w:val="0"/>
          <w:i w:val="0"/>
          <w:sz w:val="22"/>
        </w:rPr>
        <w:t>In an age in which the vast majority of the Ulama are at the forefront of legalizing Haraam and causing mass confusion amongst the masses with regards to Halaal and Haraam, such a quality is extremely rare, most encouraging and laudable. Mullah Haibutallah appears to still hold some of the rare qualities held by the original Taliban. A</w:t>
      </w:r>
    </w:p>
    <w:p>
      <w:pPr>
        <w:spacing w:before="120" w:after="120" w:line="300" w:lineRule="exact"/>
        <w:ind w:left="720" w:right="720"/>
        <w:jc w:val="center"/>
      </w:pPr>
      <w:r>
        <w:rPr>
          <w:rFonts w:ascii="Georgia" w:hAnsi="Georgia" w:cs="Georgia" w:eastAsia="Georgia"/>
          <w:b w:val="0"/>
          <w:i/>
          <w:sz w:val="22"/>
        </w:rPr>
        <w:t>few descriptions from various media reports are below: "The new Taliban leader is known to be 'a Stone Age mullah' who strongly believes in the Taliban," Sami Yousafzai, a leading Afghan expert who has met both the late Mansoor and Akhunzada several times, told Al Jazeera. "The appointment of Akhunzada could affect the peace process. He was very close to Mullah Omar and is known as a hard-line mujahid [fighter] who will bring the Taliban together and will make sure the group gets stronger." Within Taliban circles Mullah Haibatullah Akhondzada has the reputation of being very conservative, even by Taliban standards. A former Afghan Taliban leader tells us, "I even heard he was against the photos and videos of Taliban in the Taliban media. Some ultra-</w:t>
      </w:r>
    </w:p>
    <w:p>
      <w:pPr>
        <w:spacing w:before="120" w:after="120" w:line="300" w:lineRule="exact"/>
        <w:ind w:left="720" w:right="720"/>
        <w:jc w:val="center"/>
      </w:pPr>
      <w:r>
        <w:rPr>
          <w:rFonts w:ascii="Georgia" w:hAnsi="Georgia" w:cs="Georgia" w:eastAsia="Georgia"/>
          <w:b w:val="0"/>
          <w:i/>
          <w:sz w:val="22"/>
        </w:rPr>
        <w:t>conservative Muslims believe any representation of humans is forbidden by God." Former Afghan Taliban deputy foreign minister, Abdul Rahma Zahid states, "Mullah Haibatullah has a very narrow mind and the typical tribal attitudes. It will take years to bring him into the political process."</w:t>
      </w:r>
    </w:p>
    <w:p>
      <w:pPr>
        <w:spacing w:before="0" w:after="120" w:line="300" w:lineRule="exact"/>
        <w:jc w:val="both"/>
      </w:pPr>
      <w:r>
        <w:rPr>
          <w:rFonts w:ascii="Georgia" w:hAnsi="Georgia" w:cs="Georgia" w:eastAsia="Georgia"/>
          <w:b w:val="0"/>
          <w:i w:val="0"/>
          <w:sz w:val="22"/>
        </w:rPr>
        <w:t>(End of the Brother's comment) If the Taliban adopt the course of genuine Qur'aanic and Sunnah 'Narrow-mindedness', then, InshaAllah, the tables will be upturned very swiftly. Allah's Nusrat will then be at hand, as He says in the Qur'aan Majeed: "Verily, the Help of Allah is near." The only problem is that Muslims are not taking this Help which Allah Ta'ala has placed at their disposal and for whose acquisition the only endeavour is submission to the Sunnah.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SISI, THE KAAFIR RESTRICTS</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Of the innumerable Musaajid catering for Cairo's population of 17 million Muslims, the Kaafir, Sisi has allowed only 247 Musjids to conduct Taraaweeh Salaat. This ban on Salaat is not confined to Cairo. It was applicable all over the country. Thus Taraaweeh Salaat and I'tikaaf were banned in the vast majority of Musaajid all over the country.</w:t>
      </w:r>
    </w:p>
    <w:p>
      <w:pPr>
        <w:spacing w:before="0" w:after="120" w:line="300" w:lineRule="exact"/>
        <w:jc w:val="both"/>
      </w:pPr>
      <w:r>
        <w:rPr>
          <w:rFonts w:ascii="Georgia" w:hAnsi="Georgia" w:cs="Georgia" w:eastAsia="Georgia"/>
          <w:b w:val="0"/>
          <w:i w:val="0"/>
          <w:sz w:val="22"/>
        </w:rPr>
        <w:t>The Awqaf Ministry of Egypt proffering a ludicrous reason for the ban said that the Musaajid are not "suitable from a health and safety point of view". This is the plain rubbish offered to justify the ban on Taraaweeh and I'tikaaf. In the city of Alexandria, a city of about 5 million, Salaat was allowed in only 19 Musaajid. Furthermore, the Kufr government of Egypt has permanently closed down 27,000 Musaajid.</w:t>
      </w:r>
    </w:p>
    <w:p>
      <w:pPr>
        <w:spacing w:before="0" w:after="120" w:line="300" w:lineRule="exact"/>
        <w:jc w:val="both"/>
      </w:pPr>
      <w:r>
        <w:rPr>
          <w:rFonts w:ascii="Georgia" w:hAnsi="Georgia" w:cs="Georgia" w:eastAsia="Georgia"/>
          <w:b w:val="0"/>
          <w:i w:val="0"/>
          <w:sz w:val="22"/>
        </w:rPr>
        <w:t>The kuffaar authorities justifying their kufr act, said that any Musjid less than 80 square meteres will not be allowed to operate. The shaitaani and sinister logic underlying the closure of thousands of small Musjids is for severing the ties of Muslims, especially in rural areas, from the Deen. In rural areas and in neighbourhoods, most Musaajid and Jamaat Khaanahs are smaller than the stipulated 80 metres.</w:t>
      </w:r>
    </w:p>
    <w:p>
      <w:pPr>
        <w:spacing w:before="0" w:after="120" w:line="300" w:lineRule="exact"/>
        <w:jc w:val="both"/>
      </w:pPr>
      <w:r>
        <w:rPr>
          <w:rFonts w:ascii="Georgia" w:hAnsi="Georgia" w:cs="Georgia" w:eastAsia="Georgia"/>
          <w:b w:val="0"/>
          <w:i w:val="0"/>
          <w:sz w:val="22"/>
        </w:rPr>
        <w:t>Rasulullah (Sallallahu alayhi wasallam) said: "Your deeds are your rulers". In reality, rulers are appointed by Allah Ta'ala. A kaafir such as Sisi reflects the kufr and fisq in the hearts and deeds of the Egyptian populace. The Athaab of Allah Ta'ala is always commensurate to the crimes, sins and transgression of the people. Since the vast majority of Muslims in Egypt, as well as all over the world, wantonly indulge in wholesale neglect of the fundamental five Fardh Salaat, the Musaajid have been lying idle and desolate.</w:t>
      </w:r>
    </w:p>
    <w:p>
      <w:pPr>
        <w:spacing w:before="0" w:after="120" w:line="300" w:lineRule="exact"/>
        <w:jc w:val="both"/>
      </w:pPr>
      <w:r>
        <w:rPr>
          <w:rFonts w:ascii="Georgia" w:hAnsi="Georgia" w:cs="Georgia" w:eastAsia="Georgia"/>
          <w:b w:val="0"/>
          <w:i w:val="0"/>
          <w:sz w:val="22"/>
        </w:rPr>
        <w:t>Thus, the punishment arrived in the form of the kaafir, Sisi. The same holds good for Musjidul Aqsa. It is not difficult to understand why Allah Ta'ala has placed Musjidul Aqsa under Yahood domination.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SHUHADA ARE NOT DEAD</w:t>
      </w:r>
    </w:p>
    <w:p>
      <w:pPr>
        <w:spacing w:before="0" w:after="160" w:line="300" w:lineRule="exact"/>
        <w:jc w:val="center"/>
      </w:pPr>
      <w:r>
        <w:rPr>
          <w:rFonts w:ascii="Georgia" w:hAnsi="Georgia" w:cs="Georgia" w:eastAsia="Georgia"/>
          <w:b w:val="0"/>
          <w:i/>
          <w:sz w:val="16"/>
        </w:rPr>
        <w:t>Page 10, 11 of the original. Heading read from the printed headline artwork.</w:t>
      </w:r>
    </w:p>
    <w:p>
      <w:pPr>
        <w:spacing w:before="0" w:after="120" w:line="300" w:lineRule="exact"/>
        <w:jc w:val="both"/>
      </w:pPr>
      <w:r>
        <w:rPr>
          <w:rFonts w:ascii="Georgia" w:hAnsi="Georgia" w:cs="Georgia" w:eastAsia="Georgia"/>
          <w:b w:val="0"/>
          <w:i w:val="0"/>
          <w:sz w:val="22"/>
        </w:rPr>
        <w:t>"Do not say for those slain in the Path of Allah that they are dead. In reality, they are alive, but you do not understand." (Qur'aan) Once Khalifah Haaroon ArRasheed asked Muhammad Battaal about any amazing event which had occurred to him in the land of the Romans. He narrated the following episode: "One day while I was walking in the fields I heard the hooves of a horse behind me.</w:t>
      </w:r>
    </w:p>
    <w:p>
      <w:pPr>
        <w:spacing w:before="0" w:after="120" w:line="300" w:lineRule="exact"/>
        <w:jc w:val="both"/>
      </w:pPr>
      <w:r>
        <w:rPr>
          <w:rFonts w:ascii="Georgia" w:hAnsi="Georgia" w:cs="Georgia" w:eastAsia="Georgia"/>
          <w:b w:val="0"/>
          <w:i w:val="0"/>
          <w:sz w:val="22"/>
        </w:rPr>
        <w:t>When I turned I saw a fully armed horse-rider. He approached me and greeted. I responded. He asked if I had seen a man who is called Battaal. I said that I am Battaal. He alighted from his horse, embraced me and kissed my feet. I asked him: "Why are you doing this?" He said: "I have come to be at your service." I made Dua for him. Suddenly four armed horsemen approached us.</w:t>
      </w:r>
    </w:p>
    <w:p>
      <w:pPr>
        <w:spacing w:before="0" w:after="120" w:line="300" w:lineRule="exact"/>
        <w:jc w:val="both"/>
      </w:pPr>
      <w:r>
        <w:rPr>
          <w:rFonts w:ascii="Georgia" w:hAnsi="Georgia" w:cs="Georgia" w:eastAsia="Georgia"/>
          <w:b w:val="0"/>
          <w:i w:val="0"/>
          <w:sz w:val="22"/>
        </w:rPr>
        <w:t>My companion asked: "Do you permit that I engage them in battle?" I said: "Yes." Then they clashed for an hour, and finally killed him. Then they advanced to attack me. I said to them: "If you desire to fight with me, then grant me respite to arm myself with the weapons of my slain companion and to mount his horse. They said: "You may do so." After I armed myself, I said to them: "You are four and I am one.</w:t>
      </w:r>
    </w:p>
    <w:p>
      <w:pPr>
        <w:spacing w:before="0" w:after="120" w:line="300" w:lineRule="exact"/>
        <w:jc w:val="both"/>
      </w:pPr>
      <w:r>
        <w:rPr>
          <w:rFonts w:ascii="Georgia" w:hAnsi="Georgia" w:cs="Georgia" w:eastAsia="Georgia"/>
          <w:b w:val="0"/>
          <w:i w:val="0"/>
          <w:sz w:val="22"/>
        </w:rPr>
        <w:t>This is unfair. Let one of you advance on me." Thus one of them stepped forward. We fought and I killed him. The second one came forward. We fought and I killed him too. Then came the third one. I killed him as well. O Ameerul Mu'mineen! The fourth one came and we fought fiercely until his spear and my spear broke. Then we dismounted from our horses.</w:t>
      </w:r>
    </w:p>
    <w:p>
      <w:pPr>
        <w:spacing w:before="0" w:after="120" w:line="300" w:lineRule="exact"/>
        <w:jc w:val="both"/>
      </w:pPr>
      <w:r>
        <w:rPr>
          <w:rFonts w:ascii="Georgia" w:hAnsi="Georgia" w:cs="Georgia" w:eastAsia="Georgia"/>
          <w:b w:val="0"/>
          <w:i w:val="0"/>
          <w:sz w:val="22"/>
        </w:rPr>
        <w:t>He took his sword and shield, and so did I. We fought fiercely. Then the hilts of my sword and his sword broke, and our swords fell to the ground. Then we wrestled. This continued until the evening, and the sun set. Neither did I defeat him nor did he defeat me. I said to him: "Today I have missed Salaat." He said: "The same with me." He was a bishop.</w:t>
      </w:r>
    </w:p>
    <w:p>
      <w:pPr>
        <w:spacing w:before="0" w:after="120" w:line="300" w:lineRule="exact"/>
        <w:jc w:val="both"/>
      </w:pPr>
      <w:r>
        <w:rPr>
          <w:rFonts w:ascii="Georgia" w:hAnsi="Georgia" w:cs="Georgia" w:eastAsia="Georgia"/>
          <w:b w:val="0"/>
          <w:i w:val="0"/>
          <w:sz w:val="22"/>
        </w:rPr>
        <w:t>I said to him: "Do you agree that we halt to perform our missed worship and rest for the night? In the morning we can resume our combat." He said: "So shall it be." Thus, I engaged in Allah's ibaadat while he also worshipped. In the morning we resumed our combat. I overpowered him and sat on his chest ready to kill him with my dagger. He pleaded: "Give me another chance." I agreed, and the fight resumed.</w:t>
      </w:r>
    </w:p>
    <w:p>
      <w:pPr>
        <w:spacing w:before="0" w:after="120" w:line="300" w:lineRule="exact"/>
        <w:jc w:val="both"/>
      </w:pPr>
      <w:r>
        <w:rPr>
          <w:rFonts w:ascii="Georgia" w:hAnsi="Georgia" w:cs="Georgia" w:eastAsia="Georgia"/>
          <w:b w:val="0"/>
          <w:i w:val="0"/>
          <w:sz w:val="22"/>
        </w:rPr>
        <w:t>My foot slipped and he overpowered me. He sat on my chest and intended to kill me. I said to him: "I had given you a chance. Will you not give me also a chance?" He said: "So it shall be." Then we wrestled for the third time. Again he overpowered me, and sat on my chest ready to kill me. I said to him: "One for one. Be magnanimous another time." He said: "Let it be so." We wrestled for the fourth time, and once again he overwhelmed me.</w:t>
      </w:r>
    </w:p>
    <w:p>
      <w:pPr>
        <w:spacing w:before="0" w:after="120" w:line="300" w:lineRule="exact"/>
        <w:jc w:val="both"/>
      </w:pPr>
      <w:r>
        <w:rPr>
          <w:rFonts w:ascii="Georgia" w:hAnsi="Georgia" w:cs="Georgia" w:eastAsia="Georgia"/>
          <w:b w:val="0"/>
          <w:i w:val="0"/>
          <w:sz w:val="22"/>
        </w:rPr>
        <w:t>Then he said: "Now I realize you are Battaal I shall most certainly bring peace to the land of the Romans by eliminating you." I said: "Never! If my Rabb wills." He said: "Tell your god to save you from me." O Ameerul Mumineen! As he lifted his dagger to slaughter me, I beheld a wondrous scene. My slain companion stood up, lifted his sword and severed the head of the one on top of me.</w:t>
      </w:r>
    </w:p>
    <w:p>
      <w:pPr>
        <w:spacing w:before="0" w:after="120" w:line="300" w:lineRule="exact"/>
        <w:jc w:val="both"/>
      </w:pPr>
      <w:r>
        <w:rPr>
          <w:rFonts w:ascii="Georgia" w:hAnsi="Georgia" w:cs="Georgia" w:eastAsia="Georgia"/>
          <w:b w:val="0"/>
          <w:i w:val="0"/>
          <w:sz w:val="22"/>
        </w:rPr>
        <w:t>Then he (my slain companion) recited the Qur'aanic aayat: "Never think that those who are slain in the path of Allah are dead, in fact they are alive; by their Rabb they are nourished."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Majlis Q &amp; A (page 11)</w:t>
      </w:r>
    </w:p>
    <w:p>
      <w:pPr>
        <w:spacing w:before="0" w:after="160" w:line="300" w:lineRule="exact"/>
        <w:jc w:val="center"/>
      </w:pPr>
      <w:r>
        <w:rPr>
          <w:rFonts w:ascii="Georgia" w:hAnsi="Georgia" w:cs="Georgia" w:eastAsia="Georgia"/>
          <w:b w:val="0"/>
          <w:i/>
          <w:sz w:val="16"/>
        </w:rPr>
        <w:t>Page 11 of the original</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My friend is a businessman living in London. He goes back and forth to Israel for business purposes. He also exports products to Israel. Is this permissible?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Firstly, why is this type of question restricted to Israel? Why is it not extended to China, India, Burma, U.S.A. and some other countries which practice Muslim genocide? What is the difference between Israel, China, India, etc.? All of them share in the common denominator of Muslim extermi- nation. Israel undoubtedly, is the usurper, murderer and oppressor of Muslim land and life. It has committed horrible oppression on Muslims. However, Israel is not the only scoundrel state guilty of mass killing of Muslims and usurpation of their lands. China, India, the U.S.A. and Burma are some prominent and current day examples of countries which have committed and still commit horrendous zulm, torture and genocide against Muslims. It is queer is that the question of boycott is restricted exclusively to Israel whist the first country which should be boycotted is China, then the U.S.A. and India. But no one has any qualms about trading with these zaalim states. The focus for trade boycott is turned on to only Israel. Only an insincere person choosing deliberate blindness will ignore the horrendous torture, rape and genocide practised by India in Kashmir. The brutality of China on its indigent Muslim population is not hidden to anyone. Those who clamour for a boycott of Israel but fully support trade with China, India, U.S.A., Burma and Russia are insincere opportunists. They are dishonest morons having no regard for the truth. The public is like dumb cattle and sheep simply following any stupid call and slogan from cunning opportunists. These opportunists are adept with their Palestine slogans to coin boodle for their pockets. Business with Israel is exactly the same as business with China, India, U.S.A., Russia and Burma who all are the murderers, torturers, rapists and mass-killers of millions of Muslims.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ANARCHY AND SATANISM IN SHUHADA, NOT DEAD THE NAME OF JIHAAD</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14 dead, dozens wounded in Pakistan court blast - police. AFP 2/9/16 Mardan - At least 14 people were killed and more than 50 wounded after a suicide bomber attacked a court in the Pakistani city of Mardan n Friday, police said, the latest assault targeting Pakistan's legal community. The bomber shot his way through the main gate leading to the district court, before throwing a hand grenade and detonating his suicide vest among the morning crowds, senior police official Ejaz Khan told reporters.</w:t>
      </w:r>
    </w:p>
    <w:p>
      <w:pPr>
        <w:spacing w:before="0" w:after="120" w:line="300" w:lineRule="exact"/>
        <w:jc w:val="both"/>
      </w:pPr>
      <w:r>
        <w:rPr>
          <w:rFonts w:ascii="Georgia" w:hAnsi="Georgia" w:cs="Georgia" w:eastAsia="Georgia"/>
          <w:b w:val="0"/>
          <w:i w:val="0"/>
          <w:sz w:val="22"/>
        </w:rPr>
        <w:t>Rescuers picked their way through scattered human remains, blood-stained office equipment and files to collect survivors, witnesses said. Amir Hussain, president of the Mardan Bar Association, said he was in a room nearby when the bomb detonated. "There was dust everywhere, and people were crying loud with pain," he said. His suit drenched in blood, he added: "I started picking up the wounded and putting them in cars to take them to hospital.</w:t>
      </w:r>
    </w:p>
    <w:p>
      <w:pPr>
        <w:spacing w:before="0" w:after="120" w:line="300" w:lineRule="exact"/>
        <w:jc w:val="both"/>
      </w:pPr>
      <w:r>
        <w:rPr>
          <w:rFonts w:ascii="Georgia" w:hAnsi="Georgia" w:cs="Georgia" w:eastAsia="Georgia"/>
          <w:b w:val="0"/>
          <w:i w:val="0"/>
          <w:sz w:val="22"/>
        </w:rPr>
        <w:t>I did not know if the people I was rescuing were dead or alive." Lawyers were being targeted because they are "an important part of democracy, and these terrorists are opposed to democracy," he said. Nasir Khan Durrani, provincial police chief, said the death toll had reached 14, with at least 58 people wounded, three of whom were critical.</w:t>
      </w:r>
    </w:p>
    <w:p>
      <w:pPr>
        <w:spacing w:before="0" w:after="120" w:line="300" w:lineRule="exact"/>
        <w:jc w:val="both"/>
      </w:pPr>
      <w:r>
        <w:rPr>
          <w:rFonts w:ascii="Georgia" w:hAnsi="Georgia" w:cs="Georgia" w:eastAsia="Georgia"/>
          <w:b w:val="0"/>
          <w:i w:val="0"/>
          <w:sz w:val="22"/>
        </w:rPr>
        <w:t>Officials said the bomber had up to 8kg of explosives packed into his vest, while the dead included lawyers and police. No group has yet claimed responsibility for the attack, which comes three weeks after a massive suicide blast killed scores of lawyers in the southwestern Pakistani city of Quetta, in Balochistan. Pakistani local residents inspect the site of a suicide bomb attack at a district court in Mardan (AFP).</w:t>
      </w:r>
    </w:p>
    <w:p>
      <w:pPr>
        <w:spacing w:before="0" w:after="120" w:line="300" w:lineRule="exact"/>
        <w:jc w:val="both"/>
      </w:pPr>
      <w:r>
        <w:rPr>
          <w:rFonts w:ascii="Georgia" w:hAnsi="Georgia" w:cs="Georgia" w:eastAsia="Georgia"/>
          <w:b w:val="0"/>
          <w:i w:val="0"/>
          <w:sz w:val="22"/>
        </w:rPr>
        <w:t>Christians targeted Friday's blast came as security forces fended off four suicide bombers who were trying to attack a Christian colony near the Khyber Pakhtunkhwa provincial capital of Peshawar, 60km to the west of Mardan. All four attackers were killed along with a guard at the entrance to the colony, an army statement said. Jamaat-ul-Ahrar (JuA), a faction of the Pakistani Taliban, claimed responsibility for the at- tempt.</w:t>
      </w:r>
    </w:p>
    <w:p>
      <w:pPr>
        <w:spacing w:before="0" w:after="120" w:line="300" w:lineRule="exact"/>
        <w:jc w:val="both"/>
      </w:pPr>
      <w:r>
        <w:rPr>
          <w:rFonts w:ascii="Georgia" w:hAnsi="Georgia" w:cs="Georgia" w:eastAsia="Georgia"/>
          <w:b w:val="0"/>
          <w:i w:val="0"/>
          <w:sz w:val="22"/>
        </w:rPr>
        <w:t>The group has also said it was behind the attack on lawyers in Quetta, which killed 73 people on August 8, as well as the Lahore Easter bombing which killed 75 people in Pakistan's deadliest attack this year. Discrimination and violence against religious minorities is commonplace in Pakistan, where Muslims account for more than 90% of the population, while the legal community are also frequently the subjects of targeted killings.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MOSQUE' OF THE DEVIL PROSTITUTES</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The latest scheme in the western conspiracy to destroy Islam, is the establishment of a so-called 'mosque' run by prostitutes. The following report emerges from Denmark: "Scandinavia's first women-led mosque, which prohibits polygamy and is home to female imams, officially opened its doors in Denmark in March....." Satanic developments of such insane methods de- vised by the conspirators are not at all surprising.</w:t>
      </w:r>
    </w:p>
    <w:p>
      <w:pPr>
        <w:spacing w:before="0" w:after="120" w:line="300" w:lineRule="exact"/>
        <w:jc w:val="both"/>
      </w:pPr>
      <w:r>
        <w:rPr>
          <w:rFonts w:ascii="Georgia" w:hAnsi="Georgia" w:cs="Georgia" w:eastAsia="Georgia"/>
          <w:b w:val="0"/>
          <w:i w:val="0"/>
          <w:sz w:val="22"/>
        </w:rPr>
        <w:t>Worse is to be expected. Fullblown prostitution will still be halaalized in the name of Islam. Just as full-blown carrion chickens and meat have been halaalized by molvis, so too, there is no wonder in prostitution being legalized right inside 'mosques'. The venue in Denmark initiated by feminine devils is simply a sign of the Approaching Event of Qiyaamah.</w:t>
      </w:r>
    </w:p>
    <w:p>
      <w:pPr>
        <w:spacing w:before="0" w:after="120" w:line="300" w:lineRule="exact"/>
        <w:jc w:val="both"/>
      </w:pPr>
      <w:r>
        <w:rPr>
          <w:rFonts w:ascii="Georgia" w:hAnsi="Georgia" w:cs="Georgia" w:eastAsia="Georgia"/>
          <w:b w:val="0"/>
          <w:i w:val="0"/>
          <w:sz w:val="22"/>
        </w:rPr>
        <w:t>The total elimination of morality, humanity and the Name of Allah Azza Wa Jal on earth have to incumbently precede the Sound of Hadhrat Israafeel's Trumpet. Regardless of the worst satanic attempts which the western kuffaar create for the annihilation of Islam, this Deen will remain until its appointed time, and that is until just before the Sounding of the Trumpet.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SATAN SENT TO HELL</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Taliban militants have shot dead a senior doctor working on north west Pakistan's polio eradication campaign as part of their protest against vaccination. Zakaullah Khan had led the Union Council Polio Eradication Committee in Peshawar for the last 10 years. Pakistan's health minis- ter, Shahram Khan, told The BMJ that Khan had continued with his work despite threats from militants opposed to the vaccine.</w:t>
      </w:r>
    </w:p>
    <w:p>
      <w:pPr>
        <w:spacing w:before="0" w:after="120" w:line="300" w:lineRule="exact"/>
        <w:jc w:val="both"/>
      </w:pPr>
      <w:r>
        <w:rPr>
          <w:rFonts w:ascii="Georgia" w:hAnsi="Georgia" w:cs="Georgia" w:eastAsia="Georgia"/>
          <w:b w:val="0"/>
          <w:i w:val="0"/>
          <w:sz w:val="22"/>
        </w:rPr>
        <w:t>"Militants have killed 78 polio workers, including three senior doctors, and have wounded 85 others to thwart vaccination," he said. (BMJ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PLIGHT OF THE ROHINGYA MUSLIMS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"Burma Muslims - the most persecuted in the world" Like all of the major world religions, at its core, Buddhism is a religion of peace. (This is a massive deception. All baatil religions are cults of Satanism. – Al-Haq).... So it comes as a shock, in Myanmar, formerly Burma which is a predominantly Buddhist nation of about 60 million people, that Buddhists have waged a vicious campaign of violence, intimidation, discrimination and ethnic cleansing against the Muslim minority.</w:t>
      </w:r>
    </w:p>
    <w:p>
      <w:pPr>
        <w:spacing w:before="0" w:after="120" w:line="300" w:lineRule="exact"/>
        <w:jc w:val="both"/>
      </w:pPr>
      <w:r>
        <w:rPr>
          <w:rFonts w:ascii="Georgia" w:hAnsi="Georgia" w:cs="Georgia" w:eastAsia="Georgia"/>
          <w:b w:val="0"/>
          <w:i w:val="0"/>
          <w:sz w:val="22"/>
        </w:rPr>
        <w:t>This Buddhist onslaught has made the Rohinga Muslims of Burma the most persecuted minority in the world Western perceptions of Buddhism in Myanmar is largely blinded by the shiny golden mirage of the pagodas, and the assumption that all Buddhists must be peaceful, loving and good. The Buddhists in Myanmar (and Sri ankah – Al-Haq) have really disappointed.</w:t>
      </w:r>
    </w:p>
    <w:p>
      <w:pPr>
        <w:spacing w:before="0" w:after="120" w:line="300" w:lineRule="exact"/>
        <w:jc w:val="both"/>
      </w:pPr>
      <w:r>
        <w:rPr>
          <w:rFonts w:ascii="Georgia" w:hAnsi="Georgia" w:cs="Georgia" w:eastAsia="Georgia"/>
          <w:b w:val="0"/>
          <w:i w:val="0"/>
          <w:sz w:val="22"/>
        </w:rPr>
        <w:t>They were always put on a pedestal - those quiet, pious, shaven men wearing nothing but red cloth, lining up at the crack of dawn and walking single file with their monks' lunch boxes slung over their shoulders. (A shaitaani guise to camouflage the inner satanism on which is based the edifice of idolatry. – Al-Haq) Buddhism was supposed to be the religion of peace, compassion, tolerance and understanding.</w:t>
      </w:r>
    </w:p>
    <w:p>
      <w:pPr>
        <w:spacing w:before="0" w:after="120" w:line="300" w:lineRule="exact"/>
        <w:jc w:val="both"/>
      </w:pPr>
      <w:r>
        <w:rPr>
          <w:rFonts w:ascii="Georgia" w:hAnsi="Georgia" w:cs="Georgia" w:eastAsia="Georgia"/>
          <w:b w:val="0"/>
          <w:i w:val="0"/>
          <w:sz w:val="22"/>
        </w:rPr>
        <w:t>(In fact, the religions of idolatry are the worst specimens of 'ZULM' according to the Qur'aan. – Al-Haq) ........ As nice as all of that sounds, Buddhism has its own extremists, and Myanmar's Buddhists have certainly rocked the notion of monks as the embodiment of peace and tolerance. ........The extremist Buddhist monks of Myanmar have proved to be as narrow-minded, selfrighteous and brutal as many of the other religious extremists in the world today.</w:t>
      </w:r>
    </w:p>
    <w:p>
      <w:pPr>
        <w:spacing w:before="0" w:after="120" w:line="300" w:lineRule="exact"/>
        <w:jc w:val="both"/>
      </w:pPr>
      <w:r>
        <w:rPr>
          <w:rFonts w:ascii="Georgia" w:hAnsi="Georgia" w:cs="Georgia" w:eastAsia="Georgia"/>
          <w:b w:val="0"/>
          <w:i w:val="0"/>
          <w:sz w:val="22"/>
        </w:rPr>
        <w:t>These very monks have ensured the Muslim Rohingyas of Myanmar are one of the most persecuted minorities in the world. Perhaps it is a testament to the nefarious nature of humankind. (No! It is a testament to the villainous nature of shirk which transforms human nature into satanism to render people into sub-bestial specimens of the vilest and most nefarious kind.</w:t>
      </w:r>
    </w:p>
    <w:p>
      <w:pPr>
        <w:spacing w:before="0" w:after="120" w:line="300" w:lineRule="exact"/>
        <w:jc w:val="both"/>
      </w:pPr>
      <w:r>
        <w:rPr>
          <w:rFonts w:ascii="Georgia" w:hAnsi="Georgia" w:cs="Georgia" w:eastAsia="Georgia"/>
          <w:b w:val="0"/>
          <w:i w:val="0"/>
          <w:sz w:val="22"/>
        </w:rPr>
        <w:t>Man minus kufr and shirk is a species ennobled by Allah Ta'ala. Confirming this fact, the Qur'aan Majeed states: "Verily, We have ennobled the Sons of Aadam -, and We have saddled them on the earth and in the ocean, and We have nourished them with wholesome (and halaal) food, and We have made them superior to numerous of our creation." – Al-Haq) What underlies the violence and discrimination exacted on Myanmar's Muslim minority by ultranationalist Buddhists is an obsession with racial and religious purity The state-orchestrated "Burmanisation" project following independence from British colonial rule summarily stripped the Rohingyas of their citizenship in 1982, and rendered them stateless.</w:t>
      </w:r>
    </w:p>
    <w:p>
      <w:pPr>
        <w:spacing w:before="0" w:after="120" w:line="300" w:lineRule="exact"/>
        <w:jc w:val="both"/>
      </w:pPr>
      <w:r>
        <w:rPr>
          <w:rFonts w:ascii="Georgia" w:hAnsi="Georgia" w:cs="Georgia" w:eastAsia="Georgia"/>
          <w:b w:val="0"/>
          <w:i w:val="0"/>
          <w:sz w:val="22"/>
        </w:rPr>
        <w:t>In effect the Rohingyas are a floating community that nobody wants, and when they escape spates of ethnic cleansing in Rakhine state in Myanmar and flee to neighbouring Bangladesh, Thailand and Indonesia by the boatload, they are turned away. (And brutalized in refugee – animal camps in Bangladesh – Al-Haq) The derogatory term that has been coined for the se h u man be ing s i s "Kalar"; very similar to a derogatory term once used in apartheid South Africa.</w:t>
      </w:r>
    </w:p>
    <w:p>
      <w:pPr>
        <w:spacing w:before="0" w:after="120" w:line="300" w:lineRule="exact"/>
        <w:jc w:val="both"/>
      </w:pPr>
      <w:r>
        <w:rPr>
          <w:rFonts w:ascii="Georgia" w:hAnsi="Georgia" w:cs="Georgia" w:eastAsia="Georgia"/>
          <w:b w:val="0"/>
          <w:i w:val="0"/>
          <w:sz w:val="22"/>
        </w:rPr>
        <w:t>The killings have become routine, and the death toll in 2012 reached 200 with 120 000 chased from their homes. (This is a drop in the ocean of blood which has been formed by unknown thousands of Muslims murdered by the Buddhist idolaters.- AlAhaq)............... The objective of the Annan commission is to resolve the issues around the Rohingya, alt- hough the term is not even used in the commission's terms of reference.</w:t>
      </w:r>
    </w:p>
    <w:p>
      <w:pPr>
        <w:spacing w:before="0" w:after="120" w:line="300" w:lineRule="exact"/>
        <w:jc w:val="both"/>
      </w:pPr>
      <w:r>
        <w:rPr>
          <w:rFonts w:ascii="Georgia" w:hAnsi="Georgia" w:cs="Georgia" w:eastAsia="Georgia"/>
          <w:b w:val="0"/>
          <w:i w:val="0"/>
          <w:sz w:val="22"/>
        </w:rPr>
        <w:t>The commission will address human rights, ensuring humanitarian assistance, rights and reconciliation, establishing basic infrastructure and promoting long-term development plans. (No commission and no entity can provide succour or any resolution for the misery of the Rohingya Muslims or for any other suffering Muslim community elsewhere in the world.</w:t>
      </w:r>
    </w:p>
    <w:p>
      <w:pPr>
        <w:spacing w:before="0" w:after="120" w:line="300" w:lineRule="exact"/>
        <w:jc w:val="both"/>
      </w:pPr>
      <w:r>
        <w:rPr>
          <w:rFonts w:ascii="Georgia" w:hAnsi="Georgia" w:cs="Georgia" w:eastAsia="Georgia"/>
          <w:b w:val="0"/>
          <w:i w:val="0"/>
          <w:sz w:val="22"/>
        </w:rPr>
        <w:t>The Qur'aan Majeed states: "If Allah assists you, then there will be no one to defeat you. And, if Allah withholds aid from you, then who is there besides Him who can help you?" In other words, there is no one. – Al-Haq) Annan arrived in Myanmar on Tuesday to commence with the commission's work, and was met by protesting crowds of Buddhist monks numbering more than a thousand, who were demonstrating against his involvement and the commission itself.</w:t>
      </w:r>
    </w:p>
    <w:p>
      <w:pPr>
        <w:spacing w:before="0" w:after="120" w:line="300" w:lineRule="exact"/>
        <w:jc w:val="both"/>
      </w:pPr>
      <w:r>
        <w:rPr>
          <w:rFonts w:ascii="Georgia" w:hAnsi="Georgia" w:cs="Georgia" w:eastAsia="Georgia"/>
          <w:b w:val="0"/>
          <w:i w:val="0"/>
          <w:sz w:val="22"/>
        </w:rPr>
        <w:t>The commissioners are set to embark on a six-day Rakhine trip to visit the Rohingya camps and meet members of political and religious groups. But the main stumbling block to ensuring a resolution to the problems of Rakhine state are the Buddhist monks, represented by the dominant Arakan National Party, who refuse to meet or work with the commission.</w:t>
      </w:r>
    </w:p>
    <w:p>
      <w:pPr>
        <w:spacing w:before="0" w:after="120" w:line="300" w:lineRule="exact"/>
        <w:jc w:val="both"/>
      </w:pPr>
      <w:r>
        <w:rPr>
          <w:rFonts w:ascii="Georgia" w:hAnsi="Georgia" w:cs="Georgia" w:eastAsia="Georgia"/>
          <w:b w:val="0"/>
          <w:i w:val="0"/>
          <w:sz w:val="22"/>
        </w:rPr>
        <w:t>(Extracts from a report in SUNDAY INDEPENDENT / 11 September 2016)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LAMENTABLE BOOTLICKING</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"Leicester Central Mosque: First in UK to sign 'armed forces pledge' 16 September 2016 A mosque has become the first in the UK to sign a pledge to support servicemen and veterans. Imam Muhammad Shahid Raza of Leicester's Central Mosque signed the Armed Forces Covenant at a ceremony attended by local regimental officers. Parvez Bhatti, a mosque spokesman, said the aim was to be "more vocal" about supporting the armed forces.</w:t>
      </w:r>
    </w:p>
    <w:p>
      <w:pPr>
        <w:spacing w:before="0" w:after="120" w:line="300" w:lineRule="exact"/>
        <w:jc w:val="both"/>
      </w:pPr>
      <w:r>
        <w:rPr>
          <w:rFonts w:ascii="Georgia" w:hAnsi="Georgia" w:cs="Georgia" w:eastAsia="Georgia"/>
          <w:b w:val="0"/>
          <w:i w:val="0"/>
          <w:sz w:val="22"/>
        </w:rPr>
        <w:t>Imam Raza said: "I firmly believe that Islam clearly states that we should serve the country we live in." The pledge was signed by the head imam and witnessed by Lieutenant Colonel Andrew Parker of 158 Regiment of the Royal Logistics Corps, based in nearby Loughborough. The covenant is a voluntary pledge from businesses, charities and other organisations to show their support for the armed forces community.</w:t>
      </w:r>
    </w:p>
    <w:p>
      <w:pPr>
        <w:spacing w:before="0" w:after="120" w:line="300" w:lineRule="exact"/>
        <w:jc w:val="both"/>
      </w:pPr>
      <w:r>
        <w:rPr>
          <w:rFonts w:ascii="Georgia" w:hAnsi="Georgia" w:cs="Georgia" w:eastAsia="Georgia"/>
          <w:b w:val="0"/>
          <w:i w:val="0"/>
          <w:sz w:val="22"/>
        </w:rPr>
        <w:t>Lt Col Parker said: "It is a sign of the commitment they have chosen to make to the armed forces which is part of the fabric of this nation. The covenant was launched by the government in May 2011. The Muslim Council of Britain approved of the pledge and said it hoped many more UK mosques would join 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Of the many Jihad groups in Syria, which group is it permissible to join?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It is not permissible to join any of these groups. They all are part of the U.S. conspiracy formulated to achieve fulfilment of its global plots of dominating the world to pirate the wealth and natural resources of the so-called third world countries which are all ex- tremely rich in natural resources, but governed by boot-licking morons who are scoundrels, frauds and robbers. The only genuine Islamic group is the Taliban. But the Taliban do not require manpower. There is no shortage of footsoldiers among them. Foreigners are a burden to them. In fact, all the Jihad outfits in Syria have am- ple foot-soldiers. They too are not in need of foreigners. The only entity which scrapes the very bottom of the barrel for foot-soldiers is ISIS. They have degenerated to the extremely corrupt and immoral ebb of seeking even girls to fight for them. Their evil agents are luring young, stupid girls to flee from home to join the immoral ISIS entity. But when they reach the arena, their eyes open to the stark reality of horror. But then it is too late. It is almost impossible to escape from the ISIS trap.</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the state of the Jihad in Palestine, Kashmir and Somalia?</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Frankly, we do not know. In fact, we have serious doubts about the 'jihad'. The conflagrations in these lands do not appear to be valid Jihad. The people are thoroughly anti-Islam. Such people do not understand what Jihad is. They are ignorant of even the very basic teachings of the Shariah. Their life style is immoral, full of fisq, fujoor and bid'ah.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