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120" w:line="300" w:lineRule="exact"/>
        <w:jc w:val="center"/>
      </w:pPr>
      <w:r>
        <w:rPr>
          <w:rFonts w:ascii="Georgia" w:hAnsi="Georgia" w:cs="Georgia" w:eastAsia="Georgia"/>
          <w:b/>
          <w:i w:val="0"/>
          <w:color w:val="1F3864"/>
          <w:sz w:val="40"/>
        </w:rPr>
        <w:t>Al-Haq Bulletin No. 48</w:t>
      </w:r>
    </w:p>
    <w:p>
      <w:pPr>
        <w:spacing w:before="0" w:after="40" w:line="300" w:lineRule="exact"/>
        <w:jc w:val="center"/>
      </w:pPr>
      <w:r>
        <w:rPr>
          <w:rFonts w:ascii="Georgia" w:hAnsi="Georgia" w:cs="Georgia" w:eastAsia="Georgia"/>
          <w:b w:val="0"/>
          <w:i/>
          <w:sz w:val="24"/>
        </w:rPr>
        <w:t>The Majlis · Voice of Islam</w:t>
      </w:r>
    </w:p>
    <w:p>
      <w:pPr>
        <w:spacing w:before="0" w:after="360" w:line="300" w:lineRule="exact"/>
        <w:jc w:val="center"/>
      </w:pPr>
      <w:r>
        <w:rPr>
          <w:rFonts w:ascii="Georgia" w:hAnsi="Georgia" w:cs="Georgia" w:eastAsia="Georgia"/>
          <w:b w:val="0"/>
          <w:i w:val="0"/>
          <w:sz w:val="22"/>
        </w:rPr>
        <w:t>Mujlisul Ulama of South Africa</w:t>
      </w:r>
    </w:p>
    <w:p>
      <w:pPr>
        <w:spacing w:before="200" w:after="200" w:line="300" w:lineRule="exact"/>
        <w:jc w:val="center"/>
        <w:pBdr>
          <w:bottom w:val="single" w:sz="6" w:space="1" w:color="888888"/>
        </w:pBdr>
      </w:pPr>
    </w:p>
    <w:p>
      <w:pPr>
        <w:spacing w:before="200" w:after="80" w:line="300" w:lineRule="exact"/>
        <w:jc w:val="left"/>
      </w:pPr>
      <w:r>
        <w:rPr>
          <w:rFonts w:ascii="Georgia" w:hAnsi="Georgia" w:cs="Georgia" w:eastAsia="Georgia"/>
          <w:b/>
          <w:i w:val="0"/>
          <w:sz w:val="22"/>
        </w:rPr>
        <w:t>About this conversion</w:t>
      </w:r>
    </w:p>
    <w:p>
      <w:pPr>
        <w:spacing w:before="0" w:after="80" w:line="300" w:lineRule="exact"/>
        <w:jc w:val="left"/>
      </w:pPr>
      <w:r>
        <w:rPr>
          <w:rFonts w:ascii="Georgia" w:hAnsi="Georgia" w:cs="Georgia" w:eastAsia="Georgia"/>
          <w:b w:val="0"/>
          <w:i w:val="0"/>
          <w:sz w:val="18"/>
        </w:rPr>
        <w:t>The PDF of this issue is the authoritative original. It is the Majlis's own typesetting and it is exact. This edition is a machine conversion of it, made so the issue can be read on a Kindle and searched. Where the two differ, the PDF is correct.</w:t>
      </w:r>
    </w:p>
    <w:p>
      <w:pPr>
        <w:spacing w:before="0" w:after="80" w:line="300" w:lineRule="exact"/>
        <w:jc w:val="left"/>
      </w:pPr>
      <w:r>
        <w:rPr>
          <w:rFonts w:ascii="Georgia" w:hAnsi="Georgia" w:cs="Georgia" w:eastAsia="Georgia"/>
          <w:b w:val="0"/>
          <w:i w:val="0"/>
          <w:sz w:val="18"/>
        </w:rPr>
        <w:t>Nothing has been reworded, added or removed. Articles that the printed issue split across pages with a "Continued on page" marker have been joined into one continuous read, and the marker removed. 7 were joined in this issue.</w:t>
      </w:r>
    </w:p>
    <w:p>
      <w:pPr>
        <w:spacing w:before="0" w:after="80" w:line="300" w:lineRule="exact"/>
        <w:jc w:val="left"/>
      </w:pPr>
      <w:r>
        <w:rPr>
          <w:rFonts w:ascii="Georgia" w:hAnsi="Georgia" w:cs="Georgia" w:eastAsia="Georgia"/>
          <w:b w:val="0"/>
          <w:i w:val="0"/>
          <w:sz w:val="18"/>
        </w:rPr>
        <w:t>Headings: 6 read from the PDF's own text, 25 read from the printed headline artwork, 0 taken from the Majlis's running head, and 5 where no printed headline could be recovered. The last group is marked under each such heading and is NOT a Majlis headline.</w:t>
      </w:r>
    </w:p>
    <w:p>
      <w:pPr>
        <w:spacing w:before="0" w:after="80" w:line="300" w:lineRule="exact"/>
        <w:jc w:val="left"/>
      </w:pPr>
      <w:r>
        <w:rPr>
          <w:rFonts w:ascii="Georgia" w:hAnsi="Georgia" w:cs="Georgia" w:eastAsia="Georgia"/>
          <w:b w:val="0"/>
          <w:i w:val="0"/>
          <w:sz w:val="18"/>
        </w:rPr>
        <w:t>The PDF's text layer uses non-standard quote characters; 587 of them were folded to ordinary quotes and apostrophes. No letter was changed.</w:t>
      </w:r>
    </w:p>
    <w:p>
      <w:pPr>
        <w:spacing w:before="0" w:after="80" w:line="300" w:lineRule="exact"/>
        <w:jc w:val="left"/>
      </w:pPr>
      <w:r>
        <w:rPr>
          <w:rFonts w:ascii="Georgia" w:hAnsi="Georgia" w:cs="Georgia" w:eastAsia="Georgia"/>
          <w:b w:val="0"/>
          <w:i w:val="0"/>
          <w:sz w:val="18"/>
        </w:rPr>
        <w:t>Measured against the PDF: 99.12% of the original's words are present and 97.46% of this edition's five-word sequences occur verbatim in it.</w:t>
      </w:r>
    </w:p>
    <w:p>
      <w:r>
        <w:br w:type="page"/>
      </w:r>
    </w:p>
    <w:p>
      <w:pPr>
        <w:spacing w:before="0" w:after="200" w:line="300" w:lineRule="exact"/>
        <w:jc w:val="center"/>
      </w:pPr>
      <w:r>
        <w:rPr>
          <w:rFonts w:ascii="Georgia" w:hAnsi="Georgia" w:cs="Georgia" w:eastAsia="Georgia"/>
          <w:b/>
          <w:i w:val="0"/>
          <w:color w:val="1F3864"/>
          <w:sz w:val="28"/>
        </w:rPr>
        <w:t>Contents</w:t>
      </w:r>
    </w:p>
    <w:p>
      <w:pPr>
        <w:spacing w:before="0" w:after="40" w:line="300" w:lineRule="exact"/>
        <w:jc w:val="left"/>
      </w:pPr>
      <w:r>
        <w:rPr>
          <w:rFonts w:ascii="Georgia" w:hAnsi="Georgia" w:cs="Georgia" w:eastAsia="Georgia"/>
          <w:b w:val="0"/>
          <w:i w:val="0"/>
          <w:sz w:val="20"/>
        </w:rPr>
        <w:t>1. Al-Haq (page 1)</w:t>
      </w:r>
    </w:p>
    <w:p>
      <w:pPr>
        <w:spacing w:before="0" w:after="40" w:line="300" w:lineRule="exact"/>
        <w:jc w:val="left"/>
      </w:pPr>
      <w:r>
        <w:rPr>
          <w:rFonts w:ascii="Georgia" w:hAnsi="Georgia" w:cs="Georgia" w:eastAsia="Georgia"/>
          <w:b w:val="0"/>
          <w:i w:val="0"/>
          <w:sz w:val="20"/>
        </w:rPr>
        <w:t>2. U.S. 'CALIPHATE' (page 1)</w:t>
      </w:r>
    </w:p>
    <w:p>
      <w:pPr>
        <w:spacing w:before="0" w:after="40" w:line="300" w:lineRule="exact"/>
        <w:jc w:val="left"/>
      </w:pPr>
      <w:r>
        <w:rPr>
          <w:rFonts w:ascii="Georgia" w:hAnsi="Georgia" w:cs="Georgia" w:eastAsia="Georgia"/>
          <w:b w:val="0"/>
          <w:i w:val="0"/>
          <w:sz w:val="20"/>
        </w:rPr>
        <w:t>3. MULLAH OMAR AND THE CONSPIRACY (page 1, 2)</w:t>
      </w:r>
    </w:p>
    <w:p>
      <w:pPr>
        <w:spacing w:before="0" w:after="40" w:line="300" w:lineRule="exact"/>
        <w:jc w:val="left"/>
      </w:pPr>
      <w:r>
        <w:rPr>
          <w:rFonts w:ascii="Georgia" w:hAnsi="Georgia" w:cs="Georgia" w:eastAsia="Georgia"/>
          <w:b w:val="0"/>
          <w:i w:val="0"/>
          <w:sz w:val="20"/>
        </w:rPr>
        <w:t>4. JIHAD FOR ALLAH ALONE (page 1)</w:t>
      </w:r>
    </w:p>
    <w:p>
      <w:pPr>
        <w:spacing w:before="0" w:after="40" w:line="300" w:lineRule="exact"/>
        <w:jc w:val="left"/>
      </w:pPr>
      <w:r>
        <w:rPr>
          <w:rFonts w:ascii="Georgia" w:hAnsi="Georgia" w:cs="Georgia" w:eastAsia="Georgia"/>
          <w:b w:val="0"/>
          <w:i w:val="0"/>
          <w:sz w:val="20"/>
        </w:rPr>
        <w:t>5. TRUE JIHAAD IS CHARACTERIZED BY JUSTICE, HONOUR, AND INTEGRITY (page 2, 3)</w:t>
      </w:r>
    </w:p>
    <w:p>
      <w:pPr>
        <w:spacing w:before="0" w:after="40" w:line="300" w:lineRule="exact"/>
        <w:jc w:val="left"/>
      </w:pPr>
      <w:r>
        <w:rPr>
          <w:rFonts w:ascii="Georgia" w:hAnsi="Georgia" w:cs="Georgia" w:eastAsia="Georgia"/>
          <w:b w:val="0"/>
          <w:i w:val="0"/>
          <w:sz w:val="20"/>
        </w:rPr>
        <w:t>6. UIGHUR MUSLIMS (page 3)</w:t>
      </w:r>
    </w:p>
    <w:p>
      <w:pPr>
        <w:spacing w:before="0" w:after="40" w:line="300" w:lineRule="exact"/>
        <w:jc w:val="left"/>
      </w:pPr>
      <w:r>
        <w:rPr>
          <w:rFonts w:ascii="Georgia" w:hAnsi="Georgia" w:cs="Georgia" w:eastAsia="Georgia"/>
          <w:b w:val="0"/>
          <w:i w:val="0"/>
          <w:sz w:val="20"/>
        </w:rPr>
        <w:t>7. JIZYAH - TAX IMPOSED UPON (page 3)</w:t>
      </w:r>
    </w:p>
    <w:p>
      <w:pPr>
        <w:spacing w:before="0" w:after="40" w:line="300" w:lineRule="exact"/>
        <w:jc w:val="left"/>
      </w:pPr>
      <w:r>
        <w:rPr>
          <w:rFonts w:ascii="Georgia" w:hAnsi="Georgia" w:cs="Georgia" w:eastAsia="Georgia"/>
          <w:b w:val="0"/>
          <w:i w:val="0"/>
          <w:sz w:val="20"/>
        </w:rPr>
        <w:t>8. THE OIL – IT IS NOT A RIDDLE (page 3)</w:t>
      </w:r>
    </w:p>
    <w:p>
      <w:pPr>
        <w:spacing w:before="0" w:after="40" w:line="300" w:lineRule="exact"/>
        <w:jc w:val="left"/>
      </w:pPr>
      <w:r>
        <w:rPr>
          <w:rFonts w:ascii="Georgia" w:hAnsi="Georgia" w:cs="Georgia" w:eastAsia="Georgia"/>
          <w:b w:val="0"/>
          <w:i w:val="0"/>
          <w:sz w:val="20"/>
        </w:rPr>
        <w:t>9. BRITISH PERSECUTION OF MUSLIMS (page 4)</w:t>
      </w:r>
    </w:p>
    <w:p>
      <w:pPr>
        <w:spacing w:before="0" w:after="40" w:line="300" w:lineRule="exact"/>
        <w:jc w:val="left"/>
      </w:pPr>
      <w:r>
        <w:rPr>
          <w:rFonts w:ascii="Georgia" w:hAnsi="Georgia" w:cs="Georgia" w:eastAsia="Georgia"/>
          <w:b w:val="0"/>
          <w:i w:val="0"/>
          <w:sz w:val="20"/>
        </w:rPr>
        <w:t>10. fied by many testimonies where muslims have been harassed just for practicing their… (page 4) [no printed headline]</w:t>
      </w:r>
    </w:p>
    <w:p>
      <w:pPr>
        <w:spacing w:before="0" w:after="40" w:line="300" w:lineRule="exact"/>
        <w:jc w:val="left"/>
      </w:pPr>
      <w:r>
        <w:rPr>
          <w:rFonts w:ascii="Georgia" w:hAnsi="Georgia" w:cs="Georgia" w:eastAsia="Georgia"/>
          <w:b w:val="0"/>
          <w:i w:val="0"/>
          <w:sz w:val="20"/>
        </w:rPr>
        <w:t>11. OUR ADVICE (page 4)</w:t>
      </w:r>
    </w:p>
    <w:p>
      <w:pPr>
        <w:spacing w:before="0" w:after="40" w:line="300" w:lineRule="exact"/>
        <w:jc w:val="left"/>
      </w:pPr>
      <w:r>
        <w:rPr>
          <w:rFonts w:ascii="Georgia" w:hAnsi="Georgia" w:cs="Georgia" w:eastAsia="Georgia"/>
          <w:b w:val="0"/>
          <w:i w:val="0"/>
          <w:sz w:val="20"/>
        </w:rPr>
        <w:t>12. Russia, Israel To Broaden Defense Coordination in Syria (page 4, 7)</w:t>
      </w:r>
    </w:p>
    <w:p>
      <w:pPr>
        <w:spacing w:before="0" w:after="40" w:line="300" w:lineRule="exact"/>
        <w:jc w:val="left"/>
      </w:pPr>
      <w:r>
        <w:rPr>
          <w:rFonts w:ascii="Georgia" w:hAnsi="Georgia" w:cs="Georgia" w:eastAsia="Georgia"/>
          <w:b w:val="0"/>
          <w:i w:val="0"/>
          <w:sz w:val="20"/>
        </w:rPr>
        <w:t>13. BOOTLICKING THANKS (page 5)</w:t>
      </w:r>
    </w:p>
    <w:p>
      <w:pPr>
        <w:spacing w:before="0" w:after="40" w:line="300" w:lineRule="exact"/>
        <w:jc w:val="left"/>
      </w:pPr>
      <w:r>
        <w:rPr>
          <w:rFonts w:ascii="Georgia" w:hAnsi="Georgia" w:cs="Georgia" w:eastAsia="Georgia"/>
          <w:b w:val="0"/>
          <w:i w:val="0"/>
          <w:sz w:val="20"/>
        </w:rPr>
        <w:t>14. THE MASSIVE ISIS FRAUD (page 5)</w:t>
      </w:r>
    </w:p>
    <w:p>
      <w:pPr>
        <w:spacing w:before="0" w:after="40" w:line="300" w:lineRule="exact"/>
        <w:jc w:val="left"/>
      </w:pPr>
      <w:r>
        <w:rPr>
          <w:rFonts w:ascii="Georgia" w:hAnsi="Georgia" w:cs="Georgia" w:eastAsia="Georgia"/>
          <w:b w:val="0"/>
          <w:i w:val="0"/>
          <w:sz w:val="20"/>
        </w:rPr>
        <w:t>15. The fall of Damascus (page 5, 12)</w:t>
      </w:r>
    </w:p>
    <w:p>
      <w:pPr>
        <w:spacing w:before="0" w:after="40" w:line="300" w:lineRule="exact"/>
        <w:jc w:val="left"/>
      </w:pPr>
      <w:r>
        <w:rPr>
          <w:rFonts w:ascii="Georgia" w:hAnsi="Georgia" w:cs="Georgia" w:eastAsia="Georgia"/>
          <w:b w:val="0"/>
          <w:i w:val="0"/>
          <w:sz w:val="20"/>
        </w:rPr>
        <w:t>16. Putin Orders Russian Military: Prepare Syria To Become "Obama's Graveyard" (page 6)</w:t>
      </w:r>
    </w:p>
    <w:p>
      <w:pPr>
        <w:spacing w:before="0" w:after="40" w:line="300" w:lineRule="exact"/>
        <w:jc w:val="left"/>
      </w:pPr>
      <w:r>
        <w:rPr>
          <w:rFonts w:ascii="Georgia" w:hAnsi="Georgia" w:cs="Georgia" w:eastAsia="Georgia"/>
          <w:b w:val="0"/>
          <w:i w:val="0"/>
          <w:sz w:val="20"/>
        </w:rPr>
        <w:t>17. THE OIL TRAIL OF THE HUMBUG U.S. 'CALIPHATE' (page 6, 7)</w:t>
      </w:r>
    </w:p>
    <w:p>
      <w:pPr>
        <w:spacing w:before="0" w:after="40" w:line="300" w:lineRule="exact"/>
        <w:jc w:val="left"/>
      </w:pPr>
      <w:r>
        <w:rPr>
          <w:rFonts w:ascii="Georgia" w:hAnsi="Georgia" w:cs="Georgia" w:eastAsia="Georgia"/>
          <w:b w:val="0"/>
          <w:i w:val="0"/>
          <w:sz w:val="20"/>
        </w:rPr>
        <w:t>18. THE OBSCENITY OF THE HUMBUG U.S. 'CALIPHATE' (page 7)</w:t>
      </w:r>
    </w:p>
    <w:p>
      <w:pPr>
        <w:spacing w:before="0" w:after="40" w:line="300" w:lineRule="exact"/>
        <w:jc w:val="left"/>
      </w:pPr>
      <w:r>
        <w:rPr>
          <w:rFonts w:ascii="Georgia" w:hAnsi="Georgia" w:cs="Georgia" w:eastAsia="Georgia"/>
          <w:b w:val="0"/>
          <w:i w:val="0"/>
          <w:sz w:val="20"/>
        </w:rPr>
        <w:t>19. THE MASSIVE U.S. PLOT - (page 7)</w:t>
      </w:r>
    </w:p>
    <w:p>
      <w:pPr>
        <w:spacing w:before="0" w:after="40" w:line="300" w:lineRule="exact"/>
        <w:jc w:val="left"/>
      </w:pPr>
      <w:r>
        <w:rPr>
          <w:rFonts w:ascii="Georgia" w:hAnsi="Georgia" w:cs="Georgia" w:eastAsia="Georgia"/>
          <w:b w:val="0"/>
          <w:i w:val="0"/>
          <w:sz w:val="20"/>
        </w:rPr>
        <w:t>20. tremists and whose target nation for this action was Turkey. (page 7) [no printed headline]</w:t>
      </w:r>
    </w:p>
    <w:p>
      <w:pPr>
        <w:spacing w:before="0" w:after="40" w:line="300" w:lineRule="exact"/>
        <w:jc w:val="left"/>
      </w:pPr>
      <w:r>
        <w:rPr>
          <w:rFonts w:ascii="Georgia" w:hAnsi="Georgia" w:cs="Georgia" w:eastAsia="Georgia"/>
          <w:b w:val="0"/>
          <w:i w:val="0"/>
          <w:sz w:val="20"/>
        </w:rPr>
        <w:t>21. U.S. (page 7) [no printed headline]</w:t>
      </w:r>
    </w:p>
    <w:p>
      <w:pPr>
        <w:spacing w:before="0" w:after="40" w:line="300" w:lineRule="exact"/>
        <w:jc w:val="left"/>
      </w:pPr>
      <w:r>
        <w:rPr>
          <w:rFonts w:ascii="Georgia" w:hAnsi="Georgia" w:cs="Georgia" w:eastAsia="Georgia"/>
          <w:b w:val="0"/>
          <w:i w:val="0"/>
          <w:sz w:val="20"/>
        </w:rPr>
        <w:t>22. GULEN - AGENT OF THE C.I.A- (page 8)</w:t>
      </w:r>
    </w:p>
    <w:p>
      <w:pPr>
        <w:spacing w:before="0" w:after="40" w:line="300" w:lineRule="exact"/>
        <w:jc w:val="left"/>
      </w:pPr>
      <w:r>
        <w:rPr>
          <w:rFonts w:ascii="Georgia" w:hAnsi="Georgia" w:cs="Georgia" w:eastAsia="Georgia"/>
          <w:b w:val="0"/>
          <w:i w:val="0"/>
          <w:sz w:val="20"/>
        </w:rPr>
        <w:t>23. GULEN - AGENT OF THE C.I.A (page 8, 9)</w:t>
      </w:r>
    </w:p>
    <w:p>
      <w:pPr>
        <w:spacing w:before="0" w:after="40" w:line="300" w:lineRule="exact"/>
        <w:jc w:val="left"/>
      </w:pPr>
      <w:r>
        <w:rPr>
          <w:rFonts w:ascii="Georgia" w:hAnsi="Georgia" w:cs="Georgia" w:eastAsia="Georgia"/>
          <w:b w:val="0"/>
          <w:i w:val="0"/>
          <w:sz w:val="20"/>
        </w:rPr>
        <w:t>24. THE MAGNANIMITY OF THE TRUE MUJAHIDEEN (page 8, 11)</w:t>
      </w:r>
    </w:p>
    <w:p>
      <w:pPr>
        <w:spacing w:before="0" w:after="40" w:line="300" w:lineRule="exact"/>
        <w:jc w:val="left"/>
      </w:pPr>
      <w:r>
        <w:rPr>
          <w:rFonts w:ascii="Georgia" w:hAnsi="Georgia" w:cs="Georgia" w:eastAsia="Georgia"/>
          <w:b w:val="0"/>
          <w:i w:val="0"/>
          <w:sz w:val="20"/>
        </w:rPr>
        <w:t>25. GULEN - THE CIA'S BOGUS "KING OF MADRASAS" (page 9)</w:t>
      </w:r>
    </w:p>
    <w:p>
      <w:pPr>
        <w:spacing w:before="0" w:after="40" w:line="300" w:lineRule="exact"/>
        <w:jc w:val="left"/>
      </w:pPr>
      <w:r>
        <w:rPr>
          <w:rFonts w:ascii="Georgia" w:hAnsi="Georgia" w:cs="Georgia" w:eastAsia="Georgia"/>
          <w:b w:val="0"/>
          <w:i w:val="0"/>
          <w:sz w:val="20"/>
        </w:rPr>
        <w:t>26. A JAAHIEL ON CHANNEL SHAITAAN (page 9)</w:t>
      </w:r>
    </w:p>
    <w:p>
      <w:pPr>
        <w:spacing w:before="0" w:after="40" w:line="300" w:lineRule="exact"/>
        <w:jc w:val="left"/>
      </w:pPr>
      <w:r>
        <w:rPr>
          <w:rFonts w:ascii="Georgia" w:hAnsi="Georgia" w:cs="Georgia" w:eastAsia="Georgia"/>
          <w:b w:val="0"/>
          <w:i w:val="0"/>
          <w:sz w:val="20"/>
        </w:rPr>
        <w:t>27. COMMENT (page 9)</w:t>
      </w:r>
    </w:p>
    <w:p>
      <w:pPr>
        <w:spacing w:before="0" w:after="40" w:line="300" w:lineRule="exact"/>
        <w:jc w:val="left"/>
      </w:pPr>
      <w:r>
        <w:rPr>
          <w:rFonts w:ascii="Georgia" w:hAnsi="Georgia" w:cs="Georgia" w:eastAsia="Georgia"/>
          <w:b w:val="0"/>
          <w:i w:val="0"/>
          <w:sz w:val="20"/>
        </w:rPr>
        <w:t>28. 8. Turkish goverment AKP currently running a huge police operation against Gulen members… (page 9) [no printed headline]</w:t>
      </w:r>
    </w:p>
    <w:p>
      <w:pPr>
        <w:spacing w:before="0" w:after="40" w:line="300" w:lineRule="exact"/>
        <w:jc w:val="left"/>
      </w:pPr>
      <w:r>
        <w:rPr>
          <w:rFonts w:ascii="Georgia" w:hAnsi="Georgia" w:cs="Georgia" w:eastAsia="Georgia"/>
          <w:b w:val="0"/>
          <w:i w:val="0"/>
          <w:sz w:val="20"/>
        </w:rPr>
        <w:t>29. than the swords of kings and these swords you have. (page 9) [no printed headline]</w:t>
      </w:r>
    </w:p>
    <w:p>
      <w:pPr>
        <w:spacing w:before="0" w:after="40" w:line="300" w:lineRule="exact"/>
        <w:jc w:val="left"/>
      </w:pPr>
      <w:r>
        <w:rPr>
          <w:rFonts w:ascii="Georgia" w:hAnsi="Georgia" w:cs="Georgia" w:eastAsia="Georgia"/>
          <w:b w:val="0"/>
          <w:i w:val="0"/>
          <w:sz w:val="20"/>
        </w:rPr>
        <w:t>30. FRANCE: 3 MUSJIDS CLOSED (page 10)</w:t>
      </w:r>
    </w:p>
    <w:p>
      <w:pPr>
        <w:spacing w:before="0" w:after="40" w:line="300" w:lineRule="exact"/>
        <w:jc w:val="left"/>
      </w:pPr>
      <w:r>
        <w:rPr>
          <w:rFonts w:ascii="Georgia" w:hAnsi="Georgia" w:cs="Georgia" w:eastAsia="Georgia"/>
          <w:b w:val="0"/>
          <w:i w:val="0"/>
          <w:sz w:val="20"/>
        </w:rPr>
        <w:t>31. THE CORRUPTION OF THE 'JIHADISTS' AND (page 10)</w:t>
      </w:r>
    </w:p>
    <w:p>
      <w:pPr>
        <w:spacing w:before="0" w:after="40" w:line="300" w:lineRule="exact"/>
        <w:jc w:val="left"/>
      </w:pPr>
      <w:r>
        <w:rPr>
          <w:rFonts w:ascii="Georgia" w:hAnsi="Georgia" w:cs="Georgia" w:eastAsia="Georgia"/>
          <w:b w:val="0"/>
          <w:i w:val="0"/>
          <w:sz w:val="20"/>
        </w:rPr>
        <w:t>32. FRANCE TO CLOSE 160 MUSJIDS (page 11)</w:t>
      </w:r>
    </w:p>
    <w:p>
      <w:pPr>
        <w:spacing w:before="0" w:after="40" w:line="300" w:lineRule="exact"/>
        <w:jc w:val="left"/>
      </w:pPr>
      <w:r>
        <w:rPr>
          <w:rFonts w:ascii="Georgia" w:hAnsi="Georgia" w:cs="Georgia" w:eastAsia="Georgia"/>
          <w:b w:val="0"/>
          <w:i w:val="0"/>
          <w:sz w:val="20"/>
        </w:rPr>
        <w:t>33. COMMENT (page 11)</w:t>
      </w:r>
    </w:p>
    <w:p>
      <w:pPr>
        <w:spacing w:before="0" w:after="40" w:line="300" w:lineRule="exact"/>
        <w:jc w:val="left"/>
      </w:pPr>
      <w:r>
        <w:rPr>
          <w:rFonts w:ascii="Georgia" w:hAnsi="Georgia" w:cs="Georgia" w:eastAsia="Georgia"/>
          <w:b w:val="0"/>
          <w:i w:val="0"/>
          <w:sz w:val="20"/>
        </w:rPr>
        <w:t>34. CESSATION OF HOSTILITIES AT THE JAABIYAH GATE (page 12)</w:t>
      </w:r>
    </w:p>
    <w:p>
      <w:pPr>
        <w:spacing w:before="0" w:after="40" w:line="300" w:lineRule="exact"/>
        <w:jc w:val="left"/>
      </w:pPr>
      <w:r>
        <w:rPr>
          <w:rFonts w:ascii="Georgia" w:hAnsi="Georgia" w:cs="Georgia" w:eastAsia="Georgia"/>
          <w:b w:val="0"/>
          <w:i w:val="0"/>
          <w:sz w:val="20"/>
        </w:rPr>
        <w:t>35. THE ROMAN EMPERORS ADVICE (page 12)</w:t>
      </w:r>
    </w:p>
    <w:p>
      <w:pPr>
        <w:spacing w:before="0" w:after="40" w:line="300" w:lineRule="exact"/>
        <w:jc w:val="left"/>
      </w:pPr>
      <w:r>
        <w:rPr>
          <w:rFonts w:ascii="Georgia" w:hAnsi="Georgia" w:cs="Georgia" w:eastAsia="Georgia"/>
          <w:b w:val="0"/>
          <w:i w:val="0"/>
          <w:sz w:val="20"/>
        </w:rPr>
        <w:t>36. Questions &amp; Answers (page 12)</w:t>
      </w:r>
    </w:p>
    <w:p>
      <w:r>
        <w:br w:type="page"/>
      </w:r>
    </w:p>
    <w:p>
      <w:pPr>
        <w:pStyle w:val="Heading1"/>
        <w:spacing w:before="360" w:after="200" w:line="300" w:lineRule="exact"/>
        <w:jc w:val="center"/>
      </w:pPr>
      <w:r>
        <w:rPr>
          <w:rFonts w:ascii="Georgia" w:hAnsi="Georgia" w:cs="Georgia" w:eastAsia="Georgia"/>
          <w:b/>
          <w:i w:val="0"/>
          <w:color w:val="1F3864"/>
          <w:sz w:val="32"/>
        </w:rPr>
        <w:t>Al-Haq</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Bulletin 48</w:t>
      </w:r>
    </w:p>
    <w:p>
      <w:pPr>
        <w:pStyle w:val="Heading3"/>
        <w:spacing w:before="200" w:after="120" w:line="300" w:lineRule="exact"/>
        <w:jc w:val="left"/>
      </w:pPr>
      <w:r>
        <w:rPr>
          <w:rFonts w:ascii="Georgia" w:hAnsi="Georgia" w:cs="Georgia" w:eastAsia="Georgia"/>
          <w:b/>
          <w:i w:val="0"/>
          <w:color w:val="2E74B5"/>
          <w:sz w:val="24"/>
        </w:rPr>
        <w:t>STRIKING BAATIL</w:t>
      </w:r>
    </w:p>
    <w:p>
      <w:pPr>
        <w:spacing w:before="0" w:after="120" w:line="300" w:lineRule="exact"/>
        <w:jc w:val="both"/>
      </w:pPr>
      <w:r>
        <w:rPr>
          <w:rFonts w:ascii="Georgia" w:hAnsi="Georgia" w:cs="Georgia" w:eastAsia="Georgia"/>
          <w:b w:val="0"/>
          <w:i w:val="0"/>
          <w:sz w:val="22"/>
        </w:rPr>
        <w:t>"In reality, We (Allah) strike baatil (falsehood) with the Haq. It then smashes out the brains of baatil. And, lo, it (baatil) suddenly disappears." (Qur'aan)</w:t>
      </w:r>
    </w:p>
    <w:p>
      <w:pPr>
        <w:pStyle w:val="Heading3"/>
        <w:spacing w:before="200" w:after="120" w:line="300" w:lineRule="exact"/>
        <w:jc w:val="left"/>
      </w:pPr>
      <w:r>
        <w:rPr>
          <w:rFonts w:ascii="Georgia" w:hAnsi="Georgia" w:cs="Georgia" w:eastAsia="Georgia"/>
          <w:b/>
          <w:i w:val="0"/>
          <w:color w:val="2E74B5"/>
          <w:sz w:val="24"/>
        </w:rPr>
        <w:t>BULLETIN No. 48</w:t>
      </w:r>
    </w:p>
    <w:p>
      <w:pPr>
        <w:spacing w:before="0" w:after="120" w:line="300" w:lineRule="exact"/>
        <w:jc w:val="both"/>
      </w:pPr>
      <w:r>
        <w:rPr>
          <w:rFonts w:ascii="Georgia" w:hAnsi="Georgia" w:cs="Georgia" w:eastAsia="Georgia"/>
          <w:b w:val="0"/>
          <w:i w:val="0"/>
          <w:sz w:val="22"/>
        </w:rPr>
        <w:t>www.themajlis.co.za</w:t>
      </w:r>
    </w:p>
    <w:p>
      <w:pPr>
        <w:pStyle w:val="Heading3"/>
        <w:spacing w:before="200" w:after="120" w:line="300" w:lineRule="exact"/>
        <w:jc w:val="left"/>
      </w:pPr>
      <w:r>
        <w:rPr>
          <w:rFonts w:ascii="Georgia" w:hAnsi="Georgia" w:cs="Georgia" w:eastAsia="Georgia"/>
          <w:b/>
          <w:i w:val="0"/>
          <w:color w:val="2E74B5"/>
          <w:sz w:val="24"/>
        </w:rPr>
        <w:t>THE BAND OF HAQ</w:t>
      </w:r>
    </w:p>
    <w:p>
      <w:pPr>
        <w:spacing w:before="0" w:after="120" w:line="300" w:lineRule="exact"/>
        <w:jc w:val="both"/>
      </w:pPr>
      <w:r>
        <w:rPr>
          <w:rFonts w:ascii="Georgia" w:hAnsi="Georgia" w:cs="Georgia" w:eastAsia="Georgia"/>
          <w:b w:val="0"/>
          <w:i w:val="0"/>
          <w:sz w:val="22"/>
        </w:rPr>
        <w:t>"There will ever remain a band from my Ummah fighting on the Haq until the Day of Qiyaamah. Those who oppose them and those who do not aid them, will not be able to harm them." (Hadith)</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 'CALIPHATE'</w:t>
      </w:r>
    </w:p>
    <w:p>
      <w:pPr>
        <w:spacing w:before="0" w:after="160" w:line="300" w:lineRule="exact"/>
        <w:jc w:val="center"/>
      </w:pPr>
      <w:r>
        <w:rPr>
          <w:rFonts w:ascii="Georgia" w:hAnsi="Georgia" w:cs="Georgia" w:eastAsia="Georgia"/>
          <w:b w:val="0"/>
          <w:i/>
          <w:sz w:val="16"/>
        </w:rPr>
        <w:t>Page 1 of the original. Heading read from the printed headline artwork.</w:t>
      </w:r>
    </w:p>
    <w:p>
      <w:pPr>
        <w:spacing w:before="0" w:after="120" w:line="300" w:lineRule="exact"/>
        <w:jc w:val="both"/>
      </w:pPr>
      <w:r>
        <w:rPr>
          <w:rFonts w:ascii="Georgia" w:hAnsi="Georgia" w:cs="Georgia" w:eastAsia="Georgia"/>
          <w:b w:val="0"/>
          <w:i w:val="0"/>
          <w:sz w:val="22"/>
        </w:rPr>
        <w:t>Only a genuinely intellectually blind moron or an incorrigibly biased thug will fail to acknowledge the irrefutable fact of ISIS being a humbug 'caliphate' created by America to advance its global conspiracy in general, and in particular to bolster its bankrupt economy with billions of dollars of free oil by its ISIS puppets. When the U.S. had destroyed its own World Trade Centre buildings to provide justification for the invasion of Afghanistan, it swiftly gathered a coalition of more than 50 countries.</w:t>
      </w:r>
    </w:p>
    <w:p>
      <w:pPr>
        <w:spacing w:before="0" w:after="120" w:line="300" w:lineRule="exact"/>
        <w:jc w:val="both"/>
      </w:pPr>
      <w:r>
        <w:rPr>
          <w:rFonts w:ascii="Georgia" w:hAnsi="Georgia" w:cs="Georgia" w:eastAsia="Georgia"/>
          <w:b w:val="0"/>
          <w:i w:val="0"/>
          <w:sz w:val="22"/>
        </w:rPr>
        <w:t>It sent into Afghanistan 120,000 foreign troops. It harnessed the Nato military alliance, and it unleashed a reign of terror from the skies and on the land to displace the Taliban government, and to pummel and destroy the land. And, it maintained its murderous mission for almost 13 years, and still until today has a strong foothold in Afghanistan.</w:t>
      </w:r>
    </w:p>
    <w:p>
      <w:pPr>
        <w:spacing w:before="0" w:after="120" w:line="300" w:lineRule="exact"/>
        <w:jc w:val="both"/>
      </w:pPr>
      <w:r>
        <w:rPr>
          <w:rFonts w:ascii="Georgia" w:hAnsi="Georgia" w:cs="Georgia" w:eastAsia="Georgia"/>
          <w:b w:val="0"/>
          <w:i w:val="0"/>
          <w:sz w:val="22"/>
        </w:rPr>
        <w:t>As far as the humbug ISIS 'caliphate' is concerned, and which is nearer to the U.S., and whose territory is wringed by U.S. military bases and all U.S. friendly countries, the moron Obama says that it will take decades to subdue the ISIS puppets. Hitherto, the U.S. has failed to take action to eliminate ISIS. And, why should it institute such action when ISIS is its own illegitimate, deformed, humbug 'caliphate'?</w:t>
      </w:r>
    </w:p>
    <w:p>
      <w:pPr>
        <w:spacing w:before="0" w:after="120" w:line="300" w:lineRule="exact"/>
        <w:jc w:val="both"/>
      </w:pPr>
      <w:r>
        <w:rPr>
          <w:rFonts w:ascii="Georgia" w:hAnsi="Georgia" w:cs="Georgia" w:eastAsia="Georgia"/>
          <w:b w:val="0"/>
          <w:i w:val="0"/>
          <w:sz w:val="22"/>
        </w:rPr>
        <w:t>ISIS has control of a number of oil fields and oil refineries. It is pumping, refining and transporting oil across the desert on a daily basis completely exposed to any air attack desired by whoever wants to put the humbug 'caliphate' out of business and dispatch it into oblivion or into Hell. Absolutely ludicrous, absurd and an insult to intelligence is the claim by the U.S. that it had bombed a couple of bulldozers belonging to ISIS.</w:t>
      </w:r>
    </w:p>
    <w:p>
      <w:pPr>
        <w:spacing w:before="0" w:after="120" w:line="300" w:lineRule="exact"/>
        <w:jc w:val="both"/>
      </w:pPr>
      <w:r>
        <w:rPr>
          <w:rFonts w:ascii="Georgia" w:hAnsi="Georgia" w:cs="Georgia" w:eastAsia="Georgia"/>
          <w:b w:val="0"/>
          <w:i w:val="0"/>
          <w:sz w:val="22"/>
        </w:rPr>
        <w:t>"In Syria, coalition military forces conducted three strikes using bomber and remotely piloted aircraft on Nov. 29. Near DayrAzZawr, one strike destroyed an ISIL excavator and three ISIL bulldozers and damaged an additional ISIL bulldozer. Near Al Hawl, two strikes struck an ISIL tactical unit and destroyed an ISIL checkpoint and wounded an ISIL fighter." The Kurds are the allies of the U.S., yet in the interests of its unholy, satanic strategic interests, the U.S. flattened the Kurd town of Kobane.</w:t>
      </w:r>
    </w:p>
    <w:p>
      <w:pPr>
        <w:spacing w:before="0" w:after="120" w:line="300" w:lineRule="exact"/>
        <w:jc w:val="both"/>
      </w:pPr>
      <w:r>
        <w:rPr>
          <w:rFonts w:ascii="Georgia" w:hAnsi="Georgia" w:cs="Georgia" w:eastAsia="Georgia"/>
          <w:b w:val="0"/>
          <w:i w:val="0"/>
          <w:sz w:val="22"/>
        </w:rPr>
        <w:t>The horrendous destruction and total demolition wrought by the American airforce is unbelievable. But Raqqa, the capital of the humbug U.S. 'caliphate' of Mr. Simon is intact despite its total lack of anti-air defences. The best results the U.S. has shown against ISIS is the destruction of three bulldozers! The oil trail of the humbug 'caliphate' is intact and operating in full force, in full public view, yet the thousands of tankers carrying the oil across the exposed desert to Turkey and elsewhere are safe, never targeted by the U.S., Nato and whoever may be their allies in the conspiracy.</w:t>
      </w:r>
    </w:p>
    <w:p>
      <w:pPr>
        <w:spacing w:before="0" w:after="120" w:line="300" w:lineRule="exact"/>
        <w:jc w:val="both"/>
      </w:pPr>
      <w:r>
        <w:rPr>
          <w:rFonts w:ascii="Georgia" w:hAnsi="Georgia" w:cs="Georgia" w:eastAsia="Georgia"/>
          <w:b w:val="0"/>
          <w:i w:val="0"/>
          <w:sz w:val="22"/>
        </w:rPr>
        <w:t>Only atrophied brains incapable of distinguishing between right and left are capable of swallowing the massive LIE that America is not the creator and supporter of the humbug 'caliphate'. There is mounting evidence which conclusively confirms that the beneficiaries of ISIS oil are the U.S. and its allies, including Israel. "Israel has bought as much as three-quarters of its oil from Iraqi Kurdistan in recent months, the Financial Times reported Sunday.</w:t>
      </w:r>
    </w:p>
    <w:p>
      <w:pPr>
        <w:spacing w:before="0" w:after="120" w:line="300" w:lineRule="exact"/>
        <w:jc w:val="both"/>
      </w:pPr>
      <w:r>
        <w:rPr>
          <w:rFonts w:ascii="Georgia" w:hAnsi="Georgia" w:cs="Georgia" w:eastAsia="Georgia"/>
          <w:b w:val="0"/>
          <w:i w:val="0"/>
          <w:sz w:val="22"/>
        </w:rPr>
        <w:t>According to the report, which cited shipping data, trading sources and satellite tanker tracking, Israeli refineries and oil firms have imported more than 19 million barrels of Kurdish oil over the course of three months, from the beginning of May to August 11. Haaretz IS sells Iraqi and Syrian oil for a very low price to Kurdish and Turkish smuggling networks and mafias, who label it and sell it on as barrels from the Kurdistan Regional Government.</w:t>
      </w:r>
    </w:p>
    <w:p>
      <w:pPr>
        <w:spacing w:before="0" w:after="120" w:line="300" w:lineRule="exact"/>
        <w:jc w:val="both"/>
      </w:pPr>
      <w:r>
        <w:rPr>
          <w:rFonts w:ascii="Georgia" w:hAnsi="Georgia" w:cs="Georgia" w:eastAsia="Georgia"/>
          <w:b w:val="0"/>
          <w:i w:val="0"/>
          <w:sz w:val="22"/>
        </w:rPr>
        <w:t>It is then most frequently transported from Turkey to Israel, via knowing or unknowing middlemen, according to al-Araby's investigation… (See report on page 5) The entire miserable lot of western countries, including Turkey, are in cahoots with ISIS, or more appropriately with the U.S. who is obtaining millions of barrels of free oil while the humbug 'caliphate' sells at cut price to other beneficiaries to sustain its fake and fraudulent 'jihad'.</w:t>
      </w:r>
    </w:p>
    <w:p>
      <w:pPr>
        <w:spacing w:before="0" w:after="120" w:line="300" w:lineRule="exact"/>
        <w:jc w:val="both"/>
      </w:pPr>
      <w:r>
        <w:rPr>
          <w:rFonts w:ascii="Georgia" w:hAnsi="Georgia" w:cs="Georgia" w:eastAsia="Georgia"/>
          <w:b w:val="0"/>
          <w:i w:val="0"/>
          <w:sz w:val="22"/>
        </w:rPr>
        <w:t>This is the primary reason for the massive slump in oil prices. May Allah Ta'ala bestow sufficient Aql to Muslims to see through the massive fraud which this ISIS thing – this miserable, immoral – faasiq faajir – bogus, humbug 'caliphate' of the U.S. constitutes.</w:t>
      </w:r>
    </w:p>
    <w:p>
      <w:pPr>
        <w:spacing w:before="120" w:after="120" w:line="300" w:lineRule="exact"/>
        <w:ind w:left="720" w:right="720"/>
        <w:jc w:val="center"/>
      </w:pPr>
      <w:r>
        <w:rPr>
          <w:rFonts w:ascii="Georgia" w:hAnsi="Georgia" w:cs="Georgia" w:eastAsia="Georgia"/>
          <w:b w:val="0"/>
          <w:i/>
          <w:sz w:val="22"/>
        </w:rPr>
        <w:t>"And only the People of Intelligence derive lesson."</w:t>
      </w:r>
    </w:p>
    <w:p>
      <w:pPr>
        <w:spacing w:before="0" w:after="120" w:line="300" w:lineRule="exact"/>
        <w:jc w:val="both"/>
      </w:pPr>
      <w:r>
        <w:rPr>
          <w:rFonts w:ascii="Georgia" w:hAnsi="Georgia" w:cs="Georgia" w:eastAsia="Georgia"/>
          <w:b w:val="0"/>
          <w:i w:val="0"/>
          <w:sz w:val="22"/>
        </w:rPr>
        <w:t>(Qur'aan)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MULLAH OMAR AND THE CONSPIRACY</w:t>
      </w:r>
    </w:p>
    <w:p>
      <w:pPr>
        <w:spacing w:before="0" w:after="160" w:line="300" w:lineRule="exact"/>
        <w:jc w:val="center"/>
      </w:pPr>
      <w:r>
        <w:rPr>
          <w:rFonts w:ascii="Georgia" w:hAnsi="Georgia" w:cs="Georgia" w:eastAsia="Georgia"/>
          <w:b w:val="0"/>
          <w:i/>
          <w:sz w:val="16"/>
        </w:rPr>
        <w:t>Page 1, 2 of the original. Heading read from the printed headline artwork.</w:t>
      </w:r>
    </w:p>
    <w:p>
      <w:pPr>
        <w:spacing w:before="0" w:after="120" w:line="300" w:lineRule="exact"/>
        <w:jc w:val="both"/>
      </w:pPr>
      <w:r>
        <w:rPr>
          <w:rFonts w:ascii="Georgia" w:hAnsi="Georgia" w:cs="Georgia" w:eastAsia="Georgia"/>
          <w:b w:val="0"/>
          <w:i w:val="0"/>
          <w:sz w:val="22"/>
        </w:rPr>
        <w:t>You must have heard the news of Mulla Omar's death. May Allah give him Jannat ul Firdous. The question I have is that the supposed Ameer of Taliban now has been hiding this fact since two years. Hiding seems okay, but when someone asks you is Mulla Omar alive and you reply, 'Yes', isn't that lying when he knew that Mulla Omar was not alive?</w:t>
      </w:r>
    </w:p>
    <w:p>
      <w:pPr>
        <w:spacing w:before="0" w:after="120" w:line="300" w:lineRule="exact"/>
        <w:jc w:val="both"/>
      </w:pPr>
      <w:r>
        <w:rPr>
          <w:rFonts w:ascii="Georgia" w:hAnsi="Georgia" w:cs="Georgia" w:eastAsia="Georgia"/>
          <w:b w:val="0"/>
          <w:i w:val="0"/>
          <w:sz w:val="22"/>
        </w:rPr>
        <w:t>Secondly he had been issuing bayans in the name of Mulla Omar. He might be thinking it's a war strategy, but doesn't it fall under kizb (lies)? And if it was war strategy then why were the ranks of all mujahideen under Taliban made to believe that we are under Mulla Omar? (That is part of the war strategy – Al-Haq) And it was reiterated everywhere in their speeches that our ameer is Ameer ul Mo'mineen Mulla Omar.</w:t>
      </w:r>
    </w:p>
    <w:p>
      <w:pPr>
        <w:spacing w:before="0" w:after="120" w:line="300" w:lineRule="exact"/>
        <w:jc w:val="both"/>
      </w:pPr>
      <w:r>
        <w:rPr>
          <w:rFonts w:ascii="Georgia" w:hAnsi="Georgia" w:cs="Georgia" w:eastAsia="Georgia"/>
          <w:b w:val="0"/>
          <w:i w:val="0"/>
          <w:sz w:val="22"/>
        </w:rPr>
        <w:t>Then there was the issue of the Qatar office of the Taliban. And Mulla Akhtar Mansoor, the new Ameer would act as Mulla Omar and endorse it. The recent peace talks in Pakistan were also endorsed by Mulla Akhtar Mansoor as if he was Mulla Omar. All the newspapers carried the news that Mulla Omar has endorsed these peace talks a few days ago.</w:t>
      </w:r>
    </w:p>
    <w:p>
      <w:pPr>
        <w:spacing w:before="0" w:after="120" w:line="300" w:lineRule="exact"/>
        <w:jc w:val="both"/>
      </w:pPr>
      <w:r>
        <w:rPr>
          <w:rFonts w:ascii="Georgia" w:hAnsi="Georgia" w:cs="Georgia" w:eastAsia="Georgia"/>
          <w:b w:val="0"/>
          <w:i w:val="0"/>
          <w:sz w:val="22"/>
        </w:rPr>
        <w:t>Last year a very silly bayan of Mulla Omar was released on Eid. It said that we are concerned with matters of Afghanistan only and its political and economic stability. No one believed at that time that Mulla Omar would say such a thing. Now it turns out that it wasn't Mulla Omar. Is this really allowed in Shariat? The new Ameer will have daleels that war is deception but there must be some hudood and guidelines of this deception in shariat.</w:t>
      </w:r>
    </w:p>
    <w:p>
      <w:pPr>
        <w:spacing w:before="0" w:after="120" w:line="300" w:lineRule="exact"/>
        <w:jc w:val="both"/>
      </w:pPr>
      <w:r>
        <w:rPr>
          <w:rFonts w:ascii="Georgia" w:hAnsi="Georgia" w:cs="Georgia" w:eastAsia="Georgia"/>
          <w:b w:val="0"/>
          <w:i w:val="0"/>
          <w:sz w:val="22"/>
        </w:rPr>
        <w:t>There's also news in the media that Mulla Omar was not in favour of these peace talks and had sent a message to shutdown the Qatar office but his message was ignored. This is not confirmed but its in ummat newspaper. The article says that the Taliban commanders had a hunch that Mulla Omar had died. A few of them took bayt with Abu Bakr Baghdadi for the reason that there is no news about Mulla Omar.</w:t>
      </w:r>
    </w:p>
    <w:p>
      <w:pPr>
        <w:spacing w:before="0" w:after="120" w:line="300" w:lineRule="exact"/>
        <w:jc w:val="both"/>
      </w:pPr>
      <w:r>
        <w:rPr>
          <w:rFonts w:ascii="Georgia" w:hAnsi="Georgia" w:cs="Georgia" w:eastAsia="Georgia"/>
          <w:b w:val="0"/>
          <w:i w:val="0"/>
          <w:sz w:val="22"/>
        </w:rPr>
        <w:t>My other question is regarding the peace talks. It seems that in reality neither the US won nor the Taliban. Both are fed up of the war and want to sit down and end this. What do the Taliban hope to achieve by the peace talks? Will the Afghan government ever agree to step down, and let the Taliban take over and impose Shariat? It is just turning them into a political party.</w:t>
      </w:r>
    </w:p>
    <w:p>
      <w:pPr>
        <w:spacing w:before="0" w:after="120" w:line="300" w:lineRule="exact"/>
        <w:jc w:val="both"/>
      </w:pPr>
      <w:r>
        <w:rPr>
          <w:rFonts w:ascii="Georgia" w:hAnsi="Georgia" w:cs="Georgia" w:eastAsia="Georgia"/>
          <w:b w:val="0"/>
          <w:i w:val="0"/>
          <w:sz w:val="22"/>
        </w:rPr>
        <w:t>What does the shariat say about these kind of peace talks which Pakistan is mediating, US and China are part of it? Can any khair be hoped from these peace talks? Please tell us what shariat says about all this? ANSWER (1) Rasulullah (sallallahu alayhi wasallam) said: "War is deception." If they genuinely believed that there was a need to conceal Mullah Omar's death and continue issuing statements in his name, then this was permissible.</w:t>
      </w:r>
    </w:p>
    <w:p>
      <w:pPr>
        <w:spacing w:before="0" w:after="120" w:line="300" w:lineRule="exact"/>
        <w:jc w:val="both"/>
      </w:pPr>
      <w:r>
        <w:rPr>
          <w:rFonts w:ascii="Georgia" w:hAnsi="Georgia" w:cs="Georgia" w:eastAsia="Georgia"/>
          <w:b w:val="0"/>
          <w:i w:val="0"/>
          <w:sz w:val="22"/>
        </w:rPr>
        <w:t>This is the actual mas'alah. But we believe that the reason for withholding the truth was pressure and orders of the Pakistani intelligence agency/ government/military. The Taliban are to a large extent under the influence and control of the Pakistani ruling establishment. (2) In the light of what we have mentioned above, while we support the Taliban, we never accepted or believed that Mullah Omar was an Ameerul Mu'mineen.</w:t>
      </w:r>
    </w:p>
    <w:p>
      <w:pPr>
        <w:spacing w:before="0" w:after="120" w:line="300" w:lineRule="exact"/>
        <w:jc w:val="both"/>
      </w:pPr>
      <w:r>
        <w:rPr>
          <w:rFonts w:ascii="Georgia" w:hAnsi="Georgia" w:cs="Georgia" w:eastAsia="Georgia"/>
          <w:b w:val="0"/>
          <w:i w:val="0"/>
          <w:sz w:val="22"/>
        </w:rPr>
        <w:t>A genuine Ameerul Mu'minaan will not be in perpetual concealment. In reality he was Aseerul Kaafireen – the prisoner of the kuffaar. He was supposed to have been in the forefront, in the Battleground of Jihad. Again we stress, that if in their opinion they genuinely believed that it was a war strategy, then it was permissible to have perpetuated the 'falsehood'.</w:t>
      </w:r>
    </w:p>
    <w:p>
      <w:pPr>
        <w:spacing w:before="0" w:after="120" w:line="300" w:lineRule="exact"/>
        <w:jc w:val="both"/>
      </w:pPr>
      <w:r>
        <w:rPr>
          <w:rFonts w:ascii="Georgia" w:hAnsi="Georgia" w:cs="Georgia" w:eastAsia="Georgia"/>
          <w:b w:val="0"/>
          <w:i w:val="0"/>
          <w:sz w:val="22"/>
        </w:rPr>
        <w:t>(3) The Qatar office too was the work of the Pakistani intelligence agency which is the conduit for U.S. orders All along they are manipulating the Taliban to serve their (Pakistan's) and the U.S.'s objectives. Pakistan's objective to have India's presence expelled from Afghanistan. The objective was never Jihad fi Sabeelillaah. The Taliban, on the other hand, despite the majority being sincere and having the objective of establishing an Islamic state, are extremely deficient in the Shariah and Taqwa, hence the Nusrat they received from Allah Ta'ala is minimal or commensurate with their spirituality.</w:t>
      </w:r>
    </w:p>
    <w:p>
      <w:pPr>
        <w:spacing w:before="0" w:after="120" w:line="300" w:lineRule="exact"/>
        <w:jc w:val="both"/>
      </w:pPr>
      <w:r>
        <w:rPr>
          <w:rFonts w:ascii="Georgia" w:hAnsi="Georgia" w:cs="Georgia" w:eastAsia="Georgia"/>
          <w:b w:val="0"/>
          <w:i w:val="0"/>
          <w:sz w:val="22"/>
        </w:rPr>
        <w:t>If they had Taqwa of a high calibre, they would never have had need for the fussaaq and kuffaar of the Pakistani ruling and military establishments. (4) Although the bayaan was undoubtedly 'silly' and apparently in conflict with the Jihad concept of Islam, and even if it was not issued by Mullah Omar on account of him having already died, the fact is that this is the policy of the Taliban.</w:t>
      </w:r>
    </w:p>
    <w:p>
      <w:pPr>
        <w:spacing w:before="0" w:after="120" w:line="300" w:lineRule="exact"/>
        <w:jc w:val="both"/>
      </w:pPr>
      <w:r>
        <w:rPr>
          <w:rFonts w:ascii="Georgia" w:hAnsi="Georgia" w:cs="Georgia" w:eastAsia="Georgia"/>
          <w:b w:val="0"/>
          <w:i w:val="0"/>
          <w:sz w:val="22"/>
        </w:rPr>
        <w:t>They are not concerned with the larger Muslim world. Their concern is only with Afghanistan. In fact, after the Russians had invaded Afghanistan, the Taliban had lamented that if they had gone to the aid of Tajikstan when Russia had invaded that land, pummelled and annexed it to the Soviet Union, then Russia would not have had the opportunity of invading and annexing Afghanistan to its empire.</w:t>
      </w:r>
    </w:p>
    <w:p>
      <w:pPr>
        <w:spacing w:before="0" w:after="120" w:line="300" w:lineRule="exact"/>
        <w:jc w:val="both"/>
      </w:pPr>
      <w:r>
        <w:rPr>
          <w:rFonts w:ascii="Georgia" w:hAnsi="Georgia" w:cs="Georgia" w:eastAsia="Georgia"/>
          <w:b w:val="0"/>
          <w:i w:val="0"/>
          <w:sz w:val="22"/>
        </w:rPr>
        <w:t>On the other hand, if the 'silly' statement was the effect of weakness and designed to placate and appease the U.S., then it was a justified strategy if the intention was only to dupe the kuffaar and to gain breathing space to consolidate, arm and prepare for a future greater battle. (5) The circumstances on the ground will dictate the hudood (limits) for the validity of the deception based on the broad principle.</w:t>
      </w:r>
    </w:p>
    <w:p>
      <w:pPr>
        <w:spacing w:before="0" w:after="120" w:line="300" w:lineRule="exact"/>
        <w:jc w:val="both"/>
      </w:pPr>
      <w:r>
        <w:rPr>
          <w:rFonts w:ascii="Georgia" w:hAnsi="Georgia" w:cs="Georgia" w:eastAsia="Georgia"/>
          <w:b w:val="0"/>
          <w:i w:val="0"/>
          <w:sz w:val="22"/>
        </w:rPr>
        <w:t>The facts and situation on the ground will determine the form and the limits of the strategy for adoption in terms of the principle stated in the Hadith. As long as the strategy does not betray Muslims such as handing over Reciters of the Kalimah to the kuffaar and U.S. for torture in their vile. brutal torture facilities, it will be permissible.</w:t>
      </w:r>
    </w:p>
    <w:p>
      <w:pPr>
        <w:spacing w:before="0" w:after="120" w:line="300" w:lineRule="exact"/>
        <w:jc w:val="both"/>
      </w:pPr>
      <w:r>
        <w:rPr>
          <w:rFonts w:ascii="Georgia" w:hAnsi="Georgia" w:cs="Georgia" w:eastAsia="Georgia"/>
          <w:b w:val="0"/>
          <w:i w:val="0"/>
          <w:sz w:val="22"/>
        </w:rPr>
        <w:t>The evil kuffaar government of Napakistan is infamous and notorious for brutally handing over Muslims to the U.S. for torture. (6) The reality is that the hierarchy of the Taliban is infiltrated by traitors who sell Islam and the Ummah for U.S. dollars. Any one in the hierarchy is a suspect. The trai- tors will always be a very small minority, perhaps one or two.</w:t>
      </w:r>
    </w:p>
    <w:p>
      <w:pPr>
        <w:spacing w:before="0" w:after="120" w:line="300" w:lineRule="exact"/>
        <w:jc w:val="both"/>
      </w:pPr>
      <w:r>
        <w:rPr>
          <w:rFonts w:ascii="Georgia" w:hAnsi="Georgia" w:cs="Georgia" w:eastAsia="Georgia"/>
          <w:b w:val="0"/>
          <w:i w:val="0"/>
          <w:sz w:val="22"/>
        </w:rPr>
        <w:t>They will subtly manipulate the movement to serve the despicable ends of their U.S. paymasters. Who exactly these treacherous rubbishes are in the Taliban hierarchy, Allah Ta'ala knows. We do not know them although we do have suspicions. But we are averse to making statements on the basis of suspicion unbacked by evidence. (7) It appears that Baghdaadi was severely injured in March of this year.</w:t>
      </w:r>
    </w:p>
    <w:p>
      <w:pPr>
        <w:spacing w:before="0" w:after="120" w:line="300" w:lineRule="exact"/>
        <w:jc w:val="both"/>
      </w:pPr>
      <w:r>
        <w:rPr>
          <w:rFonts w:ascii="Georgia" w:hAnsi="Georgia" w:cs="Georgia" w:eastAsia="Georgia"/>
          <w:b w:val="0"/>
          <w:i w:val="0"/>
          <w:sz w:val="22"/>
        </w:rPr>
        <w:t>He perished in an Israeli hospital where they were trying to save his life since he was their agent in the U.S. conspiracy. (8) The outcome of 'peace talks' will be the end of the Taliban as a Deeni force. They will have to compromise with the U.S. The U.S. will apply pressure and work India out of Afghanistan to appease Pakistan. Once this has been achieved, Pakistan will twist the arm of the Taliban to accept American demands for it (the Taliban) to be incorporated in a kufr 'unity' government.</w:t>
      </w:r>
    </w:p>
    <w:p>
      <w:pPr>
        <w:spacing w:before="0" w:after="120" w:line="300" w:lineRule="exact"/>
        <w:jc w:val="both"/>
      </w:pPr>
      <w:r>
        <w:rPr>
          <w:rFonts w:ascii="Georgia" w:hAnsi="Georgia" w:cs="Georgia" w:eastAsia="Georgia"/>
          <w:b w:val="0"/>
          <w:i w:val="0"/>
          <w:sz w:val="22"/>
        </w:rPr>
        <w:t>It will be the betrayal of Islam, and the end of the Taliban as a geuine Islamic force. Yet, if they refuse the socalled 'peace' (surrendering) talks, and take to the mountains in the Name of Allah Azza Wa Jal, and rectify their niyyat, and rivet their focus on the Aakhirah and Allah's Pleasure, the very same Nusrat-eIlaahi which had sustained and granted victory to the Sahaabah will be available for them.</w:t>
      </w:r>
    </w:p>
    <w:p>
      <w:pPr>
        <w:spacing w:before="0" w:after="120" w:line="300" w:lineRule="exact"/>
        <w:jc w:val="both"/>
      </w:pPr>
      <w:r>
        <w:rPr>
          <w:rFonts w:ascii="Georgia" w:hAnsi="Georgia" w:cs="Georgia" w:eastAsia="Georgia"/>
          <w:b w:val="0"/>
          <w:i w:val="0"/>
          <w:sz w:val="22"/>
        </w:rPr>
        <w:t>Allah Ta'ala is not antique. (9) What is unfolding currently in the Afghan scenario in which the Taliban has become a mediocre participant whose arm is increasingly being twisted by Pakistan, is haraam. It is treachery against Islam. It is a betrayal of the objective of Jihad. May Allah Ta'ala guide the true Mujaahideen and grant them victory.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JIHAD FOR ALLAH ALONE</w:t>
      </w:r>
    </w:p>
    <w:p>
      <w:pPr>
        <w:spacing w:before="0" w:after="160" w:line="300" w:lineRule="exact"/>
        <w:jc w:val="center"/>
      </w:pPr>
      <w:r>
        <w:rPr>
          <w:rFonts w:ascii="Georgia" w:hAnsi="Georgia" w:cs="Georgia" w:eastAsia="Georgia"/>
          <w:b w:val="0"/>
          <w:i/>
          <w:sz w:val="16"/>
        </w:rPr>
        <w:t>Page 1 of the original</w:t>
      </w:r>
    </w:p>
    <w:p>
      <w:pPr>
        <w:spacing w:before="0" w:after="120" w:line="300" w:lineRule="exact"/>
        <w:jc w:val="both"/>
      </w:pPr>
      <w:r>
        <w:rPr>
          <w:rFonts w:ascii="Georgia" w:hAnsi="Georgia" w:cs="Georgia" w:eastAsia="Georgia"/>
          <w:b w:val="0"/>
          <w:i w:val="0"/>
          <w:sz w:val="22"/>
        </w:rPr>
        <w:t>Hadhrat Khalid Bin Walid (Radhiyallahu anhu), the Commander of the Islamic army, was unceremoniously dismissed from his post by Hadhrat Umar (Radhiyallahu anhu). However, despite his dismissal, he caused greater destruction to the enemy and waged fiercer Jihad battles, especially at the Fort of Abul Quds. His Jihad was for Allah Ta'ala. The nafs had no share.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TRUE JIHAAD IS CHARACTERIZED BY JUSTICE, HONOUR, AND INTEGRITY</w:t>
      </w:r>
    </w:p>
    <w:p>
      <w:pPr>
        <w:spacing w:before="0" w:after="160" w:line="300" w:lineRule="exact"/>
        <w:jc w:val="center"/>
      </w:pPr>
      <w:r>
        <w:rPr>
          <w:rFonts w:ascii="Georgia" w:hAnsi="Georgia" w:cs="Georgia" w:eastAsia="Georgia"/>
          <w:b w:val="0"/>
          <w:i/>
          <w:sz w:val="16"/>
        </w:rPr>
        <w:t>Page 2, 3 of the original. Heading read from the printed headline artwork.</w:t>
      </w:r>
    </w:p>
    <w:p>
      <w:pPr>
        <w:spacing w:before="0" w:after="120" w:line="300" w:lineRule="exact"/>
        <w:jc w:val="both"/>
      </w:pPr>
      <w:r>
        <w:rPr>
          <w:rFonts w:ascii="Georgia" w:hAnsi="Georgia" w:cs="Georgia" w:eastAsia="Georgia"/>
          <w:b w:val="0"/>
          <w:i w:val="0"/>
          <w:sz w:val="22"/>
        </w:rPr>
        <w:t>A few young men of the Muslim Army, while in pursuit of a Kaafir soldier in the battlefield, called out in Persian, "Don't be afraid!" The Kaafir soldier, understanding this call to be an assurance of safety – an offer of asylum, permitted the Muslims to catch up with him, only then to be killed by them. When Hadhrat Umar (radhiyallahu anhu) heard of this misdemeanour in the battlefield against a Kaafir enemy combatant, he was greatly disturbed, hence he exclaimed: "By He in whose hand my soul is, if I hear of anyone who does that, I shall strike off his neck [i.e. execution]." Hadhrat Umar's threat of severe punishment for any Muslim who commits treachery even in the battlefield, amply portrays the emphasis placed by Islam on justice, honour and integrity, even during war.</w:t>
      </w:r>
    </w:p>
    <w:p>
      <w:pPr>
        <w:spacing w:before="0" w:after="120" w:line="300" w:lineRule="exact"/>
        <w:jc w:val="both"/>
      </w:pPr>
      <w:r>
        <w:rPr>
          <w:rFonts w:ascii="Georgia" w:hAnsi="Georgia" w:cs="Georgia" w:eastAsia="Georgia"/>
          <w:b w:val="0"/>
          <w:i w:val="0"/>
          <w:sz w:val="22"/>
        </w:rPr>
        <w:t>Whilst the Fuqaha differ on whether the punishment of death prescribed by Hadhrat Umar (radhiyallahu anhu) is mandatory or not, all agreed that the misdemeanour described above constituted treachery and as such deserved se- vere punishment. Numerous other narrations from Hadhrat Umar (radhiyallahu anhu) convey a similar meaning, emphasizing the fact that even in a real battlefield, if a Kaafir combatant understands or misunderstands, from even the slightest indication of Muslims, that he has been granted safety, then the Muslims are obliged to honour the impression gained by him (the kaafir), and not harm the kaafir combatant at all.</w:t>
      </w:r>
    </w:p>
    <w:p>
      <w:pPr>
        <w:spacing w:before="0" w:after="120" w:line="300" w:lineRule="exact"/>
        <w:jc w:val="both"/>
      </w:pPr>
      <w:r>
        <w:rPr>
          <w:rFonts w:ascii="Georgia" w:hAnsi="Georgia" w:cs="Georgia" w:eastAsia="Georgia"/>
          <w:b w:val="0"/>
          <w:i w:val="0"/>
          <w:sz w:val="22"/>
        </w:rPr>
        <w:t>For example, the following authentic narration used by the Aimmah Mujtahideen as evidence for the prohibi- tion of treachery even against a Kaafir combatant on the battlefield, quotes Hadhrat Umar (radhiyallahu anhu) as saying: 'A Muslim who gestures to a man from the enemy: "if you come down I will kill you.", and he (the enemy) comes down believing that he has been granted safety, then he (the Muslim) has guaranteed him (the enemy) safety.'" [Musannaf Abi Shaybah, Kitab-ul-Kharaj of Imam Abu Yusuf, al-Siyar of Imam Muhammad al-Shaybani, and other books of the Salaf] Despite the Muslim expressing his intention to kill the enemy, the enemy misunderstood from the gesture that the Muslim offers him asylum, hence the Muslim is obliged to refrain from harming him.</w:t>
      </w:r>
    </w:p>
    <w:p>
      <w:pPr>
        <w:spacing w:before="0" w:after="120" w:line="300" w:lineRule="exact"/>
        <w:jc w:val="both"/>
      </w:pPr>
      <w:r>
        <w:rPr>
          <w:rFonts w:ascii="Georgia" w:hAnsi="Georgia" w:cs="Georgia" w:eastAsia="Georgia"/>
          <w:b w:val="0"/>
          <w:i w:val="0"/>
          <w:sz w:val="22"/>
        </w:rPr>
        <w:t>Much intelligence is not required to understand what Hadhrat Umar's (radhiyallahu anhu) Fatwa and attitude would have been towards the fraudulent 'Jihadis' of ISIS, al-Qaeda, Boko Haram, Pakistani Fake Taliban, and other Salafiinfluenced 'Jihadi' groups, and their Zindeeq "scholars" who, like all modernists today, excel in the art of making Halaal that which is Haraam, and who legalize such perverted abominations as gunning down or blowing oneself up amongst, non-combatant men, women and children in a nonbattlefield scenario.</w:t>
      </w:r>
    </w:p>
    <w:p>
      <w:pPr>
        <w:spacing w:before="0" w:after="120" w:line="300" w:lineRule="exact"/>
        <w:jc w:val="both"/>
      </w:pPr>
      <w:r>
        <w:rPr>
          <w:rFonts w:ascii="Georgia" w:hAnsi="Georgia" w:cs="Georgia" w:eastAsia="Georgia"/>
          <w:b w:val="0"/>
          <w:i w:val="0"/>
          <w:sz w:val="22"/>
        </w:rPr>
        <w:t>The Laws of Islam pertaining to every single aspect of life, including Jihaad, were derived, recorded, compiled, and set in stone over fourteen centuries ago, by a galaxy of Aimmah-e-Mujtahideen from the era of the Sahaabah and the Fuqaha of the Salafus Saaliheen of Khairul Quroon - Fuqaha who had instituted an incomparably monumental and unmatchable process of codification, compilation, and intense scrutiny which culminated eventually in the compendium of rulings that now constitutes the Four Madh-habs which comprise of all the original rulings of Islam.</w:t>
      </w:r>
    </w:p>
    <w:p>
      <w:pPr>
        <w:spacing w:before="0" w:after="120" w:line="300" w:lineRule="exact"/>
        <w:jc w:val="both"/>
      </w:pPr>
      <w:r>
        <w:rPr>
          <w:rFonts w:ascii="Georgia" w:hAnsi="Georgia" w:cs="Georgia" w:eastAsia="Georgia"/>
          <w:b w:val="0"/>
          <w:i w:val="0"/>
          <w:sz w:val="22"/>
        </w:rPr>
        <w:t>These rulings of Islam which include the absolute prohibition of targeting civilians in Jihaad, and the absolute prohibition of treachery and fraud, are immutable, unchangeable, and not up for review or "improvement", regardless of how rigid, restrictive and "backwards" such Laws of Islam might appear to the fraudulent "Jihaadis", Salafis, and modernists crank reformers of today, whose satanic pride (Kibr) leads them to dwell under the self-deception that their kindergarten-level of knowledge enables them to re-enact an improved version of the monumental process instituted by those who were, according to Rasulullah (sallallahu alayhi wasallam), the most superior of generations (Khairul Quroon), whose knowledge and piety will never be matched again, and who witnessed first-hand the spirit and ethos of the Deen as practised by the Sahabah (radhiyallahu anhum).</w:t>
      </w:r>
    </w:p>
    <w:p>
      <w:pPr>
        <w:spacing w:before="0" w:after="120" w:line="300" w:lineRule="exact"/>
        <w:jc w:val="both"/>
      </w:pPr>
      <w:r>
        <w:rPr>
          <w:rFonts w:ascii="Georgia" w:hAnsi="Georgia" w:cs="Georgia" w:eastAsia="Georgia"/>
          <w:b w:val="0"/>
          <w:i w:val="0"/>
          <w:sz w:val="22"/>
        </w:rPr>
        <w:t>Any version of "Deen" which seeks to differ with or "improve" on the Four Madh -habs even slightly, such as the innumerable new versions of "Deen" of the multitudes of Salafi and modernist groups that have mushroomed recently, is a deviated imposter of a "Deen" that has nothing to do with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UIGHUR MUSLIMS</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Following protests in Turkey over Thailand's deportation to China of a hundred Uighur Muslims, the Thai embassy has closed down. The embassy was extensively damaged by the protestors angered by the deportation. Muslims in China, especially the , have always been the victims of Chinese persecution and brutality. They are prevented from even practices of ibaadat such as Fasting and Salaat.</w:t>
      </w:r>
    </w:p>
    <w:p>
      <w:pPr>
        <w:spacing w:before="0" w:after="120" w:line="300" w:lineRule="exact"/>
        <w:jc w:val="both"/>
      </w:pPr>
      <w:r>
        <w:rPr>
          <w:rFonts w:ascii="Georgia" w:hAnsi="Georgia" w:cs="Georgia" w:eastAsia="Georgia"/>
          <w:b w:val="0"/>
          <w:i w:val="0"/>
          <w:sz w:val="22"/>
        </w:rPr>
        <w:t>Turkey is the only Muslim country which has criticized the brutality of China, and it has ordered the Thai embassy to remain closed until further notice. While Muslims all over are very vociferous regarding Palestine, they are mute – deaf, dumb and blind – in relation to Chinese brutality towards the Uighur Muslims. While Muslims call for boycotting a trader who may be dealing with perhaps one or two Israeli products, no one calls for boycotting China.</w:t>
      </w:r>
    </w:p>
    <w:p>
      <w:pPr>
        <w:spacing w:before="0" w:after="120" w:line="300" w:lineRule="exact"/>
        <w:jc w:val="both"/>
      </w:pPr>
      <w:r>
        <w:rPr>
          <w:rFonts w:ascii="Georgia" w:hAnsi="Georgia" w:cs="Georgia" w:eastAsia="Georgia"/>
          <w:b w:val="0"/>
          <w:i w:val="0"/>
          <w:sz w:val="22"/>
        </w:rPr>
        <w:t>Monetary consid- eration is the determinant. The Palestine protests are hollow and motivated by nafsaaniyat. The protestors are insincere and opportunists. Since almost all people deal with Chinese cheap goods, the atrocities committed by the world's greatest devourers of pigs, dogs, cats, snakes and filth are swept under the carpet.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JIZYAH - TAX IMPOSED UPON</w:t>
      </w:r>
    </w:p>
    <w:p>
      <w:pPr>
        <w:spacing w:before="0" w:after="160" w:line="300" w:lineRule="exact"/>
        <w:jc w:val="center"/>
      </w:pPr>
      <w:r>
        <w:rPr>
          <w:rFonts w:ascii="Georgia" w:hAnsi="Georgia" w:cs="Georgia" w:eastAsia="Georgia"/>
          <w:b w:val="0"/>
          <w:i/>
          <w:sz w:val="16"/>
        </w:rPr>
        <w:t>Page 3 of the original. Heading read from the printed headline artwork.</w:t>
      </w:r>
    </w:p>
    <w:p>
      <w:pPr>
        <w:spacing w:before="0" w:after="120" w:line="300" w:lineRule="exact"/>
        <w:jc w:val="both"/>
      </w:pPr>
      <w:r>
        <w:rPr>
          <w:rFonts w:ascii="Georgia" w:hAnsi="Georgia" w:cs="Georgia" w:eastAsia="Georgia"/>
          <w:b w:val="0"/>
          <w:i w:val="0"/>
          <w:sz w:val="22"/>
        </w:rPr>
        <w:t>The following excerpt from a nonMuslim historian contains an eyeopening account which encapsulates the spirit of justice and integrity displayed by the very earliest generations of Muslims, the Sahahah (radhiyallahu anhum) (the companions of the Prophet sallallahu alayhi wasallam). It throws into stark contrast the often dishonest, treacherous and murderous behaviour exhibited by modernist and salafi 'jihadi' groups which, in reality, is the natural consequence of a malleable and flexible methodology of deriving Islamic rulings (Ijtihad) which is unfettered from rigid Taqleed (being tightly bound) to the 4 madh-habs, and which ultimately enables conferring religious legitimization to each and every transgression under the sun: "It is true that adherence to their ancient faith rendered them obnoxious to the payment of Jizyah – a word which originally denoted tribute of any kind paid by the nonMuslim subjects of the Arab empire, but came later on to be used for the capitation-tax as the fiscal system of the new rulers became fixed; but this Jizyah was too moderate to constitute a burden, seeing that it released them from the compulsory military service that was incumbent on their Muslim fellow-subjects… [In a true Islamic State income tax, rates, and the host of other taxes are counted as Zulm (oppression) upon the people and are completely abolished.</w:t>
      </w:r>
    </w:p>
    <w:p>
      <w:pPr>
        <w:spacing w:before="0" w:after="120" w:line="300" w:lineRule="exact"/>
        <w:jc w:val="both"/>
      </w:pPr>
      <w:r>
        <w:rPr>
          <w:rFonts w:ascii="Georgia" w:hAnsi="Georgia" w:cs="Georgia" w:eastAsia="Georgia"/>
          <w:b w:val="0"/>
          <w:i w:val="0"/>
          <w:sz w:val="22"/>
        </w:rPr>
        <w:t>Furthermore, the Jizyah itself is only a fraction of the bludgeoning amount of income tax and other taxes and levies which even the poor masses are compelled to pay in many coun-</w:t>
      </w:r>
    </w:p>
    <w:p>
      <w:pPr>
        <w:spacing w:before="120" w:after="120" w:line="300" w:lineRule="exact"/>
        <w:ind w:left="720" w:right="720"/>
        <w:jc w:val="center"/>
      </w:pPr>
      <w:r>
        <w:rPr>
          <w:rFonts w:ascii="Georgia" w:hAnsi="Georgia" w:cs="Georgia" w:eastAsia="Georgia"/>
          <w:b w:val="0"/>
          <w:i/>
          <w:sz w:val="22"/>
        </w:rPr>
        <w:t>tries today.] The following facts taken from the Kitab al-Kharaj, drawn up by Abu Yusuf at the request of Harun alRashid (A.D. 786-809) may be taken as generally representative of Muhammadan procedure under the Abbasid Caliphate. The rich were to pay forty-eight dirhams (footnote: A dirham is about fivepence) a year, the middle classes twenty-four, while from the poor, i.e. the fieldlabourers and artisans, only twelve dirhams were taken. This tax could be paid in kind if desired; cattle, merchandise, household effects, even needles were to be accepted in lieu of specie, but not pigs, wine, or dead animals. The tax was to be levied only on able-bodied males, and not on women or children. The poor who were dependent for their livelihood on alms [distributed by the state] and the aged poor who were incapable of work were also specially exempted as also the blind, the lame, the incurables and the insane, unless they happened to be men of wealth; this same condition applied to priests and monks, who were exempt if dependent on the alms of the rich, but had to pay if they were well-to-do and lived in comfort. The collectors of the Jizyah were particularly instructed to show leniency, and refrain from all harsh treatment or the infliction of corporal punishment, in case of nonpayment. This was not imposed on the Christians, as some would have us think, as a penalty for their refusal to accept the Muslim faith, but was paid by them in common with the other dhimmis or non-Muslim subjects of</w:t>
      </w:r>
    </w:p>
    <w:p>
      <w:pPr>
        <w:spacing w:before="120" w:after="120" w:line="300" w:lineRule="exact"/>
        <w:ind w:left="720" w:right="720"/>
        <w:jc w:val="center"/>
      </w:pPr>
      <w:r>
        <w:rPr>
          <w:rFonts w:ascii="Georgia" w:hAnsi="Georgia" w:cs="Georgia" w:eastAsia="Georgia"/>
          <w:b w:val="0"/>
          <w:i/>
          <w:sz w:val="22"/>
        </w:rPr>
        <w:t>the state whose religion precluded them from serving in the army, in return for the protection secured for them by the arms of the Musalmans [muslims]. When the people of Hirah contributed the sum agreed upon, they expressly mentioned that they paid this Jizyah on condition that "the Muslims and their leader protect us from those who would oppress us, whether they be Muslims or others." Again, in the treaty made by Khalid with some towns in the neighbourhood of Hirah, he writes: "If we protect you, then Jizyah is due to us; but if we do not, then it is not due." How clearly this condition was recognised by the Muhammadans may be judged from the following incident in the reign of the Caliph Umar. The Emperor Heraclius had raised an enormous army with which to drive back invading forces of the Muslims, who had in consequence to concentrate all their energies on the impending encounter. The Arab general, Abu Ubaydah, accordingly wrote to the governors of the conquered cities of Syria, ordering them to pay back all the Jizyah that had been collected from the cities, and wrote to the people, saying: "We give you back the money that we took from you, as we have received news that a strong force is advancing against us. The agreement between us was that we should protect you, and as this is not now in our power, we return you all that we took. But if we are victorious we shall consider ourselves bound to you by the old terms of our agreement."</w:t>
      </w:r>
    </w:p>
    <w:p>
      <w:pPr>
        <w:spacing w:before="120" w:after="120" w:line="300" w:lineRule="exact"/>
        <w:ind w:left="720" w:right="720"/>
        <w:jc w:val="center"/>
      </w:pPr>
      <w:r>
        <w:rPr>
          <w:rFonts w:ascii="Georgia" w:hAnsi="Georgia" w:cs="Georgia" w:eastAsia="Georgia"/>
          <w:b w:val="0"/>
          <w:i/>
          <w:sz w:val="22"/>
        </w:rPr>
        <w:t>In accordance with this order, enormous sums were paid back out of the state treasury, and the Christians called down blessings on the heads of the Muslims, saying, "May God give you rule over us again and make you victorious over the Romans;</w:t>
      </w:r>
    </w:p>
    <w:p>
      <w:pPr>
        <w:spacing w:before="120" w:after="120" w:line="300" w:lineRule="exact"/>
        <w:ind w:left="720" w:right="720"/>
        <w:jc w:val="center"/>
      </w:pPr>
      <w:r>
        <w:rPr>
          <w:rFonts w:ascii="Georgia" w:hAnsi="Georgia" w:cs="Georgia" w:eastAsia="Georgia"/>
          <w:b w:val="0"/>
          <w:i/>
          <w:sz w:val="22"/>
        </w:rPr>
        <w:t>had it been they, they would not have given us back anything, but would have taken all that remained with us." As stated above, the Jizyah was levied on the able-bodied males, in lieu of the military service they would have been called upon to perform had they been Musalmans; and it is very noticeable that when any Christian people served in the Muslim army, they were exempted from the payment of this tax. Such was the case with the tribe of al-Jurajimah, a Christian tribe in the neighbourhood of Antioch, who made peace with the Muslims, promising to be their allies and fight on their side in battle, on condition that they should not be called upon to pay Jizyah and should receive their proper share of the booty… Living under this security of life and property and such toleration of religious thought, the Christian community – especially in the towns – enjoyed a flourishing prosperity in the early days of the Caliphate…In trade and commerce, the Christians also attained considerable affluence; indeed it was frequently their wealth that excited against them the jealous cupidity of the mob – a feeling that fanatics took advantage of, to persecute and oppress them. Further, the non-Muslim communities enjoyed an almost complete autonomy, for the government placed in their hands the independent management of their internal affairs, and their religious leaders exercised judicial functions in cases that concerned their co-religionists only [footnote: Von Kremer]. Their churches and monasteries were, for the most part, not interfered with, except in the large cities, where some of them were turned into mosques – a measure that could hardly be objected to in view of the enormous increase in the Muslim and corresponding decrease in the Christian population… Of forced conversion or anything like persecution in the early days of the Arab conquest, we hear nothing. Indeed, it was probably in a great measure their tolerant attitude towards the Christian religion that facilitated their rapid acquisition of the country." [Thomas Arnold, The Spread of Islam in the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OIL – IT IS NOT A RIDDLE</w:t>
      </w:r>
    </w:p>
    <w:p>
      <w:pPr>
        <w:spacing w:before="0" w:after="160" w:line="300" w:lineRule="exact"/>
        <w:jc w:val="center"/>
      </w:pPr>
      <w:r>
        <w:rPr>
          <w:rFonts w:ascii="Georgia" w:hAnsi="Georgia" w:cs="Georgia" w:eastAsia="Georgia"/>
          <w:b w:val="0"/>
          <w:i/>
          <w:sz w:val="16"/>
        </w:rPr>
        <w:t>Page 3 of the original</w:t>
      </w:r>
    </w:p>
    <w:p>
      <w:pPr>
        <w:spacing w:before="0" w:after="120" w:line="300" w:lineRule="exact"/>
        <w:jc w:val="both"/>
      </w:pPr>
      <w:r>
        <w:rPr>
          <w:rFonts w:ascii="Georgia" w:hAnsi="Georgia" w:cs="Georgia" w:eastAsia="Georgia"/>
          <w:b w:val="0"/>
          <w:i w:val="0"/>
          <w:sz w:val="22"/>
        </w:rPr>
        <w:t>A "living oil pipeline" stretching between Islamic State territory and Turkey with "vehicles, carrying oil, lined up in a chain going beyond the horizon" and "day and night they are going into Turkey where these trucks always go there loaded, and back from there – empty" ----- -President Putin of Russia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BRITISH PERSECUTION OF MUSLIMS</w:t>
      </w:r>
    </w:p>
    <w:p>
      <w:pPr>
        <w:spacing w:before="0" w:after="160" w:line="300" w:lineRule="exact"/>
        <w:jc w:val="center"/>
      </w:pPr>
      <w:r>
        <w:rPr>
          <w:rFonts w:ascii="Georgia" w:hAnsi="Georgia" w:cs="Georgia" w:eastAsia="Georgia"/>
          <w:b w:val="0"/>
          <w:i/>
          <w:sz w:val="16"/>
        </w:rPr>
        <w:t>Page 4 of the original. Heading read from the printed headline artwork.</w:t>
      </w:r>
    </w:p>
    <w:p>
      <w:pPr>
        <w:spacing w:before="0" w:after="120" w:line="300" w:lineRule="exact"/>
        <w:jc w:val="both"/>
      </w:pPr>
      <w:r>
        <w:rPr>
          <w:rFonts w:ascii="Georgia" w:hAnsi="Georgia" w:cs="Georgia" w:eastAsia="Georgia"/>
          <w:b w:val="0"/>
          <w:i w:val="0"/>
          <w:sz w:val="22"/>
        </w:rPr>
        <w:t>We reproduce the letter of an English Muslim convert whom the British government persecutes for having embraced Islam. The Brother is a practising Muslim. His orthodox Islamic stance and his inviting nonMuslims to Islam run counter to the evil, oppressive, anti-Islam attitude and laws of the British government, hence he was arrested and is being persecuted.</w:t>
      </w:r>
    </w:p>
    <w:p>
      <w:pPr>
        <w:spacing w:before="0" w:after="120" w:line="300" w:lineRule="exact"/>
        <w:jc w:val="both"/>
      </w:pPr>
      <w:r>
        <w:rPr>
          <w:rFonts w:ascii="Georgia" w:hAnsi="Georgia" w:cs="Georgia" w:eastAsia="Georgia"/>
          <w:b w:val="0"/>
          <w:i w:val="0"/>
          <w:sz w:val="22"/>
        </w:rPr>
        <w:t>The Brother writes: "Asalaam Alaikam Warahmatullahi Wabarakautuh Shaykh. I am writing to you about a trial that has befallen me. Allah is sufficient as a helper. On Thursday last week I was arrested in the morning by the British police. They caused panic and terror and arrested me on "suspicion of belonging to a proscribed organisation". I was very confused as to why I was being treated like a criminal, they took me to the station.</w:t>
      </w:r>
    </w:p>
    <w:p>
      <w:pPr>
        <w:spacing w:before="0" w:after="120" w:line="300" w:lineRule="exact"/>
        <w:jc w:val="both"/>
      </w:pPr>
      <w:r>
        <w:rPr>
          <w:rFonts w:ascii="Georgia" w:hAnsi="Georgia" w:cs="Georgia" w:eastAsia="Georgia"/>
          <w:b w:val="0"/>
          <w:i w:val="0"/>
          <w:sz w:val="22"/>
        </w:rPr>
        <w:t>My parents ( they are not muslims ) were very upset at what happened. The police took me to the station and then they took me to the cell which was cold and depressing. I thought why I was arrested and what crime did I do?. A female police officer came in and said they will conduct the interview with me later she offered to shake my hand, but I refused as it is haraam to shake hands with ghair mahrams, and out of obedience to the Rasulullah's (sall Allahu alayhi wasalam) command, I refused.</w:t>
      </w:r>
    </w:p>
    <w:p>
      <w:pPr>
        <w:spacing w:before="0" w:after="120" w:line="300" w:lineRule="exact"/>
        <w:jc w:val="both"/>
      </w:pPr>
      <w:r>
        <w:rPr>
          <w:rFonts w:ascii="Georgia" w:hAnsi="Georgia" w:cs="Georgia" w:eastAsia="Georgia"/>
          <w:b w:val="0"/>
          <w:i w:val="0"/>
          <w:sz w:val="22"/>
        </w:rPr>
        <w:t>I was left in the cell and came out for a short while and spoke to my solicitor about the seriousness of the charges which according to the British law means " belonging to a banned organisation or to express support or to propagate their material". The said group I am accused of belonging to does not exist it was disbanded and banned back in 2010 I never was a member of such a group there is no proof for this either on written record nor is the group around that calls itself by that name.</w:t>
      </w:r>
    </w:p>
    <w:p>
      <w:pPr>
        <w:spacing w:before="0" w:after="120" w:line="300" w:lineRule="exact"/>
        <w:jc w:val="both"/>
      </w:pPr>
      <w:r>
        <w:rPr>
          <w:rFonts w:ascii="Georgia" w:hAnsi="Georgia" w:cs="Georgia" w:eastAsia="Georgia"/>
          <w:b w:val="0"/>
          <w:i w:val="0"/>
          <w:sz w:val="22"/>
        </w:rPr>
        <w:t>As a Muslim, I have given dawah that is all I do calling people to Islam and tawhid. This is something very important as Rasulullah (sallAllahu alayhi wasalam) said "Convey from me even if it is just one ayah". Shaykh, the police interviewed me and the questions they asked showed a hatred for Islam. They asked why I became Muslim; do I pray 5 times a day, fast in Ramadan.</w:t>
      </w:r>
    </w:p>
    <w:p>
      <w:pPr>
        <w:spacing w:before="0" w:after="120" w:line="300" w:lineRule="exact"/>
        <w:jc w:val="both"/>
      </w:pPr>
      <w:r>
        <w:rPr>
          <w:rFonts w:ascii="Georgia" w:hAnsi="Georgia" w:cs="Georgia" w:eastAsia="Georgia"/>
          <w:b w:val="0"/>
          <w:i w:val="0"/>
          <w:sz w:val="22"/>
        </w:rPr>
        <w:t>These questions made it seem like a crime to even do the basics of Islam, la hawla waa laa quwwata illa billah. They also exaggerated about the fact that I refused to shake hands with the woman officer treating me as if I am some fanatical extremist despite the fact the Rasulullah (sall Allahu alayhi wasalam) never shook hands with women.</w:t>
      </w:r>
    </w:p>
    <w:p>
      <w:pPr>
        <w:spacing w:before="0" w:after="120" w:line="300" w:lineRule="exact"/>
        <w:jc w:val="both"/>
      </w:pPr>
      <w:r>
        <w:rPr>
          <w:rFonts w:ascii="Georgia" w:hAnsi="Georgia" w:cs="Georgia" w:eastAsia="Georgia"/>
          <w:b w:val="0"/>
          <w:i w:val="0"/>
          <w:sz w:val="22"/>
        </w:rPr>
        <w:t>My health is not very good shaykh. I have ADHD ( attention defecit hyperactive disorder) which means I have a habit of being hyperactive and have difficulty paying attention. I have also as mentioned by some close friends traits of autism. ADHD and autism are related there is not one without the other. I feel this was unjust and cruel to do this to me when I haven't done anything wrong.</w:t>
      </w:r>
    </w:p>
    <w:p>
      <w:pPr>
        <w:spacing w:before="0" w:after="120" w:line="300" w:lineRule="exact"/>
        <w:jc w:val="both"/>
      </w:pPr>
      <w:r>
        <w:rPr>
          <w:rFonts w:ascii="Georgia" w:hAnsi="Georgia" w:cs="Georgia" w:eastAsia="Georgia"/>
          <w:b w:val="0"/>
          <w:i w:val="0"/>
          <w:sz w:val="22"/>
        </w:rPr>
        <w:t>I feel they did this specifically as I am a white revert who does dawah and in the past I refused to work for the M15/police (i.e I refused to become an informant). Harassment and being treated like this is not just wrong, it shows that Muslims are second class citizens in the UK. David Cameron (prime minister of Britain) passed new " anti-terror laws" (in reality antiMuslim laws targetting all Muslims specifically).</w:t>
      </w:r>
    </w:p>
    <w:p>
      <w:pPr>
        <w:spacing w:before="0" w:after="120" w:line="300" w:lineRule="exact"/>
        <w:jc w:val="both"/>
      </w:pPr>
      <w:r>
        <w:rPr>
          <w:rFonts w:ascii="Georgia" w:hAnsi="Georgia" w:cs="Georgia" w:eastAsia="Georgia"/>
          <w:b w:val="0"/>
          <w:i w:val="0"/>
          <w:sz w:val="22"/>
        </w:rPr>
        <w:t>That means they can detain up to 2 weeks without evidence, they can have their passports taken away and most likely never given back; held on remand without proof and suspicion; secret trials have been done; snooping laws that are drafted up specifically to target the Muslim community essentially looking at all their private conversations despite the fact even many nonmuslims said such laws are contrary to basic human rights and how it violates privacy.</w:t>
      </w:r>
    </w:p>
    <w:p>
      <w:pPr>
        <w:spacing w:before="0" w:after="120" w:line="300" w:lineRule="exact"/>
        <w:jc w:val="both"/>
      </w:pPr>
      <w:r>
        <w:rPr>
          <w:rFonts w:ascii="Georgia" w:hAnsi="Georgia" w:cs="Georgia" w:eastAsia="Georgia"/>
          <w:b w:val="0"/>
          <w:i w:val="0"/>
          <w:sz w:val="22"/>
        </w:rPr>
        <w:t>Muslims would be arrested and charged just for "thought crimes" e.g. if someone says he wishes he could do such and such, that's enough to get him arrested even if he never does it nor does he have the intention of doing that, whereas non-muslims who openly say kill all Muslims and blow up Mosques are never arrested or questioned by police despite the fact that such speech comes under inciting murder and terrorism.</w:t>
      </w:r>
    </w:p>
    <w:p>
      <w:pPr>
        <w:spacing w:before="0" w:after="120" w:line="300" w:lineRule="exact"/>
        <w:jc w:val="both"/>
      </w:pPr>
      <w:r>
        <w:rPr>
          <w:rFonts w:ascii="Georgia" w:hAnsi="Georgia" w:cs="Georgia" w:eastAsia="Georgia"/>
          <w:b w:val="0"/>
          <w:i w:val="0"/>
          <w:sz w:val="22"/>
        </w:rPr>
        <w:t>Muslims in the West, especially in the UK are treated like second class citizens even animals have more rights than Muslims in the UK. Not only are we denied basic rights but they try to stop us following our deen. I mention the following examples of what is defined as " extremism" according to the British law. ^ Praying 5 times a day suddenly and becoming more devout ^ Keeping the beard and wearing the thobe/jubbah or if a sister wears niqab and maintains purdah at home ^ Refusing to intermingle with the opposite gender whether in a school environment or anywhere ^ Condemning the barbaric terrorist actions of the western governments and the tyrant state of Israel ^ Rejecting democracy which is to deny that Allah is the Legislator.</w:t>
      </w:r>
    </w:p>
    <w:p>
      <w:pPr>
        <w:spacing w:before="0" w:after="120" w:line="300" w:lineRule="exact"/>
        <w:jc w:val="both"/>
      </w:pPr>
      <w:r>
        <w:rPr>
          <w:rFonts w:ascii="Georgia" w:hAnsi="Georgia" w:cs="Georgia" w:eastAsia="Georgia"/>
          <w:b w:val="0"/>
          <w:i w:val="0"/>
          <w:sz w:val="22"/>
        </w:rPr>
        <w:t>It is mentioned in various papers online by so called counter terrorism that rejecting democracy is a sign of an extremist. ^ Having garments above the ankles ^ Seeing yourself as Muslim first and not your nationality. The prime minister said extremists say this as they reject our " values" ^ To despise homosexuality ^ To reject interfaith or the belief that all religions are the same and equal ^ Believing that the shariah can never be changed and it is to be applied in all times and places ^ Believing in khilafah.</w:t>
      </w:r>
    </w:p>
    <w:p>
      <w:pPr>
        <w:spacing w:before="0" w:after="120" w:line="300" w:lineRule="exact"/>
        <w:jc w:val="both"/>
      </w:pPr>
      <w:r>
        <w:rPr>
          <w:rFonts w:ascii="Georgia" w:hAnsi="Georgia" w:cs="Georgia" w:eastAsia="Georgia"/>
          <w:b w:val="0"/>
          <w:i w:val="0"/>
          <w:sz w:val="22"/>
        </w:rPr>
        <w:t>It is specifically mentioned in papers by the British government that one is an extremist if he believes there must be a worldwide khilafah) ^ A school in the north of England run by Tablighi Jamaat was branded extremist and being investigated by police because they banned tv, radios, newspapers and refuse to teach filthy sex education with which the west pollutes children.</w:t>
      </w:r>
    </w:p>
    <w:p>
      <w:pPr>
        <w:spacing w:before="0" w:after="120" w:line="300" w:lineRule="exact"/>
        <w:jc w:val="both"/>
      </w:pPr>
      <w:r>
        <w:rPr>
          <w:rFonts w:ascii="Georgia" w:hAnsi="Georgia" w:cs="Georgia" w:eastAsia="Georgia"/>
          <w:b w:val="0"/>
          <w:i w:val="0"/>
          <w:sz w:val="22"/>
        </w:rPr>
        <w:t>There is many more examples. There are many incidents as veri-</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fied by many testimonies where muslims have been harassed just for practicing their…</w:t>
      </w:r>
    </w:p>
    <w:p>
      <w:pPr>
        <w:spacing w:before="0" w:after="160" w:line="300" w:lineRule="exact"/>
        <w:jc w:val="center"/>
      </w:pPr>
      <w:r>
        <w:rPr>
          <w:rFonts w:ascii="Georgia" w:hAnsi="Georgia" w:cs="Georgia" w:eastAsia="Georgia"/>
          <w:b w:val="0"/>
          <w:i/>
          <w:sz w:val="16"/>
        </w:rPr>
        <w:t>Page 4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fied by many testimonies where muslims have been harassed just for practicing their religion and refusing to compromise to appease the kuffar. The signs of so called extremism is in reality a attack on Islam itself they are labelling our ibadah as extremism so we should not be surprised especially as the kuffar rulers openly mention this and in the various so called extremist papers they put online.</w:t>
      </w:r>
    </w:p>
    <w:p>
      <w:pPr>
        <w:spacing w:before="0" w:after="120" w:line="300" w:lineRule="exact"/>
        <w:jc w:val="both"/>
      </w:pPr>
      <w:r>
        <w:rPr>
          <w:rFonts w:ascii="Georgia" w:hAnsi="Georgia" w:cs="Georgia" w:eastAsia="Georgia"/>
          <w:b w:val="0"/>
          <w:i w:val="0"/>
          <w:sz w:val="22"/>
        </w:rPr>
        <w:t>Shaykh all I want to do is practice my deen and get on with my life I have been learning my deen and increasing my knowledge now the zaalimoon oppress me and treat me like a criminal. What is your advice to me and Muslims in the UK. I write to you asking for your advice and to inform you of the reality facing us here in Britain as many are unaware of the reality of this country.</w:t>
      </w:r>
    </w:p>
    <w:p>
      <w:pPr>
        <w:spacing w:before="0" w:after="120" w:line="300" w:lineRule="exact"/>
        <w:jc w:val="both"/>
      </w:pPr>
      <w:r>
        <w:rPr>
          <w:rFonts w:ascii="Georgia" w:hAnsi="Georgia" w:cs="Georgia" w:eastAsia="Georgia"/>
          <w:b w:val="0"/>
          <w:i w:val="0"/>
          <w:sz w:val="22"/>
        </w:rPr>
        <w:t>May Allah bless you in this life and the next." (End of letter)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OUR ADVICE</w:t>
      </w:r>
    </w:p>
    <w:p>
      <w:pPr>
        <w:spacing w:before="0" w:after="160" w:line="300" w:lineRule="exact"/>
        <w:jc w:val="center"/>
      </w:pPr>
      <w:r>
        <w:rPr>
          <w:rFonts w:ascii="Georgia" w:hAnsi="Georgia" w:cs="Georgia" w:eastAsia="Georgia"/>
          <w:b w:val="0"/>
          <w:i/>
          <w:sz w:val="16"/>
        </w:rPr>
        <w:t>Page 4 of the original</w:t>
      </w:r>
    </w:p>
    <w:p>
      <w:pPr>
        <w:spacing w:before="0" w:after="120" w:line="300" w:lineRule="exact"/>
        <w:jc w:val="both"/>
      </w:pPr>
      <w:r>
        <w:rPr>
          <w:rFonts w:ascii="Georgia" w:hAnsi="Georgia" w:cs="Georgia" w:eastAsia="Georgia"/>
          <w:b w:val="0"/>
          <w:i w:val="0"/>
          <w:sz w:val="22"/>
        </w:rPr>
        <w:t>It is our fervent dua that Allah Ta'ala protects you. May He save you from the oppression of the evil British authorities. On the basis of what you have explained regarding the policy of religious persecution of the British government against Muslims, it is best if Muslims migrate from Britain. Although migration in this era is extremely difficult, Muslims should make the effort and supplicate to Allah Ta'ala for guidance and assistance.</w:t>
      </w:r>
    </w:p>
    <w:p>
      <w:pPr>
        <w:spacing w:before="0" w:after="120" w:line="300" w:lineRule="exact"/>
        <w:jc w:val="both"/>
      </w:pPr>
      <w:r>
        <w:rPr>
          <w:rFonts w:ascii="Georgia" w:hAnsi="Georgia" w:cs="Georgia" w:eastAsia="Georgia"/>
          <w:b w:val="0"/>
          <w:i w:val="0"/>
          <w:sz w:val="22"/>
        </w:rPr>
        <w:t>Remain firm on the Deen during these trials. Trials and tribulations are part of life for the sincere Believers. Place much reliance on dua, and increase your Remembrance of Allah Ta'ala. Rasulullah (sallallahu alayhi wasallam) said: "Your deeds are your rulers." The kuffaar who are today oppressing us, are in reality Allah's punishment for Muslims who have abandoned the true Deen.</w:t>
      </w:r>
    </w:p>
    <w:p>
      <w:pPr>
        <w:spacing w:before="0" w:after="120" w:line="300" w:lineRule="exact"/>
        <w:jc w:val="both"/>
      </w:pPr>
      <w:r>
        <w:rPr>
          <w:rFonts w:ascii="Georgia" w:hAnsi="Georgia" w:cs="Georgia" w:eastAsia="Georgia"/>
          <w:b w:val="0"/>
          <w:i w:val="0"/>
          <w:sz w:val="22"/>
        </w:rPr>
        <w:t>The Qur'aan says that the solution is to turn unto Allah Ta'ala with repentance, and to implement the Deen in the manner in which the Sahaabah had practised.: "Turn towards Allah (in repentance) before there comes to you a punishment, for then you will not be aided (by Allah Ta'ala)." – Qur'aan.</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Russia, Israel To Broaden Defense Coordination in Syria</w:t>
      </w:r>
    </w:p>
    <w:p>
      <w:pPr>
        <w:spacing w:before="0" w:after="160" w:line="300" w:lineRule="exact"/>
        <w:jc w:val="center"/>
      </w:pPr>
      <w:r>
        <w:rPr>
          <w:rFonts w:ascii="Georgia" w:hAnsi="Georgia" w:cs="Georgia" w:eastAsia="Georgia"/>
          <w:b w:val="0"/>
          <w:i/>
          <w:sz w:val="16"/>
        </w:rPr>
        <w:t>Page 4, 7 of the original. Heading read from the printed headline artwork.</w:t>
      </w:r>
    </w:p>
    <w:p>
      <w:pPr>
        <w:spacing w:before="0" w:after="120" w:line="300" w:lineRule="exact"/>
        <w:jc w:val="both"/>
      </w:pPr>
      <w:r>
        <w:rPr>
          <w:rFonts w:ascii="Georgia" w:hAnsi="Georgia" w:cs="Georgia" w:eastAsia="Georgia"/>
          <w:b w:val="0"/>
          <w:i w:val="0"/>
          <w:sz w:val="22"/>
        </w:rPr>
        <w:t>By Barbara Opall-Rome 9:40 a.m. EST December 1, 2015 TEL AVIV — Russian President Vladimir Putin and Israeli Prime Minister Benjamin Netanyahu on Monday praised bilateral efforts to prevent unintended clashes of their air forces operating in Syria and pledged to broaden so-called deconfliction measures to include forces operating from the ground as well.</w:t>
      </w:r>
    </w:p>
    <w:p>
      <w:pPr>
        <w:spacing w:before="0" w:after="120" w:line="300" w:lineRule="exact"/>
        <w:jc w:val="both"/>
      </w:pPr>
      <w:r>
        <w:rPr>
          <w:rFonts w:ascii="Georgia" w:hAnsi="Georgia" w:cs="Georgia" w:eastAsia="Georgia"/>
          <w:b w:val="0"/>
          <w:i w:val="0"/>
          <w:sz w:val="22"/>
        </w:rPr>
        <w:t>Meeting in Paris less than a week after the Turkish Air Force downed a Russian fighter that had allegedly entered Turkish airspace for a brief period of time, Putin characterized measures first proposed by Netanyahu as efficient and said both leaders were "satisfied with the progress of bilateral" ties. "The mechanism ... [that] presupposes contacts between the militaries to prevent incidents due to the dramatic developments in the region has been efficient," Putin told Netanyahu.</w:t>
      </w:r>
    </w:p>
    <w:p>
      <w:pPr>
        <w:spacing w:before="0" w:after="120" w:line="300" w:lineRule="exact"/>
        <w:jc w:val="both"/>
      </w:pPr>
      <w:r>
        <w:rPr>
          <w:rFonts w:ascii="Georgia" w:hAnsi="Georgia" w:cs="Georgia" w:eastAsia="Georgia"/>
          <w:b w:val="0"/>
          <w:i w:val="0"/>
          <w:sz w:val="22"/>
        </w:rPr>
        <w:t>Referencing Ankara's downing of the Russian fighter, Netanyahu said to Putin: "The events of recent days prove the importance of our coordi- nation, our deconfliction mechanisms, our attempts to cooperate with each other to prevent unnecessary accidents and tragedies, and I believe that we've been successful. It's important. "I hope that Israel and Russia can see eye to eye on all the strategic matter, but I want to assure you that we believe that it's within our powers to have very good coordination In the two years of its satanic existence, just what has this humbug American 'caliphate' achieved?</w:t>
      </w:r>
    </w:p>
    <w:p>
      <w:pPr>
        <w:spacing w:before="0" w:after="120" w:line="300" w:lineRule="exact"/>
        <w:jc w:val="both"/>
      </w:pPr>
      <w:r>
        <w:rPr>
          <w:rFonts w:ascii="Georgia" w:hAnsi="Georgia" w:cs="Georgia" w:eastAsia="Georgia"/>
          <w:b w:val="0"/>
          <w:i w:val="0"/>
          <w:sz w:val="22"/>
        </w:rPr>
        <w:t>Mr.Simon, the U.S. puppet, had proclaimed himself the 'Khalifah' of the Ummah and of an imaginary khilaafate. The only 'achievements' which ISIS can display are: • Luring young girls and boys from their homes. • Operating the oil fields and selling oil to the world with on the ground and in the air so that we do not create the kind of problems that we've been experiencing," Netanyahu said.</w:t>
      </w:r>
    </w:p>
    <w:p>
      <w:pPr>
        <w:spacing w:before="0" w:after="120" w:line="300" w:lineRule="exact"/>
        <w:jc w:val="both"/>
      </w:pPr>
      <w:r>
        <w:rPr>
          <w:rFonts w:ascii="Georgia" w:hAnsi="Georgia" w:cs="Georgia" w:eastAsia="Georgia"/>
          <w:b w:val="0"/>
          <w:i w:val="0"/>
          <w:sz w:val="22"/>
        </w:rPr>
        <w:t>Netanyahu said he was "very satisfied by the fact that our militaries have been very careful to coordinate with one another and will continue to do so." After his meeting with Putin, Netanyahu announced that senior military officers from both countries would meet tomorrow to flesh out the nascent mechanisms endorsed by the two leaders Sept. 21 in Moscow.</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BOOTLICKING THANKS</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I hope and pray to ALLAH TA'ALA that Hadhrat Mufti Saheb is in the best of Health. 1) A few Months back there was an incident in the U.S.A where some Kuffaar seeking a confrontation with Muslims held a 'Draw a Muhammed Cartoon' contest. Two Muslims went to this function armed with Rifles and shot the place up killing and injuring a few people. The Kuffaar in retaliation to this incident organized an ''Armed Protest' outside a Masjid the following week on the Day of Jumuah where the two Muslims normally prayed. American Biker Gangs and other 'redneck' groups in the hundreds came to this protest armed with Assault Rifles and Handguns to provoke the Muslims. 1000 plus Kuffaar who have some Insaaniyat (and who are more open minded towards Muslims) also came to counter protest the trouble makers and stood as Human shields covering the entrance of the Mosque. After the strong arm of the Police and S.W.A.T teams stepped in to dispel the huge crowds the Muslims of the Masjid invited the Kuffaar (who came in their defense) into the Masjid as a form of thank you. Every one was mixed. Nuns gave speeches in support of Islam and freedom as did many other groups. Everyone clapped and had a jolly good time. Did not the Muslims make a mistake by inviting the huge crowds of Non Muslims in the Masjid? Could they not have just thanked the Kuffar and then let them be off on their way instead? Furthermore, Wasn't it ALLAAH TA'ALA that sent these Peace loving Kuffaar as a form of defense for the Muslims? It just makes me so angry to see how stupid and gullible Muslims can be. After this incident stupid Modernist Deobandi Imaams in our City and around the Country gave speeches telling people how important it is for fellow Muslims to bring the Kuffaar into the Masjid to teach them about Islam so they do not fall victim to the disease of Islamophobia. I think Islamophobia in America is a very good punishment from ALLAH on Muslims (sorry to say) because of the Haraam Modernist approach of Muslims in that part of the World and it is only going to get worse until people start leaving Haraam Modernism on the side and accepting Orthodoxy instead!</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Shariah has prescribed limits for all deeds. The Qur'aan Majeed says: "These are the limits of Allah. Do not transgress them." "Verily, whoever transgresses the limits (of Allah), he has oppressed himself." It was not permissible to have invited the non-Muslims into the Musjid. What the Muslims did on that day was bootlicking. Instead of making two raka'ts Salaatush Shukr and seeking Allah's protection, they displeased Allah Ta'ala by forgetting Him and focusing on the nonMuslims whom they regard as their saviours. They could have devised other ways of thanking the non-Muslims. They could have expressed their gratitude in a full page advertisement in the local daily paper, for example. There are other ways too for expressing gratitude. Thanking them did not necessitate the commission of haraam. The bootlicking Muslims completely forget that even the kuffaar are among the armies of Allah Ta'ala, and that it was Allah Ta'ala Who had mobilized the non-Muslims to act as a barrier.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MASSIVE ISIS FRAUD</w:t>
      </w:r>
    </w:p>
    <w:p>
      <w:pPr>
        <w:spacing w:before="0" w:after="160" w:line="300" w:lineRule="exact"/>
        <w:jc w:val="center"/>
      </w:pPr>
      <w:r>
        <w:rPr>
          <w:rFonts w:ascii="Georgia" w:hAnsi="Georgia" w:cs="Georgia" w:eastAsia="Georgia"/>
          <w:b w:val="0"/>
          <w:i/>
          <w:sz w:val="16"/>
        </w:rPr>
        <w:t>Page 5 of the original. Heading read from the printed headline artwork.</w:t>
      </w:r>
    </w:p>
    <w:p>
      <w:pPr>
        <w:spacing w:before="0" w:after="120" w:line="300" w:lineRule="exact"/>
        <w:jc w:val="both"/>
      </w:pPr>
      <w:r>
        <w:rPr>
          <w:rFonts w:ascii="Georgia" w:hAnsi="Georgia" w:cs="Georgia" w:eastAsia="Georgia"/>
          <w:b w:val="0"/>
          <w:i w:val="0"/>
          <w:sz w:val="22"/>
        </w:rPr>
        <w:t>THE OIL EVIDENCE Tuesday, December 1, 2015 by Scott Creighton A few days ago Russia, displeased with Turkish leadership's refusal to publicly apologize for the premeditated downing of their fighter jet, said they had "more evidence" that Turkey was engaged in buying the stolen Syrian oil from ISIS™ and they promised to release the evidence to the public.</w:t>
      </w:r>
    </w:p>
    <w:p>
      <w:pPr>
        <w:spacing w:before="0" w:after="120" w:line="300" w:lineRule="exact"/>
        <w:jc w:val="both"/>
      </w:pPr>
      <w:r>
        <w:rPr>
          <w:rFonts w:ascii="Georgia" w:hAnsi="Georgia" w:cs="Georgia" w:eastAsia="Georgia"/>
          <w:b w:val="0"/>
          <w:i w:val="0"/>
          <w:sz w:val="22"/>
        </w:rPr>
        <w:t>President Recep Tayyip Erdoğan of the Justice and Development (AK) Party, immediately reiterated that he knew nothing of any program, official or not, involving Turkey buying this oil and challenged Russia to produce it. Erdoğan said it's well known who is really buying the oil from ISIS™ (which I have covered in previous articles) but if it turned out that the Russian evidence was solid and Turkey had been buying some, he would resign immediately.</w:t>
      </w:r>
    </w:p>
    <w:p>
      <w:pPr>
        <w:spacing w:before="0" w:after="120" w:line="300" w:lineRule="exact"/>
        <w:jc w:val="both"/>
      </w:pPr>
      <w:r>
        <w:rPr>
          <w:rFonts w:ascii="Georgia" w:hAnsi="Georgia" w:cs="Georgia" w:eastAsia="Georgia"/>
          <w:b w:val="0"/>
          <w:i w:val="0"/>
          <w:sz w:val="22"/>
        </w:rPr>
        <w:t>Most analysts agree that Turkey is not buying oil directly from ISIS, but it is possible that some distributors are buying oil from ISIS and selling it in Turkey. Russia Today and Reuters and APA (Azerbeijan) and Guardian (London) Breitbart Yes, that is war-mongering, neocon-loving, Erdoğan-hating Breitbart that had to admit, Turkey is not directly buying stolen oil from Syria.</w:t>
      </w:r>
    </w:p>
    <w:p>
      <w:pPr>
        <w:spacing w:before="0" w:after="120" w:line="300" w:lineRule="exact"/>
        <w:jc w:val="both"/>
      </w:pPr>
      <w:r>
        <w:rPr>
          <w:rFonts w:ascii="Georgia" w:hAnsi="Georgia" w:cs="Georgia" w:eastAsia="Georgia"/>
          <w:b w:val="0"/>
          <w:i w:val="0"/>
          <w:sz w:val="22"/>
        </w:rPr>
        <w:t>But someone is. And that is who Erdoğan was referring to in his statement. Israel has bought as much as three-quarters of its oil from Iraqi Kurdistan in recent months, the Financial Times reported Sunday. According to the report, which cited shipping data, trading sources and satellite tanker tracking, Israeli refineries and oil firms have imported more than 19 million barrels of Kurdish oil over the course of three months, from the beginning of May to August 11.</w:t>
      </w:r>
    </w:p>
    <w:p>
      <w:pPr>
        <w:spacing w:before="0" w:after="120" w:line="300" w:lineRule="exact"/>
        <w:jc w:val="both"/>
      </w:pPr>
      <w:r>
        <w:rPr>
          <w:rFonts w:ascii="Georgia" w:hAnsi="Georgia" w:cs="Georgia" w:eastAsia="Georgia"/>
          <w:b w:val="0"/>
          <w:i w:val="0"/>
          <w:sz w:val="22"/>
        </w:rPr>
        <w:t>Haaretz IS sells Iraqi and Syrian oil for a very low price to Kurdish and Turkish smuggling networks and mafias, who label it and sell it on as barrels from the Kurdistan Regional Government. It is then most frequently transported from Turkey to Israel, via knowing or unknowing middlemen, according to al-Araby's investigation… Al-Araby has obtained information about how IS smuggles oil from a colonel in the Iraqi Intelligence Services who we are keeping anonymous for his security.</w:t>
      </w:r>
    </w:p>
    <w:p>
      <w:pPr>
        <w:spacing w:before="0" w:after="120" w:line="300" w:lineRule="exact"/>
        <w:jc w:val="both"/>
      </w:pPr>
      <w:r>
        <w:rPr>
          <w:rFonts w:ascii="Georgia" w:hAnsi="Georgia" w:cs="Georgia" w:eastAsia="Georgia"/>
          <w:b w:val="0"/>
          <w:i w:val="0"/>
          <w:sz w:val="22"/>
        </w:rPr>
        <w:t>The information was verified by Kurdish security officials, employees at the Ibrahim Khalil border crossing between Turkey and Iraqi Kurdistan, and an official at one of three oil companies that deal in ISsmuggled oil. The Iraqi colonel, who along with US investigators is working on a way to stop terrorist finance streams, told al-Araby about the stages that the smuggled oil goes through from the points of extraction in Iraqi oil fields to its destination – notably including the port of Ashdod,Israel. … Once in Turkey, the lorries continue to the town of Silopi, where the oil is delivered to a person who goes by the aliases of Dr Farid, Hajji Farid and Uncle Farid.</w:t>
      </w:r>
    </w:p>
    <w:p>
      <w:pPr>
        <w:spacing w:before="0" w:after="120" w:line="300" w:lineRule="exact"/>
        <w:jc w:val="both"/>
      </w:pPr>
      <w:r>
        <w:rPr>
          <w:rFonts w:ascii="Georgia" w:hAnsi="Georgia" w:cs="Georgia" w:eastAsia="Georgia"/>
          <w:b w:val="0"/>
          <w:i w:val="0"/>
          <w:sz w:val="22"/>
        </w:rPr>
        <w:t>Uncle Farid is an IsraeliGreek dual national in his fifties. Al-Araby Someone did want Russia to stop bombing those oil convoys heading out of Syria with the stolen oil. That's is why the Turkish military shot down the Russian fighter. All of that is true. But who was behind it?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fall of Damascus</w:t>
      </w:r>
    </w:p>
    <w:p>
      <w:pPr>
        <w:spacing w:before="0" w:after="160" w:line="300" w:lineRule="exact"/>
        <w:jc w:val="center"/>
      </w:pPr>
      <w:r>
        <w:rPr>
          <w:rFonts w:ascii="Georgia" w:hAnsi="Georgia" w:cs="Georgia" w:eastAsia="Georgia"/>
          <w:b w:val="0"/>
          <w:i/>
          <w:sz w:val="16"/>
        </w:rPr>
        <w:t>Page 5, 12 of the original. Heading read from the printed headline artwork.</w:t>
      </w:r>
    </w:p>
    <w:p>
      <w:pPr>
        <w:spacing w:before="0" w:after="120" w:line="300" w:lineRule="exact"/>
        <w:jc w:val="both"/>
      </w:pPr>
      <w:r>
        <w:rPr>
          <w:rFonts w:ascii="Georgia" w:hAnsi="Georgia" w:cs="Georgia" w:eastAsia="Georgia"/>
          <w:b w:val="0"/>
          <w:i w:val="0"/>
          <w:sz w:val="22"/>
        </w:rPr>
        <w:t>(an extract) The elders of Damascus gathered by Tooma and said to him: 'O Leader! We cautioned you, but you did not heed our word. Most of our men have been killed. We have a commander herereferring to Hazrat Khalid Bin Waleed (Radhiyallahu anhu) - Who is unchallengeable. Sue for peace. It will be better for you and for us. If you do not go ahead with peace talks then we will sue for peace and you are left to do as you please.' Tooma responded: 'O People!</w:t>
      </w:r>
    </w:p>
    <w:p>
      <w:pPr>
        <w:spacing w:before="0" w:after="120" w:line="300" w:lineRule="exact"/>
        <w:jc w:val="both"/>
      </w:pPr>
      <w:r>
        <w:rPr>
          <w:rFonts w:ascii="Georgia" w:hAnsi="Georgia" w:cs="Georgia" w:eastAsia="Georgia"/>
          <w:b w:val="0"/>
          <w:i w:val="0"/>
          <w:sz w:val="22"/>
        </w:rPr>
        <w:t>Give me an opportunity to write to the Emperor and inform him of what had transpired.' Without delay he took a pen and wrote: 'To the Emperor, the Benevolent From your son-in-law, Tooma The Arabs have surrounded us like the white of the eye surrounds the iris. They have vanquished the forces of Ajnaadain and turned to us. A bloody battle ensued.</w:t>
      </w:r>
    </w:p>
    <w:p>
      <w:pPr>
        <w:spacing w:before="0" w:after="120" w:line="300" w:lineRule="exact"/>
        <w:jc w:val="both"/>
      </w:pPr>
      <w:r>
        <w:rPr>
          <w:rFonts w:ascii="Georgia" w:hAnsi="Georgia" w:cs="Georgia" w:eastAsia="Georgia"/>
          <w:b w:val="0"/>
          <w:i w:val="0"/>
          <w:sz w:val="22"/>
        </w:rPr>
        <w:t>I went out to ﬁght them and lost my eye. I have decided to sue for peace and give the tax to the Arabs. Either you march or you send your army to rescue us or you instruct us to make peace with these people. The matter is beyond our control." He folded the letter, sealed it and sent it before dawn. The next morning the Muslim Mujaahideen launched an early assault.</w:t>
      </w:r>
    </w:p>
    <w:p>
      <w:pPr>
        <w:spacing w:before="0" w:after="120" w:line="300" w:lineRule="exact"/>
        <w:jc w:val="both"/>
      </w:pPr>
      <w:r>
        <w:rPr>
          <w:rFonts w:ascii="Georgia" w:hAnsi="Georgia" w:cs="Georgia" w:eastAsia="Georgia"/>
          <w:b w:val="0"/>
          <w:i w:val="0"/>
          <w:sz w:val="22"/>
        </w:rPr>
        <w:t>Hazrat Khalid sent instructions to each commander to keep up the siege. Hazrat Abu Ubaidah (Radhiyallahu anhu) got onto his horse and directed his troops into battle. The battle resumed. The Damascans were wavering under the intensity of the attack. They sent a messagetoHazratKhalid (Radhiyallahu anhu) to cease hostilities for a while. Hazrat Khalid (Radhiyallahu anhu) refused and fought on.</w:t>
      </w:r>
    </w:p>
    <w:p>
      <w:pPr>
        <w:spacing w:before="0" w:after="120" w:line="300" w:lineRule="exact"/>
        <w:jc w:val="both"/>
      </w:pPr>
      <w:r>
        <w:rPr>
          <w:rFonts w:ascii="Georgia" w:hAnsi="Georgia" w:cs="Georgia" w:eastAsia="Georgia"/>
          <w:b w:val="0"/>
          <w:i w:val="0"/>
          <w:sz w:val="22"/>
        </w:rPr>
        <w:t>This continued until the siege became unbearable whilst they were waiting for instructions from the Emperor. The city inhabitants came together and said to each other: 'We cannot hold out any longer. If we engage these people in battle, help is with them and if we leave them, we suffer the intensity of the blockade. Therefore, sue for peace on their terms.</w:t>
      </w:r>
    </w:p>
    <w:p>
      <w:pPr>
        <w:spacing w:before="0" w:after="120" w:line="300" w:lineRule="exact"/>
        <w:jc w:val="both"/>
      </w:pPr>
      <w:r>
        <w:rPr>
          <w:rFonts w:ascii="Georgia" w:hAnsi="Georgia" w:cs="Georgia" w:eastAsia="Georgia"/>
          <w:b w:val="0"/>
          <w:i w:val="0"/>
          <w:sz w:val="22"/>
        </w:rPr>
        <w:t>An old man of the Romans who had studied the former Scriptures said to them: 'O People! Verily I know that even if the Emperor had to come with his entire army he will not be able to stop these people from conquering you, for I have read in the Scriptures that the Deen of their leader, Muhammad the Seal of the Messengers, will be victorious over. all other religions.</w:t>
      </w:r>
    </w:p>
    <w:p>
      <w:pPr>
        <w:spacing w:before="0" w:after="120" w:line="300" w:lineRule="exact"/>
        <w:jc w:val="both"/>
      </w:pPr>
      <w:r>
        <w:rPr>
          <w:rFonts w:ascii="Georgia" w:hAnsi="Georgia" w:cs="Georgia" w:eastAsia="Georgia"/>
          <w:b w:val="0"/>
          <w:i w:val="0"/>
          <w:sz w:val="22"/>
        </w:rPr>
        <w:t>Therefore, submit to these people and give them what they ask from you. This is better for you.' Having listened to the advice of the old man they accepted it as they were aware of his knowledge and his experience in history and wars. They ascertained from him: 'What do you suggest then because we see this commander at the Eastern Gate a blood-thirsty man?' To this the old man replied: 'If you wish to solve this problem then go to this man who is at the Jaabiyah Gate.</w:t>
      </w:r>
    </w:p>
    <w:p>
      <w:pPr>
        <w:spacing w:before="0" w:after="120" w:line="300" w:lineRule="exact"/>
        <w:jc w:val="both"/>
      </w:pPr>
      <w:r>
        <w:rPr>
          <w:rFonts w:ascii="Georgia" w:hAnsi="Georgia" w:cs="Georgia" w:eastAsia="Georgia"/>
          <w:b w:val="0"/>
          <w:i w:val="0"/>
          <w:sz w:val="22"/>
        </w:rPr>
        <w:t>Someone who knows Arabic should speak to him. He should call out loudly: 'O People of Arabia! Put your weapons down. We want to come down and speak to your commander.'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Putin Orders Russian Military: Prepare Syria To Become "Obama's Graveyard"</w:t>
      </w:r>
    </w:p>
    <w:p>
      <w:pPr>
        <w:spacing w:before="0" w:after="160" w:line="300" w:lineRule="exact"/>
        <w:jc w:val="center"/>
      </w:pPr>
      <w:r>
        <w:rPr>
          <w:rFonts w:ascii="Georgia" w:hAnsi="Georgia" w:cs="Georgia" w:eastAsia="Georgia"/>
          <w:b w:val="0"/>
          <w:i/>
          <w:sz w:val="16"/>
        </w:rPr>
        <w:t>Page 6 of the original. Heading read from the printed headline artwork.</w:t>
      </w:r>
    </w:p>
    <w:p>
      <w:pPr>
        <w:spacing w:before="0" w:after="120" w:line="300" w:lineRule="exact"/>
        <w:jc w:val="both"/>
      </w:pPr>
      <w:r>
        <w:rPr>
          <w:rFonts w:ascii="Georgia" w:hAnsi="Georgia" w:cs="Georgia" w:eastAsia="Georgia"/>
          <w:b w:val="0"/>
          <w:i w:val="0"/>
          <w:sz w:val="22"/>
        </w:rPr>
        <w:t>December 1, 2015 By: Sorcha Faal, A truly sobering report issued by the Ministry of Defense (MoD) today appears to show that President Putin is preparing his military forces for World War III after he ordered Minister of Defense Sergey Shoigu and Head of Russian Aerospace Forces Victor Bondarev to being preparing Syria to become an "impenetrable zone of conflict" that would, in fact, become "Obama's graveyard" and spell the ending of the NATO-Western alliance against the Federation.</w:t>
      </w:r>
    </w:p>
    <w:p>
      <w:pPr>
        <w:spacing w:before="0" w:after="120" w:line="300" w:lineRule="exact"/>
        <w:jc w:val="both"/>
      </w:pPr>
      <w:r>
        <w:rPr>
          <w:rFonts w:ascii="Georgia" w:hAnsi="Georgia" w:cs="Georgia" w:eastAsia="Georgia"/>
          <w:b w:val="0"/>
          <w:i w:val="0"/>
          <w:sz w:val="22"/>
        </w:rPr>
        <w:t>According to this report, this grave war order was secured after President Putin and Israeli Prime Minister Benjamin Netanyahu reached an agreement late yesterday providing that Israel will not interfere with Federation air or land forces operating in Syria even in the event of an all-out war with the Obama regime led NATO military alliance who are attempting to aid their Islamic State allies currently being obliterated by Russian airstrikes and Syrian Army ground attacks.</w:t>
      </w:r>
    </w:p>
    <w:p>
      <w:pPr>
        <w:spacing w:before="0" w:after="120" w:line="300" w:lineRule="exact"/>
        <w:jc w:val="both"/>
      </w:pPr>
      <w:r>
        <w:rPr>
          <w:rFonts w:ascii="Georgia" w:hAnsi="Georgia" w:cs="Georgia" w:eastAsia="Georgia"/>
          <w:b w:val="0"/>
          <w:i w:val="0"/>
          <w:sz w:val="22"/>
        </w:rPr>
        <w:t>Necessitating the timing of this order, this report continues, was President Putin's refusal yesterday to obey the Obama regime's warning against the Federation arming its fighter aircraft operating in Syria with air-to-air missiles—which when this Pentagon demand was ignored, the US announced it would begin an immediate massive air power exercise involving F-16 fighter jets, E3 AWACS surveillance and command jets, KC-135 refueling tankers, RC-135 intelligence-gathering planes, and B-1 and B-52 bombers with them, also, refusing to disclose the total number of planes involved.</w:t>
      </w:r>
    </w:p>
    <w:p>
      <w:pPr>
        <w:spacing w:before="0" w:after="120" w:line="300" w:lineRule="exact"/>
        <w:jc w:val="both"/>
      </w:pPr>
      <w:r>
        <w:rPr>
          <w:rFonts w:ascii="Georgia" w:hAnsi="Georgia" w:cs="Georgia" w:eastAsia="Georgia"/>
          <w:b w:val="0"/>
          <w:i w:val="0"/>
          <w:sz w:val="22"/>
        </w:rPr>
        <w:t>Equally as provocative against the Federation necessitating this war order, this report notes, was Germany, this morning, announcing it too was sending thousands of it military ground and air forces to battle in Syria, while at the same time stating that they would not share any intelligence with Russia they had against Islamic State terrorists, and would in no way cooperate with the current legitimate Syrian government currently in power. ........And as if these provocations by the Obama regime against the Federation were not by themselves sufficient enough to cause the issuing of this war order, this report also notes, NATO's announcement today that they were inviting the Balkan country of Montenegro to join their military alliance against Russia is cause enough alone for a massive war to begin.</w:t>
      </w:r>
    </w:p>
    <w:p>
      <w:pPr>
        <w:spacing w:before="0" w:after="120" w:line="300" w:lineRule="exact"/>
        <w:jc w:val="both"/>
      </w:pPr>
      <w:r>
        <w:rPr>
          <w:rFonts w:ascii="Georgia" w:hAnsi="Georgia" w:cs="Georgia" w:eastAsia="Georgia"/>
          <w:b w:val="0"/>
          <w:i w:val="0"/>
          <w:sz w:val="22"/>
        </w:rPr>
        <w:t>To the Obama regime's supposed war against Islamic State terrorists in Syria, this report explains, it is nothing more than a mirage as yesterday's Operation Inherent Resolve (OIR) report proves in their detailing of their attacks on 29 November that states: "In Syria, coalition military forces conducted three strikes using bomber and remotely piloted aircraft on Nov. 29.</w:t>
      </w:r>
    </w:p>
    <w:p>
      <w:pPr>
        <w:spacing w:before="0" w:after="120" w:line="300" w:lineRule="exact"/>
        <w:jc w:val="both"/>
      </w:pPr>
      <w:r>
        <w:rPr>
          <w:rFonts w:ascii="Georgia" w:hAnsi="Georgia" w:cs="Georgia" w:eastAsia="Georgia"/>
          <w:b w:val="0"/>
          <w:i w:val="0"/>
          <w:sz w:val="22"/>
        </w:rPr>
        <w:t>Near DayrAzZawr, one strike destroyed an ISIL excavator and three ISIL bulldozers and damaged an additional ISIL bulldozer. Near Al Hawl, two strikes struck an ISIL tactical unit and destroyed an ISIL checkpoint and wounded an ISIL fighter." And while Obama regime forces have left these Islamic State terrorists short one excavator and 3 bulldozers, this report continues, Aerospace Forces, at the same time, have been systematically obliterating these barbarians source of wealth—and described by President Putin as a "living oil pipeline" stretching between Islamic State territory and Turkey with "vehicles, carrying oil, lined up in a chain going beyond the horizon" and "day and night they are going into Turkey where these trucks always go there loaded, and back from there – empty." As to why the Obama regime has not targeted the Islamic States illegal oil wealth, having only bombed them 260 times in nearly two years, this report says, is due to their support of Turkey's Erdogan regime, and about whom new documents were released this week proving this criminal organization had so much illegal Islamic State oil flowing to them they had to actually buy tanker ships to handle it all.</w:t>
      </w:r>
    </w:p>
    <w:p>
      <w:pPr>
        <w:spacing w:before="0" w:after="120" w:line="300" w:lineRule="exact"/>
        <w:jc w:val="both"/>
      </w:pPr>
      <w:r>
        <w:rPr>
          <w:rFonts w:ascii="Georgia" w:hAnsi="Georgia" w:cs="Georgia" w:eastAsia="Georgia"/>
          <w:b w:val="0"/>
          <w:i w:val="0"/>
          <w:sz w:val="22"/>
        </w:rPr>
        <w:t>And with Turkey's President Erdogan saying today he would resign if it's proved his criminal organization is buying illegal Islamic State oil, this report points out, he should actually step down now as the evidence for his doing so has not only been fully documented by Russia with satellite photos, but also by London's Guardian News Service who in July wrote: "After a US attack on the compound of a Daesh (ISIL) leader in Syria in May, direct dealings between the terrorist organization and Turkey became undeniable.", and The Institute for the Study of Human Rights at Columbia University who in their report wrote: "Turkey Provides Military Equipment to ISIS (ISIL Daesh), Turkey Provided Transport and Logistical Assistance to ISIS Fighters, Turkey Provided Training to ISIS Fighters, Turkey Offers Medical Care to ISIS Fighters, Turkey Supports ISIS Financially Through Purchase of Oil, Turkish Forces Are Fighting Alongside ISIS." So by the Obama regime's coverup and complicity with Erdogan's criminal cartel's illegal association with Islamic State terrorists, this report gravely states, it becomes understandable why Russia's NATO envoy, Aleksandr Grushko, warned earlier today: "By 'covering' Turkey politically, NATO took responsibility for downing of Russian Su-24 – envoy "NATO, which gave no principled assessment of this illegal act and, as a matter of fact, politically covered for Ankara as the member of the alliance, thus shares responsibility for the incident.</w:t>
      </w:r>
    </w:p>
    <w:p>
      <w:pPr>
        <w:spacing w:before="0" w:after="120" w:line="300" w:lineRule="exact"/>
        <w:jc w:val="both"/>
      </w:pPr>
      <w:r>
        <w:rPr>
          <w:rFonts w:ascii="Georgia" w:hAnsi="Georgia" w:cs="Georgia" w:eastAsia="Georgia"/>
          <w:b w:val="0"/>
          <w:i w:val="0"/>
          <w:sz w:val="22"/>
        </w:rPr>
        <w:t>Once again, we see that political considerations are getting the upper hand over objectivity and mere common sense." And to the effect of President Putin's order to his top military commanders to turn Syria into "Obama's graveyard", this report continues, was the immediate deployment to this war zone of advanced Russian fighter aircraft, the movement of Federation Aerospace Forces aircraft and ground troops to al-Shayrat air base, near the central city of Homs, and, most crucially, the deployment throughout Syria of electromagnetic weapons designed to turn this war zone into a virtual "electronic ghost world".</w:t>
      </w:r>
    </w:p>
    <w:p>
      <w:pPr>
        <w:spacing w:before="0" w:after="120" w:line="300" w:lineRule="exact"/>
        <w:jc w:val="both"/>
      </w:pPr>
      <w:r>
        <w:rPr>
          <w:rFonts w:ascii="Georgia" w:hAnsi="Georgia" w:cs="Georgia" w:eastAsia="Georgia"/>
          <w:b w:val="0"/>
          <w:i w:val="0"/>
          <w:sz w:val="22"/>
        </w:rPr>
        <w:t>Also to be immediately "deployed/implemented" in this war zone too, this report gravely concludes, is what many call Russia's "ultimate weapon"—otherwise known in the perception warfare community as "Reflexive Control".</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OIL TRAIL OF THE HUMBUG U.S. 'CALIPHATE'</w:t>
      </w:r>
    </w:p>
    <w:p>
      <w:pPr>
        <w:spacing w:before="0" w:after="160" w:line="300" w:lineRule="exact"/>
        <w:jc w:val="center"/>
      </w:pPr>
      <w:r>
        <w:rPr>
          <w:rFonts w:ascii="Georgia" w:hAnsi="Georgia" w:cs="Georgia" w:eastAsia="Georgia"/>
          <w:b w:val="0"/>
          <w:i/>
          <w:sz w:val="16"/>
        </w:rPr>
        <w:t>Page 6, 7 of the original. Heading read from the printed headline artwork.</w:t>
      </w:r>
    </w:p>
    <w:p>
      <w:pPr>
        <w:spacing w:before="0" w:after="120" w:line="300" w:lineRule="exact"/>
        <w:jc w:val="both"/>
      </w:pPr>
      <w:r>
        <w:rPr>
          <w:rFonts w:ascii="Georgia" w:hAnsi="Georgia" w:cs="Georgia" w:eastAsia="Georgia"/>
          <w:b w:val="0"/>
          <w:i w:val="0"/>
          <w:sz w:val="22"/>
        </w:rPr>
        <w:t>Russia's Defense Ministry published images and a map it says reveal a chain of oil smuggling to Turkey from Islamic State – from extraction to refining facilities. At least three ISIS oil supply routes were located, all leading to Turkey. Trends Islamic State, Syria unrest, Syria-Turkey "The General Staff of the Russian Federation Armed Forces has irrefutable evidence of Turkey's involvement based on aerial and space reconnaissance data," LieutenantGeneral Sergey Rudskoy said during the Defense Ministry briefing on Wednesday.</w:t>
      </w:r>
    </w:p>
    <w:p>
      <w:pPr>
        <w:spacing w:before="120" w:after="120" w:line="300" w:lineRule="exact"/>
        <w:ind w:left="720" w:right="720"/>
        <w:jc w:val="center"/>
      </w:pPr>
      <w:r>
        <w:rPr>
          <w:rFonts w:ascii="Georgia" w:hAnsi="Georgia" w:cs="Georgia" w:eastAsia="Georgia"/>
          <w:b w:val="0"/>
          <w:i/>
          <w:sz w:val="22"/>
        </w:rPr>
        <w:t>According to Rudskoy, Russia has identified "three main oil transportation routes from ISIS-controlled Syrian and Iraqi territories into Turkey." "The western route leads to the Mediterranean ports, the northern route leads to the Batman oil refinery on the Turkish territory and the eastern one leads to a large transfer base in Cizre [Turkey]." The documents published by the ministry show "the entire chain of oil supply into Turkey - from extraction to refining facilities." "In total, in their illegal oil smuggling business, terrorists are using</w:t>
      </w:r>
    </w:p>
    <w:p>
      <w:pPr>
        <w:spacing w:before="0" w:after="120" w:line="300" w:lineRule="exact"/>
        <w:jc w:val="both"/>
      </w:pPr>
      <w:r>
        <w:rPr>
          <w:rFonts w:ascii="Georgia" w:hAnsi="Georgia" w:cs="Georgia" w:eastAsia="Georgia"/>
          <w:b w:val="0"/>
          <w:i w:val="0"/>
          <w:sz w:val="22"/>
        </w:rPr>
        <w:t>at least 8,500 trucks to transport up to 200,000 barrels of oil every day." He added that the vehicles with illegal oil that are crossing Turkey are not checked at the border. "The presented photos, which were taken this August, demonstrate hundreds of oil trucks and heavy vehicles moving both to and from the Turkish border." Rudskoy concluded that most of the oil is being transferred from eastern Syria to a large oil refinery plant in Batman, 100km from the Syrian border.</w:t>
      </w:r>
    </w:p>
    <w:p>
      <w:pPr>
        <w:spacing w:before="0" w:after="120" w:line="300" w:lineRule="exact"/>
        <w:jc w:val="both"/>
      </w:pPr>
      <w:r>
        <w:rPr>
          <w:rFonts w:ascii="Georgia" w:hAnsi="Georgia" w:cs="Georgia" w:eastAsia="Georgia"/>
          <w:b w:val="0"/>
          <w:i w:val="0"/>
          <w:sz w:val="22"/>
        </w:rPr>
        <w:t>The 200,000 barrels of oil that Rus- sia says is smuggled by IS every day is roughly equivalent to the average daily oil export of Gabon in 2014 or Australia in 2013, according to an OPEC annual statistical bulletin. It is also only slightly less than the average daily oil export of pre-war Syria in the second half of the 2000s, which amounted to 247,000250,000 barrels per day.</w:t>
      </w:r>
    </w:p>
    <w:p>
      <w:pPr>
        <w:spacing w:before="0" w:after="120" w:line="300" w:lineRule="exact"/>
        <w:jc w:val="both"/>
      </w:pPr>
      <w:r>
        <w:rPr>
          <w:rFonts w:ascii="Georgia" w:hAnsi="Georgia" w:cs="Georgia" w:eastAsia="Georgia"/>
          <w:b w:val="0"/>
          <w:i w:val="0"/>
          <w:sz w:val="22"/>
        </w:rPr>
        <w:t>(End of report.) Minus these facts and figures, the intelligence of a Mu'min is adequate to confirm the massive oil fraud of the humbug U.S. 'caliphate', and why the oil fields and refineries are operative and continuing with their piracy and trade despite the entire Syrian-Iraqi arena being a war zone. On the other hand, Russia pursuing its own agenda has so far "destroyed 32 oil production facilities, 11 refineries, and thousands of fuel trucks".</w:t>
      </w:r>
    </w:p>
    <w:p>
      <w:pPr>
        <w:spacing w:before="0" w:after="120" w:line="300" w:lineRule="exact"/>
        <w:jc w:val="both"/>
      </w:pPr>
      <w:r>
        <w:rPr>
          <w:rFonts w:ascii="Georgia" w:hAnsi="Georgia" w:cs="Georgia" w:eastAsia="Georgia"/>
          <w:b w:val="0"/>
          <w:i w:val="0"/>
          <w:sz w:val="22"/>
        </w:rPr>
        <w:t>This gives an idea of the massive oil infrastructure operated by the humbug U.S. 'caliphate'.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OBSCENITY OF THE HUMBUG U.S. 'CALIPHATE'</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Lacking in local support, ISIS has been compelled to recruit in immoral ways foreigners to act as its foot soldiers. This is the first 'jihadist' group which has sunk to the subsewerage gutter linger to lure even young girls from their parents and home with the bait of 'Jihad' and 'Jannat'. Every rule in the Books of Hijaab and Jihad has been flouted and discarded by the humbug U.S.</w:t>
      </w:r>
    </w:p>
    <w:p>
      <w:pPr>
        <w:spacing w:before="0" w:after="120" w:line="300" w:lineRule="exact"/>
        <w:jc w:val="both"/>
      </w:pPr>
      <w:r>
        <w:rPr>
          <w:rFonts w:ascii="Georgia" w:hAnsi="Georgia" w:cs="Georgia" w:eastAsia="Georgia"/>
          <w:b w:val="0"/>
          <w:i w:val="0"/>
          <w:sz w:val="22"/>
        </w:rPr>
        <w:t>'caliphate' in its recruitment methodology. Via the internet and by rubbish recruiters, young girls and boys are brainwashed to flee from their homes to join the ranks of the impure humbugs of the American satanic 'caliphate'. The surreptitious spiriting away of young girls without parental consent and without mahram travelling guardians speak volumes for the obscenity and immorality of these U.S. puppets.</w:t>
      </w:r>
    </w:p>
    <w:p>
      <w:pPr>
        <w:spacing w:before="0" w:after="120" w:line="300" w:lineRule="exact"/>
        <w:jc w:val="both"/>
      </w:pPr>
      <w:r>
        <w:rPr>
          <w:rFonts w:ascii="Georgia" w:hAnsi="Georgia" w:cs="Georgia" w:eastAsia="Georgia"/>
          <w:b w:val="0"/>
          <w:i w:val="0"/>
          <w:sz w:val="22"/>
        </w:rPr>
        <w:t>A number of young men from South Africa who had been duped by ISIS recruiters, have returned disgusted with the reality of the filth of the humbug 'caliphate'. They reported that ISIS butchers only Muslims. There is no fight with the kuffaar. There is no confrontation with the Yahood and Nasaara. Never does ISIS breathe a word about the plight of Hamas and Palestine.</w:t>
      </w:r>
    </w:p>
    <w:p>
      <w:pPr>
        <w:spacing w:before="0" w:after="120" w:line="300" w:lineRule="exact"/>
        <w:jc w:val="both"/>
      </w:pPr>
      <w:r>
        <w:rPr>
          <w:rFonts w:ascii="Georgia" w:hAnsi="Georgia" w:cs="Georgia" w:eastAsia="Georgia"/>
          <w:b w:val="0"/>
          <w:i w:val="0"/>
          <w:sz w:val="22"/>
        </w:rPr>
        <w:t>But it stupidly trumpets that it will be going after Obama and attacking Spain. Only the morons who have joined the humbug U.S. 'caliphate' are impressed with such silly rhetoric. Those who join this brutal American humbug 'caliphate' jeopardize their Imaan and ruin their Aakhirat. Rasulullah (sallallahu alayhi wasallam) said that it is not halaal for a female who believes in Allah and the Last Day to undertake a journey of more than a day.</w:t>
      </w:r>
    </w:p>
    <w:p>
      <w:pPr>
        <w:spacing w:before="0" w:after="120" w:line="300" w:lineRule="exact"/>
        <w:jc w:val="both"/>
      </w:pPr>
      <w:r>
        <w:rPr>
          <w:rFonts w:ascii="Georgia" w:hAnsi="Georgia" w:cs="Georgia" w:eastAsia="Georgia"/>
          <w:b w:val="0"/>
          <w:i w:val="0"/>
          <w:sz w:val="22"/>
        </w:rPr>
        <w:t>The flagrant violation of this imperative tenet of the Deen portrays the kufr of those who are engaging in the villainy of recruitment on behalf of the humbug 'caliphate'.</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MASSIVE U.S. PLOT -</w:t>
      </w:r>
    </w:p>
    <w:p>
      <w:pPr>
        <w:spacing w:before="0" w:after="160" w:line="300" w:lineRule="exact"/>
        <w:jc w:val="center"/>
      </w:pPr>
      <w:r>
        <w:rPr>
          <w:rFonts w:ascii="Georgia" w:hAnsi="Georgia" w:cs="Georgia" w:eastAsia="Georgia"/>
          <w:b w:val="0"/>
          <w:i/>
          <w:sz w:val="16"/>
        </w:rPr>
        <w:t>Page 7 of the original. Heading read from the printed headline artwork.</w:t>
      </w:r>
    </w:p>
    <w:p>
      <w:pPr>
        <w:spacing w:before="0" w:after="120" w:line="300" w:lineRule="exact"/>
        <w:jc w:val="both"/>
      </w:pPr>
      <w:r>
        <w:rPr>
          <w:rFonts w:ascii="Georgia" w:hAnsi="Georgia" w:cs="Georgia" w:eastAsia="Georgia"/>
          <w:b w:val="0"/>
          <w:i w:val="0"/>
          <w:sz w:val="22"/>
        </w:rPr>
        <w:t>ISIS AND TURKEY COGS IN THE PLOTS (By Sorcha Faal) The Ministry of Defense (MoD) is reporting today that President Putin has ordered the Federation's Ilyushin-80 giant command and control aircraft designated for use during nuclear war (otherwise known as the "Doomsday plane") to prepare for worldwide war operations within a fortnight after military intelligence analysts discovered a "beyond staggering" plot by United States and Turkish government factions to bring down Turkey's President Recep Erdogan and replace him with the Central Intelligence Agency (CIA) "designated figurehead" Fethullah Gulen—while at the same time utilizing Islamic State terrorists as "leverage".</w:t>
      </w:r>
    </w:p>
    <w:p>
      <w:pPr>
        <w:spacing w:before="0" w:after="120" w:line="300" w:lineRule="exact"/>
        <w:jc w:val="both"/>
      </w:pPr>
      <w:r>
        <w:rPr>
          <w:rFonts w:ascii="Georgia" w:hAnsi="Georgia" w:cs="Georgia" w:eastAsia="Georgia"/>
          <w:b w:val="0"/>
          <w:i w:val="0"/>
          <w:sz w:val="22"/>
        </w:rPr>
        <w:t>According to this report, this "beyond staggering" plot by the CIA to overthrow the current government of Turkey was first started in 2008 by the US militaryintelligence establishment supported think tank American Enterprise Institute (AEI) whose board members are a "whose who" of American military connected individuals, including former US Vice President Richard Cheney, and whose research papers advocated the United States creating what they call a "moderate Muslim" majority in the Middle East to battle Islamic ex-</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tremists and whose target nation for this action was Turkey.</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tremists and whose target nation for this action was Turkey. Aiding this CIA in this effort, this report continues, is the Turkish imam Fethullah Gulen who came to the United States in 1999 due to "health problems" and has stayed there since after gaining his visa with help from former CIA officials. The US Federal Bureau of Investigation (FBI), however, this report notes, resisted granting permanent residency status to Gulen and, according to secret US leaked cables [Warning: It is illegal under US law for US federal employees or military personal to click on these red links], parts of the American government have long believed that Gülen "is a 'radical Islamist' whose moderate message cloaks a more sinister and radical agenda." Shortly after the CIA got Gulen into the United States, this report further explains, President Erdogan established in Turkey the Justice and Development Party (AKP) in 2001 as the "moderate Muslim" platform desired by the AEI to effectuate change throughout the entire Middle East using part of Gulen's massive wealth estimated to be between $22-50 billion.</w:t>
      </w:r>
    </w:p>
    <w:p>
      <w:pPr>
        <w:spacing w:before="0" w:after="120" w:line="300" w:lineRule="exact"/>
        <w:jc w:val="both"/>
      </w:pPr>
      <w:r>
        <w:rPr>
          <w:rFonts w:ascii="Georgia" w:hAnsi="Georgia" w:cs="Georgia" w:eastAsia="Georgia"/>
          <w:b w:val="0"/>
          <w:i w:val="0"/>
          <w:sz w:val="22"/>
        </w:rPr>
        <w:t>Fethullah Gulen (l) with Recep Erdogan (r) in 1998 In 2013 though, this report continues, then Prime Minister Erdogan discovered the CIA-Gulen plot against himself and Turkey which he publically labeled as an "international conspiracy" vowing revenge on Gulen and threatening Francis Ricciardone, the US ambassador to Turkey, with expulsion.</w:t>
      </w:r>
    </w:p>
    <w:p>
      <w:pPr>
        <w:spacing w:before="0" w:after="120" w:line="300" w:lineRule="exact"/>
        <w:jc w:val="both"/>
      </w:pPr>
      <w:r>
        <w:rPr>
          <w:rFonts w:ascii="Georgia" w:hAnsi="Georgia" w:cs="Georgia" w:eastAsia="Georgia"/>
          <w:b w:val="0"/>
          <w:i w:val="0"/>
          <w:sz w:val="22"/>
        </w:rPr>
        <w:t>Fearing their "moderate Muslim" project would be destroyed, this report grimly states, the CIA then transferred out of Turkey "selected" military and intelligence officers, before Erdogan could arrest them, to Iraq—and where on 8 April 2013 they declared themselves to be the Islamic State of Iraq and the Levant (ISIL / ISIS / Daesh / Islamic State).</w:t>
      </w:r>
    </w:p>
    <w:p>
      <w:pPr>
        <w:spacing w:before="0" w:after="120" w:line="300" w:lineRule="exact"/>
        <w:jc w:val="both"/>
      </w:pPr>
      <w:r>
        <w:rPr>
          <w:rFonts w:ascii="Georgia" w:hAnsi="Georgia" w:cs="Georgia" w:eastAsia="Georgia"/>
          <w:b w:val="0"/>
          <w:i w:val="0"/>
          <w:sz w:val="22"/>
        </w:rPr>
        <w:t>With Gulen being described as nothing more than the projection of an idea from Langley Virginia CIA headquarters, an idea from essentially stupid people there who believed they could use him and they could abuse religion as a cover to advance their design for global control, this report continues, a duel arrangement was then brokered by US Secretary of State Hillary Clinton between the Erdogan and Gulen factions in Turkey to split the illegal oil wealth captured by Islamic State terrorists in Iraq and Syriaand which Hillary Clinton has been paid by Gulen, to both her families foundation and presidential campaign, an estimated $1 million.</w:t>
      </w:r>
    </w:p>
    <w:p>
      <w:pPr>
        <w:spacing w:before="0" w:after="120" w:line="300" w:lineRule="exact"/>
        <w:jc w:val="both"/>
      </w:pPr>
      <w:r>
        <w:rPr>
          <w:rFonts w:ascii="Georgia" w:hAnsi="Georgia" w:cs="Georgia" w:eastAsia="Georgia"/>
          <w:b w:val="0"/>
          <w:i w:val="0"/>
          <w:sz w:val="22"/>
        </w:rPr>
        <w:t>As the MoD began just hours ago publishing the details "of Turkey robbing its neighbors", this report notes, the continued mounting evidence of this massive CIA plot is now being openly supported by the Obama regime who announced yesterday they were sending more American troops to Iraq to protect their Islamic State allies—and which Iraq's Prime Minister, Haider al-Abadi, said were not welcome and whose powerful Shiite militia leaders vowed to kill the moment they set foot on Iraqi soil.</w:t>
      </w:r>
    </w:p>
    <w:p>
      <w:pPr>
        <w:spacing w:before="0" w:after="120" w:line="300" w:lineRule="exact"/>
        <w:jc w:val="both"/>
      </w:pPr>
      <w:r>
        <w:rPr>
          <w:rFonts w:ascii="Georgia" w:hAnsi="Georgia" w:cs="Georgia" w:eastAsia="Georgia"/>
          <w:b w:val="0"/>
          <w:i w:val="0"/>
          <w:sz w:val="22"/>
        </w:rPr>
        <w:t>And with the MoD today reporting that 2,000 fighters, 250 vehicles and hundreds of tons of ammo have been sent in the past weeks from Turkey to Islamic terrorists in Syri a, this report grimly states, Britain's plan to enter this war, along with NATO rushing air defense weapons to Turkey, more than make understandable US Congresswoman Tulsi Gabbard's warning to the American people yesterday about the Obama regime's actions when she said: "Russia's installation of their anti-aircraft missile-defense system increases that possibility of — whether it's intentional or even an accidental event — where one side may shoot down the other side's plane, and that's really where the potential is for this devastating nuclear war." Also, this report notes, as National Defense Management Center Lieutenant-General Mikhail Mizintsev today stated that the size of the illegal Erdogan-CIA-Gulen oil trade is impressive, and more information will be presented about it next week, Russian airstrikes have nevertheless destroyed 32 Islamic State oil production facilities, 11 refineries, and thousands of fuel trucks leaving MoD experts to wonder about whom exactly the Obama and regime and its allies are going to attack and questioning their true motives.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U.S.</w:t>
      </w:r>
    </w:p>
    <w:p>
      <w:pPr>
        <w:spacing w:before="0" w:after="160" w:line="300" w:lineRule="exact"/>
        <w:jc w:val="center"/>
      </w:pPr>
      <w:r>
        <w:rPr>
          <w:rFonts w:ascii="Georgia" w:hAnsi="Georgia" w:cs="Georgia" w:eastAsia="Georgia"/>
          <w:b w:val="0"/>
          <w:i/>
          <w:sz w:val="16"/>
        </w:rPr>
        <w:t>Page 7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U.S. blessing and protection. Besides these two satanic 'achievements', the humbug 'caliphate' cannot present a single asset for Islam and the Ummah. They make claims of a 'khilaafate', yet they have not even dreamt of taking Baghdad on their doorstep, or of Damascus or Israel, etc. What kind of imbecile, spineless and cowardly 'khilaafate' is this?</w:t>
      </w:r>
    </w:p>
    <w:p>
      <w:pPr>
        <w:spacing w:before="0" w:after="120" w:line="300" w:lineRule="exact"/>
        <w:jc w:val="both"/>
      </w:pPr>
      <w:r>
        <w:rPr>
          <w:rFonts w:ascii="Georgia" w:hAnsi="Georgia" w:cs="Georgia" w:eastAsia="Georgia"/>
          <w:b w:val="0"/>
          <w:i w:val="0"/>
          <w:sz w:val="22"/>
        </w:rPr>
        <w:t>Yes, it is an American humbug 'caliphate' subservient to the Mafia cabal ruling the U.S. with its puppet Obama.</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GULEN - AGENT OF THE C.I.A-</w:t>
      </w:r>
    </w:p>
    <w:p>
      <w:pPr>
        <w:spacing w:before="0" w:after="160" w:line="300" w:lineRule="exact"/>
        <w:jc w:val="center"/>
      </w:pPr>
      <w:r>
        <w:rPr>
          <w:rFonts w:ascii="Georgia" w:hAnsi="Georgia" w:cs="Georgia" w:eastAsia="Georgia"/>
          <w:b w:val="0"/>
          <w:i/>
          <w:sz w:val="16"/>
        </w:rPr>
        <w:t>Page 8 of the original. Heading read from the printed headline artwork.</w:t>
      </w:r>
    </w:p>
    <w:p>
      <w:pPr>
        <w:spacing w:before="0" w:after="120" w:line="300" w:lineRule="exact"/>
        <w:jc w:val="both"/>
      </w:pPr>
      <w:r>
        <w:rPr>
          <w:rFonts w:ascii="Georgia" w:hAnsi="Georgia" w:cs="Georgia" w:eastAsia="Georgia"/>
          <w:b w:val="0"/>
          <w:i w:val="0"/>
          <w:sz w:val="22"/>
        </w:rPr>
        <w:t>WILLIAM ENGDAHL ON OPERA- TION GLADIO, FETHULLAH GULEN &amp; ONE WORLD GOV- ERNMENT</w:t>
      </w:r>
    </w:p>
    <w:p>
      <w:pPr>
        <w:pStyle w:val="Heading3"/>
        <w:spacing w:before="200" w:after="120" w:line="300" w:lineRule="exact"/>
        <w:jc w:val="left"/>
      </w:pPr>
      <w:r>
        <w:rPr>
          <w:rFonts w:ascii="Georgia" w:hAnsi="Georgia" w:cs="Georgia" w:eastAsia="Georgia"/>
          <w:b/>
          <w:i w:val="0"/>
          <w:color w:val="2E74B5"/>
          <w:sz w:val="24"/>
        </w:rPr>
        <w:t>WILLIAM ENGDAHL | FEBRUARY</w:t>
      </w:r>
    </w:p>
    <w:p>
      <w:pPr>
        <w:spacing w:before="0" w:after="120" w:line="300" w:lineRule="exact"/>
        <w:jc w:val="both"/>
      </w:pPr>
      <w:r>
        <w:rPr>
          <w:rFonts w:ascii="Georgia" w:hAnsi="Georgia" w:cs="Georgia" w:eastAsia="Georgia"/>
          <w:b w:val="0"/>
          <w:i w:val="0"/>
          <w:sz w:val="22"/>
        </w:rPr>
        <w:t>10, 20152 COMMENTS "CIA's Graham Fuller: One of the early advocates of using Muslim Brotherhood &amp; Gülen Cemaat to advance US foreign policy." The following is the translation of an interview with William Engdahl conducted by journalist Deniz Ülkütekin of Turkey's Cumhuriyet: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GULEN - AGENT OF THE C.I.A</w:t>
      </w:r>
    </w:p>
    <w:p>
      <w:pPr>
        <w:spacing w:before="0" w:after="160" w:line="300" w:lineRule="exact"/>
        <w:jc w:val="center"/>
      </w:pPr>
      <w:r>
        <w:rPr>
          <w:rFonts w:ascii="Georgia" w:hAnsi="Georgia" w:cs="Georgia" w:eastAsia="Georgia"/>
          <w:b w:val="0"/>
          <w:i/>
          <w:sz w:val="16"/>
        </w:rPr>
        <w:t>Page 8, 9 of the original. Heading read from the printed headline artwork.</w:t>
      </w:r>
    </w:p>
    <w:p>
      <w:pPr>
        <w:spacing w:before="120" w:after="120" w:line="300" w:lineRule="exact"/>
        <w:ind w:left="720" w:right="720"/>
        <w:jc w:val="center"/>
      </w:pPr>
      <w:r>
        <w:rPr>
          <w:rFonts w:ascii="Georgia" w:hAnsi="Georgia" w:cs="Georgia" w:eastAsia="Georgia"/>
          <w:b w:val="0"/>
          <w:i/>
          <w:sz w:val="22"/>
        </w:rPr>
        <w:t>1. As I read you started to research about Gulen Cemaat when you came to Turkey for a conference. What was the thing that attracted your interest about Gulen and his members? WE: I am a geopolitical researcher and author now for more than thirty years. My prime theme is geopolitics or how power is organized in our world by whom, to what aim. When I was invited to Turkey on a speaking tour for one of my books, a Turkish journalist who since has become a trusted friend suggested if I wanted to understand what was going on in Turkey, a country I have long considered to have a far more positive role than she has played within NATO, I should look deeply into the Gülen Cemaat. That began a long process as I began to realize the deeper agenda behind the façade of Rumi that Gülen and his people project.</w:t>
      </w:r>
    </w:p>
    <w:p>
      <w:pPr>
        <w:spacing w:before="120" w:after="120" w:line="300" w:lineRule="exact"/>
        <w:ind w:left="720" w:right="720"/>
        <w:jc w:val="center"/>
      </w:pPr>
      <w:r>
        <w:rPr>
          <w:rFonts w:ascii="Georgia" w:hAnsi="Georgia" w:cs="Georgia" w:eastAsia="Georgia"/>
          <w:b w:val="0"/>
          <w:i/>
          <w:sz w:val="22"/>
        </w:rPr>
        <w:t>2. Our first knowledge about Gülen is, his struggle against communism via a foundation (which was a NATO agenda indeed). So could we say that Gülen and his CIA relationship started long ago? WE: Yes, all evidence suggests that NATO Turkish Gladio networks picked up Gülen as a potentially useful asset years ago. As their agenda changed with the collapse of the Soviet Union, their role for Gülen changed as well and doors were opened for him to play that role. So in a true sense we can say that the Gülen Cemaat is the nothing more than the projection of an idea from Langley Virginia CIA headquarters, an idea from essentially stupid people there who believed they could use him and they could abuse religion as a cover to advance their design for global control, what David Rockefeller calls One World Government. Unlike the CIA's Mujahideen Jihadists like Hekmatyar in Afghanistan or Naser Oric in Bosnia, the CIA decided to give Fethullah Gülen a</w:t>
      </w:r>
    </w:p>
    <w:p>
      <w:pPr>
        <w:spacing w:before="120" w:after="120" w:line="300" w:lineRule="exact"/>
        <w:ind w:left="720" w:right="720"/>
        <w:jc w:val="center"/>
      </w:pPr>
      <w:r>
        <w:rPr>
          <w:rFonts w:ascii="Georgia" w:hAnsi="Georgia" w:cs="Georgia" w:eastAsia="Georgia"/>
          <w:b w:val="0"/>
          <w:i/>
          <w:sz w:val="22"/>
        </w:rPr>
        <w:t>radically different image. No bloodcurdling, head-severing, human-heart -eating Jihadist. No, Fethullah Gülen was presented to the world as a man of "peace, love and brotherhood," even managing to grab a photo Op with Pope John Paul II, which Gülen featured prominently on his website. The Gülen organization in the US hired one of Washington's highestpaid Public Relations image experts, George W. Bush's former campaign director, Karen Hughes, to massage his "moderate" Islam image. The ideas and manipulations of the CIA and US State Department are collapsing everywhere today, but they are blinded by their own arrogance. Just look at their absurd mess they created with the neo-nazis in Ukraine.</w:t>
      </w:r>
    </w:p>
    <w:p>
      <w:pPr>
        <w:spacing w:before="120" w:after="120" w:line="300" w:lineRule="exact"/>
        <w:ind w:left="720" w:right="720"/>
        <w:jc w:val="center"/>
      </w:pPr>
      <w:r>
        <w:rPr>
          <w:rFonts w:ascii="Georgia" w:hAnsi="Georgia" w:cs="Georgia" w:eastAsia="Georgia"/>
          <w:b w:val="0"/>
          <w:i/>
          <w:sz w:val="22"/>
        </w:rPr>
        <w:t>3. As it's a very conflicted subject, how do you certainly believe that Gülen and CIA work together? WE: This is not merely my view but that of very knowledgeable Turkish analysts and even the former Turkish MIT senior figure, Osman Nuri Gundes, former FBI TurkishAmerican translator Sibel Edmonds, and others have documented his deep links to very senior CIA people such as Graham Fuller. When Gülen fled Turkey to avoid prosecution for treason in 1998, he chose not to go to any of perhaps a dozen Islamic countries which could have offered him asylum. He chose instead the United States. He did so with the help of the CIA. The US State Department tried to block a special "preference visa as an alien of extraordinary ability in the field of education" permanent visa status for Gülen, arguing he was basically a fraud with a fifth grade education and no special Islam scholar. Over the objections of the FBI, of the US State Department and of the US Department of Homeland Security, three former CIA operatives intervened and managed to secure a Green Card and permanent US residency for Gülen. Intervention by three current or "former" CIA people--George Fidas, who was US Ambassador to Turkey and an ex CIA Deputy Director; Morton Abramowitz who was described as at least "informal" CIA, and CIA career man who spent time in Turkey, Graham E. Fuller. They got Gülen asylum in Saylorsburg, Pennsylvania. That certainly suggests a strong tie at the very least. 4. Was the relationship between Gulen and the CIA depending on both parties' benefits? If so what were their benefits? How did CIA support Gulen to develop and grow</w:t>
      </w:r>
    </w:p>
    <w:p>
      <w:pPr>
        <w:spacing w:before="120" w:after="120" w:line="300" w:lineRule="exact"/>
        <w:ind w:left="720" w:right="720"/>
        <w:jc w:val="center"/>
      </w:pPr>
      <w:r>
        <w:rPr>
          <w:rFonts w:ascii="Georgia" w:hAnsi="Georgia" w:cs="Georgia" w:eastAsia="Georgia"/>
          <w:b w:val="0"/>
          <w:i/>
          <w:sz w:val="22"/>
        </w:rPr>
        <w:t>his foundation? WE: Yes, clearly. For the Gülen Cemaat it enabled a vast business empire to be created which gained more and more influence by placing its people inside the police, the courts and education ministry. He could build his recruiting schools across Central Asia with CIA support. In the USA and Europe, CIAinfluenced media like CNN gave him beautiful free publicity to overcome opposition to open his schools across America. For the CIA it was one more tool to destroy not only an independent secular Kemalist Turkey, but to advance their Afghan drug trade worldwide and to use Gülen's people to destabilize opponent regimes that CIA network in Washington, the "deep state" wanted to get rid of. Sibel Edmonds, former FBI Turkish translator and "whistleblower," named Abramowitz, along with Graham E. Fuller, as part of a dark cabal within the US Government that she discovered were using networks out of Turkey to advance a criminal "deep state" agenda across the Turkic world, from Istanbul into China. The network that she documented included significant involvement in heroin trafficking out of Afghanistan. On retiring from the State Department, Abramowitz served on the board of the US Congress-financed National Endowment for Democracy (NED), and was a co-founder with George Soros of the International Crisis Group. Both the NED and International Crisis Group were implicated in various US Governmentbacked "color revolutions" since the 1990's collapse of the Soviet Union, from Otpor in Serbia to the 2004 Orange Revolution in Ukraine, the 2013 -14 coup in Ukraine, to the 2009 Green Revolution in Iran, to the 2011 Lotus Revolution in Tahrir Square in Egypt. Graham E. Fuller had been immersed in the CIA's activities in steering Mujahideen and other political Islamic organizations since the 1980's. He spent 20 years as CIA operations officer in Turkey, Lebanon, Saudi Arabia, Yemen, and Afghanistan, and was one of the CIA's early advocates of using the Muslim Brotherhood and similar Islamist organizations like Gülen Cemaat to advance US foreign policy.</w:t>
      </w:r>
    </w:p>
    <w:p>
      <w:pPr>
        <w:spacing w:before="120" w:after="120" w:line="300" w:lineRule="exact"/>
        <w:ind w:left="720" w:right="720"/>
        <w:jc w:val="center"/>
      </w:pPr>
      <w:r>
        <w:rPr>
          <w:rFonts w:ascii="Georgia" w:hAnsi="Georgia" w:cs="Georgia" w:eastAsia="Georgia"/>
          <w:b w:val="0"/>
          <w:i/>
          <w:sz w:val="22"/>
        </w:rPr>
        <w:t>5. How does CIA work via Gulen schools at Middle-Asia? WE: First it should be noted that Russia moved swiftly to ban the Gülen schools when the CIA began the Chechyn terror in the 1990's. In the 1980's when the Iran-Contra scandal broke in Washington (a scheme authored by Fuller at CIA), he "retired"</w:t>
      </w:r>
    </w:p>
    <w:p>
      <w:pPr>
        <w:spacing w:before="120" w:after="120" w:line="300" w:lineRule="exact"/>
        <w:ind w:left="720" w:right="720"/>
        <w:jc w:val="center"/>
      </w:pPr>
      <w:r>
        <w:rPr>
          <w:rFonts w:ascii="Georgia" w:hAnsi="Georgia" w:cs="Georgia" w:eastAsia="Georgia"/>
          <w:b w:val="0"/>
          <w:i/>
          <w:sz w:val="22"/>
        </w:rPr>
        <w:t>to work at the CIA and Pentagonfinanced RAND think-tank. There, under RAND cover, Fuller was instrumental in developing the CIA strategy for building the Gülen Movement as a geopolitical force to penetrate former Soviet Central Asia. Among his RAND papers, Fuller wrote studies on Islamic fundamentalism in Turkey, in Sudan, in Afghanistan, Pakistan and Algeria. His books praise Gülen lavishly. After the fall of the USSR, Fetullah Gülen's cadre were sent to establish Gülen schools and Madrasses across newly-independent former Soviet states in Central Asia. It was a golden chance for the CIA, using the cover of Gülen religious schools, to send hundreds of CIA agents deep inside Central Asia the first time. In 1999 Fuller argued, "The policy of guiding the evolution of Islam and of helping them against our adversaries worked marvelously well in Afghanistan against the Russians. The same doctrines can still be used to destabilize what remains of Russian power, and especially to counter the Chinese influence in Central Asia." Gülen was named by one former FBI authoritative source as, "one of the main CIA operation figures in Central Asia and the Caucasus." During the 1990's the Gülen schools then growing up across Eurasia were providing a base for hundreds of CIA agents under cover of being "nativespeaking English teachers." Osman Nuri Gundes revealed that the Gülen movement "sheltered 130 CIA agents" at its schools in Kyrgyzstan and Uzbekistan alone in the 1990s.</w:t>
      </w:r>
    </w:p>
    <w:p>
      <w:pPr>
        <w:spacing w:before="0" w:after="120" w:line="300" w:lineRule="exact"/>
        <w:jc w:val="both"/>
      </w:pPr>
      <w:r>
        <w:rPr>
          <w:rFonts w:ascii="Georgia" w:hAnsi="Georgia" w:cs="Georgia" w:eastAsia="Georgia"/>
          <w:b w:val="0"/>
          <w:i w:val="0"/>
          <w:sz w:val="22"/>
        </w:rPr>
        <w:t>6. Gulen migrated from Turkey to USA at 1999, 3 days after terrorist Kurdish movement leader Abdullah Ocalan was kidnapped and brought to Turkey. What did it mean? Could Gulen co-operate better with CIA when he moved USA? WE: I think the CIA feared Gülen would end in prison and could be far more useful in US sanctuary where they could feed his image better and pump up his aura.</w:t>
      </w:r>
    </w:p>
    <w:p>
      <w:pPr>
        <w:spacing w:before="0" w:after="120" w:line="300" w:lineRule="exact"/>
        <w:jc w:val="both"/>
      </w:pPr>
      <w:r>
        <w:rPr>
          <w:rFonts w:ascii="Georgia" w:hAnsi="Georgia" w:cs="Georgia" w:eastAsia="Georgia"/>
          <w:b w:val="0"/>
          <w:i w:val="0"/>
          <w:sz w:val="22"/>
        </w:rPr>
        <w:t>Now clearly Gülen fears to return to Turkey even though he legally could. That says a lot.</w:t>
      </w:r>
    </w:p>
    <w:p>
      <w:pPr>
        <w:spacing w:before="120" w:after="120" w:line="300" w:lineRule="exact"/>
        <w:ind w:left="720" w:right="720"/>
        <w:jc w:val="center"/>
      </w:pPr>
      <w:r>
        <w:rPr>
          <w:rFonts w:ascii="Georgia" w:hAnsi="Georgia" w:cs="Georgia" w:eastAsia="Georgia"/>
          <w:b w:val="0"/>
          <w:i/>
          <w:sz w:val="22"/>
        </w:rPr>
        <w:t>7. What does Gulen Foundation do for the benefits of CIA inside Turkey and Middle-East? WE: That would require a much longer discussion. What I find interesting is how a deep and now bitter split has emerged between Gülen Cemaat in Turkey and President Recep Tayyip Erdoğan. I believe Erdogan began to pursue his own agenda and that came in collision with that of the</w:t>
      </w:r>
    </w:p>
    <w:p>
      <w:pPr>
        <w:pStyle w:val="Heading3"/>
        <w:spacing w:before="200" w:after="120" w:line="300" w:lineRule="exact"/>
        <w:jc w:val="left"/>
      </w:pPr>
      <w:r>
        <w:rPr>
          <w:rFonts w:ascii="Georgia" w:hAnsi="Georgia" w:cs="Georgia" w:eastAsia="Georgia"/>
          <w:b/>
          <w:i w:val="0"/>
          <w:color w:val="2E74B5"/>
          <w:sz w:val="24"/>
        </w:rPr>
        <w:t>UMAR THE GREAT</w:t>
      </w:r>
    </w:p>
    <w:p>
      <w:pPr>
        <w:spacing w:before="0" w:after="120" w:line="300" w:lineRule="exact"/>
        <w:jc w:val="both"/>
      </w:pPr>
      <w:r>
        <w:rPr>
          <w:rFonts w:ascii="Georgia" w:hAnsi="Georgia" w:cs="Georgia" w:eastAsia="Georgia"/>
          <w:b w:val="0"/>
          <w:i w:val="0"/>
          <w:sz w:val="22"/>
        </w:rPr>
        <w:t>Among his ways was to sit with the poor, be gentle with people and with Muslims, take pity on the young, respect the elders, open his heart to the orphan, extract justice for the oppressed from the oppressor reverting back the Haq to its rightful owner, and he was not put back by the criticism of any critic. During his reign he would patrol the business district of Madinah with patched garments and a whip in his hand.</w:t>
      </w:r>
    </w:p>
    <w:p>
      <w:pPr>
        <w:spacing w:before="0" w:after="120" w:line="300" w:lineRule="exact"/>
        <w:jc w:val="both"/>
      </w:pPr>
      <w:r>
        <w:rPr>
          <w:rFonts w:ascii="Georgia" w:hAnsi="Georgia" w:cs="Georgia" w:eastAsia="Georgia"/>
          <w:b w:val="0"/>
          <w:i w:val="0"/>
          <w:sz w:val="22"/>
        </w:rPr>
        <w:t>His whip was more feared</w:t>
      </w:r>
    </w:p>
    <w:p>
      <w:pPr>
        <w:spacing w:before="120" w:after="120" w:line="300" w:lineRule="exact"/>
        <w:ind w:left="720" w:right="720"/>
        <w:jc w:val="center"/>
      </w:pPr>
      <w:r>
        <w:rPr>
          <w:rFonts w:ascii="Georgia" w:hAnsi="Georgia" w:cs="Georgia" w:eastAsia="Georgia"/>
          <w:b w:val="0"/>
          <w:i/>
          <w:sz w:val="22"/>
        </w:rPr>
        <w:t>CIA and State Department for Turkey in the larger world.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MAGNANIMITY OF THE TRUE MUJAHIDEEN</w:t>
      </w:r>
    </w:p>
    <w:p>
      <w:pPr>
        <w:spacing w:before="0" w:after="160" w:line="300" w:lineRule="exact"/>
        <w:jc w:val="center"/>
      </w:pPr>
      <w:r>
        <w:rPr>
          <w:rFonts w:ascii="Georgia" w:hAnsi="Georgia" w:cs="Georgia" w:eastAsia="Georgia"/>
          <w:b w:val="0"/>
          <w:i/>
          <w:sz w:val="16"/>
        </w:rPr>
        <w:t>Page 8, 11 of the original. Heading read from the printed headline artwork.</w:t>
      </w:r>
    </w:p>
    <w:p>
      <w:pPr>
        <w:spacing w:before="0" w:after="120" w:line="300" w:lineRule="exact"/>
        <w:jc w:val="both"/>
      </w:pPr>
      <w:r>
        <w:rPr>
          <w:rFonts w:ascii="Georgia" w:hAnsi="Georgia" w:cs="Georgia" w:eastAsia="Georgia"/>
          <w:b w:val="0"/>
          <w:i w:val="0"/>
          <w:sz w:val="22"/>
        </w:rPr>
        <w:t>The daughter of emperor Heraculeus, a woman of captivating beauty, was captured and taken prisoner by the Sahaabi, Hadhrat Raafi' Bin Umairah Taai (Radhiyallahu anhu). Meanwhile, Younus who was a Taabiee, the guide of the Muslim army on this occasion, had battled with his Christian wife in a duel. When he threw her down, he said to her to accept Islam.</w:t>
      </w:r>
    </w:p>
    <w:p>
      <w:pPr>
        <w:spacing w:before="0" w:after="120" w:line="300" w:lineRule="exact"/>
        <w:jc w:val="both"/>
      </w:pPr>
      <w:r>
        <w:rPr>
          <w:rFonts w:ascii="Georgia" w:hAnsi="Georgia" w:cs="Georgia" w:eastAsia="Georgia"/>
          <w:b w:val="0"/>
          <w:i w:val="0"/>
          <w:sz w:val="22"/>
        </w:rPr>
        <w:t>She refused and drew a knife with which she killed herself. Before capturing the emperor's daughter, Hadhrat Raafi' (Radhiyallahu anhu) had observed Younus grappling with his wife. Now he decided to see what had happened to that encounter. He found Younus covered in blood sitting and weeping at the side of the blood-soaked body of his wife.</w:t>
      </w:r>
    </w:p>
    <w:p>
      <w:pPr>
        <w:spacing w:before="0" w:after="120" w:line="300" w:lineRule="exact"/>
        <w:jc w:val="both"/>
      </w:pPr>
      <w:r>
        <w:rPr>
          <w:rFonts w:ascii="Georgia" w:hAnsi="Georgia" w:cs="Georgia" w:eastAsia="Georgia"/>
          <w:b w:val="0"/>
          <w:i w:val="0"/>
          <w:sz w:val="22"/>
        </w:rPr>
        <w:t>He said to Younus: "Allah has granted you someone better and more beautiful. She has captivating beauty, is dressed in a garment of silk and brocade, and a tiara of pearls. Take her in exchange for your wife." Younus stared at her and was captivated by her stunning beauty. He spoke to her in Latin. With tears in her eyes, she responded to his queries.</w:t>
      </w:r>
    </w:p>
    <w:p>
      <w:pPr>
        <w:spacing w:before="0" w:after="120" w:line="300" w:lineRule="exact"/>
        <w:jc w:val="both"/>
      </w:pPr>
      <w:r>
        <w:rPr>
          <w:rFonts w:ascii="Georgia" w:hAnsi="Georgia" w:cs="Georgia" w:eastAsia="Georgia"/>
          <w:b w:val="0"/>
          <w:i w:val="0"/>
          <w:sz w:val="22"/>
        </w:rPr>
        <w:t>Then he said to Hadhrat Raafi' (Radhiyallahu anhu): "Do you know who she is?" He said: "No,".Younus said: "She is the daughter of the emperor Heracleus and the wife of Tooma (Thomas)." Tooma, the leader and commander of the Christians, was killed in the Battle for Damascus by Hadhrat Khalid Bin Walid (Radhiyallahu anhu). Younus said: "A man like me is not fit for her.</w:t>
      </w:r>
    </w:p>
    <w:p>
      <w:pPr>
        <w:spacing w:before="0" w:after="120" w:line="300" w:lineRule="exact"/>
        <w:jc w:val="both"/>
      </w:pPr>
      <w:r>
        <w:rPr>
          <w:rFonts w:ascii="Georgia" w:hAnsi="Georgia" w:cs="Georgia" w:eastAsia="Georgia"/>
          <w:b w:val="0"/>
          <w:i w:val="0"/>
          <w:sz w:val="22"/>
        </w:rPr>
        <w:t>Heracleus will most assuredly search for her and pay a great price to ransom her." In the interests of the Muslims, Younus set aside his nafsaani desire and declined to accept this beautiful prize offered to him. This was the attitude of a true Mujahid in the battlefield. Meanwhile Hadhrat Khalid (Radhiyallahu anhu) instructed that the booty and captives be rounded up.</w:t>
      </w:r>
    </w:p>
    <w:p>
      <w:pPr>
        <w:spacing w:before="0" w:after="120" w:line="300" w:lineRule="exact"/>
        <w:jc w:val="both"/>
      </w:pPr>
      <w:r>
        <w:rPr>
          <w:rFonts w:ascii="Georgia" w:hAnsi="Georgia" w:cs="Georgia" w:eastAsia="Georgia"/>
          <w:b w:val="0"/>
          <w:i w:val="0"/>
          <w:sz w:val="22"/>
        </w:rPr>
        <w:t>This was done. When he saw the enormous wealth, he praised, gloriﬁed and thanked Allah Ta'ala. Then he called Younus the guide and asked: 'What happened to your wife?' He narrated the entire episode with Khalid listening in wonder. Hadhrat Raaﬁ Bin Umairah Taai (Radhiyallahu anhu) said: 'O Ameer! I captured the daughter of Emperor Heraclius and I presented her to him in lieu of his wife.' Hadhrat Khalid asked: 'And where is Emperor Heraclius' daughter?' She was ushered into his presence.</w:t>
      </w:r>
    </w:p>
    <w:p>
      <w:pPr>
        <w:spacing w:before="0" w:after="120" w:line="300" w:lineRule="exact"/>
        <w:jc w:val="both"/>
      </w:pPr>
      <w:r>
        <w:rPr>
          <w:rFonts w:ascii="Georgia" w:hAnsi="Georgia" w:cs="Georgia" w:eastAsia="Georgia"/>
          <w:b w:val="0"/>
          <w:i w:val="0"/>
          <w:sz w:val="22"/>
        </w:rPr>
        <w:t>When he saw her beauty and looks, and what stunning features Allah Ta'ala had endowed her with, he turned his face away from her and said 'Subhaanallaah! (Glory be to You, O Allah!) You create and You select what You wish.' He then recited the relevant Qur'aanic aayat: "And your Rabb creates whatever He wishes and chooses". -AlQasas, 68. Hadhrat Khalid (Radhiyallahu anhu) said to Younus: 'Do you want her in exchange of your wife?' Younus replied: 'Yes, but I know that Emperor Heraclius will certainly pay a ransom for her freedom or he will wage war to free her.</w:t>
      </w:r>
    </w:p>
    <w:p>
      <w:pPr>
        <w:spacing w:before="0" w:after="120" w:line="300" w:lineRule="exact"/>
        <w:jc w:val="both"/>
      </w:pPr>
      <w:r>
        <w:rPr>
          <w:rFonts w:ascii="Georgia" w:hAnsi="Georgia" w:cs="Georgia" w:eastAsia="Georgia"/>
          <w:b w:val="0"/>
          <w:i w:val="0"/>
          <w:sz w:val="22"/>
        </w:rPr>
        <w:t>'Presently, keep her for now.' Negotiation of the Release of Emperor Heraclius' Daughter Hadhrat Rooh Bin Atiyyah (Radhiyallahu anhu) narrates: 'We covered the distance. We were not confronted by the Romans although we were moving in the centre of Roman territory. When we reached Marjus Sagheer at the bridge of Umme Hakeem we saw a cloud of dust behind us.</w:t>
      </w:r>
    </w:p>
    <w:p>
      <w:pPr>
        <w:spacing w:before="0" w:after="120" w:line="300" w:lineRule="exact"/>
        <w:jc w:val="both"/>
      </w:pPr>
      <w:r>
        <w:rPr>
          <w:rFonts w:ascii="Georgia" w:hAnsi="Georgia" w:cs="Georgia" w:eastAsia="Georgia"/>
          <w:b w:val="0"/>
          <w:i w:val="0"/>
          <w:sz w:val="22"/>
        </w:rPr>
        <w:t>We became apprehensive. This was conveyed to Hadhrat Khalid. Hadhrat Khalid (Radhiyallahu anhu) asked: 'Who among you will bring to me information of what's coming?' A man by the name of Sa'sa'ah Bin Yazeed Ghifaari hastily came forward and said: 'I will, O Ameer!' He dismounted from his horse and raced away on foot. He came close to the dust, scrutinized the source of it and returned, calling out: 'O Ameer!</w:t>
      </w:r>
    </w:p>
    <w:p>
      <w:pPr>
        <w:spacing w:before="0" w:after="120" w:line="300" w:lineRule="exact"/>
        <w:jc w:val="both"/>
      </w:pPr>
      <w:r>
        <w:rPr>
          <w:rFonts w:ascii="Georgia" w:hAnsi="Georgia" w:cs="Georgia" w:eastAsia="Georgia"/>
          <w:b w:val="0"/>
          <w:i w:val="0"/>
          <w:sz w:val="22"/>
        </w:rPr>
        <w:t>The Crosses have caught up with us from behind. They are fully protected in armoured dress and only their eyeballs are exposed!' Hadhrat Khalid (Radhiyallahu anhu) called Younus the guide as the armoured cavalry drew near and said to him: 'O Younus! Meet this cavalry and see what they want.' Younus replied: 'I am at your obedience.' He went to the cavalry and spoke to them.</w:t>
      </w:r>
    </w:p>
    <w:p>
      <w:pPr>
        <w:spacing w:before="0" w:after="120" w:line="300" w:lineRule="exact"/>
        <w:jc w:val="both"/>
      </w:pPr>
      <w:r>
        <w:rPr>
          <w:rFonts w:ascii="Georgia" w:hAnsi="Georgia" w:cs="Georgia" w:eastAsia="Georgia"/>
          <w:b w:val="0"/>
          <w:i w:val="0"/>
          <w:sz w:val="22"/>
        </w:rPr>
        <w:t>Then he returned to Hazrat Khalid and said: 'Did I not tell you, O Ameer, that Heraclius will not rest and allow his daughter to be taken away. He has directed this cavalry to come and take the spoils away from the hands of the Muslims. They have an envoy to speak to you about the girl - either she is handed over to them with a price or gratis.' As Khalid (Radhiyallahu anhu) was speaking an elderly man with anointed clothes came close to the Muslims.</w:t>
      </w:r>
    </w:p>
    <w:p>
      <w:pPr>
        <w:spacing w:before="0" w:after="120" w:line="300" w:lineRule="exact"/>
        <w:jc w:val="both"/>
      </w:pPr>
      <w:r>
        <w:rPr>
          <w:rFonts w:ascii="Georgia" w:hAnsi="Georgia" w:cs="Georgia" w:eastAsia="Georgia"/>
          <w:b w:val="0"/>
          <w:i w:val="0"/>
          <w:sz w:val="22"/>
        </w:rPr>
        <w:t>They brought him before Hadhrat Khalid (Radhiyallahu anhu). Hazrat Khalid (Radhiyallahu anhu) said to him: 'What do you have to say?' The elderly man replied: 'I am the envoy of Emperor Heraclius. He says that it reached him of what you did to his men; that you killed Tooma, his daughter's husband and you plundered his sanctity. You were victorious and safe.</w:t>
      </w:r>
    </w:p>
    <w:p>
      <w:pPr>
        <w:spacing w:before="0" w:after="120" w:line="300" w:lineRule="exact"/>
        <w:jc w:val="both"/>
      </w:pPr>
      <w:r>
        <w:rPr>
          <w:rFonts w:ascii="Georgia" w:hAnsi="Georgia" w:cs="Georgia" w:eastAsia="Georgia"/>
          <w:b w:val="0"/>
          <w:i w:val="0"/>
          <w:sz w:val="22"/>
        </w:rPr>
        <w:t>Therefore, do not exceed the limits. Now, you either take a ransom for his daughter or else you give her over as a gift. Graciousness is your character and nature. And it is hoped that a deal can be made.' Hadhrat Khalid (Radhiyallahu anhu) responded: 'Tell your ruler that, by Allah, I will not give up on him or on his co-religionists until I capture his throne and the ground beneath his feet.</w:t>
      </w:r>
    </w:p>
    <w:p>
      <w:pPr>
        <w:spacing w:before="0" w:after="120" w:line="300" w:lineRule="exact"/>
        <w:jc w:val="both"/>
      </w:pPr>
      <w:r>
        <w:rPr>
          <w:rFonts w:ascii="Georgia" w:hAnsi="Georgia" w:cs="Georgia" w:eastAsia="Georgia"/>
          <w:b w:val="0"/>
          <w:i w:val="0"/>
          <w:sz w:val="22"/>
        </w:rPr>
        <w:t>In so far as your sparing of us is concerned, if you think you can do that then go ahead. And as far as the Emperor's daughter is concerned, she is his gratis.' Hadhrat Khalid (Radhiyallahu anhu) then set the Emperor's daughter free and gave her over to the elderly man. He did not take anything as ransom. When the envoy delivered the words of Khalid Bin Waleed to the Emperor, he said to his cabinet ministers: 'This is the person I alluded to and you denied and intended to execute me.</w:t>
      </w:r>
    </w:p>
    <w:p>
      <w:pPr>
        <w:spacing w:before="0" w:after="120" w:line="300" w:lineRule="exact"/>
        <w:jc w:val="both"/>
      </w:pPr>
      <w:r>
        <w:rPr>
          <w:rFonts w:ascii="Georgia" w:hAnsi="Georgia" w:cs="Georgia" w:eastAsia="Georgia"/>
          <w:b w:val="0"/>
          <w:i w:val="0"/>
          <w:sz w:val="22"/>
        </w:rPr>
        <w:t>Things are going to get worse. But it is not from your side. It is from the Lord of the Heavens.' The Romans broke down in tears.' The magnanimity of Hadhrat Khaalid (Radhiyallahu anhu), the Sword of Allah, the true Mujahid, is adequately borne out by this episode, and so too the integrity and righteousness of Younus, the guide. What would have been the reaction of the ISIS animals, and in general of the Salafi 'jihadists' if a woman of the Emperor's calibre had fallen into their clutches?</w:t>
      </w:r>
    </w:p>
    <w:p>
      <w:pPr>
        <w:spacing w:before="0" w:after="120" w:line="300" w:lineRule="exact"/>
        <w:jc w:val="both"/>
      </w:pPr>
      <w:r>
        <w:rPr>
          <w:rFonts w:ascii="Georgia" w:hAnsi="Georgia" w:cs="Georgia" w:eastAsia="Georgia"/>
          <w:b w:val="0"/>
          <w:i w:val="0"/>
          <w:sz w:val="22"/>
        </w:rPr>
        <w:t>The lusts of their bestiality can be imagined. Man bereft of morality and spirituality is worse than the beasts of the jungle, and conversely, with Roohaaniyat (Spiritual fibre) he transcends even the Maalikah in the Heavens.</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GULEN - THE CIA'S BOGUS "KING OF MADRASAS"</w:t>
      </w:r>
    </w:p>
    <w:p>
      <w:pPr>
        <w:spacing w:before="0" w:after="160" w:line="300" w:lineRule="exact"/>
        <w:jc w:val="center"/>
      </w:pPr>
      <w:r>
        <w:rPr>
          <w:rFonts w:ascii="Georgia" w:hAnsi="Georgia" w:cs="Georgia" w:eastAsia="Georgia"/>
          <w:b w:val="0"/>
          <w:i/>
          <w:sz w:val="16"/>
        </w:rPr>
        <w:t>Page 9 of the original. Heading read from the printed headline artwork.</w:t>
      </w:r>
    </w:p>
    <w:p>
      <w:pPr>
        <w:pStyle w:val="Heading3"/>
        <w:spacing w:before="200" w:after="120" w:line="300" w:lineRule="exact"/>
        <w:jc w:val="left"/>
      </w:pPr>
      <w:r>
        <w:rPr>
          <w:rFonts w:ascii="Georgia" w:hAnsi="Georgia" w:cs="Georgia" w:eastAsia="Georgia"/>
          <w:b/>
          <w:i w:val="0"/>
          <w:color w:val="2E74B5"/>
          <w:sz w:val="24"/>
        </w:rPr>
        <w:t>14,OOO MUSLIM REFUGEES FROM SWEDEN SPIRITED INTO THE U.S.A.</w:t>
      </w:r>
    </w:p>
    <w:p>
      <w:pPr>
        <w:spacing w:before="0" w:after="120" w:line="300" w:lineRule="exact"/>
        <w:jc w:val="both"/>
      </w:pPr>
      <w:r>
        <w:rPr>
          <w:rFonts w:ascii="Georgia" w:hAnsi="Georgia" w:cs="Georgia" w:eastAsia="Georgia"/>
          <w:b w:val="0"/>
          <w:i w:val="0"/>
          <w:sz w:val="22"/>
        </w:rPr>
        <w:t>(By Sorcha Faal) "But to what the Obama regimes "true agenda" actually is, this report claims, may be to actually ignite World War III – particularly when seen by the evidence that the over 14,000 Islamic refugees reported completely vanished by Sweden have, in fact, been transported to the United States – most specially to the more than 100 radical Islamic charter schools owned and operated by "King of Madrasas" Gulen in the United States set up by a maze of dubious NGO's – including George Soros' Center for American Progress NGO which joined with Gulen, and which after this "beyond staggering" plot was discovered this past week caused Russia to label George Soros as threat to national security.</w:t>
      </w:r>
    </w:p>
    <w:p>
      <w:pPr>
        <w:spacing w:before="0" w:after="120" w:line="300" w:lineRule="exact"/>
        <w:jc w:val="both"/>
      </w:pPr>
      <w:r>
        <w:rPr>
          <w:rFonts w:ascii="Georgia" w:hAnsi="Georgia" w:cs="Georgia" w:eastAsia="Georgia"/>
          <w:b w:val="0"/>
          <w:i w:val="0"/>
          <w:sz w:val="22"/>
        </w:rPr>
        <w:t>And as to how these over 14,000 Islamic refugees in Sweden were able to gain Swedish passports to assure their visa free travel to the United States, this report further explains, began this past spring when Margot Wallström, Sweden's foreign minister, became the first Western official to publically denounce the subjugation of women in Saudi Arabia – and which aside from being met with the vast and powerful US-led propaganda machine used by this barbaric monarchy, alsoresulted in Sweden's "surrender" thus giving the Saudi's de facto veto power over Sweden's foreign policy – and perhaps its domestic policies too.</w:t>
      </w:r>
    </w:p>
    <w:p>
      <w:pPr>
        <w:spacing w:before="0" w:after="120" w:line="300" w:lineRule="exact"/>
        <w:jc w:val="both"/>
      </w:pPr>
      <w:r>
        <w:rPr>
          <w:rFonts w:ascii="Georgia" w:hAnsi="Georgia" w:cs="Georgia" w:eastAsia="Georgia"/>
          <w:b w:val="0"/>
          <w:i w:val="0"/>
          <w:sz w:val="22"/>
        </w:rPr>
        <w:t>To what exact purpose the Obama regime has in secreting these over 14,000 Islamic refugees into the United States, this report concludes, can, perhaps, be seen more clearly in the massive military actions currently underway in America (specifically in the regions occupied by Gulen charter schools), and when combined with the actions currently being observed in the Middle East, shows a nation preparing for total global war.</w:t>
      </w:r>
    </w:p>
    <w:p>
      <w:pPr>
        <w:spacing w:before="0" w:after="120" w:line="300" w:lineRule="exact"/>
        <w:jc w:val="both"/>
      </w:pPr>
      <w:r>
        <w:rPr>
          <w:rFonts w:ascii="Georgia" w:hAnsi="Georgia" w:cs="Georgia" w:eastAsia="Georgia"/>
          <w:b w:val="0"/>
          <w:i w:val="0"/>
          <w:sz w:val="22"/>
        </w:rPr>
        <w:t>(End of Faal's report) Even prior to 1999 when the Gulen kaafir 'imaam' – the proponent of kufr interfaith - fled from Turkey, he was already a C.I.A. agent. No one should be fooled by Gulen's then anti-Turkish government stance. His stance should not be misconstrued and believed to be motivated by a desire to establish an Islamic state in Turkey.</w:t>
      </w:r>
    </w:p>
    <w:p>
      <w:pPr>
        <w:spacing w:before="0" w:after="120" w:line="300" w:lineRule="exact"/>
        <w:jc w:val="both"/>
      </w:pPr>
      <w:r>
        <w:rPr>
          <w:rFonts w:ascii="Georgia" w:hAnsi="Georgia" w:cs="Georgia" w:eastAsia="Georgia"/>
          <w:b w:val="0"/>
          <w:i w:val="0"/>
          <w:sz w:val="22"/>
        </w:rPr>
        <w:t>The idea is to establish a C.I.A. kufr state under guise of a 'moderate' Islamic government. All of this is in line with U.S. foreign policy to gain global power. All governments in Muslim lands are so-called 'moderate islamic' entities, and all of them, without exception are U.S. lackeys and puppets., and worse – they are murtaddeen enemies of Islam who actively connive to suppress and extinguish the Deen, hence those who practise the Sunnah are regarded as enemies of these kuffaar westernized kufr states.</w:t>
      </w:r>
    </w:p>
    <w:p>
      <w:pPr>
        <w:spacing w:before="0" w:after="120" w:line="300" w:lineRule="exact"/>
        <w:jc w:val="both"/>
      </w:pPr>
      <w:r>
        <w:rPr>
          <w:rFonts w:ascii="Georgia" w:hAnsi="Georgia" w:cs="Georgia" w:eastAsia="Georgia"/>
          <w:b w:val="0"/>
          <w:i w:val="0"/>
          <w:sz w:val="22"/>
        </w:rPr>
        <w:t>What relationship is there between the CIA and Madrasahs/ Maktabs? While the CIA is supporting, fostering and aiding Gulen to establish these Turkish hybrid kufr 'madrasahs' all over the world, the U.S. has given the kufr Pakistani government billions of dollars to confront and neutralize the genuine Maktabs and Madrasahs in Pakistan. Pakistan has been paid to establish secular schools in all villag- es specifically in opposition to the Maktabs.</w:t>
      </w:r>
    </w:p>
    <w:p>
      <w:pPr>
        <w:spacing w:before="0" w:after="120" w:line="300" w:lineRule="exact"/>
        <w:jc w:val="both"/>
      </w:pPr>
      <w:r>
        <w:rPr>
          <w:rFonts w:ascii="Georgia" w:hAnsi="Georgia" w:cs="Georgia" w:eastAsia="Georgia"/>
          <w:b w:val="0"/>
          <w:i w:val="0"/>
          <w:sz w:val="22"/>
        </w:rPr>
        <w:t>The Turkish or Gulen's 'madrasahs' are crafted to produce anti-Islam, anti-Sunnah robots and zombis who will be the serfs of the U.S.A. Muslims are being brainwashed by these institutions of shaitaan to believe in a new brand of 'islam' which will render them subservient to western ideology. Thus it will be seen that all of these Turkish personnel in charge of Gulen's CIA 'madrasahs' are clean shaven dolts, dressed in western garb.</w:t>
      </w:r>
    </w:p>
    <w:p>
      <w:pPr>
        <w:spacing w:before="0" w:after="120" w:line="300" w:lineRule="exact"/>
        <w:jc w:val="both"/>
      </w:pPr>
      <w:r>
        <w:rPr>
          <w:rFonts w:ascii="Georgia" w:hAnsi="Georgia" w:cs="Georgia" w:eastAsia="Georgia"/>
          <w:b w:val="0"/>
          <w:i w:val="0"/>
          <w:sz w:val="22"/>
        </w:rPr>
        <w:t>Their appearance is more Nasaara than the western Nasaara and Yahood. They freely intermingle with the sexes, pictography, music and every western norm of fisq and fujoor are part of their syllabus. It is indeed treason for Muslims to send their children to these haraam, kufr CIA 'madrasahs operated by Gulen. The Ulama should become alert and actively propagate against these evil Gulenist 'madrasahs'.</w:t>
      </w:r>
    </w:p>
    <w:p>
      <w:pPr>
        <w:spacing w:before="0" w:after="120" w:line="300" w:lineRule="exact"/>
        <w:jc w:val="both"/>
      </w:pPr>
      <w:r>
        <w:rPr>
          <w:rFonts w:ascii="Georgia" w:hAnsi="Georgia" w:cs="Georgia" w:eastAsia="Georgia"/>
          <w:b w:val="0"/>
          <w:i w:val="0"/>
          <w:sz w:val="22"/>
        </w:rPr>
        <w:t>In every centre where there is such a haraam 'madrasah', it is the Waajib duty of the Ulama to warn their communities. Their silence is to aid and abet the CIA's plot. Gulen is using the name Islam to destroy Islam.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A JAAHIEL ON CHANNEL SHAITAAN</w:t>
      </w:r>
    </w:p>
    <w:p>
      <w:pPr>
        <w:spacing w:before="0" w:after="160" w:line="300" w:lineRule="exact"/>
        <w:jc w:val="center"/>
      </w:pPr>
      <w:r>
        <w:rPr>
          <w:rFonts w:ascii="Georgia" w:hAnsi="Georgia" w:cs="Georgia" w:eastAsia="Georgia"/>
          <w:b w:val="0"/>
          <w:i/>
          <w:sz w:val="16"/>
        </w:rPr>
        <w:t>Page 9 of the original. Heading read from the printed headline artwork.</w:t>
      </w:r>
    </w:p>
    <w:p>
      <w:pPr>
        <w:spacing w:before="0" w:after="120" w:line="300" w:lineRule="exact"/>
        <w:jc w:val="both"/>
      </w:pPr>
      <w:r>
        <w:rPr>
          <w:rFonts w:ascii="Georgia" w:hAnsi="Georgia" w:cs="Georgia" w:eastAsia="Georgia"/>
          <w:b w:val="0"/>
          <w:i w:val="0"/>
          <w:sz w:val="22"/>
        </w:rPr>
        <w:t>A Sister from Durban writes: Inaayat Wadi's programme 'Global Dynamics which was aired on C.I.I. earlier tonight, had some person 'Muhammad Nur Nurdien' as a guest. Apparently he used to work for C.I.I. previously though im not certain. He claims that he is not an ISIS supporter but he stated that the 120 Ulama/Muftis who issued fatwa against ISIS are not clued in to world politics, accuses them of having pecuniary motives, lacking integrity, acting egotistically and calls them 'prostitutes'.</w:t>
      </w:r>
    </w:p>
    <w:p>
      <w:pPr>
        <w:spacing w:before="0" w:after="120" w:line="300" w:lineRule="exact"/>
        <w:jc w:val="both"/>
      </w:pPr>
      <w:r>
        <w:rPr>
          <w:rFonts w:ascii="Georgia" w:hAnsi="Georgia" w:cs="Georgia" w:eastAsia="Georgia"/>
          <w:b w:val="0"/>
          <w:i w:val="0"/>
          <w:sz w:val="22"/>
        </w:rPr>
        <w:t>He also says they themselves do not have the credentials of proper Islamic uloom which they consider as orerequisites to issue Fataawa. He specifically mentioned that Mufti Taqi Usmani and Sheikh Yusuf Qardawi are a part of this clique of 120 'prostitutes '. (End of letter)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9 of the original</w:t>
      </w:r>
    </w:p>
    <w:p>
      <w:pPr>
        <w:spacing w:before="0" w:after="120" w:line="300" w:lineRule="exact"/>
        <w:jc w:val="both"/>
      </w:pPr>
      <w:r>
        <w:rPr>
          <w:rFonts w:ascii="Georgia" w:hAnsi="Georgia" w:cs="Georgia" w:eastAsia="Georgia"/>
          <w:b w:val="0"/>
          <w:i w:val="0"/>
          <w:sz w:val="22"/>
        </w:rPr>
        <w:t>The jaahiel, Inaayat Wadi, himself is not clued into world politics. His understanding of world politics is scandalously bankrupt. The truth stated by even 'prostitutes' will be taken, and also from the Devil. The reality of ISIS being an American created puppet is not based on the fatwa of the 120 Sheikhs. It is merely cited as additional support for an issue which is substantiated by hard facts and figures and by the common sense of men who are not lame in the brain as is this jaahiel.</w:t>
      </w:r>
    </w:p>
    <w:p>
      <w:pPr>
        <w:spacing w:before="0" w:after="120" w:line="300" w:lineRule="exact"/>
        <w:jc w:val="both"/>
      </w:pPr>
      <w:r>
        <w:rPr>
          <w:rFonts w:ascii="Georgia" w:hAnsi="Georgia" w:cs="Georgia" w:eastAsia="Georgia"/>
          <w:b w:val="0"/>
          <w:i w:val="0"/>
          <w:sz w:val="22"/>
        </w:rPr>
        <w:t>While some or perhaps many of the sheikhs in the list of 120 are mercenaries who treacherously betray the Deen, the jaahiel pretends that the case against the U.S. humbug 'caliphate' is based in entirety on the fatwa issued by the 120 sheikhs. Just as their credentials may be doubtful or bogus, so too are the credentials of this Inaayat Wadi character.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8. Turkish goverment AKP currently running a huge police operation against Gulen members…</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8. Turkish goverment AKP currently running a huge police operation against Gulen members among justice and police organisation, on the other hand, public sceptic about these operations as AKP and Gulen were also allies before november 17th corruption scandal occured. So could we say that AKP, Tayyip Erdogan and CIA were also allies once? WE: Turkey is a NATO member so no Turkish government is permitted for long if it tries to be independent of NATO, i.e.</w:t>
      </w:r>
    </w:p>
    <w:p>
      <w:pPr>
        <w:spacing w:before="0" w:after="120" w:line="300" w:lineRule="exact"/>
        <w:jc w:val="both"/>
      </w:pPr>
      <w:r>
        <w:rPr>
          <w:rFonts w:ascii="Georgia" w:hAnsi="Georgia" w:cs="Georgia" w:eastAsia="Georgia"/>
          <w:b w:val="0"/>
          <w:i w:val="0"/>
          <w:sz w:val="22"/>
        </w:rPr>
        <w:t>Washington, for long, as you know. When Erdogan began going his own way, the US networks began to demonize him in media worldwide, and Gülen media attacked him fiercely. I believe the split between Erdogan and Gülen went</w:t>
      </w:r>
    </w:p>
    <w:p>
      <w:pPr>
        <w:spacing w:before="120" w:after="120" w:line="300" w:lineRule="exact"/>
        <w:ind w:left="720" w:right="720"/>
        <w:jc w:val="center"/>
      </w:pPr>
      <w:r>
        <w:rPr>
          <w:rFonts w:ascii="Georgia" w:hAnsi="Georgia" w:cs="Georgia" w:eastAsia="Georgia"/>
          <w:b w:val="0"/>
          <w:i/>
          <w:sz w:val="22"/>
        </w:rPr>
        <w:t>long before Nov. 17 scandals. Who was behind the leaking of those accusations? What was US Ambassador Francis Ricciardone doing in that regard? Interesting questions for someone.</w:t>
      </w:r>
    </w:p>
    <w:p>
      <w:pPr>
        <w:spacing w:before="120" w:after="120" w:line="300" w:lineRule="exact"/>
        <w:ind w:left="720" w:right="720"/>
        <w:jc w:val="center"/>
      </w:pPr>
      <w:r>
        <w:rPr>
          <w:rFonts w:ascii="Georgia" w:hAnsi="Georgia" w:cs="Georgia" w:eastAsia="Georgia"/>
          <w:b w:val="0"/>
          <w:i/>
          <w:sz w:val="22"/>
        </w:rPr>
        <w:t>9. You say that CIA is at Gulen's side in their fight against AKP. What could CIA do to stop Erdogan and AKP? WE: My opinion is that was what the scandals were for, to try to prevent Erdogan's election as President but they failed. Keep in mind the "scandal" was about how Erdogan allegedly violated US oil sanctions against Iran, so the scandals were intended to break that trade, a Washington goal.</w:t>
      </w:r>
    </w:p>
    <w:p>
      <w:pPr>
        <w:spacing w:before="120" w:after="120" w:line="300" w:lineRule="exact"/>
        <w:ind w:left="720" w:right="720"/>
        <w:jc w:val="center"/>
      </w:pPr>
      <w:r>
        <w:rPr>
          <w:rFonts w:ascii="Georgia" w:hAnsi="Georgia" w:cs="Georgia" w:eastAsia="Georgia"/>
          <w:b w:val="0"/>
          <w:i/>
          <w:sz w:val="22"/>
        </w:rPr>
        <w:t>Anything to add... WE: I believe that Turkey today can play a very positive role in a new world that is emerging to replace the world of CIA wars, terror and chaos. Turkey is a geopolitical crossroads</w:t>
      </w:r>
    </w:p>
    <w:p>
      <w:pPr>
        <w:spacing w:before="120" w:after="120" w:line="300" w:lineRule="exact"/>
        <w:ind w:left="720" w:right="720"/>
        <w:jc w:val="center"/>
      </w:pPr>
      <w:r>
        <w:rPr>
          <w:rFonts w:ascii="Georgia" w:hAnsi="Georgia" w:cs="Georgia" w:eastAsia="Georgia"/>
          <w:b w:val="0"/>
          <w:i/>
          <w:sz w:val="22"/>
        </w:rPr>
        <w:t>which has the possibility to play a very positive role in the emerging Eurasian system of China and Russia, the countries of the Shanghai Cooperation Organization, in building energy and rail infrastructure. By herself, Turkey will be isolated and broken as Ukraine, and by the same people. In a principled economic and political alliance with Russia and China, she can play a pivot role in build-</w:t>
      </w:r>
    </w:p>
    <w:p>
      <w:pPr>
        <w:spacing w:before="120" w:after="120" w:line="300" w:lineRule="exact"/>
        <w:ind w:left="720" w:right="720"/>
        <w:jc w:val="center"/>
      </w:pPr>
      <w:r>
        <w:rPr>
          <w:rFonts w:ascii="Georgia" w:hAnsi="Georgia" w:cs="Georgia" w:eastAsia="Georgia"/>
          <w:b w:val="0"/>
          <w:i/>
          <w:sz w:val="22"/>
        </w:rPr>
        <w:t>ing a new world free of the debt of the collapsing Dollar System that also included the stagnating Europe. Turkey has a beautiful opportunity to partner with Russia and change the world power balance. It will require a lot of will. But if done in a good open way, Turkey could enjoy prosperity as never before and be a genuine "good neighbor."</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than the swords of kings and these swords you have.</w:t>
      </w:r>
    </w:p>
    <w:p>
      <w:pPr>
        <w:spacing w:before="0" w:after="160" w:line="300" w:lineRule="exact"/>
        <w:jc w:val="center"/>
      </w:pPr>
      <w:r>
        <w:rPr>
          <w:rFonts w:ascii="Georgia" w:hAnsi="Georgia" w:cs="Georgia" w:eastAsia="Georgia"/>
          <w:b w:val="0"/>
          <w:i/>
          <w:sz w:val="16"/>
        </w:rPr>
        <w:t>Page 9 of the original. Heading not printed on the page: these are the article's opening words.</w:t>
      </w:r>
    </w:p>
    <w:p>
      <w:pPr>
        <w:spacing w:before="0" w:after="120" w:line="300" w:lineRule="exact"/>
        <w:jc w:val="both"/>
      </w:pPr>
      <w:r>
        <w:rPr>
          <w:rFonts w:ascii="Georgia" w:hAnsi="Georgia" w:cs="Georgia" w:eastAsia="Georgia"/>
          <w:b w:val="0"/>
          <w:i w:val="0"/>
          <w:sz w:val="22"/>
        </w:rPr>
        <w:t>than the swords of kings and these swords you have. His daily food was barley roti with a ﬁlling of coarse salt. Sometimes he would consume his roti without salt in abstinence, caution, out of sympathy for Muslims and out of gentleness and mercy. That was purely for the thawaab of Allah Subhaanahu wa Ta'ala. Nothing would preoccupy him from fulﬁlling his duty, the obligatory rights of Allah upon him and the sunnat of Nabi Muhammad (Sallallahu alaihi wa sallam).</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FRANCE: 3 MUSJIDS CLOSED</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French authorities have shut down three mosques in the past week as a part of a crackdown on "Islamist radicalization" launched after Paris terror attacks. This marked the first time such action has been taken against places of worship. A major police raid on a mosque was conducted in the town of Lagny-sur-Marne east of Paris on Wednesday in the presence of the president of the Association of French Muslims, Interior Minister Bernard Cazeneuve said in a statement.</w:t>
      </w:r>
    </w:p>
    <w:p>
      <w:pPr>
        <w:spacing w:before="0" w:after="120" w:line="300" w:lineRule="exact"/>
        <w:jc w:val="both"/>
      </w:pPr>
      <w:r>
        <w:rPr>
          <w:rFonts w:ascii="Georgia" w:hAnsi="Georgia" w:cs="Georgia" w:eastAsia="Georgia"/>
          <w:b w:val="0"/>
          <w:i w:val="0"/>
          <w:sz w:val="22"/>
        </w:rPr>
        <w:t>The Wednesday raid resulted in nine people being placed under house arrest as they were considered to be"radicalized." Twentytwo more were banned from leaving the country, French media reported. Additionally, an individual who was described as of the mosque's "leaders" was immediately taken into custody after police seized his 9mm revolver, according to French media reports.</w:t>
      </w:r>
    </w:p>
    <w:p>
      <w:pPr>
        <w:spacing w:before="0" w:after="120" w:line="300" w:lineRule="exact"/>
        <w:jc w:val="both"/>
      </w:pPr>
      <w:r>
        <w:rPr>
          <w:rFonts w:ascii="Georgia" w:hAnsi="Georgia" w:cs="Georgia" w:eastAsia="Georgia"/>
          <w:b w:val="0"/>
          <w:i w:val="0"/>
          <w:sz w:val="22"/>
        </w:rPr>
        <w:t>During the searches in the mosque, police officers found jihadist literature and a hard drive hidden in a wall, French media report. An undeclared Koran school was also discovered. The mosque was consequently closed for fostering what the minister described as "Islamist radicalization." Two mosques were already closed last week on the same charges, Cazeneuve said Wednesday.</w:t>
      </w:r>
    </w:p>
    <w:p>
      <w:pPr>
        <w:spacing w:before="0" w:after="120" w:line="300" w:lineRule="exact"/>
        <w:jc w:val="both"/>
      </w:pPr>
      <w:r>
        <w:rPr>
          <w:rFonts w:ascii="Georgia" w:hAnsi="Georgia" w:cs="Georgia" w:eastAsia="Georgia"/>
          <w:b w:val="0"/>
          <w:i w:val="0"/>
          <w:sz w:val="22"/>
        </w:rPr>
        <w:t>One of them was in Gennevilliers, a northwestern suburb of Paris, and the other was in Lyon in southern France. "[Police] operations are carried out against hate preachers and selfproclaimed imams," Cazeneuve said. He added that such measures as mosque closures on radicalization charges had "never been implemented by any government before." At the same time, he stressed that "the state of emergency is still required." "This is terrorism that threatens liberties, not the state of emergency," he said as quoted by France TV.</w:t>
      </w:r>
    </w:p>
    <w:p>
      <w:pPr>
        <w:spacing w:before="0" w:after="120" w:line="300" w:lineRule="exact"/>
        <w:jc w:val="both"/>
      </w:pPr>
      <w:r>
        <w:rPr>
          <w:rFonts w:ascii="Georgia" w:hAnsi="Georgia" w:cs="Georgia" w:eastAsia="Georgia"/>
          <w:b w:val="0"/>
          <w:i w:val="0"/>
          <w:sz w:val="22"/>
        </w:rPr>
        <w:t>In mid-November, following the Paris terror attacks, Bernard Cazeneuve announced plans to close down mosques"where hate is preached." Any foreign preacher of hate "will be deported," he said at the time, adding that several mosques under investigation for inciting terrorism would "be shut down" if the accusations were proven to be true, AFP reported.</w:t>
      </w:r>
    </w:p>
    <w:p>
      <w:pPr>
        <w:spacing w:before="0" w:after="120" w:line="300" w:lineRule="exact"/>
        <w:jc w:val="both"/>
      </w:pPr>
      <w:r>
        <w:rPr>
          <w:rFonts w:ascii="Georgia" w:hAnsi="Georgia" w:cs="Georgia" w:eastAsia="Georgia"/>
          <w:b w:val="0"/>
          <w:i w:val="0"/>
          <w:sz w:val="22"/>
        </w:rPr>
        <w:t>Since the state of emergency was declared in response to the November 13 attacks that killed 130 people, French police have conducted 2,235 raids, detaining 263 people and holding 232 of them in custody. A total of 330 people, monitored by intelligence services over their previous involvement in radical Islamist activities, were placed under house arrest.</w:t>
      </w:r>
    </w:p>
    <w:p>
      <w:pPr>
        <w:spacing w:before="0" w:after="120" w:line="300" w:lineRule="exact"/>
        <w:jc w:val="both"/>
      </w:pPr>
      <w:r>
        <w:rPr>
          <w:rFonts w:ascii="Georgia" w:hAnsi="Georgia" w:cs="Georgia" w:eastAsia="Georgia"/>
          <w:b w:val="0"/>
          <w:i w:val="0"/>
          <w:sz w:val="22"/>
        </w:rPr>
        <w:t>Additionally, 334 weapons were seized in these raids, including 145 long-barreled guns and 34 militarygrade arms, Cazeneuve told journalists. "In 15 days we have seized onethird of the quantity of war-grade weapons that are normally seized in a year," he said.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CORRUPTION OF THE 'JIHADISTS' AND</w:t>
      </w:r>
    </w:p>
    <w:p>
      <w:pPr>
        <w:spacing w:before="0" w:after="160" w:line="300" w:lineRule="exact"/>
        <w:jc w:val="center"/>
      </w:pPr>
      <w:r>
        <w:rPr>
          <w:rFonts w:ascii="Georgia" w:hAnsi="Georgia" w:cs="Georgia" w:eastAsia="Georgia"/>
          <w:b w:val="0"/>
          <w:i/>
          <w:sz w:val="16"/>
        </w:rPr>
        <w:t>Page 10 of the original. Heading read from the printed headline artwork.</w:t>
      </w:r>
    </w:p>
    <w:p>
      <w:pPr>
        <w:spacing w:before="0" w:after="120" w:line="300" w:lineRule="exact"/>
        <w:jc w:val="both"/>
      </w:pPr>
      <w:r>
        <w:rPr>
          <w:rFonts w:ascii="Georgia" w:hAnsi="Georgia" w:cs="Georgia" w:eastAsia="Georgia"/>
          <w:b w:val="0"/>
          <w:i w:val="0"/>
          <w:sz w:val="22"/>
        </w:rPr>
        <w:t>The utilization of the Musaajid in a non-Muslim country for the kind of activities mentioned in the report (France: 3 Musjids Closed) are not Jihad. Ignorant Salafis with little practical relationship with Islam resort to these types of acts which bring unnecessary hardship on the already morally corrupt Muslim communities. In non-Muslim countries as well as in all the secular Muslim countries governed by tyrannical murtaddeen masquerading as Muslims, the Musaajid and Madaaris should not be used to promote any activity which will adversely affect the existence of these Deeni institutions which are the last bastions of the Deen.</w:t>
      </w:r>
    </w:p>
    <w:p>
      <w:pPr>
        <w:spacing w:before="0" w:after="120" w:line="300" w:lineRule="exact"/>
        <w:jc w:val="both"/>
      </w:pPr>
      <w:r>
        <w:rPr>
          <w:rFonts w:ascii="Georgia" w:hAnsi="Georgia" w:cs="Georgia" w:eastAsia="Georgia"/>
          <w:b w:val="0"/>
          <w:i w:val="0"/>
          <w:sz w:val="22"/>
        </w:rPr>
        <w:t>What type of jihad is it when those who indulge in anti-state activities are unable to protect the Musaajid? When it is a forgone conclusion that the kuffaar and murtad authorities will close down the Musaajid and Madaaris, then why embark on such activities in the name of jihad? The Muslim communities all over the world are morally corrupt and spiritually bankrupt.</w:t>
      </w:r>
    </w:p>
    <w:p>
      <w:pPr>
        <w:spacing w:before="0" w:after="120" w:line="300" w:lineRule="exact"/>
        <w:jc w:val="both"/>
      </w:pPr>
      <w:r>
        <w:rPr>
          <w:rFonts w:ascii="Georgia" w:hAnsi="Georgia" w:cs="Georgia" w:eastAsia="Georgia"/>
          <w:b w:val="0"/>
          <w:i w:val="0"/>
          <w:sz w:val="22"/>
        </w:rPr>
        <w:t>The perpetrators of anarchy in the name of jihad are a handful of misguided, ignorant Salafis who are quick to flee when there is a crackdown by the kuffaar and murtad authorities. The Muslim community at large has to submit to the resultant suffering and humiliation. Jihad is in the battlefield, not on the internet and in propaganda literature surreptitiously distributed and concealed in wall crevices, etc.</w:t>
      </w:r>
    </w:p>
    <w:p>
      <w:pPr>
        <w:spacing w:before="0" w:after="120" w:line="300" w:lineRule="exact"/>
        <w:jc w:val="both"/>
      </w:pPr>
      <w:r>
        <w:rPr>
          <w:rFonts w:ascii="Georgia" w:hAnsi="Georgia" w:cs="Georgia" w:eastAsia="Georgia"/>
          <w:b w:val="0"/>
          <w:i w:val="0"/>
          <w:sz w:val="22"/>
        </w:rPr>
        <w:t>This is not the style of jihad advocated by Islam. Jihad is to confront the enemy head-on. Jihad is not what the Salafis of this era are perpetrating. These fellows are morally corrupt and spiritually barren. They lack in entirety in Islamic Akhlaaq. Their goals are worldly. They are bereft of the altruism of the Sahaabah whose goal was always the Aakhirah and whose objective here was I'laa Kalimatullaah – to raise the Word of Allah.</w:t>
      </w:r>
    </w:p>
    <w:p>
      <w:pPr>
        <w:spacing w:before="0" w:after="120" w:line="300" w:lineRule="exact"/>
        <w:jc w:val="both"/>
      </w:pPr>
      <w:r>
        <w:rPr>
          <w:rFonts w:ascii="Georgia" w:hAnsi="Georgia" w:cs="Georgia" w:eastAsia="Georgia"/>
          <w:b w:val="0"/>
          <w:i w:val="0"/>
          <w:sz w:val="22"/>
        </w:rPr>
        <w:t>How can they raise the Word of Allah Azza Wa Jal when they are fighting or banditing under the aegis of kuffaar, murtad, fussaaq and fujaar directors? In the Middle Eastern region the directors are the western powers who employ these so-called 'jihadists' for their own conspiratorial ends. Even those who are sincere among them, due to their ignorance are entrapped in the tentacles of the U.S. who is their main supplier and director.</w:t>
      </w:r>
    </w:p>
    <w:p>
      <w:pPr>
        <w:spacing w:before="0" w:after="120" w:line="300" w:lineRule="exact"/>
        <w:jc w:val="both"/>
      </w:pPr>
      <w:r>
        <w:rPr>
          <w:rFonts w:ascii="Georgia" w:hAnsi="Georgia" w:cs="Georgia" w:eastAsia="Georgia"/>
          <w:b w:val="0"/>
          <w:i w:val="0"/>
          <w:sz w:val="22"/>
        </w:rPr>
        <w:t>Whilst the foot soldiers are unaware of the conspiracy at the top, these jihad outfit leaders sit in conference with the kuffaar (U.S.) and the Murtaddeen (Pakistan's Intelligence Agency). Like poodles they have to submit to the directives of their suppliers and providers of the crumbs they need to remain somewhat active on the ground in the name of 'jihad'.</w:t>
      </w:r>
    </w:p>
    <w:p>
      <w:pPr>
        <w:spacing w:before="0" w:after="120" w:line="300" w:lineRule="exact"/>
        <w:jc w:val="both"/>
      </w:pPr>
      <w:r>
        <w:rPr>
          <w:rFonts w:ascii="Georgia" w:hAnsi="Georgia" w:cs="Georgia" w:eastAsia="Georgia"/>
          <w:b w:val="0"/>
          <w:i w:val="0"/>
          <w:sz w:val="22"/>
        </w:rPr>
        <w:t>But, genuine Jihad it never is. There has not been a genuine Jihad in our era, hence it is seen that the Palestinians have struggled for almost 70 years, and so have the Kashmiris, but victory is not in their wildest dreams. They have slid down the slippery path into a moral and spiritual mess and corruption. The only thing they know of Islam is the word 'jihad'.</w:t>
      </w:r>
    </w:p>
    <w:p>
      <w:pPr>
        <w:spacing w:before="0" w:after="120" w:line="300" w:lineRule="exact"/>
        <w:jc w:val="both"/>
      </w:pPr>
      <w:r>
        <w:rPr>
          <w:rFonts w:ascii="Georgia" w:hAnsi="Georgia" w:cs="Georgia" w:eastAsia="Georgia"/>
          <w:b w:val="0"/>
          <w:i w:val="0"/>
          <w:sz w:val="22"/>
        </w:rPr>
        <w:t>But there is nothing of practical Islam in their lives, and extremely little of Imaan in their hearts, hence they have been divinely cast to the kuffaar whom they have made their leaders. Allah Ta'ala has made them – the kuffaar – our rulers. Kuffaar domination is Allah's Athaab. The Ummah of this era with its rotten lifestyle in total emulation of the western kuffaar deserve nothing but Divine Chastisement.</w:t>
      </w:r>
    </w:p>
    <w:p>
      <w:pPr>
        <w:spacing w:before="0" w:after="120" w:line="300" w:lineRule="exact"/>
        <w:jc w:val="both"/>
      </w:pPr>
      <w:r>
        <w:rPr>
          <w:rFonts w:ascii="Georgia" w:hAnsi="Georgia" w:cs="Georgia" w:eastAsia="Georgia"/>
          <w:b w:val="0"/>
          <w:i w:val="0"/>
          <w:sz w:val="22"/>
        </w:rPr>
        <w:t>All levels of Muslim society are diseased and rotten to the core. The moral corruption and spiritual bankruptcy of the Ummah are shockingly lamentable. Such a depraved and debased nation cannot fight a Jihad. This fallen and disgraced Ummah lacks the spiritual fibre to hold aloft the Standard of Jihad which Rasulullah (Sallallahu alayhi wasallam) had commanded to hold high until the Day of Qiyaamah.</w:t>
      </w:r>
    </w:p>
    <w:p>
      <w:pPr>
        <w:spacing w:before="0" w:after="120" w:line="300" w:lineRule="exact"/>
        <w:jc w:val="both"/>
      </w:pPr>
      <w:r>
        <w:rPr>
          <w:rFonts w:ascii="Georgia" w:hAnsi="Georgia" w:cs="Georgia" w:eastAsia="Georgia"/>
          <w:b w:val="0"/>
          <w:i w:val="0"/>
          <w:sz w:val="22"/>
        </w:rPr>
        <w:t>Whilst these Salafi 'jihadists' are fond of sighting the Hadith of Jihad enduring until the Last Day, they have not even smelt the fragrance of Jihad. They are too corrupt and too barren spiritually to understand what Jihad is. They conduct themselves like bandits and dacoits. Their objectives are wealth and women, not Allah Azza Wa Jal and not His Deen.</w:t>
      </w:r>
    </w:p>
    <w:p>
      <w:pPr>
        <w:spacing w:before="0" w:after="120" w:line="300" w:lineRule="exact"/>
        <w:jc w:val="both"/>
      </w:pPr>
      <w:r>
        <w:rPr>
          <w:rFonts w:ascii="Georgia" w:hAnsi="Georgia" w:cs="Georgia" w:eastAsia="Georgia"/>
          <w:b w:val="0"/>
          <w:i w:val="0"/>
          <w:sz w:val="22"/>
        </w:rPr>
        <w:t>While the Salafi 'jihadists' in the Middle East are under U.S. direction, the Taliban in Afghanistan despite their sincerity, also lack the spiritual fibre and Roohaani stamina for waging a true Jihad which brings the kuffaar into subservience. The Jihad of the Taliban is contaminated by the fussaaq or murtad Pakistani Intelligence who pull the strings and issue directives to ensure that the Taliban's jihad conform to Pakistan's foreign policy which has no truck with Islam.</w:t>
      </w:r>
    </w:p>
    <w:p>
      <w:pPr>
        <w:spacing w:before="0" w:after="120" w:line="300" w:lineRule="exact"/>
        <w:jc w:val="both"/>
      </w:pPr>
      <w:r>
        <w:rPr>
          <w:rFonts w:ascii="Georgia" w:hAnsi="Georgia" w:cs="Georgia" w:eastAsia="Georgia"/>
          <w:b w:val="0"/>
          <w:i w:val="0"/>
          <w:sz w:val="22"/>
        </w:rPr>
        <w:t>In their jihad agenda, neither the Salafis nor the Taliban have space for Tarbiyat and Islaah. Without achieving moral excellence and spiritual loftiness, never ever will there be success in any Jihad activity. When the Jihad cannot be conducted without kuffaar assistance, then the Waajib course of action is Sabr, Dua, moral and spiritual purification and progress.</w:t>
      </w:r>
    </w:p>
    <w:p>
      <w:pPr>
        <w:spacing w:before="0" w:after="120" w:line="300" w:lineRule="exact"/>
        <w:jc w:val="both"/>
      </w:pPr>
      <w:r>
        <w:rPr>
          <w:rFonts w:ascii="Georgia" w:hAnsi="Georgia" w:cs="Georgia" w:eastAsia="Georgia"/>
          <w:b w:val="0"/>
          <w:i w:val="0"/>
          <w:sz w:val="22"/>
        </w:rPr>
        <w:t>Then Allah Ta'ala will create the circumstances for our victory and domination. The very same Allah Azza Wa Jal Who is the Creator of the universe and Who granted victory to the Sahaabah exists today. The type of Nusrat he had provided the Sahaabah is available today as well. But Muslims are degenerate, corrupt and rotten – rotten in belief and practice.</w:t>
      </w:r>
    </w:p>
    <w:p>
      <w:pPr>
        <w:spacing w:before="0" w:after="120" w:line="300" w:lineRule="exact"/>
        <w:jc w:val="both"/>
      </w:pPr>
      <w:r>
        <w:rPr>
          <w:rFonts w:ascii="Georgia" w:hAnsi="Georgia" w:cs="Georgia" w:eastAsia="Georgia"/>
          <w:b w:val="0"/>
          <w:i w:val="0"/>
          <w:sz w:val="22"/>
        </w:rPr>
        <w:t>Thus the Nusrat is denied. In this state of abject weakness, impotency and humiliation it is not permissible to utilize the Musaajid and the Madaaris for any of these misconceived 'jihad' activities. It is also miserable, stupid and cowardly for mujahideen to don female hijaab dress when embarking on any activity. This is not the style of the Mujahid.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FRANCE TO CLOSE 160 MUSJIDS</w:t>
      </w:r>
    </w:p>
    <w:p>
      <w:pPr>
        <w:spacing w:before="0" w:after="160" w:line="300" w:lineRule="exact"/>
        <w:jc w:val="center"/>
      </w:pPr>
      <w:r>
        <w:rPr>
          <w:rFonts w:ascii="Georgia" w:hAnsi="Georgia" w:cs="Georgia" w:eastAsia="Georgia"/>
          <w:b w:val="0"/>
          <w:i/>
          <w:sz w:val="16"/>
        </w:rPr>
        <w:t>Page 11 of the original. Heading read from the printed headline artwork.</w:t>
      </w:r>
    </w:p>
    <w:p>
      <w:pPr>
        <w:spacing w:before="0" w:after="120" w:line="300" w:lineRule="exact"/>
        <w:jc w:val="both"/>
      </w:pPr>
      <w:r>
        <w:rPr>
          <w:rFonts w:ascii="Georgia" w:hAnsi="Georgia" w:cs="Georgia" w:eastAsia="Georgia"/>
          <w:b w:val="0"/>
          <w:i w:val="0"/>
          <w:sz w:val="22"/>
        </w:rPr>
        <w:t>7 December 2015 – Al JAZEERA France is looking to close up to 160 mosques as part of a nationwide police operation under the state of emergency, which was declared after last month's deadly attacks in Paris. Following the news of three mosques that have already been closed since the Paris attacks, Hassan El Alaoui, who is in charge of nominating regional and local imams, told Al Jazeera on Wednesday that more were set to be shut down.</w:t>
      </w:r>
    </w:p>
    <w:p>
      <w:pPr>
        <w:spacing w:before="0" w:after="120" w:line="300" w:lineRule="exact"/>
        <w:jc w:val="both"/>
      </w:pPr>
      <w:r>
        <w:rPr>
          <w:rFonts w:ascii="Georgia" w:hAnsi="Georgia" w:cs="Georgia" w:eastAsia="Georgia"/>
          <w:b w:val="0"/>
          <w:i w:val="0"/>
          <w:sz w:val="22"/>
        </w:rPr>
        <w:t>"According to official figures and our discussions with the interior ministry, between 100 and 160 more mosques will be closed because they are run illegally without proper licenses, they preach hatred, or use takfiri speech," he said. "Takfiris" are Muslims who excommunicate their co-religionists for committing major sins. "This kind of speech shouldn't even be allowed in Islamic countries, let alone secure countries like France," El Alaou added.</w:t>
      </w:r>
    </w:p>
    <w:p>
      <w:pPr>
        <w:spacing w:before="0" w:after="120" w:line="300" w:lineRule="exact"/>
        <w:jc w:val="both"/>
      </w:pPr>
      <w:r>
        <w:rPr>
          <w:rFonts w:ascii="Georgia" w:hAnsi="Georgia" w:cs="Georgia" w:eastAsia="Georgia"/>
          <w:b w:val="0"/>
          <w:i w:val="0"/>
          <w:sz w:val="22"/>
        </w:rPr>
        <w:t>The recent mosque closures, he said, were made under "a legal act that the authorities have" and must have happened because "of some illegal things that they found". The imam also rejected those suspected of carrying out the terrorist attacks, which left 130 people dead, as "terrorists". "Those terrorists are a bunch of thieves and drug dealers that wore religious clothing," he said.</w:t>
      </w:r>
    </w:p>
    <w:p>
      <w:pPr>
        <w:spacing w:before="0" w:after="120" w:line="300" w:lineRule="exact"/>
        <w:jc w:val="both"/>
      </w:pPr>
      <w:r>
        <w:rPr>
          <w:rFonts w:ascii="Georgia" w:hAnsi="Georgia" w:cs="Georgia" w:eastAsia="Georgia"/>
          <w:b w:val="0"/>
          <w:i w:val="0"/>
          <w:sz w:val="22"/>
        </w:rPr>
        <w:t>"The whole issue is not about Muslims, but about terrorists. It's an issue of security for everyone." There are a total of 2,600 mosques in France. France's extended emergency rule has seen a surge in arrests, house arrests and raids on homes and private property in the aftermath of the Paris attacks – including at mosques and Muslim-owned businesses – and has raised alarm among human rights organisations that the law could curb civil liberties.</w:t>
      </w:r>
    </w:p>
    <w:p>
      <w:pPr>
        <w:spacing w:before="0" w:after="120" w:line="300" w:lineRule="exact"/>
        <w:jc w:val="both"/>
      </w:pPr>
      <w:r>
        <w:rPr>
          <w:rFonts w:ascii="Georgia" w:hAnsi="Georgia" w:cs="Georgia" w:eastAsia="Georgia"/>
          <w:b w:val="0"/>
          <w:i w:val="0"/>
          <w:sz w:val="22"/>
        </w:rPr>
        <w:t>Meanwhile, there are fears that France's Muslim minority, the largest in Europe, is facing increased persecution and Islamophobia. Sources Al Jazeera (End of Al Jazeera's report)</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COMMENT</w:t>
      </w:r>
    </w:p>
    <w:p>
      <w:pPr>
        <w:spacing w:before="0" w:after="160" w:line="300" w:lineRule="exact"/>
        <w:jc w:val="center"/>
      </w:pPr>
      <w:r>
        <w:rPr>
          <w:rFonts w:ascii="Georgia" w:hAnsi="Georgia" w:cs="Georgia" w:eastAsia="Georgia"/>
          <w:b w:val="0"/>
          <w:i/>
          <w:sz w:val="16"/>
        </w:rPr>
        <w:t>Page 11 of the original</w:t>
      </w:r>
    </w:p>
    <w:p>
      <w:pPr>
        <w:spacing w:before="120" w:after="120" w:line="300" w:lineRule="exact"/>
        <w:ind w:left="720" w:right="720"/>
        <w:jc w:val="center"/>
      </w:pPr>
      <w:r>
        <w:rPr>
          <w:rFonts w:ascii="Georgia" w:hAnsi="Georgia" w:cs="Georgia" w:eastAsia="Georgia"/>
          <w:b w:val="0"/>
          <w:i/>
          <w:sz w:val="22"/>
        </w:rPr>
        <w:t>This mass killing operation, like many others, appears to be a plot staged by sinister western conspirators to initiate a purge of Islam from France. France has already shown strong inclinations and has in fact instituted laws to assimilate into Christian life its large Muslim population, and this is possible only by eliminating Islam from French society. The closure of the Musaajid may well be the initiation of a robust plan to eliminate Islam in France. The Qur'aan states: "They plot and Allah plots, and Allah is the best of plotters." Aiding France in its nefarious plot are the Muslims themselves, for they have largely abandoned Islam –its body and soul. They have jettisoned practical Islam from their lives, hence Allah Ta'ala has open up the way for this calamity.</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CESSATION OF HOSTILITIES AT THE JAABIYAH GATE</w:t>
      </w:r>
    </w:p>
    <w:p>
      <w:pPr>
        <w:spacing w:before="0" w:after="160" w:line="300" w:lineRule="exact"/>
        <w:jc w:val="center"/>
      </w:pPr>
      <w:r>
        <w:rPr>
          <w:rFonts w:ascii="Georgia" w:hAnsi="Georgia" w:cs="Georgia" w:eastAsia="Georgia"/>
          <w:b w:val="0"/>
          <w:i/>
          <w:sz w:val="16"/>
        </w:rPr>
        <w:t>Page 12 of the original</w:t>
      </w:r>
    </w:p>
    <w:p>
      <w:pPr>
        <w:spacing w:before="0" w:after="120" w:line="300" w:lineRule="exact"/>
        <w:jc w:val="both"/>
      </w:pPr>
      <w:r>
        <w:rPr>
          <w:rFonts w:ascii="Georgia" w:hAnsi="Georgia" w:cs="Georgia" w:eastAsia="Georgia"/>
          <w:b w:val="0"/>
          <w:i w:val="0"/>
          <w:sz w:val="22"/>
        </w:rPr>
        <w:t>Hazrat Abu Hurairah (Radhiyallahu anhu) narrates: 'Hazrat Abu Ubaidah had deployed a unit close to the gate to give an early warning of any raid of the enemy as transpired the other night. Those on patrol were the Bani Dows and the unitcommander was Aamir Bin Tufail Dowsi. As we were sitting in our positions by the gate we heard voices of the people willing out.</w:t>
      </w:r>
    </w:p>
    <w:p>
      <w:pPr>
        <w:spacing w:before="0" w:after="120" w:line="300" w:lineRule="exact"/>
        <w:jc w:val="both"/>
      </w:pPr>
      <w:r>
        <w:rPr>
          <w:rFonts w:ascii="Georgia" w:hAnsi="Georgia" w:cs="Georgia" w:eastAsia="Georgia"/>
          <w:b w:val="0"/>
          <w:i w:val="0"/>
          <w:sz w:val="22"/>
        </w:rPr>
        <w:t>When I heard them [calling for peace-talks] I ran. In Abu Ubaidah to convey the good news. Hazrat Abu Ubaidah received the news warmly and said: 'Go to them and speak to them. Tell them that they have asylum.' I went to them and announced to them asylum. They queried: 'Who are you?' I replied: 'I am Abu Hurairah, the Sahaabi of Rasoolullah (Sallallahu alaihi wa sallam).</w:t>
      </w:r>
    </w:p>
    <w:p>
      <w:pPr>
        <w:spacing w:before="0" w:after="120" w:line="300" w:lineRule="exact"/>
        <w:jc w:val="both"/>
      </w:pPr>
      <w:r>
        <w:rPr>
          <w:rFonts w:ascii="Georgia" w:hAnsi="Georgia" w:cs="Georgia" w:eastAsia="Georgia"/>
          <w:b w:val="0"/>
          <w:i w:val="0"/>
          <w:sz w:val="22"/>
        </w:rPr>
        <w:t>And even if slaves had given you asy- lum and protection in our pagan days, we would not have breached the undertaking, least of all now when Allah has guided us to the Deen of Islam.' The party of Damascans came down and opened the gate. there were a hundred of them—their seniors and learned men. When they were close to Hazrat Abu Ubaidah's army, Muslims ran to them and stripped them of their crosses.</w:t>
      </w:r>
    </w:p>
    <w:p>
      <w:pPr>
        <w:spacing w:before="0" w:after="120" w:line="300" w:lineRule="exact"/>
        <w:jc w:val="both"/>
      </w:pPr>
      <w:r>
        <w:rPr>
          <w:rFonts w:ascii="Georgia" w:hAnsi="Georgia" w:cs="Georgia" w:eastAsia="Georgia"/>
          <w:b w:val="0"/>
          <w:i w:val="0"/>
          <w:sz w:val="22"/>
        </w:rPr>
        <w:t>They were taken to the tent of Hazrat Abu Ubaidah (Radhiyallahu anhu). He welcomed them and seated them. He said: 'Verily our Nabi, Muhammad (Sallallahu alaihi wa sallam said: When an important ﬁgure of a nation comes to you, then treat him honourably. The Damascan party discussed peace terms saying: 'We want you people to leave our churches and in particular one church (which is now the Jaami' of Dimishq).' Hazrat Abu Ubaidah (Radhiyallahu anhu) replied: 'All churches will be preserved.</w:t>
      </w:r>
    </w:p>
    <w:p>
      <w:pPr>
        <w:spacing w:before="0" w:after="120" w:line="300" w:lineRule="exact"/>
        <w:jc w:val="both"/>
      </w:pPr>
      <w:r>
        <w:rPr>
          <w:rFonts w:ascii="Georgia" w:hAnsi="Georgia" w:cs="Georgia" w:eastAsia="Georgia"/>
          <w:b w:val="0"/>
          <w:i w:val="0"/>
          <w:sz w:val="22"/>
        </w:rPr>
        <w:t>No order of demolition will be given.' There were several churches is Damascus. One was called: 'the Church of Mary', another: 'the Church of John', 'the Church of the Night-Bazaar' and the Church of Warning'. It [the latter church] is by the home of Abdur Rahman Thurrah. Hazrat Abu Ubaidah (Radhiyallahu anhu) wrote out a peace treaty for them without printing his name or endorsing it with witnesses.</w:t>
      </w:r>
    </w:p>
    <w:p>
      <w:pPr>
        <w:spacing w:before="0" w:after="120" w:line="300" w:lineRule="exact"/>
        <w:jc w:val="both"/>
      </w:pPr>
      <w:r>
        <w:rPr>
          <w:rFonts w:ascii="Georgia" w:hAnsi="Georgia" w:cs="Georgia" w:eastAsia="Georgia"/>
          <w:b w:val="0"/>
          <w:i w:val="0"/>
          <w:sz w:val="22"/>
        </w:rPr>
        <w:t>This was due to the fact that he was not the Ameerul Mu'mineen. (To be continued)</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THE ROMAN EMPERORS ADVICE</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0" w:after="120" w:line="300" w:lineRule="exact"/>
        <w:jc w:val="both"/>
      </w:pPr>
      <w:r>
        <w:rPr>
          <w:rFonts w:ascii="Georgia" w:hAnsi="Georgia" w:cs="Georgia" w:eastAsia="Georgia"/>
          <w:b w:val="0"/>
          <w:i w:val="0"/>
          <w:sz w:val="22"/>
        </w:rPr>
        <w:t>Imam Waaqidi (Rahmatullahi alaih) narrates: "It has reached me that when Heraclius learned of the ascendancy of Umar Bin Khattaab to the position of Khaleefah after Abu Bakr Siddeeq (Radhiyallahu anhu) he convened a meeting of his governors, generals and cabinet ministers. He stood up on a pulpit which was placed for him in the Church of the Presbyters and spoke: 'O Fellow Romans!</w:t>
      </w:r>
    </w:p>
    <w:p>
      <w:pPr>
        <w:spacing w:before="0" w:after="120" w:line="300" w:lineRule="exact"/>
        <w:jc w:val="both"/>
      </w:pPr>
      <w:r>
        <w:rPr>
          <w:rFonts w:ascii="Georgia" w:hAnsi="Georgia" w:cs="Georgia" w:eastAsia="Georgia"/>
          <w:b w:val="0"/>
          <w:i w:val="0"/>
          <w:sz w:val="22"/>
        </w:rPr>
        <w:t>This is what I have warned you of but you did not listen. Matters have become worse for you by the appointment of this tanned complexion man as the leader. The time has come for that conqueror who resembles Noah. By God! Again by God! Undoubtedly he will take control of that beneath this throne of mine. Beware! I repeat: Beware, before this happens; before harm descends, castles are destroyed, priests are put to death and the bell put out of use!</w:t>
      </w:r>
    </w:p>
    <w:p>
      <w:pPr>
        <w:spacing w:before="0" w:after="120" w:line="300" w:lineRule="exact"/>
        <w:jc w:val="both"/>
      </w:pPr>
      <w:r>
        <w:rPr>
          <w:rFonts w:ascii="Georgia" w:hAnsi="Georgia" w:cs="Georgia" w:eastAsia="Georgia"/>
          <w:b w:val="0"/>
          <w:i w:val="0"/>
          <w:sz w:val="22"/>
        </w:rPr>
        <w:t>Here we have a man who is a warrior and he is the Romans' and Persians' exterminator. Here is a man who is severe upon those who follow their desires in abandonment of their creed. I, however, hope that you will be aided if you command righteousness, prohibit wrongful acts, desist from injustice and follow the Messiah in discharging the commandments, clinging to acts of obeisance and giving up formication and assorted crimes.</w:t>
      </w:r>
    </w:p>
    <w:p>
      <w:pPr>
        <w:spacing w:before="0" w:after="120" w:line="300" w:lineRule="exact"/>
        <w:jc w:val="both"/>
      </w:pPr>
      <w:r>
        <w:rPr>
          <w:rFonts w:ascii="Georgia" w:hAnsi="Georgia" w:cs="Georgia" w:eastAsia="Georgia"/>
          <w:b w:val="0"/>
          <w:i w:val="0"/>
          <w:sz w:val="22"/>
        </w:rPr>
        <w:t>And if you refuse and continue with anarchy, transgression, sinning and turning to the pleasures of the world then God will impose upon you your enemies and He will test you with something you will not be able to bear. I know that the religion of these people will soon rise above all other religions and its adherents will forever be prosperous as long as they do not tamper and interpolate [their Deen].</w:t>
      </w:r>
    </w:p>
    <w:p>
      <w:pPr>
        <w:spacing w:before="0" w:after="120" w:line="300" w:lineRule="exact"/>
        <w:jc w:val="both"/>
      </w:pPr>
      <w:r>
        <w:rPr>
          <w:rFonts w:ascii="Georgia" w:hAnsi="Georgia" w:cs="Georgia" w:eastAsia="Georgia"/>
          <w:b w:val="0"/>
          <w:i w:val="0"/>
          <w:sz w:val="22"/>
        </w:rPr>
        <w:t>Either you turn to it or you sue for peace on terms of paying the tax.</w:t>
      </w:r>
    </w:p>
    <w:p>
      <w:pPr>
        <w:spacing w:before="200" w:after="200" w:line="300" w:lineRule="exact"/>
        <w:jc w:val="center"/>
        <w:pBdr>
          <w:bottom w:val="single" w:sz="6" w:space="1" w:color="888888"/>
        </w:pBdr>
      </w:pPr>
    </w:p>
    <w:p>
      <w:pPr>
        <w:pStyle w:val="Heading1"/>
        <w:spacing w:before="360" w:after="200" w:line="300" w:lineRule="exact"/>
        <w:jc w:val="center"/>
      </w:pPr>
      <w:r>
        <w:rPr>
          <w:rFonts w:ascii="Georgia" w:hAnsi="Georgia" w:cs="Georgia" w:eastAsia="Georgia"/>
          <w:b/>
          <w:i w:val="0"/>
          <w:color w:val="1F3864"/>
          <w:sz w:val="32"/>
        </w:rPr>
        <w:t>Questions &amp; Answers</w:t>
      </w:r>
    </w:p>
    <w:p>
      <w:pPr>
        <w:spacing w:before="0" w:after="160" w:line="300" w:lineRule="exact"/>
        <w:jc w:val="center"/>
      </w:pPr>
      <w:r>
        <w:rPr>
          <w:rFonts w:ascii="Georgia" w:hAnsi="Georgia" w:cs="Georgia" w:eastAsia="Georgia"/>
          <w:b w:val="0"/>
          <w:i/>
          <w:sz w:val="16"/>
        </w:rPr>
        <w:t>Page 12 of the original. Heading read from the printed headline artwork.</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When will a Khalifah of an Islamic state be a valid Khalifah according to the Shariah? Does he have to be appointed or elected by the Muslim community?</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A Muslim ruler who enforces the Shariah strictly, is a legitimate Khalifah of Rasulullah (sallallahu alayhi wasallam) regardless of the method he has gained power, whether it be by nomination of an earlier ruler, or appointment by the senior Ulama, or by force of arms, or by a military coup. The requisite for a man to be a legitimate Khalifah is that he has to govern strictly according to the Shariah, not merely introducing some dimensions of the Shariah such as corporal punishment. If the Khalifah is not a Quraishi, he may not assume the title of Ameerul Mu'mineen. Thus, even a great ruler such as Sultan Salaahuddin Ayyubi who held the actual reins of power during the declining days of the Abbaasi Khilaafate (Abbaside Dynasty), never proclaimed himself the Ameerul Mu'mineen. He was known as the 'Sultan'. He acknowledged the Abbaasi Khalifah in Baghdad as the Head (Ameerul Mu'mineen) of the Islamic Empire and ordered the reintroduction of the Khalifah's name for recitation in the Jumuah Khutbah – a practice which had been discontinued due to the abject weakness and emaciation of the rule of the Khalifah.</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When will Jihad be Fardh-eAyn?</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The occasions of Jihad being Fardh-e-Ayn are extremely rare. It never was Fardh-e-Ayn during the era of the Sahaabah nor in any other period of Islamic history, with the exception of Spain. Jihad becomes Fardh-e-Ayn when the enemy overwhelms the Islamic army which is defeated and the enemy begins pillaging and plundering the populace. At such a juncture Jihad becomes Fardh-e-Ayn. It is every man for himself. The wife does not require the permission of the husband to take up arms and fight in selfdefence, and the child does not require the permission of his parents, nor do the soldiers require the permission of their commanders. Such a scenario did exist during the Bosninan-Serb war, and it does exist in places such as India, Burma, Palestine. However, due to abject weakness of Imaan and total lack of Taqwa as a consequence of having abandoned Islam and the Sunnah way of life, Muslims lack the ability to fulfil the Fardh-e-Ayn Jihad obligation. We all have become sitting ducks for the kuffaar marauders and barbarians.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Please comment on all the negative publicity Islam is being subjected to in the western media? How can we justify the anarchy that is happening in Syria and other Muslim countries?</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Don't be concerned about the negative publicity. Allah Ta'ala is punishing Muslims for their wanton transgressions and for having turned their backs on Islam. It is of the ways of Allah Ta'ala to punish Muslims with kuffaar oppression. This issue is explained in some detail repeatedly in our newspapers, The Majlis and Al-Haq. After reading a few issues you will better understand the anarchy and mischief which prevail in Muslim lands.</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prisoners of war enslaved according to Islam?</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If in Jihad captives of war are taken, the Islamic State has three options: (a) Execute them (b) Set them free (c) Assign them to slavery. This was the law of Islam since the time of Rasulullah (sallallahu alayhi wasallam), and it remains valid until the Day of Qiyaamah. Islam has introduced numerous measures of kindness to the slaves, and these measures led to the eventual dying out of slavery. But, the Law has not been abrogated. If the need arises, the Islamic State has the right to re-introduce it. This Islamic Law should not be confused with the atrocities committed against the Yazidis and the Christians by ISIS. In fact, according to ISIS the followers of the Math-habs too are kaafir and may be killed and enslaved.</w:t>
      </w:r>
    </w:p>
    <w:p>
      <w:pPr>
        <w:spacing w:before="160" w:after="80" w:line="300" w:lineRule="exact"/>
        <w:jc w:val="both"/>
      </w:pPr>
      <w:r>
        <w:rPr>
          <w:rFonts w:ascii="Georgia" w:hAnsi="Georgia" w:cs="Georgia" w:eastAsia="Georgia"/>
          <w:b/>
          <w:i w:val="0"/>
          <w:sz w:val="22"/>
        </w:rPr>
        <w:t xml:space="preserve">Q. </w:t>
      </w:r>
      <w:r>
        <w:rPr>
          <w:rFonts w:ascii="Georgia" w:hAnsi="Georgia" w:cs="Georgia" w:eastAsia="Georgia"/>
          <w:b w:val="0"/>
          <w:i/>
          <w:sz w:val="22"/>
        </w:rPr>
        <w:t>Are the Taliban true mujaahideen or are they too like the deviate Salafis? What about their 'martyrdom' operations. Are the- se permissible?</w:t>
      </w:r>
    </w:p>
    <w:p>
      <w:pPr>
        <w:spacing w:before="0" w:after="160" w:line="300" w:lineRule="exact"/>
        <w:jc w:val="both"/>
      </w:pPr>
      <w:r>
        <w:rPr>
          <w:rFonts w:ascii="Georgia" w:hAnsi="Georgia" w:cs="Georgia" w:eastAsia="Georgia"/>
          <w:b/>
          <w:i w:val="0"/>
          <w:sz w:val="22"/>
        </w:rPr>
        <w:t xml:space="preserve">A. </w:t>
      </w:r>
      <w:r>
        <w:rPr>
          <w:rFonts w:ascii="Georgia" w:hAnsi="Georgia" w:cs="Georgia" w:eastAsia="Georgia"/>
          <w:b w:val="0"/>
          <w:i w:val="0"/>
          <w:sz w:val="22"/>
        </w:rPr>
        <w:t>We have always been the supporters of the Taliban, and we still are and we make dua for their success and hidaayat. However, it appears that they are becoming diverted from the Straight path. They lack proper Ilm and Taqwa. In Taqwa they are very deficient. They have acquired the so-called 'martyrdom' operation tactic from the deviant Salafis. We are not in agreement with this method. The evils of photography and videography have also been acquired from the Salafis. They are very much concerned about world opinion, hence they devote so much effort and time on publicity and propaganda whereas such time wasted should be devoted to ibaadat – ibaadat which is scarce in their ranks. The success of the Muslims is not in internet publicity stunts. It is on the battlefield of Jihad. Despite having been in the Jihad for 14 years, they have not gained a decisive victory over the enemy. This is because the required degree of Nusrat (Allah's Help) has not come to them. Allah Ta'ala is sustaining them, and allowing them to fight and not to be destroyed. Nevertheless, the degree of Nusrat necessary for routing and defeating the enemy has been denied to them. On the whole, they are true Mujaahideen, unlike the Salafis in the Middle East who have no Deeni direction. They are cogs in the western conspiratorial machine. May Allah Ta'ala have mercy on this fallen Ummat.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