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47</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9 were joined in this issue.</w:t>
      </w:r>
    </w:p>
    <w:p>
      <w:pPr>
        <w:spacing w:before="0" w:after="80" w:line="300" w:lineRule="exact"/>
        <w:jc w:val="left"/>
      </w:pPr>
      <w:r>
        <w:rPr>
          <w:rFonts w:ascii="Georgia" w:hAnsi="Georgia" w:cs="Georgia" w:eastAsia="Georgia"/>
          <w:b w:val="0"/>
          <w:i w:val="0"/>
          <w:sz w:val="18"/>
        </w:rPr>
        <w:t>Headings: 2 read from the PDF's own text, 20 read from the printed headline artwork, 0 taken from the Majlis's running head, and 1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397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95.08% of the original's words are present and 97.4%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PUPPET 'CALIPHATE' (page 1)</w:t>
      </w:r>
    </w:p>
    <w:p>
      <w:pPr>
        <w:spacing w:before="0" w:after="40" w:line="300" w:lineRule="exact"/>
        <w:jc w:val="left"/>
      </w:pPr>
      <w:r>
        <w:rPr>
          <w:rFonts w:ascii="Georgia" w:hAnsi="Georgia" w:cs="Georgia" w:eastAsia="Georgia"/>
          <w:b w:val="0"/>
          <w:i w:val="0"/>
          <w:sz w:val="20"/>
        </w:rPr>
        <w:t>3. THE BRUTAL AMERICAN PUPPET 'CALIPHATE' (page 1, 4)</w:t>
      </w:r>
    </w:p>
    <w:p>
      <w:pPr>
        <w:spacing w:before="0" w:after="40" w:line="300" w:lineRule="exact"/>
        <w:jc w:val="left"/>
      </w:pPr>
      <w:r>
        <w:rPr>
          <w:rFonts w:ascii="Georgia" w:hAnsi="Georgia" w:cs="Georgia" w:eastAsia="Georgia"/>
          <w:b w:val="0"/>
          <w:i w:val="0"/>
          <w:sz w:val="20"/>
        </w:rPr>
        <w:t>4. THEIR LAMENTABLE PLIGHT AND THE CRUEL APATHY OF THE MUSLIM NATIONS (page 1)</w:t>
      </w:r>
    </w:p>
    <w:p>
      <w:pPr>
        <w:spacing w:before="0" w:after="40" w:line="300" w:lineRule="exact"/>
        <w:jc w:val="left"/>
      </w:pPr>
      <w:r>
        <w:rPr>
          <w:rFonts w:ascii="Georgia" w:hAnsi="Georgia" w:cs="Georgia" w:eastAsia="Georgia"/>
          <w:b w:val="0"/>
          <w:i w:val="0"/>
          <w:sz w:val="20"/>
        </w:rPr>
        <w:t>5. "Muslims are like a single man. (page 1) [no printed headline]</w:t>
      </w:r>
    </w:p>
    <w:p>
      <w:pPr>
        <w:spacing w:before="0" w:after="40" w:line="300" w:lineRule="exact"/>
        <w:jc w:val="left"/>
      </w:pPr>
      <w:r>
        <w:rPr>
          <w:rFonts w:ascii="Georgia" w:hAnsi="Georgia" w:cs="Georgia" w:eastAsia="Georgia"/>
          <w:b w:val="0"/>
          <w:i w:val="0"/>
          <w:sz w:val="20"/>
        </w:rPr>
        <w:t>6. WHAT SHOULD THE MUSLIM RESPONSE BE? (page 1, 2)</w:t>
      </w:r>
    </w:p>
    <w:p>
      <w:pPr>
        <w:spacing w:before="0" w:after="40" w:line="300" w:lineRule="exact"/>
        <w:jc w:val="left"/>
      </w:pPr>
      <w:r>
        <w:rPr>
          <w:rFonts w:ascii="Georgia" w:hAnsi="Georgia" w:cs="Georgia" w:eastAsia="Georgia"/>
          <w:b w:val="0"/>
          <w:i w:val="0"/>
          <w:sz w:val="20"/>
        </w:rPr>
        <w:t>7. THE "RAT LINE" OF ISIS (page 2, 12)</w:t>
      </w:r>
    </w:p>
    <w:p>
      <w:pPr>
        <w:spacing w:before="0" w:after="40" w:line="300" w:lineRule="exact"/>
        <w:jc w:val="left"/>
      </w:pPr>
      <w:r>
        <w:rPr>
          <w:rFonts w:ascii="Georgia" w:hAnsi="Georgia" w:cs="Georgia" w:eastAsia="Georgia"/>
          <w:b w:val="0"/>
          <w:i w:val="0"/>
          <w:sz w:val="20"/>
        </w:rPr>
        <w:t>8. INTERESTING QUESTIONS ABOUT ISIS (page 3)</w:t>
      </w:r>
    </w:p>
    <w:p>
      <w:pPr>
        <w:spacing w:before="0" w:after="40" w:line="300" w:lineRule="exact"/>
        <w:jc w:val="left"/>
      </w:pPr>
      <w:r>
        <w:rPr>
          <w:rFonts w:ascii="Georgia" w:hAnsi="Georgia" w:cs="Georgia" w:eastAsia="Georgia"/>
          <w:b w:val="0"/>
          <w:i w:val="0"/>
          <w:sz w:val="20"/>
        </w:rPr>
        <w:t>9. Days afer a church in Agra was THE "COW' THREAT nor anything mois or dry, bue it is (page 3)</w:t>
      </w:r>
    </w:p>
    <w:p>
      <w:pPr>
        <w:spacing w:before="0" w:after="40" w:line="300" w:lineRule="exact"/>
        <w:jc w:val="left"/>
      </w:pPr>
      <w:r>
        <w:rPr>
          <w:rFonts w:ascii="Georgia" w:hAnsi="Georgia" w:cs="Georgia" w:eastAsia="Georgia"/>
          <w:b w:val="0"/>
          <w:i w:val="0"/>
          <w:sz w:val="20"/>
        </w:rPr>
        <w:t>10. OUR COMMENT (page 3)</w:t>
      </w:r>
    </w:p>
    <w:p>
      <w:pPr>
        <w:spacing w:before="0" w:after="40" w:line="300" w:lineRule="exact"/>
        <w:jc w:val="left"/>
      </w:pPr>
      <w:r>
        <w:rPr>
          <w:rFonts w:ascii="Georgia" w:hAnsi="Georgia" w:cs="Georgia" w:eastAsia="Georgia"/>
          <w:b w:val="0"/>
          <w:i w:val="0"/>
          <w:sz w:val="20"/>
        </w:rPr>
        <w:t>11. THE FALSE BLACK FLAGS (page 3)</w:t>
      </w:r>
    </w:p>
    <w:p>
      <w:pPr>
        <w:spacing w:before="0" w:after="40" w:line="300" w:lineRule="exact"/>
        <w:jc w:val="left"/>
      </w:pPr>
      <w:r>
        <w:rPr>
          <w:rFonts w:ascii="Georgia" w:hAnsi="Georgia" w:cs="Georgia" w:eastAsia="Georgia"/>
          <w:b w:val="0"/>
          <w:i w:val="0"/>
          <w:sz w:val="20"/>
        </w:rPr>
        <w:t>12. CHINESE REPRESSION- (page 4)</w:t>
      </w:r>
    </w:p>
    <w:p>
      <w:pPr>
        <w:spacing w:before="0" w:after="40" w:line="300" w:lineRule="exact"/>
        <w:jc w:val="left"/>
      </w:pPr>
      <w:r>
        <w:rPr>
          <w:rFonts w:ascii="Georgia" w:hAnsi="Georgia" w:cs="Georgia" w:eastAsia="Georgia"/>
          <w:b w:val="0"/>
          <w:i w:val="0"/>
          <w:sz w:val="20"/>
        </w:rPr>
        <w:t>13. KOUBANE AND RAQQA - THE GAME OF THE PLOTTERS (page 4)</w:t>
      </w:r>
    </w:p>
    <w:p>
      <w:pPr>
        <w:spacing w:before="0" w:after="40" w:line="300" w:lineRule="exact"/>
        <w:jc w:val="left"/>
      </w:pPr>
      <w:r>
        <w:rPr>
          <w:rFonts w:ascii="Georgia" w:hAnsi="Georgia" w:cs="Georgia" w:eastAsia="Georgia"/>
          <w:b w:val="0"/>
          <w:i w:val="0"/>
          <w:sz w:val="20"/>
        </w:rPr>
        <w:t>14. THE BARBARISM OF CIA BRUTALITY (page 4, 10, 12)</w:t>
      </w:r>
    </w:p>
    <w:p>
      <w:pPr>
        <w:spacing w:before="0" w:after="40" w:line="300" w:lineRule="exact"/>
        <w:jc w:val="left"/>
      </w:pPr>
      <w:r>
        <w:rPr>
          <w:rFonts w:ascii="Georgia" w:hAnsi="Georgia" w:cs="Georgia" w:eastAsia="Georgia"/>
          <w:b w:val="0"/>
          <w:i w:val="0"/>
          <w:sz w:val="20"/>
        </w:rPr>
        <w:t>15. DIVINE AID WITHHELD (page 5, 8)</w:t>
      </w:r>
    </w:p>
    <w:p>
      <w:pPr>
        <w:spacing w:before="0" w:after="40" w:line="300" w:lineRule="exact"/>
        <w:jc w:val="left"/>
      </w:pPr>
      <w:r>
        <w:rPr>
          <w:rFonts w:ascii="Georgia" w:hAnsi="Georgia" w:cs="Georgia" w:eastAsia="Georgia"/>
          <w:b w:val="0"/>
          <w:i w:val="0"/>
          <w:sz w:val="20"/>
        </w:rPr>
        <w:t>16. ISIS and the West Teyasod in po seiks vill oait (page 5)</w:t>
      </w:r>
    </w:p>
    <w:p>
      <w:pPr>
        <w:spacing w:before="0" w:after="40" w:line="300" w:lineRule="exact"/>
        <w:jc w:val="left"/>
      </w:pPr>
      <w:r>
        <w:rPr>
          <w:rFonts w:ascii="Georgia" w:hAnsi="Georgia" w:cs="Georgia" w:eastAsia="Georgia"/>
          <w:b w:val="0"/>
          <w:i w:val="0"/>
          <w:sz w:val="20"/>
        </w:rPr>
        <w:t>17. TAQWA - THE PIVOT OF THE MUSLIM'S BATTLEFIELD VICTORIES (page 8)</w:t>
      </w:r>
    </w:p>
    <w:p>
      <w:pPr>
        <w:spacing w:before="0" w:after="40" w:line="300" w:lineRule="exact"/>
        <w:jc w:val="left"/>
      </w:pPr>
      <w:r>
        <w:rPr>
          <w:rFonts w:ascii="Georgia" w:hAnsi="Georgia" w:cs="Georgia" w:eastAsia="Georgia"/>
          <w:b w:val="0"/>
          <w:i w:val="0"/>
          <w:sz w:val="20"/>
        </w:rPr>
        <w:t>18. ISIS - A BRANCH OF THE U.S. MILITARY (page 9)</w:t>
      </w:r>
    </w:p>
    <w:p>
      <w:pPr>
        <w:spacing w:before="0" w:after="40" w:line="300" w:lineRule="exact"/>
        <w:jc w:val="left"/>
      </w:pPr>
      <w:r>
        <w:rPr>
          <w:rFonts w:ascii="Georgia" w:hAnsi="Georgia" w:cs="Georgia" w:eastAsia="Georgia"/>
          <w:b w:val="0"/>
          <w:i w:val="0"/>
          <w:sz w:val="20"/>
        </w:rPr>
        <w:t>19. ISIS TRAINED IN JORDAN (page 9, 10)</w:t>
      </w:r>
    </w:p>
    <w:p>
      <w:pPr>
        <w:spacing w:before="0" w:after="40" w:line="300" w:lineRule="exact"/>
        <w:jc w:val="left"/>
      </w:pPr>
      <w:r>
        <w:rPr>
          <w:rFonts w:ascii="Georgia" w:hAnsi="Georgia" w:cs="Georgia" w:eastAsia="Georgia"/>
          <w:b w:val="0"/>
          <w:i w:val="0"/>
          <w:sz w:val="20"/>
        </w:rPr>
        <w:t>20. COMMENT BY AL-HAQ (page 11)</w:t>
      </w:r>
    </w:p>
    <w:p>
      <w:pPr>
        <w:spacing w:before="0" w:after="40" w:line="300" w:lineRule="exact"/>
        <w:jc w:val="left"/>
      </w:pPr>
      <w:r>
        <w:rPr>
          <w:rFonts w:ascii="Georgia" w:hAnsi="Georgia" w:cs="Georgia" w:eastAsia="Georgia"/>
          <w:b w:val="0"/>
          <w:i w:val="0"/>
          <w:sz w:val="20"/>
        </w:rPr>
        <w:t>21. Between devil and deep blue sea (page 11)</w:t>
      </w:r>
    </w:p>
    <w:p>
      <w:pPr>
        <w:spacing w:before="0" w:after="40" w:line="300" w:lineRule="exact"/>
        <w:jc w:val="left"/>
      </w:pPr>
      <w:r>
        <w:rPr>
          <w:rFonts w:ascii="Georgia" w:hAnsi="Georgia" w:cs="Georgia" w:eastAsia="Georgia"/>
          <w:b w:val="0"/>
          <w:i w:val="0"/>
          <w:sz w:val="20"/>
        </w:rPr>
        <w:t>22. COMMENT (page 12)</w:t>
      </w:r>
    </w:p>
    <w:p>
      <w:pPr>
        <w:spacing w:before="0" w:after="40" w:line="300" w:lineRule="exact"/>
        <w:jc w:val="left"/>
      </w:pPr>
      <w:r>
        <w:rPr>
          <w:rFonts w:ascii="Georgia" w:hAnsi="Georgia" w:cs="Georgia" w:eastAsia="Georgia"/>
          <w:b w:val="0"/>
          <w:i w:val="0"/>
          <w:sz w:val="20"/>
        </w:rPr>
        <w:t>23.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47</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PUPPET 'CALIPHATE'</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KILLING MUSLIMS IS NOT JIHAD!!! There is a strong, marked similarity between the establishment of the Saudi Arabian Salafi regime and the so-called 'caliphate' in Iraq. That similarity is that the fathers who gave birth to these two vile, illegitimate regimes are western Kuffaar. While the Saudi regime was established by Britain, the socalled caliphate in Iraq is the creation of the U.S.A.</w:t>
      </w:r>
    </w:p>
    <w:p>
      <w:pPr>
        <w:spacing w:before="0" w:after="120" w:line="300" w:lineRule="exact"/>
        <w:jc w:val="both"/>
      </w:pPr>
      <w:r>
        <w:rPr>
          <w:rFonts w:ascii="Georgia" w:hAnsi="Georgia" w:cs="Georgia" w:eastAsia="Georgia"/>
          <w:b w:val="0"/>
          <w:i w:val="0"/>
          <w:sz w:val="22"/>
        </w:rPr>
        <w:t>Every unbiased intelligent searcher of the Truth understands these facts of reality without the slightest difficulty.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BRUTAL AMERICAN PUPPET 'CALIPHATE'</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When the Saudi regime was created on the ashes and ruins of the displaced Uthmaani (Ottoman) Khilaafate, the Saudi regime was given the green light by Britain to rule by the Shariah, and now that the U.S.A. has brought into existence the bogus 'caliphate' in Iraq, it has given the puppet caliph the green light to operate his version of the Shariah.</w:t>
      </w:r>
    </w:p>
    <w:p>
      <w:pPr>
        <w:spacing w:before="0" w:after="120" w:line="300" w:lineRule="exact"/>
        <w:jc w:val="both"/>
      </w:pPr>
      <w:r>
        <w:rPr>
          <w:rFonts w:ascii="Georgia" w:hAnsi="Georgia" w:cs="Georgia" w:eastAsia="Georgia"/>
          <w:b w:val="0"/>
          <w:i w:val="0"/>
          <w:sz w:val="22"/>
        </w:rPr>
        <w:t>It should be understood that no puppet 'Muslim' regime can endure with only kuffaar monetary and military support. The fundamental requisite for enduring sustainment of a regime, the imperative need is foot soldiers on the ground. Without this support, the regime will not last. The only reservoir from which to draw such support is the ignorant masses.</w:t>
      </w:r>
    </w:p>
    <w:p>
      <w:pPr>
        <w:spacing w:before="0" w:after="120" w:line="300" w:lineRule="exact"/>
        <w:jc w:val="both"/>
      </w:pPr>
      <w:r>
        <w:rPr>
          <w:rFonts w:ascii="Georgia" w:hAnsi="Georgia" w:cs="Georgia" w:eastAsia="Georgia"/>
          <w:b w:val="0"/>
          <w:i w:val="0"/>
          <w:sz w:val="22"/>
        </w:rPr>
        <w:t>And, the method to gain a fighting ground force is to dangle the bait of Islam – the establishment of a Shariah state for which Jihad is necessary. But this bait is a vile chimera which stupid Muslims acting on emotion swallow. The slogan of Jihad attracts Muslims. Jihad throbs in the hearts of Muslims. He in whose heart there is no Jihad is a munaafiq according to the Hadith.</w:t>
      </w:r>
    </w:p>
    <w:p>
      <w:pPr>
        <w:spacing w:before="0" w:after="120" w:line="300" w:lineRule="exact"/>
        <w:jc w:val="both"/>
      </w:pPr>
      <w:r>
        <w:rPr>
          <w:rFonts w:ascii="Georgia" w:hAnsi="Georgia" w:cs="Georgia" w:eastAsia="Georgia"/>
          <w:b w:val="0"/>
          <w:i w:val="0"/>
          <w:sz w:val="22"/>
        </w:rPr>
        <w:t>Thus, the Jihad slogan attracts Muslims like a magnet. Since the recruits are generally morons, they are unable to apply their minds constructively for ascertaining if the call is a genuine Call of Jihad, or a vile plot of the kuffaar to advance their global interests. Ignorant, hence unable to distinguish between right and left, the juhala among the awaam acting purely on the basis of emotion, plunge into the cauldron of deception and conspiracy to further the sinister objectives of the kuffaar, in this case of the bogus 'caliphate', the objectives of the U.S.A.</w:t>
      </w:r>
    </w:p>
    <w:p>
      <w:pPr>
        <w:spacing w:before="0" w:after="120" w:line="300" w:lineRule="exact"/>
        <w:jc w:val="both"/>
      </w:pPr>
      <w:r>
        <w:rPr>
          <w:rFonts w:ascii="Georgia" w:hAnsi="Georgia" w:cs="Georgia" w:eastAsia="Georgia"/>
          <w:b w:val="0"/>
          <w:i w:val="0"/>
          <w:sz w:val="22"/>
        </w:rPr>
        <w:t>The other similarity between the creation of the two Salafi regimes – the Saudi regime and now the Baghdadi bogus 'caliphate – is the common factor of brutality. Both these Salafi regimes resorted to mass massacres of Muslims, and Mr. Simon's 'caliphate, added nonMuslims to the list. According to the Saudi Salafis whom Britain had installed in Arabia, all non-Salafi Muslims are kuffaar.</w:t>
      </w:r>
    </w:p>
    <w:p>
      <w:pPr>
        <w:spacing w:before="0" w:after="120" w:line="300" w:lineRule="exact"/>
        <w:jc w:val="both"/>
      </w:pPr>
      <w:r>
        <w:rPr>
          <w:rFonts w:ascii="Georgia" w:hAnsi="Georgia" w:cs="Georgia" w:eastAsia="Georgia"/>
          <w:b w:val="0"/>
          <w:i w:val="0"/>
          <w:sz w:val="22"/>
        </w:rPr>
        <w:t>They are mubaahud dam (their blood is halaal), and their women folk can be enslaved and taken for baandis. The Saudi barbarians massacred thousands of Muslims. It was on the blood of Muslims that the Saudi Bedouins raised their 'Islamic' state. Thus, Allaamah Shaami said about the Saudi Salafis:</w:t>
      </w:r>
    </w:p>
    <w:p>
      <w:pPr>
        <w:spacing w:before="120" w:after="120" w:line="300" w:lineRule="exact"/>
        <w:ind w:left="720" w:right="720"/>
        <w:jc w:val="center"/>
      </w:pPr>
      <w:r>
        <w:rPr>
          <w:rFonts w:ascii="Georgia" w:hAnsi="Georgia" w:cs="Georgia" w:eastAsia="Georgia"/>
          <w:b w:val="0"/>
          <w:i/>
          <w:sz w:val="22"/>
        </w:rPr>
        <w:t>"......In our age, the followers of Abdul Wahhaab who emerged from Najd, overwhelmed the Haramain and pretended to be the followers of the Hambali Mathhab, but in reality, they believed that only they are Muslims, and whoever opposes their beliefs are mushrikoon. Thus, they regarded as lawful killing the Ahlus Sunnah and killing their Ulama...."</w:t>
      </w:r>
    </w:p>
    <w:p>
      <w:pPr>
        <w:spacing w:before="0" w:after="120" w:line="300" w:lineRule="exact"/>
        <w:jc w:val="both"/>
      </w:pPr>
      <w:r>
        <w:rPr>
          <w:rFonts w:ascii="Georgia" w:hAnsi="Georgia" w:cs="Georgia" w:eastAsia="Georgia"/>
          <w:b w:val="0"/>
          <w:i w:val="0"/>
          <w:sz w:val="22"/>
        </w:rPr>
        <w:t>Whilst the external facade of the Saudi Islamic state flaunted certain laws of the Shariah such as public floggings, beheadings, Hijaab, enforcement of Salaat, etc. they were actually the puppets of Britain in particular and of the kuffaar West in general. The seeds which Britain had sown and nourished are today in full bloom. Look at the condition of the 'islamic' state of Saudi Arabia and the backyard satellite Gulf States – all competing to out-westernize the West.</w:t>
      </w:r>
    </w:p>
    <w:p>
      <w:pPr>
        <w:spacing w:before="0" w:after="120" w:line="300" w:lineRule="exact"/>
        <w:jc w:val="both"/>
      </w:pPr>
      <w:r>
        <w:rPr>
          <w:rFonts w:ascii="Georgia" w:hAnsi="Georgia" w:cs="Georgia" w:eastAsia="Georgia"/>
          <w:b w:val="0"/>
          <w:i w:val="0"/>
          <w:sz w:val="22"/>
        </w:rPr>
        <w:t>Just as the Saudi regime unleashed a reign of terror on Muslims by wholesale killing, so too has ISIS duplicated the Saudi massacres by large scale killing of non -Salafi Muslims, and even Salafi Muslims of its own breed and creed, namely the members of Jabhatun Nusrah whose adversary the puppet 'caliph' had become after his renege from that organization.</w:t>
      </w:r>
    </w:p>
    <w:p>
      <w:pPr>
        <w:spacing w:before="0" w:after="120" w:line="300" w:lineRule="exact"/>
        <w:jc w:val="both"/>
      </w:pPr>
      <w:r>
        <w:rPr>
          <w:rFonts w:ascii="Georgia" w:hAnsi="Georgia" w:cs="Georgia" w:eastAsia="Georgia"/>
          <w:b w:val="0"/>
          <w:i w:val="0"/>
          <w:sz w:val="22"/>
        </w:rPr>
        <w:t>The brutal achievements of ISIS are: (1) Killing Iraqi Muslims (nonSalafis) who had refused to take the bay't (oath of allegiance) at the hands of 'Caliph' Obama's deputy, Mr. Simon alias 'Bagdhadi'. (2) Killing Kurd Muslims who are primarily Hanafis. (3) Killing and uprooting the entire Yazidi non-Muslim population which had inhabited Iraq for thousands of years including the entire duration of the four periods of Islamic Khilaafate, viz., Khilaafat-eRaashidah, Bani Umayya (the Omayyide Dynasty), Abbaasi Khilaafate (The Abbasides) and Uthmaani Khilaafate (Ottomans).</w:t>
      </w:r>
    </w:p>
    <w:p>
      <w:pPr>
        <w:spacing w:before="0" w:after="120" w:line="300" w:lineRule="exact"/>
        <w:jc w:val="both"/>
      </w:pPr>
      <w:r>
        <w:rPr>
          <w:rFonts w:ascii="Georgia" w:hAnsi="Georgia" w:cs="Georgia" w:eastAsia="Georgia"/>
          <w:b w:val="0"/>
          <w:i w:val="0"/>
          <w:sz w:val="22"/>
        </w:rPr>
        <w:t>(4) Killing and uprooting the Christian population which had also enjoyed Muslim patronage since the very inception of Islamic Rule in Iraq from the time of Hadhrat Umar (radhiyallahu anhu). (5) The current concentration of ISIS killing is Jabhatun Nusrah. (6) Luring young foreign Muslim girls to join its rubbish U.S. created movement. This is one of the most despicable, cowardly exploits of ISIS.</w:t>
      </w:r>
    </w:p>
    <w:p>
      <w:pPr>
        <w:spacing w:before="0" w:after="120" w:line="300" w:lineRule="exact"/>
        <w:jc w:val="both"/>
      </w:pPr>
      <w:r>
        <w:rPr>
          <w:rFonts w:ascii="Georgia" w:hAnsi="Georgia" w:cs="Georgia" w:eastAsia="Georgia"/>
          <w:b w:val="0"/>
          <w:i w:val="0"/>
          <w:sz w:val="22"/>
        </w:rPr>
        <w:t>They claim to be the establishers of Shariah Law, yet they lure young girls to flee from their homes – to abandon their parents and to travel without mahaareem. Only the slaves of carnal lust will degenerate to such a vile ebb of immorality. Their total moral and spiritual bankruptcy is well advertised by this shaitaani achievement. The facts on the ground loudly testify that there is no Jihad in the Syrian-Iraqi arena today.</w:t>
      </w:r>
    </w:p>
    <w:p>
      <w:pPr>
        <w:spacing w:before="0" w:after="120" w:line="300" w:lineRule="exact"/>
        <w:jc w:val="both"/>
      </w:pPr>
      <w:r>
        <w:rPr>
          <w:rFonts w:ascii="Georgia" w:hAnsi="Georgia" w:cs="Georgia" w:eastAsia="Georgia"/>
          <w:b w:val="0"/>
          <w:i w:val="0"/>
          <w:sz w:val="22"/>
        </w:rPr>
        <w:t>Who is killing and who are being killed? Muslims are killing Muslims. The primary fight is now between ISIS and Jabhatun Nusrah. ISIS is killing only Muslims. As long as Jabhatun Nusra is not neutralized, ISIS will not be able to establish a viable American 'caliphate'. While the American puppet with his rodomontade attitude threatens to invade Spain and go after his creator, Obama – all said to befool morons – not a word is said about aiding Hamas or fighting the Yahood and freeing Baitil Maqdis.</w:t>
      </w:r>
    </w:p>
    <w:p>
      <w:pPr>
        <w:spacing w:before="0" w:after="120" w:line="300" w:lineRule="exact"/>
        <w:jc w:val="both"/>
      </w:pPr>
      <w:r>
        <w:rPr>
          <w:rFonts w:ascii="Georgia" w:hAnsi="Georgia" w:cs="Georgia" w:eastAsia="Georgia"/>
          <w:b w:val="0"/>
          <w:i w:val="0"/>
          <w:sz w:val="22"/>
        </w:rPr>
        <w:t>They do not even breathe a word about Baghdad right on their doorstep. American aid for ISIS via Saudi Arabia and Jordan, and collusion with Assad of Syria, are open secrets. Even western kuffaar antiIslam experts acknowledge that ISIS is a U.S. creation. Precisely for this reason has America withheld from any action against ISIS. If ISIS was not an America's puppet, the ISIS capital of Raqqa would have been reduced to ruins by America just as it had done to the Kurd town of Kobane.</w:t>
      </w:r>
    </w:p>
    <w:p>
      <w:pPr>
        <w:spacing w:before="0" w:after="120" w:line="300" w:lineRule="exact"/>
        <w:jc w:val="both"/>
      </w:pPr>
      <w:r>
        <w:rPr>
          <w:rFonts w:ascii="Georgia" w:hAnsi="Georgia" w:cs="Georgia" w:eastAsia="Georgia"/>
          <w:b w:val="0"/>
          <w:i w:val="0"/>
          <w:sz w:val="22"/>
        </w:rPr>
        <w:t>But Raqqa is intact and flourishing, and that is where stupid foreigners find comfort. If ISIS was antiAmerica, by today Raqqa would have been in ruins, and Mr. Simon would have been history. The skies over there would have been infested with American drones if this whole miserable lot of crank ISIS 'jihaadis' were not morons acting in furtherance of American conspiratorial designs.</w:t>
      </w:r>
    </w:p>
    <w:p>
      <w:pPr>
        <w:spacing w:before="0" w:after="120" w:line="300" w:lineRule="exact"/>
        <w:jc w:val="both"/>
      </w:pPr>
      <w:r>
        <w:rPr>
          <w:rFonts w:ascii="Georgia" w:hAnsi="Georgia" w:cs="Georgia" w:eastAsia="Georgia"/>
          <w:b w:val="0"/>
          <w:i w:val="0"/>
          <w:sz w:val="22"/>
        </w:rPr>
        <w:t>There is no Jihad in Iraq and Syria. They are running backwards and forward like bandits and gangsters, killing one another within a cocoon with marked frontiers established by the U.S. The internecine Muslim fighting is going on like a seesaw to the glee and satisfaction of the kuffaar, and Israel in particular. They operate within a region defined by the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LAMENTABLE PLIGHT AND THE CRUEL APATHY OF THE MUSLIM NATIONS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Tortured, persecuted, massacred and brutally expelled from their homeland (Arakan in Burma), by the evil Buddhists of Burma, an entire nation of Rohingya Muslims are scattered over the world as a 'stateless' people. While their plight has been an ongoing lamentable saga of pain and misery for more than a century, the recent misery of tens of thousands drifting rudderless on the highseas being buffeted by winds and waves without food in horribly over-crowded rickety boats, has cast the community once again into the limelight for the Muslim nations to express some hypocritical words of sorrow, and then to once again forget about their unfortunate brothers, sisters ands children.</w:t>
      </w:r>
    </w:p>
    <w:p>
      <w:pPr>
        <w:spacing w:before="0" w:after="120" w:line="300" w:lineRule="exact"/>
        <w:jc w:val="both"/>
      </w:pPr>
      <w:r>
        <w:rPr>
          <w:rFonts w:ascii="Georgia" w:hAnsi="Georgia" w:cs="Georgia" w:eastAsia="Georgia"/>
          <w:b w:val="0"/>
          <w:i w:val="0"/>
          <w:sz w:val="22"/>
        </w:rPr>
        <w:t>Innumerable of these Muslim brothers and sisters – their number is unknown – have perished on the high seas and their bodies dumped into the ocean. In Malaysia and Thailand mass graves containing hundreds of Rohingya skeletons were recently discovered. Thailand, the so-called Muslim nations of Indonesia and Malaysia forcibly turned the rickety boats crammed with suffering Rohingya Muslims away from their waters.</w:t>
      </w:r>
    </w:p>
    <w:p>
      <w:pPr>
        <w:spacing w:before="0" w:after="120" w:line="300" w:lineRule="exact"/>
        <w:jc w:val="both"/>
      </w:pPr>
      <w:r>
        <w:rPr>
          <w:rFonts w:ascii="Georgia" w:hAnsi="Georgia" w:cs="Georgia" w:eastAsia="Georgia"/>
          <w:b w:val="0"/>
          <w:i w:val="0"/>
          <w:sz w:val="22"/>
        </w:rPr>
        <w:t>Their navies towed the boats out to the high seas where they were pushed out to fend for themselves in the worst imaginable conditions. For a certainty, these cruel people cannot be Muslims despite sporting Muslim names and claiming to be Muslims. Rasulullah (sallallahu alayhi wasallam) said: stricted to the kuffaar governments at the helm of affairs in Muslim countries.</w:t>
      </w:r>
    </w:p>
    <w:p>
      <w:pPr>
        <w:spacing w:before="0" w:after="120" w:line="300" w:lineRule="exact"/>
        <w:jc w:val="both"/>
      </w:pPr>
      <w:r>
        <w:rPr>
          <w:rFonts w:ascii="Georgia" w:hAnsi="Georgia" w:cs="Georgia" w:eastAsia="Georgia"/>
          <w:b w:val="0"/>
          <w:i w:val="0"/>
          <w:sz w:val="22"/>
        </w:rPr>
        <w:t>Even the Muslim communities all over the world are afflicted with this satanic malady of cruel apathy. At the best they offer words of sympathy, but such words are futile for the suffering brothers and sisters buffeted in misery on the oceans and in the land. Sheer desperation and panic which reduce human beings to the level of animals, were displayed by the refugees on the high seas recently when their boats began sinking.</w:t>
      </w:r>
    </w:p>
    <w:p>
      <w:pPr>
        <w:spacing w:before="0" w:after="120" w:line="300" w:lineRule="exact"/>
        <w:jc w:val="both"/>
      </w:pPr>
      <w:r>
        <w:rPr>
          <w:rFonts w:ascii="Georgia" w:hAnsi="Georgia" w:cs="Georgia" w:eastAsia="Georgia"/>
          <w:b w:val="0"/>
          <w:i w:val="0"/>
          <w:sz w:val="22"/>
        </w:rPr>
        <w:t>Fighting for space on the grossly overcrowded rickety boats, these miserable refugees fought with each other, throwing people over board just to secure some standing space and to prevent the boat sinking. Some boats were saved by Indonesian Muslim fishermen in whose hearts Allah Ta'ala inspired pity. Despite the opposition of the Indonesian kaafir government, the Muslim fishermen went to the rescue of the migrant boat-people.</w:t>
      </w:r>
    </w:p>
    <w:p>
      <w:pPr>
        <w:spacing w:before="0" w:after="120" w:line="300" w:lineRule="exact"/>
        <w:jc w:val="both"/>
      </w:pPr>
      <w:r>
        <w:rPr>
          <w:rFonts w:ascii="Georgia" w:hAnsi="Georgia" w:cs="Georgia" w:eastAsia="Georgia"/>
          <w:b w:val="0"/>
          <w:i w:val="0"/>
          <w:sz w:val="22"/>
        </w:rPr>
        <w:t>The fishermen found one boat with 700 Muslims, half the boat under water and children swimming around it. These people were suffering on the high seas for more than two months. The Muslim fishermen took them ashore in the province of Aceh which is Indonesia's Muslim province.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are like a single man.</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"Muslims are like a single man. If the eye pains, the whole body is af-</w:t>
      </w:r>
    </w:p>
    <w:p>
      <w:pPr>
        <w:spacing w:before="0" w:after="120" w:line="300" w:lineRule="exact"/>
        <w:jc w:val="both"/>
      </w:pPr>
      <w:r>
        <w:rPr>
          <w:rFonts w:ascii="Georgia" w:hAnsi="Georgia" w:cs="Georgia" w:eastAsia="Georgia"/>
          <w:b w:val="0"/>
          <w:i w:val="0"/>
          <w:sz w:val="22"/>
        </w:rPr>
        <w:t>fected, and if the head pains, the whole body is affected." And Allah Ta'ala says in the Qur'aan Majeed: "Verily, the Mu'mineen are brothers." But the Muslim nations of today are mutual enemies among themselves. Their very Imaan is in doubt. This cruel apathy is a curse not 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SHOULD THE MUSLIM RESPONSE BE?</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All Muslims are aware of their obligation towards their suffering brethren. But, due to deadened Imaan, the only response forthcoming is some words of concern and sympathy. The response is restricted to this hypocrisy. This evil response is not restricted to the ignorant masses and to those whose goal on earth is nothing but worldly prosperity.</w:t>
      </w:r>
    </w:p>
    <w:p>
      <w:pPr>
        <w:spacing w:before="0" w:after="120" w:line="300" w:lineRule="exact"/>
        <w:jc w:val="both"/>
      </w:pPr>
      <w:r>
        <w:rPr>
          <w:rFonts w:ascii="Georgia" w:hAnsi="Georgia" w:cs="Georgia" w:eastAsia="Georgia"/>
          <w:b w:val="0"/>
          <w:i w:val="0"/>
          <w:sz w:val="22"/>
        </w:rPr>
        <w:t>The Aakhirah – the actual objective of the Muslim, has no real meaning for Muslims today, neither for the masses nor for the supposedly reli- gious segment of the Ummah, namely, the Ulama of the Madaaris and Khaanqas. The cruel apathy is a disease which is afflicting all segments of the Ummah. The Ummah is not prepared to provide any meaningful aid for their stricken brethren languishing in abject misery.</w:t>
      </w:r>
    </w:p>
    <w:p>
      <w:pPr>
        <w:spacing w:before="0" w:after="120" w:line="300" w:lineRule="exact"/>
        <w:jc w:val="both"/>
      </w:pPr>
      <w:r>
        <w:rPr>
          <w:rFonts w:ascii="Georgia" w:hAnsi="Georgia" w:cs="Georgia" w:eastAsia="Georgia"/>
          <w:b w:val="0"/>
          <w:i w:val="0"/>
          <w:sz w:val="22"/>
        </w:rPr>
        <w:t>The harrowing episodes about the misery of the Rohingya community make no genuine impression in the hearts of the Muslims who continue with their lives of haraam waste. The lifestyle of squander and haraam testifies to the total lack of genuine brotherly feelings for the suffering Muslims. Whilst Muslims are fully aware of the plight of suffering Muslims the world over, not only the Rohingya Muslims, meaningful aid is withheld while shaitaani waste continues unabated.</w:t>
      </w:r>
    </w:p>
    <w:p>
      <w:pPr>
        <w:spacing w:before="0" w:after="120" w:line="300" w:lineRule="exact"/>
        <w:jc w:val="both"/>
      </w:pPr>
      <w:r>
        <w:rPr>
          <w:rFonts w:ascii="Georgia" w:hAnsi="Georgia" w:cs="Georgia" w:eastAsia="Georgia"/>
          <w:b w:val="0"/>
          <w:i w:val="0"/>
          <w:sz w:val="22"/>
        </w:rPr>
        <w:t>The Muslim community in South Africa alone wastes tens of millions of rands annually on haraam activities. This is hard evidence to indicate the utter callousness of the hearts at a time when millions of Muslims are suffering and grovelling in abject poverty, ignorance and misery. The Rohingya episode is just one of these narratives of miseries which are afflicting tens of millions of Muslims all over the world, but our satanic squandering continues unabated.</w:t>
      </w:r>
    </w:p>
    <w:p>
      <w:pPr>
        <w:spacing w:before="0" w:after="120" w:line="300" w:lineRule="exact"/>
        <w:jc w:val="both"/>
      </w:pPr>
      <w:r>
        <w:rPr>
          <w:rFonts w:ascii="Georgia" w:hAnsi="Georgia" w:cs="Georgia" w:eastAsia="Georgia"/>
          <w:b w:val="0"/>
          <w:i w:val="0"/>
          <w:sz w:val="22"/>
        </w:rPr>
        <w:t>Besides the indulgence in permissible, but unnecessary luxuries, millions are squandered in haraam wedding functions, in tours and holidays, especially mock 'umrah' holidays. Umrah is used as a front for nafsaani gratification. And, even sincere persons undertaking Nafl Umrah lack in intelligence and genuine brotherly feeling for the suffering Muslims.</w:t>
      </w:r>
    </w:p>
    <w:p>
      <w:pPr>
        <w:spacing w:before="0" w:after="120" w:line="300" w:lineRule="exact"/>
        <w:jc w:val="both"/>
      </w:pPr>
      <w:r>
        <w:rPr>
          <w:rFonts w:ascii="Georgia" w:hAnsi="Georgia" w:cs="Georgia" w:eastAsia="Georgia"/>
          <w:b w:val="0"/>
          <w:i w:val="0"/>
          <w:sz w:val="22"/>
        </w:rPr>
        <w:t>They fail to understand that contributing the money for alleviating in some measure the suffering of Muslims, will confirm for them the reward of multiple Umrahs and Hajj. Once a man came to Hadhrat Bishr Haafi (rahmatullah alayhi) seeking advice. He said: "I have saved up 2,000 dinars (gold coins), and it is my intention to go for Hajj. What is your advice?" Since this was a Nafl Hajj, he sought advice.</w:t>
      </w:r>
    </w:p>
    <w:p>
      <w:pPr>
        <w:spacing w:before="0" w:after="120" w:line="300" w:lineRule="exact"/>
        <w:jc w:val="both"/>
      </w:pPr>
      <w:r>
        <w:rPr>
          <w:rFonts w:ascii="Georgia" w:hAnsi="Georgia" w:cs="Georgia" w:eastAsia="Georgia"/>
          <w:b w:val="0"/>
          <w:i w:val="0"/>
          <w:sz w:val="22"/>
        </w:rPr>
        <w:t>Hadhrat Bishr (rahmatullah alayh) asked: "Tell me, why are you going on the journey? Is it your intention to go for a holiday or for gaining thawaab?" The man said that his intention was to gain reward for the ibaadat of Hajj. The Hadhrat Bishr said: "Distribute the 2,000 dinars to ten destitute persons or to ten widows or to ten orphans or to ten such families who can barely make ends meet, and I assure you that you will receive the thawaab of 200 Maqbool Hajj." The man said: "Hadhrat, my heart is set on performing Hajj." Hadhrat Bishr responded: "As long as you do not squander the 2,000 dinars, you will not gain satisfaction because your earning is from haraam." Similar are the intentions of the droves of people going repeatedly for 'umrah'.</w:t>
      </w:r>
    </w:p>
    <w:p>
      <w:pPr>
        <w:spacing w:before="0" w:after="120" w:line="300" w:lineRule="exact"/>
        <w:jc w:val="both"/>
      </w:pPr>
      <w:r>
        <w:rPr>
          <w:rFonts w:ascii="Georgia" w:hAnsi="Georgia" w:cs="Georgia" w:eastAsia="Georgia"/>
          <w:b w:val="0"/>
          <w:i w:val="0"/>
          <w:sz w:val="22"/>
        </w:rPr>
        <w:t>They befool themselves and befuddle others with the chimera of 'umrah' when in reality they have their own nafsaani agendas, and the so-called 'ulama' are prime culprits in this shaitaaniyat. If the niyyat was genuinely the quest of thawaab, then what prevents a man from grabbing so easily the reward of 200 Hajj without undertaking the torment of a journey, especially journeys of this era which are littered with haraam at every step?</w:t>
      </w:r>
    </w:p>
    <w:p>
      <w:pPr>
        <w:spacing w:before="0" w:after="120" w:line="300" w:lineRule="exact"/>
        <w:jc w:val="both"/>
      </w:pPr>
      <w:r>
        <w:rPr>
          <w:rFonts w:ascii="Georgia" w:hAnsi="Georgia" w:cs="Georgia" w:eastAsia="Georgia"/>
          <w:b w:val="0"/>
          <w:i w:val="0"/>
          <w:sz w:val="22"/>
        </w:rPr>
        <w:t>It never dawns on these wasters to contribute the 'umrah' and the haraam wedding and other monies earmarked for shaitaaniyat, to the Cause of the suffering Rohingya Muslims or some other genuinely worthy Deeni enterprise, thus building up their capital in Jannat. Another satanic avenue of huge waste is the millions of rands which the ulama waste on travel expenses – plane fares, etc. – to attend absolutely futile meetings, conferences and jalsahs.</w:t>
      </w:r>
    </w:p>
    <w:p>
      <w:pPr>
        <w:spacing w:before="0" w:after="120" w:line="300" w:lineRule="exact"/>
        <w:jc w:val="both"/>
      </w:pPr>
      <w:r>
        <w:rPr>
          <w:rFonts w:ascii="Georgia" w:hAnsi="Georgia" w:cs="Georgia" w:eastAsia="Georgia"/>
          <w:b w:val="0"/>
          <w:i w:val="0"/>
          <w:sz w:val="22"/>
        </w:rPr>
        <w:t>The agenda at all such meetings without exception, is stupid talk-shop activity. They jet around, filling the coffers of the kuffaar to come and engage in drivel talk and merrymaking. Wallaah! There is no goodness in all of these ostentatious and wasteful conferences and meetings emulated in kuffaar style and accompanied by shaitaani waste.</w:t>
      </w:r>
    </w:p>
    <w:p>
      <w:pPr>
        <w:spacing w:before="0" w:after="120" w:line="300" w:lineRule="exact"/>
        <w:jc w:val="both"/>
      </w:pPr>
      <w:r>
        <w:rPr>
          <w:rFonts w:ascii="Georgia" w:hAnsi="Georgia" w:cs="Georgia" w:eastAsia="Georgia"/>
          <w:b w:val="0"/>
          <w:i w:val="0"/>
          <w:sz w:val="22"/>
        </w:rPr>
        <w:t>These molvis and sheikhs do not reflect for a moment that most of them are wasting the public's Lillaah funds for these futile meetings. Simply because they sit on millions of rands of the publics charity funds, they feel free to jump into a plane to attend a stupid meeting. Even those who spend from their own pockets – perhaps there may be one or two—have no valid argument to justify the waste.</w:t>
      </w:r>
    </w:p>
    <w:p>
      <w:pPr>
        <w:spacing w:before="0" w:after="120" w:line="300" w:lineRule="exact"/>
        <w:jc w:val="both"/>
      </w:pPr>
      <w:r>
        <w:rPr>
          <w:rFonts w:ascii="Georgia" w:hAnsi="Georgia" w:cs="Georgia" w:eastAsia="Georgia"/>
          <w:b w:val="0"/>
          <w:i w:val="0"/>
          <w:sz w:val="22"/>
        </w:rPr>
        <w:t>Money is a ni'mat and an amaanat. Wasting it is haraam. An answer will be demanded by Allah Ta'ala for the massive wastage of Allah's bounties perpetrated by the community. At these functions which are nafsaani gimmicks plastered with an outer veneer of 'deen', they only talk nonsense, eat and excrete. These are the essential ingredients of functions – all of these wedding and conference functions fall in this category of three ingredients.</w:t>
      </w:r>
    </w:p>
    <w:p>
      <w:pPr>
        <w:spacing w:before="0" w:after="120" w:line="300" w:lineRule="exact"/>
        <w:jc w:val="both"/>
      </w:pPr>
      <w:r>
        <w:rPr>
          <w:rFonts w:ascii="Georgia" w:hAnsi="Georgia" w:cs="Georgia" w:eastAsia="Georgia"/>
          <w:b w:val="0"/>
          <w:i w:val="0"/>
          <w:sz w:val="22"/>
        </w:rPr>
        <w:t>The ulama should hang their heads in shame for their disgraceful conduct and callousness of heart. Right now, they convene meetings and conferences. They misappropriate public funds to jet them to the haraam venues, and whilst their brethren such as the Rohingyas are suffering under their eyes and the media are blaring their plight, the conglomerate of ulama engage in drivel talk-shop never thinking of devising a strategy or a plan to aid the suffering brethren.</w:t>
      </w:r>
    </w:p>
    <w:p>
      <w:pPr>
        <w:spacing w:before="0" w:after="120" w:line="300" w:lineRule="exact"/>
        <w:jc w:val="both"/>
      </w:pPr>
      <w:r>
        <w:rPr>
          <w:rFonts w:ascii="Georgia" w:hAnsi="Georgia" w:cs="Georgia" w:eastAsia="Georgia"/>
          <w:b w:val="0"/>
          <w:i w:val="0"/>
          <w:sz w:val="22"/>
        </w:rPr>
        <w:t>This indicates just how far – very far are they from the Sunnah of that Nabi (sallallahu alayhi wasallam) whose praises they sing hypocritically in nasheeds / nazams / qaseedas. Truly, they are the gutha that comes down with flood waters. It is incumbent for Muslims of all walks of life to do some sincere soul searching. They will then be able to discern and understand the gross injustice they are committing with their indulgence in haraam wastage, and their total heartlessness in respect of the sufferings of millions of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"RAT LINE" OF ISIS</w:t>
      </w:r>
    </w:p>
    <w:p>
      <w:pPr>
        <w:spacing w:before="0" w:after="160" w:line="300" w:lineRule="exact"/>
        <w:jc w:val="center"/>
      </w:pPr>
      <w:r>
        <w:rPr>
          <w:rFonts w:ascii="Georgia" w:hAnsi="Georgia" w:cs="Georgia" w:eastAsia="Georgia"/>
          <w:b w:val="0"/>
          <w:i/>
          <w:sz w:val="16"/>
        </w:rPr>
        <w:t>Page 2, 12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MIDDLE EAST MESS EXCRETED BY THE U.S. AND</w:t>
      </w:r>
    </w:p>
    <w:p>
      <w:pPr>
        <w:spacing w:before="0" w:after="120" w:line="300" w:lineRule="exact"/>
        <w:jc w:val="both"/>
      </w:pPr>
      <w:r>
        <w:rPr>
          <w:rFonts w:ascii="Georgia" w:hAnsi="Georgia" w:cs="Georgia" w:eastAsia="Georgia"/>
          <w:b w:val="0"/>
          <w:i w:val="0"/>
          <w:sz w:val="22"/>
        </w:rPr>
        <w:t>U.K. The Guardian Newspaper – Wednesday 03rd June 2015Author Seumas Milne The war on terror, that campaign without end launched 14 years ago by George Bush, is tying itself up in ever more grotesque contortions. On Monday the trial in London of a Swedish man, Bherlin Gildo, accused of terrorism in Syria, collapsed after it became clear British intelligence had been arming the same rebel groups the defendant was charged with supporting.</w:t>
      </w:r>
    </w:p>
    <w:p>
      <w:pPr>
        <w:spacing w:before="0" w:after="120" w:line="300" w:lineRule="exact"/>
        <w:jc w:val="both"/>
      </w:pPr>
      <w:r>
        <w:rPr>
          <w:rFonts w:ascii="Georgia" w:hAnsi="Georgia" w:cs="Georgia" w:eastAsia="Georgia"/>
          <w:b w:val="0"/>
          <w:i w:val="0"/>
          <w:sz w:val="22"/>
        </w:rPr>
        <w:t>The prosecution abandoned the case, apparently to avoid embarrassing the intelligence services. The defence argued that going ahead withthe trial would have been an "affront to justice" when there was plenty of evidence the British state was itself providing "extensive support" to the armed Syrian opposition. That didn't only include the "nonlethal assistance" boasted of by the government (including body armour and military vehicles), but training, logistical support and the secret supply of "arms on a massive scale".</w:t>
      </w:r>
    </w:p>
    <w:p>
      <w:pPr>
        <w:spacing w:before="0" w:after="120" w:line="300" w:lineRule="exact"/>
        <w:jc w:val="both"/>
      </w:pPr>
      <w:r>
        <w:rPr>
          <w:rFonts w:ascii="Georgia" w:hAnsi="Georgia" w:cs="Georgia" w:eastAsia="Georgia"/>
          <w:b w:val="0"/>
          <w:i w:val="0"/>
          <w:sz w:val="22"/>
        </w:rPr>
        <w:t>Reports were cited that MI6 had cooperated with the CIA on a "rat line" of arms transfers from Libyan stockpiles to the Syrian rebels in 2012 after the fall of the Gaddafi regime. Clearly, the absurdity of sending someone to prison for doing what ministers and their security officials were up to themselves became too much. But it's only the latest of a string of such cases.</w:t>
      </w:r>
    </w:p>
    <w:p>
      <w:pPr>
        <w:spacing w:before="0" w:after="120" w:line="300" w:lineRule="exact"/>
        <w:jc w:val="both"/>
      </w:pPr>
      <w:r>
        <w:rPr>
          <w:rFonts w:ascii="Georgia" w:hAnsi="Georgia" w:cs="Georgia" w:eastAsia="Georgia"/>
          <w:b w:val="0"/>
          <w:i w:val="0"/>
          <w:sz w:val="22"/>
        </w:rPr>
        <w:t>Less fortunate was a London cab driver Anis Sardar, who was given a life sentence a fortnight earlier for taking part in 2007 in resistance to the occupation of Iraq by US and British forces. Armed opposition to illegal invasion and occupation clearly doesn't constitute terrorism or murder on most definitions, including the Geneva convention.</w:t>
      </w:r>
    </w:p>
    <w:p>
      <w:pPr>
        <w:spacing w:before="0" w:after="120" w:line="300" w:lineRule="exact"/>
        <w:jc w:val="both"/>
      </w:pPr>
      <w:r>
        <w:rPr>
          <w:rFonts w:ascii="Georgia" w:hAnsi="Georgia" w:cs="Georgia" w:eastAsia="Georgia"/>
          <w:b w:val="0"/>
          <w:i w:val="0"/>
          <w:sz w:val="22"/>
        </w:rPr>
        <w:t>But terrorism is now squarely in the eye of the beholder. And nowhere is that more so than in the Middle East, where today's terrorists are tomorrow's fighters against tyranny – and allies are enemies – often at the bewildering whim of a western policymaker's conference call. For the past year, US, British and other western forces have been back in Iraq, supposedly in the cause of destroying the hypersectarian terror group Islamic State (formerly known as al-Qaida in Iraq).</w:t>
      </w:r>
    </w:p>
    <w:p>
      <w:pPr>
        <w:spacing w:before="0" w:after="120" w:line="300" w:lineRule="exact"/>
        <w:jc w:val="both"/>
      </w:pPr>
      <w:r>
        <w:rPr>
          <w:rFonts w:ascii="Georgia" w:hAnsi="Georgia" w:cs="Georgia" w:eastAsia="Georgia"/>
          <w:b w:val="0"/>
          <w:i w:val="0"/>
          <w:sz w:val="22"/>
        </w:rPr>
        <w:t>This was after Isis overran huge chunks of Iraqi and Syrian territory and proclaimed a self- styled Islamic caliphate. The campaign isn't going well. Last month, Isis rolled into the Iraqi city of Ramadi, while on the other side of the now nonexistent border its forces conquered the Syrian town of Palmyra. Al-Qaida's official franchise, the Nusra Front, has also been making gains in Syria.</w:t>
      </w:r>
    </w:p>
    <w:p>
      <w:pPr>
        <w:spacing w:before="0" w:after="120" w:line="300" w:lineRule="exact"/>
        <w:jc w:val="both"/>
      </w:pPr>
      <w:r>
        <w:rPr>
          <w:rFonts w:ascii="Georgia" w:hAnsi="Georgia" w:cs="Georgia" w:eastAsia="Georgia"/>
          <w:b w:val="0"/>
          <w:i w:val="0"/>
          <w:sz w:val="22"/>
        </w:rPr>
        <w:t>Some Iraqis complain that the US sat on its hands while all this was going on. The Americans insist they are trying to avoid civilian casualties, and claim significant successes. Privately, officials say they don't want to be seen hammering Sunni strongholds in a sectarian war and risk upsetting their Sunni allies in the Gulf. A revealing light on how we got here has now been shone by a recently declassified secret US intelligence report, written in August 2012, which uncannily predicts – and effectively welcomes – the prospect of a "Salafist principality" in eastern Syria and an al-Qaidacontrolled Islamic state in Syria and Iraq.</w:t>
      </w:r>
    </w:p>
    <w:p>
      <w:pPr>
        <w:spacing w:before="0" w:after="120" w:line="300" w:lineRule="exact"/>
        <w:jc w:val="both"/>
      </w:pPr>
      <w:r>
        <w:rPr>
          <w:rFonts w:ascii="Georgia" w:hAnsi="Georgia" w:cs="Georgia" w:eastAsia="Georgia"/>
          <w:b w:val="0"/>
          <w:i w:val="0"/>
          <w:sz w:val="22"/>
        </w:rPr>
        <w:t>In stark contrast to western claims at the time, the Defense Intelligence Agency document identifies al-Qaida in Iraq (which became Isis) and fellow Salafists as the "major forces driving the insurgency in Syria" – and states that "western countries, the Gulf states and Turkey" were supporting the opposition's efforts to take control of eastern Syria.</w:t>
      </w:r>
    </w:p>
    <w:p>
      <w:pPr>
        <w:spacing w:before="0" w:after="120" w:line="300" w:lineRule="exact"/>
        <w:jc w:val="both"/>
      </w:pPr>
      <w:r>
        <w:rPr>
          <w:rFonts w:ascii="Georgia" w:hAnsi="Georgia" w:cs="Georgia" w:eastAsia="Georgia"/>
          <w:b w:val="0"/>
          <w:i w:val="0"/>
          <w:sz w:val="22"/>
        </w:rPr>
        <w:t>Raising the "possibility of establishing a declared or undeclared Salafist principality", the Pentagon report goes on, "this is exactly what the supporting powers to the opposition want, in order to isolate the Syrian regime, which is considered the strategic depth of the Shia expansion (Iraq and Iran)". American forces bomb one set of rebels while backing another in Syria Which is pretty well exactly what happened two years later.</w:t>
      </w:r>
    </w:p>
    <w:p>
      <w:pPr>
        <w:spacing w:before="0" w:after="120" w:line="300" w:lineRule="exact"/>
        <w:jc w:val="both"/>
      </w:pPr>
      <w:r>
        <w:rPr>
          <w:rFonts w:ascii="Georgia" w:hAnsi="Georgia" w:cs="Georgia" w:eastAsia="Georgia"/>
          <w:b w:val="0"/>
          <w:i w:val="0"/>
          <w:sz w:val="22"/>
        </w:rPr>
        <w:t>The report isn't a policy document. It's heavily redacted and there are ambiguities in the language. But the implications are clear enough. A year into the Syrian rebellion, the US and its allies weren't only supporting and arming an opposition they knew to be dominated by extreme sectarian groups; they were prepared to countenance the creation of some sort of "Islamic state" – despite the "grave danger" to Iraq's unity – as a Sunni buffer to weaken Syria.</w:t>
      </w:r>
    </w:p>
    <w:p>
      <w:pPr>
        <w:spacing w:before="0" w:after="120" w:line="300" w:lineRule="exact"/>
        <w:jc w:val="both"/>
      </w:pPr>
      <w:r>
        <w:rPr>
          <w:rFonts w:ascii="Georgia" w:hAnsi="Georgia" w:cs="Georgia" w:eastAsia="Georgia"/>
          <w:b w:val="0"/>
          <w:i w:val="0"/>
          <w:sz w:val="22"/>
        </w:rPr>
        <w:t>That doesn't mean the US created Isis, of course, though some of its Gulf allies certainly played a role in it – as the US vice-president, Joe Biden, acknowledged last year. But there was no al-Qaida in Iraq until the US and Britain invaded. And the US has certainly exploited the existence of Isis against other forces in the region as part of a wider drive to maintain western control.</w:t>
      </w:r>
    </w:p>
    <w:p>
      <w:pPr>
        <w:spacing w:before="0" w:after="120" w:line="300" w:lineRule="exact"/>
        <w:jc w:val="both"/>
      </w:pPr>
      <w:r>
        <w:rPr>
          <w:rFonts w:ascii="Georgia" w:hAnsi="Georgia" w:cs="Georgia" w:eastAsia="Georgia"/>
          <w:b w:val="0"/>
          <w:i w:val="0"/>
          <w:sz w:val="22"/>
        </w:rPr>
        <w:t>The calculus changed when Isis started beheading westerners and posting atrocities online, and the Gulf states are now backing other groups in the Syrian war, such as the Nusra Front. But this US and western habit of playing with jihadi groups, which then come back to bite them, goes back at least to the 1980s war against the Soviet Union in Afghanistan, which fostered the original al-Qaida under CIA tutelage.</w:t>
      </w:r>
    </w:p>
    <w:p>
      <w:pPr>
        <w:spacing w:before="0" w:after="120" w:line="300" w:lineRule="exact"/>
        <w:jc w:val="both"/>
      </w:pPr>
      <w:r>
        <w:rPr>
          <w:rFonts w:ascii="Georgia" w:hAnsi="Georgia" w:cs="Georgia" w:eastAsia="Georgia"/>
          <w:b w:val="0"/>
          <w:i w:val="0"/>
          <w:sz w:val="22"/>
        </w:rPr>
        <w:t>It was recalibrated during the occupation of Iraq, when US forces led by General Petraeus sponsored an El Salvador-style dirty war of sectarian death squads to weaken the Iraqi resistance. And it was reprised in 2011 in the Nato-orchestrated war in Libya, where Isis last week took control of Gaddafi's home town of Sirte. In reality, US and western policy in the conflagration that is now the Middle East is in the classic mould of imperial divide-and-rule.</w:t>
      </w:r>
    </w:p>
    <w:p>
      <w:pPr>
        <w:spacing w:before="0" w:after="120" w:line="300" w:lineRule="exact"/>
        <w:jc w:val="both"/>
      </w:pPr>
      <w:r>
        <w:rPr>
          <w:rFonts w:ascii="Georgia" w:hAnsi="Georgia" w:cs="Georgia" w:eastAsia="Georgia"/>
          <w:b w:val="0"/>
          <w:i w:val="0"/>
          <w:sz w:val="22"/>
        </w:rPr>
        <w:t>Ameri- can forces bomb one set of rebels while backing another in Syria, and mount what are effectively joint military operations with Iran against Isis in Iraq while supporting Saudi Arabia's military campaign against Iranian-backed Houthi forces in Yemen. However confused US policy may often be, a weak, partitioned Iraq and Syria fit such an approach perfectly.</w:t>
      </w:r>
    </w:p>
    <w:p>
      <w:pPr>
        <w:spacing w:before="0" w:after="120" w:line="300" w:lineRule="exact"/>
        <w:jc w:val="both"/>
      </w:pPr>
      <w:r>
        <w:rPr>
          <w:rFonts w:ascii="Georgia" w:hAnsi="Georgia" w:cs="Georgia" w:eastAsia="Georgia"/>
          <w:b w:val="0"/>
          <w:i w:val="0"/>
          <w:sz w:val="22"/>
        </w:rPr>
        <w:t>What's clear is that Isis and its monstrosities won't be defeated by the same powers that brought it to Iraq and Syria in the first place, or whose open and covert war-making has fostered it in the years since. Endless western military interventions in the Middle East have brought only destruction and division. It's the people of the region who can cure this disease – not those who incubated the virus.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INTERESTING QUESTIONS ABOUT ISIS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Louise Turner in News 1. How does ISIS avoid NSA surveillance? (ISIS is unable to avoid NSA and CIA surveillance.. This impression is red herring. ISIS is in fact the creation of the CIA. This question is thus irrelevant. – Al-Haq)</w:t>
      </w:r>
    </w:p>
    <w:p>
      <w:pPr>
        <w:spacing w:before="0" w:after="120" w:line="300" w:lineRule="exact"/>
        <w:jc w:val="both"/>
      </w:pPr>
      <w:r>
        <w:rPr>
          <w:rFonts w:ascii="Georgia" w:hAnsi="Georgia" w:cs="Georgia" w:eastAsia="Georgia"/>
          <w:b w:val="0"/>
          <w:i w:val="0"/>
          <w:sz w:val="22"/>
        </w:rPr>
        <w:t>2. How do they communicate and avoid all communication systems at the same time? (The U.S. is casting a deliberate blind eye on the movements of ISIS. They are aware of all the movements of ISIS who operates under American command. – Al-Haq) 3. How do they avoid military and government satellite surveillance and tracking? (They are fully under U.S. military and government satellite and tracking. – Al-Haq) 4.</w:t>
      </w:r>
    </w:p>
    <w:p>
      <w:pPr>
        <w:spacing w:before="0" w:after="120" w:line="300" w:lineRule="exact"/>
        <w:jc w:val="both"/>
      </w:pPr>
      <w:r>
        <w:rPr>
          <w:rFonts w:ascii="Georgia" w:hAnsi="Georgia" w:cs="Georgia" w:eastAsia="Georgia"/>
          <w:b w:val="0"/>
          <w:i w:val="0"/>
          <w:sz w:val="22"/>
        </w:rPr>
        <w:t>How does the mainstream media and all the CIA pundits on TV like Colonel Anthony Shaffer know so much about how dangerous ISIS is yet they know nothing else like where they got their weapons from or how they were created? Oh wait, how did Shaffer obtain his knowledge about them? Who specifically did he speak to? (The U.S. conspiracy is conspicuously exposed in the mirror of ISIS. – Al-Haq) Why is the (CIA) chain of command that ISIS responds to not reported by mainstream media?</w:t>
      </w:r>
    </w:p>
    <w:p>
      <w:pPr>
        <w:spacing w:before="0" w:after="120" w:line="300" w:lineRule="exact"/>
        <w:jc w:val="both"/>
      </w:pPr>
      <w:r>
        <w:rPr>
          <w:rFonts w:ascii="Georgia" w:hAnsi="Georgia" w:cs="Georgia" w:eastAsia="Georgia"/>
          <w:b w:val="0"/>
          <w:i w:val="0"/>
          <w:sz w:val="22"/>
        </w:rPr>
        <w:t>(The Mainstream media are all in cahoots with the American government in the clutches of the Mafia gang ruling the country. – Al-Haq) Why are the simple facts about the creation of ISIS so clear and documented in the alternative and world wide media except in the tiny circle of Zionist companies that control Western media? (Because they are part of the U.S. conspiracy. – Al-Haq) Why does everything ISIS does fit in so perfectly with the Bush Neocon Project For A New American Century? – Why does it fit in so perfectly with the globalist new world order plans like a perfect fitting shoe or glove?</w:t>
      </w:r>
    </w:p>
    <w:p>
      <w:pPr>
        <w:spacing w:before="0" w:after="120" w:line="300" w:lineRule="exact"/>
        <w:jc w:val="both"/>
      </w:pPr>
      <w:r>
        <w:rPr>
          <w:rFonts w:ascii="Georgia" w:hAnsi="Georgia" w:cs="Georgia" w:eastAsia="Georgia"/>
          <w:b w:val="0"/>
          <w:i w:val="0"/>
          <w:sz w:val="22"/>
        </w:rPr>
        <w:t>(Because ISIS is an American 'caliphate' – Al-Haq) As we contemplate these questions, let us remember that the mainstream media in America is controlled by only 6 companies and all of them are on the same page when it comes to Israel, the global government agenda, the U.S./U.N. led new world order plans, the Project for a New American Century, the wishes of the Council on Foreign Relations and all CIA (Mossad) backed operations.</w:t>
      </w:r>
    </w:p>
    <w:p>
      <w:pPr>
        <w:spacing w:before="0" w:after="120" w:line="300" w:lineRule="exact"/>
        <w:jc w:val="both"/>
      </w:pPr>
      <w:r>
        <w:rPr>
          <w:rFonts w:ascii="Georgia" w:hAnsi="Georgia" w:cs="Georgia" w:eastAsia="Georgia"/>
          <w:b w:val="0"/>
          <w:i w:val="0"/>
          <w:sz w:val="22"/>
        </w:rPr>
        <w:t>It's all part of the same story and the same paradigm. So while the mainstream media continues to lie and spin stories designed to make you think that ISIS is a mysterious and dangerous gang whose defeating can only occur with more bombing of Iraq and illegal invasion of Syria, don't forget that no "army" exists to make headline news that challenges massive empires without massive support.</w:t>
      </w:r>
    </w:p>
    <w:p>
      <w:pPr>
        <w:spacing w:before="0" w:after="120" w:line="300" w:lineRule="exact"/>
        <w:jc w:val="both"/>
      </w:pPr>
      <w:r>
        <w:rPr>
          <w:rFonts w:ascii="Georgia" w:hAnsi="Georgia" w:cs="Georgia" w:eastAsia="Georgia"/>
          <w:b w:val="0"/>
          <w:i w:val="0"/>
          <w:sz w:val="22"/>
        </w:rPr>
        <w:t>There are no trees that grow guns, bullets and other weapons, they must be supplied by someone. The same can be said about all resources including money, food, shelter, water and other basic needs of life. Everyone who works for a living and anyone who is struggling or has struggled financially to survive can appreciate this. Let us not be fooled by artificially engineered Western media narratives that not only fit in perfectly with the globalists stated goals of taking over the Middle East clearly outlined in the Project For A New American Century paper titled Rebuilding America's Defences.</w:t>
      </w:r>
    </w:p>
    <w:p>
      <w:pPr>
        <w:spacing w:before="0" w:after="120" w:line="300" w:lineRule="exact"/>
        <w:jc w:val="both"/>
      </w:pPr>
      <w:r>
        <w:rPr>
          <w:rFonts w:ascii="Georgia" w:hAnsi="Georgia" w:cs="Georgia" w:eastAsia="Georgia"/>
          <w:b w:val="0"/>
          <w:i w:val="0"/>
          <w:sz w:val="22"/>
        </w:rPr>
        <w:t>From a common sense point of view, it isn't very difficult to see how the ongoing mainstream media narratives about ISIS no longer make any financial or practical sense from a day to-day/dailyliving point of view. (Article Source: Activist Post)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Days afer a church in Agra was THE "COW' THREAT nor anything mois or dry, bue it is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"Days after a church in Agra was targeted, the Hindu Mahasabha(a verkrampte, anti-Muslim party – AlHaq) on Monday said attacking a church is not "illegal" and "violates no law." "The NarendraModi-led NDA government should award and provide legal and administrative protection to Hindus who attack churches across the country. Churches are no longer places of worship but factories for conversion of Hindus into Christianity," said Munna Kumar Shukla, general secretary of the AkhilBharatiya Hindu Mahasabha.</w:t>
      </w:r>
    </w:p>
    <w:p>
      <w:pPr>
        <w:spacing w:before="0" w:after="120" w:line="300" w:lineRule="exact"/>
        <w:jc w:val="both"/>
      </w:pPr>
      <w:r>
        <w:rPr>
          <w:rFonts w:ascii="Georgia" w:hAnsi="Georgia" w:cs="Georgia" w:eastAsia="Georgia"/>
          <w:b w:val="0"/>
          <w:i w:val="0"/>
          <w:sz w:val="22"/>
        </w:rPr>
        <w:t>Mr.Shukla said the outfit would give awards and protection for Hindu youths who attack churches and marry Muslim girls. He also said the TajMahal was a Shiva temple and not a mausoleum and would meet the same fate as the Babri Masjid. MORE IN: Today's Paper MORE FROM THE HINDU Rajnath decries anti-minority views22/04/2015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Nothing moves, but with Allah's intervention and command. The</w:t>
      </w:r>
    </w:p>
    <w:p>
      <w:pPr>
        <w:spacing w:before="120" w:after="120" w:line="300" w:lineRule="exact"/>
        <w:ind w:left="720" w:right="720"/>
        <w:jc w:val="center"/>
      </w:pPr>
      <w:r>
        <w:rPr>
          <w:rFonts w:ascii="Georgia" w:hAnsi="Georgia" w:cs="Georgia" w:eastAsia="Georgia"/>
          <w:b w:val="0"/>
          <w:i/>
          <w:sz w:val="22"/>
        </w:rPr>
        <w:t>Qur'aan declaring this eternal reality states: "Nothing, be it an atom's size, in the earth and heavens, nor anything smaller or bigger than this, is hidden from your Rabb, but it is recorded in a Clear Book." In another Aayat, the Qur'aan states: "By Him are the Keys of the Ghaib (the Unseen realm). He knows what is in the ocean and on the land. Not a leaf drops (from a tree) but He is aware. There is not a seed in the darkness of the earth (underground)</w:t>
      </w:r>
    </w:p>
    <w:p>
      <w:pPr>
        <w:spacing w:before="0" w:after="120" w:line="300" w:lineRule="exact"/>
        <w:jc w:val="both"/>
      </w:pPr>
      <w:r>
        <w:rPr>
          <w:rFonts w:ascii="Georgia" w:hAnsi="Georgia" w:cs="Georgia" w:eastAsia="Georgia"/>
          <w:b w:val="0"/>
          <w:i w:val="0"/>
          <w:sz w:val="22"/>
        </w:rPr>
        <w:t>nor anything moist or dry, but it is in a Clear Book." Allah Ta'ala has given the Cowworshippers and the Cow and Human Urine-drinkers the upperhand over the Muslims. These mushrikeen are in control of the worldly destiny of Muslims in India. The humiliation and fear of the Muslim community are the making of their own hands. Both the learned and the ignorant are lost in their drunken stupor of sin and transgression.</w:t>
      </w:r>
    </w:p>
    <w:p>
      <w:pPr>
        <w:spacing w:before="0" w:after="120" w:line="300" w:lineRule="exact"/>
        <w:jc w:val="both"/>
      </w:pPr>
      <w:r>
        <w:rPr>
          <w:rFonts w:ascii="Georgia" w:hAnsi="Georgia" w:cs="Georgia" w:eastAsia="Georgia"/>
          <w:b w:val="0"/>
          <w:i w:val="0"/>
          <w:sz w:val="22"/>
        </w:rPr>
        <w:t>The Ulama have totally abandoned AmrBilMa'roofNahyi Anil Munkar. Therefore, Allah Ta'ala has cast them to the Cow-Worshippers.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FALSE BLACK FLAGS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Hadhrat Ali (radhiyallahu anhu) said: "When you see the black flags, remain where you are and do not move your hands or your feet. Thereafter, there shall appear a feeble insignificant folk. Their hearts will be like fragments of iron. They will have the state. They will fulfil neither covenant nor agreement. They will call to the truth, but they will not be people of the truth. Their names will be parental attributions, and their aliases will be derived from towns. Their hair will be freeflowing like that of women. This situation will remain until they differ among themselves. Thereafter, God will bring forth the Truth through whomever He wills." Does this narration by Hadhrat Ali bin Abi Talib (radhiyallahu anhu) which is narrated by Al-Bukhari's Ustaadh, Nu'aym bin Hammad over one thousand two hundred years ago in his Kitaab Al-Fitan, refer to the 'ISIS'? And, Is it possible to understand the narration as follows? 'When you see the black flags': The flags of the 'ISIS' are black. 'Remain where you are': i.e. Stay where you are, O Muslims, and do not join them. 'And do not move your hands or your feet': i.e. Do not help them financially or with equipment or in any way whatsoever. 'Thereafter there shall appear a feeble insignificant folk': i.e. 'weak' and 'insignificant' in terms of understanding of Deen, morality and Deeni practice. 'Their hearts will be like fragments of iron': i.e. they will ruthlessly kill prisoners of war and cruelly torture people. 'They will have the state': For almost a century, no one has claimed to be an Islamic Caliphate other than the current 'ISIS' in Iraq and the Levant. 'They will fulfil neither covenant nor agreement': The 'ISIS' did not fulfil its agreement with the Sha'etat tribe after the tribe pledged allegiance to them; indeed the 'ISIS' slaughtered them by the hundreds. They also killed journalists. 'They will call to the truth': The 'ISIS' calls to Islam. 'But they will not be people of the truth': The people of the truth are merciful. Rasulullah (sallallahu alayhi wasallam) said: 'Have mercy and you will be shown mercy.' (How can they be people of the truth when they are an American surrogate gang? – Al-Haq) 'Their names will be parental attributions': Like: 'Abu Muthanna', 'Abu Muhammad', 'Abu Muslim' and so on. 'And their aliases will be derived from towns': Like: 'Al-Baghdadi', 'al-Zarqawi', 'al-Tunisi' and so on. 'Their hair will be free-flowing like that of women': 'ISIS' fighters have hair precisely like this. 'Until they differ among themselves': Like the differences between the 'ISIS' and its parent, the al-Nusra Front (al-Qaeda in Syria). The fighting between these two has led to around ten thousand deaths in a single year. 'Thereafter, Allah will bring forth the truth through whomever He wills': Through a clear and correct Islamic proclamation (like this open letter). (NO! Not like this letter. Another group of Haq will settle the score. – Al-Haq) – (End of letter)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explanation given by you is apt, and it does apply to ISIS. All the signs point to ISIS coming within the purview of this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CHINESE REPRESSION-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MUSLIM GETS 6 YEARS FOR BEARD – WIFE GETS 2 YEARS FOR BURQAH</w:t>
      </w:r>
    </w:p>
    <w:p>
      <w:pPr>
        <w:spacing w:before="0" w:after="120" w:line="300" w:lineRule="exact"/>
        <w:jc w:val="both"/>
      </w:pPr>
      <w:r>
        <w:rPr>
          <w:rFonts w:ascii="Georgia" w:hAnsi="Georgia" w:cs="Georgia" w:eastAsia="Georgia"/>
          <w:b w:val="0"/>
          <w:i w:val="0"/>
          <w:sz w:val="22"/>
        </w:rPr>
        <w:t>A Muslim in China's Muslim province of Xinjang has been sentenced to a six year prison term for keeping a beard, and his wife to two years for veiling herself. The hostility towards Muslims is conspicuously portrayed by this act of persecution. Repression and extermination of Muslims have occurred on a massive scale since the brutal communist regime came to power.</w:t>
      </w:r>
    </w:p>
    <w:p>
      <w:pPr>
        <w:spacing w:before="0" w:after="120" w:line="300" w:lineRule="exact"/>
        <w:jc w:val="both"/>
      </w:pPr>
      <w:r>
        <w:rPr>
          <w:rFonts w:ascii="Georgia" w:hAnsi="Georgia" w:cs="Georgia" w:eastAsia="Georgia"/>
          <w:b w:val="0"/>
          <w:i w:val="0"/>
          <w:sz w:val="22"/>
        </w:rPr>
        <w:t>The atrocities committed by the evil Chinese regime on Muslims are far worse than the atrocities of the Israelis against the Palestinian Muslims. But there is a deafening silence from the Muslim world on this issue. Trade with China, cheap, scrap goods and Chinese aid have purchased the Imaan of Muslims, hence there is only silence in the face of Chinese brutality while everyone is extremely vociferous with hypocritical noises in favour of Palestine.</w:t>
      </w:r>
    </w:p>
    <w:p>
      <w:pPr>
        <w:spacing w:before="0" w:after="120" w:line="300" w:lineRule="exact"/>
        <w:jc w:val="both"/>
      </w:pPr>
      <w:r>
        <w:rPr>
          <w:rFonts w:ascii="Georgia" w:hAnsi="Georgia" w:cs="Georgia" w:eastAsia="Georgia"/>
          <w:b w:val="0"/>
          <w:i w:val="0"/>
          <w:sz w:val="22"/>
        </w:rPr>
        <w:t>The beard which a godless Chinese grows is accepted as a fashion. But a Muslim growing a beard is sentenced with brutal absurdity to a long prison term as this case confirms. The evil communist regime is bent on imposing Chinese pig culture on the Muslims of China. The China Youth Daily had reported that a court in Xingjang desert oasis city of Kashgar sentenced the 38 year old Muslim Uighur man to six years in jail for growing a beard while his wife was sentenced to two years for wearing a veil/ burqah.</w:t>
      </w:r>
    </w:p>
    <w:p>
      <w:pPr>
        <w:spacing w:before="0" w:after="120" w:line="300" w:lineRule="exact"/>
        <w:jc w:val="both"/>
      </w:pPr>
      <w:r>
        <w:rPr>
          <w:rFonts w:ascii="Georgia" w:hAnsi="Georgia" w:cs="Georgia" w:eastAsia="Georgia"/>
          <w:b w:val="0"/>
          <w:i w:val="0"/>
          <w:sz w:val="22"/>
        </w:rPr>
        <w:t>Both these Islamic practices are banned by the Devils of China. The regime is actively campaigning against Islamic traditions. As a consequence of brutal Chinese repression, last year 200 Muslims were killed when violence erupted in Xinjang.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KOUBANE AND RAQQA - THE GAME OF THE PLOTTERS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Koubane is or was a strategic town of the Kurd community. The Kurds are in an alliance with the U.S.A. ostensibly defending them against ISIS which is America's surrogate 'caliphate'. Ostensibly to keep ISIS away from Koubani, this town was reduced to rubble by the U.S. air force. The utter demolition of the entire town is really unbelievable.</w:t>
      </w:r>
    </w:p>
    <w:p>
      <w:pPr>
        <w:spacing w:before="0" w:after="120" w:line="300" w:lineRule="exact"/>
        <w:jc w:val="both"/>
      </w:pPr>
      <w:r>
        <w:rPr>
          <w:rFonts w:ascii="Georgia" w:hAnsi="Georgia" w:cs="Georgia" w:eastAsia="Georgia"/>
          <w:b w:val="0"/>
          <w:i w:val="0"/>
          <w:sz w:val="22"/>
        </w:rPr>
        <w:t>Hundreds of thousands of tons of bombs must have been dropped to wrought such total demolition of an entire town. This is what the U.S. has accomplished for its ally, the Kurds. On the other hand, Raqqa is the capital city of ISIS who is supposed to be the enemy of the U.S. Yet, Raqqa has not been the victim of a single air bombardment. Raqqa stands intact and is a flourishing city which the U.S. has left unscathed, and that is by design.</w:t>
      </w:r>
    </w:p>
    <w:p>
      <w:pPr>
        <w:spacing w:before="0" w:after="120" w:line="300" w:lineRule="exact"/>
        <w:jc w:val="both"/>
      </w:pPr>
      <w:r>
        <w:rPr>
          <w:rFonts w:ascii="Georgia" w:hAnsi="Georgia" w:cs="Georgia" w:eastAsia="Georgia"/>
          <w:b w:val="0"/>
          <w:i w:val="0"/>
          <w:sz w:val="22"/>
        </w:rPr>
        <w:t>ISIS has no response for U.S. air assaults, yet America has not even attempted of assaulting Raqqa neither from the air nor from the land. But it has utterly demolished and destroyed Koubane the town of its ally. Then there is the huge city of Mosul which was the very first 'prize' grabbed by ISIS. But the U.S. with its coalition has not made any attempt to retake or even strike Mosul.</w:t>
      </w:r>
    </w:p>
    <w:p>
      <w:pPr>
        <w:spacing w:before="0" w:after="120" w:line="300" w:lineRule="exact"/>
        <w:jc w:val="both"/>
      </w:pPr>
      <w:r>
        <w:rPr>
          <w:rFonts w:ascii="Georgia" w:hAnsi="Georgia" w:cs="Georgia" w:eastAsia="Georgia"/>
          <w:b w:val="0"/>
          <w:i w:val="0"/>
          <w:sz w:val="22"/>
        </w:rPr>
        <w:t>These facts are hard evidence to prove that ISIS is the haraam illegitimate puppet of the U.S., waging a shaitaani so-called 'jihad' killing Muslims. The Qur'aan states: "And only people of intelligence derive lesson." People of intelligence are not fooled by this fake American 'caliphate'.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BARBARISM OF CIA BRUTALITY</w:t>
      </w:r>
    </w:p>
    <w:p>
      <w:pPr>
        <w:spacing w:before="0" w:after="160" w:line="300" w:lineRule="exact"/>
        <w:jc w:val="center"/>
      </w:pPr>
      <w:r>
        <w:rPr>
          <w:rFonts w:ascii="Georgia" w:hAnsi="Georgia" w:cs="Georgia" w:eastAsia="Georgia"/>
          <w:b w:val="0"/>
          <w:i/>
          <w:sz w:val="16"/>
        </w:rPr>
        <w:t>Page 4, 10, 12 of the original. Heading read from the printed headline artwork.</w:t>
      </w:r>
    </w:p>
    <w:p>
      <w:pPr>
        <w:spacing w:before="0" w:after="120" w:line="300" w:lineRule="exact"/>
        <w:jc w:val="both"/>
      </w:pPr>
      <w:r>
        <w:rPr>
          <w:rFonts w:ascii="Georgia" w:hAnsi="Georgia" w:cs="Georgia" w:eastAsia="Georgia"/>
          <w:b w:val="0"/>
          <w:i w:val="0"/>
          <w:sz w:val="22"/>
        </w:rPr>
        <w:t>THE CIA's use of torture was far more "brutal and sadistic" than was disclosed in last year's controversial US Senate report into the agency's interrogation techniques, according to new information from a Guantanamo Bay detainee. The newly declassified accounts of the torture of Majid Khan, a "high-value detainee", describe in graphic detail how he was sexually assaulted, hung from a beam by his hands for days without a break and half-drowned in freezing water.</w:t>
      </w:r>
    </w:p>
    <w:p>
      <w:pPr>
        <w:spacing w:before="0" w:after="120" w:line="300" w:lineRule="exact"/>
        <w:jc w:val="both"/>
      </w:pPr>
      <w:r>
        <w:rPr>
          <w:rFonts w:ascii="Georgia" w:hAnsi="Georgia" w:cs="Georgia" w:eastAsia="Georgia"/>
          <w:b w:val="0"/>
          <w:i w:val="0"/>
          <w:sz w:val="22"/>
        </w:rPr>
        <w:t>The descriptions are contained in 27 pages of notes from interviews between Khan and his legal team that were cleared for release by the US government on Tuesday and first reported by Reuters. The notes appear to corroborate a Telegraph report from September last year in which a highly placed intelligence source alleged that CIA waterboarding went far beyond controlled "simulated" drowning.</w:t>
      </w:r>
    </w:p>
    <w:p>
      <w:pPr>
        <w:spacing w:before="0" w:after="120" w:line="300" w:lineRule="exact"/>
        <w:jc w:val="both"/>
      </w:pPr>
      <w:r>
        <w:rPr>
          <w:rFonts w:ascii="Georgia" w:hAnsi="Georgia" w:cs="Georgia" w:eastAsia="Georgia"/>
          <w:b w:val="0"/>
          <w:i w:val="0"/>
          <w:sz w:val="22"/>
        </w:rPr>
        <w:t>In the new testimony, Khan – who was arrested in Karachi in 2003 and held for more than three years in CIA black sites before being transferred to Guantanamo Bay in 2006 – is described undergoing the near drownings during an interrogation in May 2003. "Guards and interrogators brought him into a bathroom with a tub. The tub was filled with water and ice.</w:t>
      </w:r>
    </w:p>
    <w:p>
      <w:pPr>
        <w:spacing w:before="0" w:after="120" w:line="300" w:lineRule="exact"/>
        <w:jc w:val="both"/>
      </w:pPr>
      <w:r>
        <w:rPr>
          <w:rFonts w:ascii="Georgia" w:hAnsi="Georgia" w:cs="Georgia" w:eastAsia="Georgia"/>
          <w:b w:val="0"/>
          <w:i w:val="0"/>
          <w:sz w:val="22"/>
        </w:rPr>
        <w:t>Shackled and hooded, they placed Khan feet first into the freezing water and ice," the excerpt said. "They lowered [him] into the water and held him down, face-up in the water. An interrogator forced Khan's head under the water until he thought he would drown." Last year, an intelligence source provided a very similar description of CIA excesses against an unnamed detainee, telling The Telegraph: "They were holding them under water until the point of death, with a doctor present to make sure they did not go too far.</w:t>
      </w:r>
    </w:p>
    <w:p>
      <w:pPr>
        <w:spacing w:before="0" w:after="120" w:line="300" w:lineRule="exact"/>
        <w:jc w:val="both"/>
      </w:pPr>
      <w:r>
        <w:rPr>
          <w:rFonts w:ascii="Georgia" w:hAnsi="Georgia" w:cs="Georgia" w:eastAsia="Georgia"/>
          <w:b w:val="0"/>
          <w:i w:val="0"/>
          <w:sz w:val="22"/>
        </w:rPr>
        <w:t>This was real torture." The source said doctors were also present during the near death interrogations to ensure there was not a fatality – a fact corroborated by Khan, who says he begged one doctor for help but the doctor instead instructed the guards to hang him from a metal bar for a further 24 hours. The notes say Khan was kept in the dark for much of 2003 and in solitary confinement from 2004-06, that he was threatened with beatings with tools including a hammer, and that his interrogators sometimes had the smell of alcohol on their breath.</w:t>
      </w:r>
    </w:p>
    <w:p>
      <w:pPr>
        <w:spacing w:before="0" w:after="120" w:line="300" w:lineRule="exact"/>
        <w:jc w:val="both"/>
      </w:pPr>
      <w:r>
        <w:rPr>
          <w:rFonts w:ascii="Georgia" w:hAnsi="Georgia" w:cs="Georgia" w:eastAsia="Georgia"/>
          <w:b w:val="0"/>
          <w:i w:val="0"/>
          <w:sz w:val="22"/>
        </w:rPr>
        <w:t>Khan, now 35, grew up in Baltimore in the US and is now a government witness in the trial of Khalid Sheikh Mohammed and others accused in the September 11 2001 attacks, after pleading guilty to terror conspiracy charges in February 2012. Lawyers for Khan and other rights groups say the new testimony makes clear that the 500-page Senate torture report – which was bitterly contested by the CIA when it was released last year – only scratched the surface of what actually happened.</w:t>
      </w:r>
    </w:p>
    <w:p>
      <w:pPr>
        <w:spacing w:before="0" w:after="120" w:line="300" w:lineRule="exact"/>
        <w:jc w:val="both"/>
      </w:pPr>
      <w:r>
        <w:rPr>
          <w:rFonts w:ascii="Georgia" w:hAnsi="Georgia" w:cs="Georgia" w:eastAsia="Georgia"/>
          <w:b w:val="0"/>
          <w:i w:val="0"/>
          <w:sz w:val="22"/>
        </w:rPr>
        <w:t>Reprieve, a UK-based legal charity that represents several victims of CIA extraordinary rendition, said the testimony proved there was still a huge amount of work to be done to reveal both the truth about torture, and the role played by Britain in the CIA's programme. – The Telegraph (PE Herald, 4 June 2015)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AID WITHHELD</w:t>
      </w:r>
    </w:p>
    <w:p>
      <w:pPr>
        <w:spacing w:before="0" w:after="160" w:line="300" w:lineRule="exact"/>
        <w:jc w:val="center"/>
      </w:pPr>
      <w:r>
        <w:rPr>
          <w:rFonts w:ascii="Georgia" w:hAnsi="Georgia" w:cs="Georgia" w:eastAsia="Georgia"/>
          <w:b w:val="0"/>
          <w:i/>
          <w:sz w:val="16"/>
        </w:rPr>
        <w:t>Page 5, 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 BROTHER FROM PAKISTAN WRITES:</w:t>
      </w:r>
    </w:p>
    <w:p>
      <w:pPr>
        <w:spacing w:before="0" w:after="120" w:line="300" w:lineRule="exact"/>
        <w:jc w:val="both"/>
      </w:pPr>
      <w:r>
        <w:rPr>
          <w:rFonts w:ascii="Georgia" w:hAnsi="Georgia" w:cs="Georgia" w:eastAsia="Georgia"/>
          <w:b w:val="0"/>
          <w:i w:val="0"/>
          <w:sz w:val="22"/>
        </w:rPr>
        <w:t>What The Majlis wrote some years ago about the Taliban still holds true. The extent to which the Taliban depend on ISI (the Pakistani Intelligence apparatus) today is amazing. I would say it has increased. The worst thing is that the Taliban have respect for ISI, and they defend them. I'm not talking about the small people but about the higher ups.</w:t>
      </w:r>
    </w:p>
    <w:p>
      <w:pPr>
        <w:spacing w:before="0" w:after="120" w:line="300" w:lineRule="exact"/>
        <w:jc w:val="both"/>
      </w:pPr>
      <w:r>
        <w:rPr>
          <w:rFonts w:ascii="Georgia" w:hAnsi="Georgia" w:cs="Georgia" w:eastAsia="Georgia"/>
          <w:b w:val="0"/>
          <w:i w:val="0"/>
          <w:sz w:val="22"/>
        </w:rPr>
        <w:t>They are in constant contact and it is commonly known that the Taliban have a very strong connection with ISI (Inter State Intelligence). Now how can we expect any khair (good) from them? Wastage of money like The Majlis had mentioned, in the article is still there. Another thing I want to tell is how the higher ups not ordinary small Taliban roam around Pakistan freely without any fear of anyone.</w:t>
      </w:r>
    </w:p>
    <w:p>
      <w:pPr>
        <w:spacing w:before="0" w:after="120" w:line="300" w:lineRule="exact"/>
        <w:jc w:val="both"/>
      </w:pPr>
      <w:r>
        <w:rPr>
          <w:rFonts w:ascii="Georgia" w:hAnsi="Georgia" w:cs="Georgia" w:eastAsia="Georgia"/>
          <w:b w:val="0"/>
          <w:i w:val="0"/>
          <w:sz w:val="22"/>
        </w:rPr>
        <w:t>But I noticed many times that they stay in Madrasahs just adjacent to the Masjid. Literally the doors of the Madrasah open up in the Masjid Yet they do not attend Jamaat Namaz. I asked them why they don't come. Their response is, its dangerous. I really don't understand them. They roam around the whole of Pakistan and they even go for Umrah/Hajj, they have Pakistani passports, and yet they cant go to Masjid to pray with Jamaat where no one even knows them?</w:t>
      </w:r>
    </w:p>
    <w:p>
      <w:pPr>
        <w:spacing w:before="0" w:after="120" w:line="300" w:lineRule="exact"/>
        <w:jc w:val="both"/>
      </w:pPr>
      <w:r>
        <w:rPr>
          <w:rFonts w:ascii="Georgia" w:hAnsi="Georgia" w:cs="Georgia" w:eastAsia="Georgia"/>
          <w:b w:val="0"/>
          <w:i w:val="0"/>
          <w:sz w:val="22"/>
        </w:rPr>
        <w:t>I don't think they are any better than ISIS. If ISIS is extreme, on the other hand, these people are far away from Deen. The only good thing about them is Deobandiyat and moderation in the sense they are not harsh like ISIS., otherwise they're as bad deen wise. No Ibadat, no Nawafil, no Qur'aan, nothing. Their occupations are videos, idle talks, big dinners in expensive restaurants when they're in cities.</w:t>
      </w:r>
    </w:p>
    <w:p>
      <w:pPr>
        <w:spacing w:before="0" w:after="120" w:line="300" w:lineRule="exact"/>
        <w:jc w:val="both"/>
      </w:pPr>
      <w:r>
        <w:rPr>
          <w:rFonts w:ascii="Georgia" w:hAnsi="Georgia" w:cs="Georgia" w:eastAsia="Georgia"/>
          <w:b w:val="0"/>
          <w:i w:val="0"/>
          <w:sz w:val="22"/>
        </w:rPr>
        <w:t>I just want to ask, if this is what is going on everywhere, then what is the solution? Everywhere there is corruption. Why would Allah help them if their a'maal are like this? Its been 14 years of war. But despite all their claims that Taliban hold 70% of Afghanistan, I don't think its true. I saw it myself that they are just limited to borders in areas where there's no one. and no enemy.</w:t>
      </w:r>
    </w:p>
    <w:p>
      <w:pPr>
        <w:spacing w:before="0" w:after="120" w:line="300" w:lineRule="exact"/>
        <w:jc w:val="both"/>
      </w:pPr>
      <w:r>
        <w:rPr>
          <w:rFonts w:ascii="Georgia" w:hAnsi="Georgia" w:cs="Georgia" w:eastAsia="Georgia"/>
          <w:b w:val="0"/>
          <w:i w:val="0"/>
          <w:sz w:val="22"/>
        </w:rPr>
        <w:t>I think this time if Taliban come into power they will be like other political rulers. Please comment on this state of affairs? (End of letter) Allah's Nusrat is blocked by the corruption of the Ummah and the deplorable state of the Mujahideen wherever they may be engaging in 'Jihad', whether it be the Taliban, Arab Mujahideen, Kashmiris, Palestinians, Chechens and Ash-Shabaab.</w:t>
      </w:r>
    </w:p>
    <w:p>
      <w:pPr>
        <w:spacing w:before="0" w:after="120" w:line="300" w:lineRule="exact"/>
        <w:jc w:val="both"/>
      </w:pPr>
      <w:r>
        <w:rPr>
          <w:rFonts w:ascii="Georgia" w:hAnsi="Georgia" w:cs="Georgia" w:eastAsia="Georgia"/>
          <w:b w:val="0"/>
          <w:i w:val="0"/>
          <w:sz w:val="22"/>
        </w:rPr>
        <w:t>They fail miserably because Allah's Nusrat is not forthcoming. They lack the qualification for the Ni'mat of Allah's Nusrat. They are devoid of the attribute of Tawakkul. That is why they look askance to the kuffaar and fussaaq for aid, and such paltry aid is apportioned to them in consonance with the political agenda of the fussaaq rulers to whom the 'mujahideen' of this era are subservient.</w:t>
      </w:r>
    </w:p>
    <w:p>
      <w:pPr>
        <w:spacing w:before="0" w:after="120" w:line="300" w:lineRule="exact"/>
        <w:jc w:val="both"/>
      </w:pPr>
      <w:r>
        <w:rPr>
          <w:rFonts w:ascii="Georgia" w:hAnsi="Georgia" w:cs="Georgia" w:eastAsia="Georgia"/>
          <w:b w:val="0"/>
          <w:i w:val="0"/>
          <w:sz w:val="22"/>
        </w:rPr>
        <w:t>While the Taliban has to toe the line of the evil Pakistani IS, the Arab mujahideen are all part of the U.S. conspiracy in which Saudi Arabia, Egypt, Jordan and the Gulf States are cahoots. The terms of the 'aid' are clearly spelt out, and the 'mujahideen' have to operate within the confines of such dictated terms. We are not speaking about ISIS.</w:t>
      </w:r>
    </w:p>
    <w:p>
      <w:pPr>
        <w:spacing w:before="0" w:after="120" w:line="300" w:lineRule="exact"/>
        <w:jc w:val="both"/>
      </w:pPr>
      <w:r>
        <w:rPr>
          <w:rFonts w:ascii="Georgia" w:hAnsi="Georgia" w:cs="Georgia" w:eastAsia="Georgia"/>
          <w:b w:val="0"/>
          <w:i w:val="0"/>
          <w:sz w:val="22"/>
        </w:rPr>
        <w:t>This group is conspicuously a U.S. creation to further the American plot of gaining control of the oil wealth of the Middle East. There is no relationship whatsoever between ISIS and Islam. Islam is merely a veneer to conceal the insidious plot from the moron rank and file foot soldiers who sincerely join its ranks believing that the struggle is Jihad whilst in reality this ISIS 'jihad' is orchestrated by the CIA.</w:t>
      </w:r>
    </w:p>
    <w:p>
      <w:pPr>
        <w:spacing w:before="0" w:after="120" w:line="300" w:lineRule="exact"/>
        <w:jc w:val="both"/>
      </w:pPr>
      <w:r>
        <w:rPr>
          <w:rFonts w:ascii="Georgia" w:hAnsi="Georgia" w:cs="Georgia" w:eastAsia="Georgia"/>
          <w:b w:val="0"/>
          <w:i w:val="0"/>
          <w:sz w:val="22"/>
        </w:rPr>
        <w:t>When the U.S. objectives have been achieved, then the eyes of the foot soldiers will open as they had opened in Bosnia from where the mujahideen were expelled when the U.S. had decided to impose 'peace' on the Bosnians, Croats and Serbs. During the tenure of the conflagration, the primarily Arab mujaahideen who had inflicted substantial losses on the Serbs, were tolerated.</w:t>
      </w:r>
    </w:p>
    <w:p>
      <w:pPr>
        <w:spacing w:before="0" w:after="120" w:line="300" w:lineRule="exact"/>
        <w:jc w:val="both"/>
      </w:pPr>
      <w:r>
        <w:rPr>
          <w:rFonts w:ascii="Georgia" w:hAnsi="Georgia" w:cs="Georgia" w:eastAsia="Georgia"/>
          <w:b w:val="0"/>
          <w:i w:val="0"/>
          <w:sz w:val="22"/>
        </w:rPr>
        <w:t>They openly operated their training camps and aided the Bosnian decrepit army against the Serbs. However, when America had decided to impose peace, one of the terms of the accord was the expulsion of the mujahideen. Those who had married Bosnian women and had selected to remain, were disarmed. A Jihad cannot be fought nor is it valid with kuffaar and fussaaq aid.</w:t>
      </w:r>
    </w:p>
    <w:p>
      <w:pPr>
        <w:spacing w:before="0" w:after="120" w:line="300" w:lineRule="exact"/>
        <w:jc w:val="both"/>
      </w:pPr>
      <w:r>
        <w:rPr>
          <w:rFonts w:ascii="Georgia" w:hAnsi="Georgia" w:cs="Georgia" w:eastAsia="Georgia"/>
          <w:b w:val="0"/>
          <w:i w:val="0"/>
          <w:sz w:val="22"/>
        </w:rPr>
        <w:t>In fact, the current so-called 'jihad' operations are not being waged only with kuffaar and fussaaq aid. The anarchy is perpetrated under kuffaar and fussaq directives and command, and constitutes a planned operation in the U.S. plot for global hegemony, the objective of which is to pirate off the wealth of the Muslim lands inhabited by masses of morons, fissaaq, fujjaar and people who think that they are Muslims.</w:t>
      </w:r>
    </w:p>
    <w:p>
      <w:pPr>
        <w:spacing w:before="0" w:after="120" w:line="300" w:lineRule="exact"/>
        <w:jc w:val="both"/>
      </w:pPr>
      <w:r>
        <w:rPr>
          <w:rFonts w:ascii="Georgia" w:hAnsi="Georgia" w:cs="Georgia" w:eastAsia="Georgia"/>
          <w:b w:val="0"/>
          <w:i w:val="0"/>
          <w:sz w:val="22"/>
        </w:rPr>
        <w:t>Hence, there is no Nusrat from Allah Azza Wa Jal. If Allah's Nusrat was at hand, the Taliban would not have slogged for 14 years, and then after almost total withdrawal of the enemy forces, victory is denied. The kuffaar coalition has withdrawn from the fighting arena. But, the Taliban under IS fussaaq command, and grossly deficient in A'maal-e-Saalihah, are still engaged in hit and run tactics with no clear victory in sight.</w:t>
      </w:r>
    </w:p>
    <w:p>
      <w:pPr>
        <w:spacing w:before="0" w:after="120" w:line="300" w:lineRule="exact"/>
        <w:jc w:val="both"/>
      </w:pPr>
      <w:r>
        <w:rPr>
          <w:rFonts w:ascii="Georgia" w:hAnsi="Georgia" w:cs="Georgia" w:eastAsia="Georgia"/>
          <w:b w:val="0"/>
          <w:i w:val="0"/>
          <w:sz w:val="22"/>
        </w:rPr>
        <w:t>This is the clearest sign that Allah's Nusrat is being withheld. About His Aid, Allah Azza Wa Jal declares in the Qur'aan Majeed: "If they (the kuffaar) conspire to deceive you, then, verily, Allah suffices for you. It is HE Who aided you with His Nusrat (Help) and with the Mu'mineen."(Al-Anfaal, Aayat 62) "O Nabi! Allah and the Mu'mineen who follow you suffice for you (in Jihad)."(Al-Anfaal, Aayat 64) Aid is only from Allah Ta'ala.</w:t>
      </w:r>
    </w:p>
    <w:p>
      <w:pPr>
        <w:spacing w:before="0" w:after="120" w:line="300" w:lineRule="exact"/>
        <w:jc w:val="both"/>
      </w:pPr>
      <w:r>
        <w:rPr>
          <w:rFonts w:ascii="Georgia" w:hAnsi="Georgia" w:cs="Georgia" w:eastAsia="Georgia"/>
          <w:b w:val="0"/>
          <w:i w:val="0"/>
          <w:sz w:val="22"/>
        </w:rPr>
        <w:t>He is sufficient. The Qur'aan here and elsewhere clearly emphasizes that Allah suffices for the genuine Mu'mineen in Jihad. The aid of the kuffaar and fussaaq is not needed. Their aid is mal-oon (accursed). It comes with mal-oon strings and ropes with which the mujahideen will be hung in the ultimate end – at the end of the kuffaar plots.</w:t>
      </w:r>
    </w:p>
    <w:p>
      <w:pPr>
        <w:spacing w:before="0" w:after="120" w:line="300" w:lineRule="exact"/>
        <w:jc w:val="both"/>
      </w:pPr>
      <w:r>
        <w:rPr>
          <w:rFonts w:ascii="Georgia" w:hAnsi="Georgia" w:cs="Georgia" w:eastAsia="Georgia"/>
          <w:b w:val="0"/>
          <w:i w:val="0"/>
          <w:sz w:val="22"/>
        </w:rPr>
        <w:t>The condition for success, however, is Taqwa. Minus Taqwa, the issue is a foregone failure and defeat. With Taqwa, will Noor from Allah Ta'ala fortify the hearts and the brains of the Mu'mineen. "If Allah aids you,, no one can then ever defeat you. But if He withholds His aid from You, then who can ever help you thereafter? Therefore, the Mu'minoon should have Trust only on Allah." (Aal-eImraan, Aayat 160) For about 60 years the Palestinians in Palestine, and the Kashmiris in Kashmir, and the Afghan Mujahideen for 30 years have been waging their respective 'jihaads' with fussaaq and kuffaar aid and directive.</w:t>
      </w:r>
    </w:p>
    <w:p>
      <w:pPr>
        <w:spacing w:before="0" w:after="120" w:line="300" w:lineRule="exact"/>
        <w:jc w:val="both"/>
      </w:pPr>
      <w:r>
        <w:rPr>
          <w:rFonts w:ascii="Georgia" w:hAnsi="Georgia" w:cs="Georgia" w:eastAsia="Georgia"/>
          <w:b w:val="0"/>
          <w:i w:val="0"/>
          <w:sz w:val="22"/>
        </w:rPr>
        <w:t>What is the result? They are weaker, more degenerate and humiliated than what they were at the commencement of their 'jihads'. The 'mujahideen' are part of the degenerate, corrupt, zindeeq Ummah. They have not undergone moral reformation. Spiritually they are bankrupt. While they raise Islamic slogans, their gaze is on the kuffaar and fussaaq aid which is doled out to them in terms of the political agendas of their evil helpers.</w:t>
      </w:r>
    </w:p>
    <w:p>
      <w:pPr>
        <w:spacing w:before="0" w:after="120" w:line="300" w:lineRule="exact"/>
        <w:jc w:val="both"/>
      </w:pPr>
      <w:r>
        <w:rPr>
          <w:rFonts w:ascii="Georgia" w:hAnsi="Georgia" w:cs="Georgia" w:eastAsia="Georgia"/>
          <w:b w:val="0"/>
          <w:i w:val="0"/>
          <w:sz w:val="22"/>
        </w:rPr>
        <w:t>Since Allah Ta'ala, according to the above aayat, is withholding His Nusrat,, the aid of the kuffaar and fussaaq is of no avail. Just look at the reality on the ground. We see nothing but Muslims killing Muslims, humiliation, defeat and misery. The mujahideen conduct themselves more like bandits than Soldiers of Islam in the field to raise the Standard of Tauheed on the hilltops of the world as the Sahaabah had accomplished with nothing but Divine Aid.</w:t>
      </w:r>
    </w:p>
    <w:p>
      <w:pPr>
        <w:spacing w:before="0" w:after="120" w:line="300" w:lineRule="exact"/>
        <w:jc w:val="both"/>
      </w:pPr>
      <w:r>
        <w:rPr>
          <w:rFonts w:ascii="Georgia" w:hAnsi="Georgia" w:cs="Georgia" w:eastAsia="Georgia"/>
          <w:b w:val="0"/>
          <w:i w:val="0"/>
          <w:sz w:val="22"/>
        </w:rPr>
        <w:t>Islamically, there is no logical reason for the defeat upon defeat suffered by the mujahideen other than the denial of Allah's Nusrat. Why had the Sahaabah achieved such great and wonderful victories despite their lack of worldly and military means? Why were they so successful against huge wellequipped armies of the then world powers, vastly out-numbered, numerically and militarily grossly inferior?</w:t>
      </w:r>
    </w:p>
    <w:p>
      <w:pPr>
        <w:spacing w:before="0" w:after="120" w:line="300" w:lineRule="exact"/>
        <w:jc w:val="both"/>
      </w:pPr>
      <w:r>
        <w:rPr>
          <w:rFonts w:ascii="Georgia" w:hAnsi="Georgia" w:cs="Georgia" w:eastAsia="Georgia"/>
          <w:b w:val="0"/>
          <w:i w:val="0"/>
          <w:sz w:val="22"/>
        </w:rPr>
        <w:t>And, why are the mujahideen of the present era suffering defeat upon defeat? Some morons present the reason of the kuffaar's air force and their massive and awe-inspiring military arsenals comprising of the most sophisticated weaponry. To a degree this ludicrous \argument, if proffered by ignorant laymen, could be overlooked. But if Ulama present such nonsensical excuses, it will be intolerable, and it will border on kufr, for the implication is that Allah Ta'ala's Nusrat cannot operate against the military prowess of the kuffaar.</w:t>
      </w:r>
    </w:p>
    <w:p>
      <w:pPr>
        <w:spacing w:before="0" w:after="120" w:line="300" w:lineRule="exact"/>
        <w:jc w:val="both"/>
      </w:pPr>
      <w:r>
        <w:rPr>
          <w:rFonts w:ascii="Georgia" w:hAnsi="Georgia" w:cs="Georgia" w:eastAsia="Georgia"/>
          <w:b w:val="0"/>
          <w:i w:val="0"/>
          <w:sz w:val="22"/>
        </w:rPr>
        <w:t>The Very Same Allah Azza Wa Jal Who had granted the Sahaabah spectacular victories exists today. His armies are limitless and most powerful. He says in the Qur'aan: "No one knows the armies of your Rabb except He." (Muddath-thir, Aayat 31) The entire creation is at His beck and call. He creates and destroys within a split second with His command: "Kun!</w:t>
      </w:r>
    </w:p>
    <w:p>
      <w:pPr>
        <w:spacing w:before="0" w:after="120" w:line="300" w:lineRule="exact"/>
        <w:jc w:val="both"/>
      </w:pPr>
      <w:r>
        <w:rPr>
          <w:rFonts w:ascii="Georgia" w:hAnsi="Georgia" w:cs="Georgia" w:eastAsia="Georgia"/>
          <w:b w:val="0"/>
          <w:i w:val="0"/>
          <w:sz w:val="22"/>
        </w:rPr>
        <w:t>(Be!)'. Allah Ta'ala is not in need of the material forces He has created. However, subject to His Wisdom, He employs the material forces for His operations in this material world. He aids whomsoever He desires. The Qur'aan states: "Most certainly, Allah aids whoever 'aids' Him (that is, aids His Deen by means of obedience and submission to His Law). ......They (whom He aids) are those, when We grant them power (to rule) on earth, they establish Salaat, pay (and establish) Zakaat, command righteousness, and prohibit evil.</w:t>
      </w:r>
    </w:p>
    <w:p>
      <w:pPr>
        <w:spacing w:before="0" w:after="120" w:line="300" w:lineRule="exact"/>
        <w:jc w:val="both"/>
      </w:pPr>
      <w:r>
        <w:rPr>
          <w:rFonts w:ascii="Georgia" w:hAnsi="Georgia" w:cs="Georgia" w:eastAsia="Georgia"/>
          <w:b w:val="0"/>
          <w:i w:val="0"/>
          <w:sz w:val="22"/>
        </w:rPr>
        <w:t>And for Allah is the ultimate result of all affairs." (Al-Hajj, Aayat 41) When the nation of Nabi Musa (alayhis salaam) complained about their hardships and the oppression of the kuffaar, he presented them with the solution. The Qur'aan says: "Musa said to his nation: 'Seek aid by Allah and have Sabr. Verily, the earth belongs to Allah. He grants it to whomever He will from His servants, and the ultimate victory is for the Muttaqeen." Thus for victory, the imperative condition is Taqwa – Taqwa which all the mujahideen groups lack in entirety.</w:t>
      </w:r>
    </w:p>
    <w:p>
      <w:pPr>
        <w:spacing w:before="0" w:after="120" w:line="300" w:lineRule="exact"/>
        <w:jc w:val="both"/>
      </w:pPr>
      <w:r>
        <w:rPr>
          <w:rFonts w:ascii="Georgia" w:hAnsi="Georgia" w:cs="Georgia" w:eastAsia="Georgia"/>
          <w:b w:val="0"/>
          <w:i w:val="0"/>
          <w:sz w:val="22"/>
        </w:rPr>
        <w:t>If Muslims attend to their moral reformation and gain spiritual elevation, Allah Ta'ala will suffice for them. He says in the Qur'aan: "And, Allah suffices for the Mu'mineen in war. Allah is powerful and mighty." (Al-Ahzaab, Aayat 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and the West Teyasod in po seiks vill oait</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"Western countries usually make their military manoeuvres based on studies conducted by think tanks. These days they wage wars without using soldiers. They create problems in the countries in order to frighten their rulers, weaken them to control their territories, and force them to seek the military support of big powers. This way they achieve the goal of waging a war at the least cost.</w:t>
      </w:r>
    </w:p>
    <w:p>
      <w:pPr>
        <w:spacing w:before="0" w:after="120" w:line="300" w:lineRule="exact"/>
        <w:jc w:val="both"/>
      </w:pPr>
      <w:r>
        <w:rPr>
          <w:rFonts w:ascii="Georgia" w:hAnsi="Georgia" w:cs="Georgia" w:eastAsia="Georgia"/>
          <w:b w:val="0"/>
          <w:i w:val="0"/>
          <w:sz w:val="22"/>
        </w:rPr>
        <w:t>According to Dr. Max Manwaring, professor of military strategy at US Army War College, the concept of war in modern times has changed. We have reached the fourth generation of war that forces countries to accept the enemy's will. What is the objective of this kind of war? Not to defeat the army on the other side, because there is no such army in the first place or cross a country's border, but to weaken the morale of the country and impose its will on it.</w:t>
      </w:r>
    </w:p>
    <w:p>
      <w:pPr>
        <w:spacing w:before="0" w:after="120" w:line="300" w:lineRule="exact"/>
        <w:jc w:val="both"/>
      </w:pPr>
      <w:r>
        <w:rPr>
          <w:rFonts w:ascii="Georgia" w:hAnsi="Georgia" w:cs="Georgia" w:eastAsia="Georgia"/>
          <w:b w:val="0"/>
          <w:i w:val="0"/>
          <w:sz w:val="22"/>
        </w:rPr>
        <w:t>They also try to make the targeted country a failing state by creating a situation in which they will not have control on certain parts of the country. This way they destabilize the country and this will enable them to force that country to do whatever they want. They succeed in achieving all the goals of previous wars without using soldiers or weapons.</w:t>
      </w:r>
    </w:p>
    <w:p>
      <w:pPr>
        <w:spacing w:before="0" w:after="120" w:line="300" w:lineRule="exact"/>
        <w:jc w:val="both"/>
      </w:pPr>
      <w:r>
        <w:rPr>
          <w:rFonts w:ascii="Georgia" w:hAnsi="Georgia" w:cs="Georgia" w:eastAsia="Georgia"/>
          <w:b w:val="0"/>
          <w:i w:val="0"/>
          <w:sz w:val="22"/>
        </w:rPr>
        <w:t>This brings a new definition of war, which is compulsion. In light of the above theory, western powers allow Islamic State terrorists to expand their operations in Iraq and Syria and control swaths of their lands so that these countries seek the support of western countries. We have seen IS battalions moving around and occupying new territories without any air cover.</w:t>
      </w:r>
    </w:p>
    <w:p>
      <w:pPr>
        <w:spacing w:before="0" w:after="120" w:line="300" w:lineRule="exact"/>
        <w:jc w:val="both"/>
      </w:pPr>
      <w:r>
        <w:rPr>
          <w:rFonts w:ascii="Georgia" w:hAnsi="Georgia" w:cs="Georgia" w:eastAsia="Georgia"/>
          <w:b w:val="0"/>
          <w:i w:val="0"/>
          <w:sz w:val="22"/>
        </w:rPr>
        <w:t>Western forces could have destroyed these militants easily but would not do that, as they wanted to use these militants to realize their vested interests and objectives. — By Ali Al-Khabti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 - THE PIVOT OF THE MUSLIM'S BATTLEFIELD VICTORIES</w:t>
      </w:r>
    </w:p>
    <w:p>
      <w:pPr>
        <w:spacing w:before="0" w:after="160" w:line="300" w:lineRule="exact"/>
        <w:jc w:val="center"/>
      </w:pPr>
      <w:r>
        <w:rPr>
          <w:rFonts w:ascii="Georgia" w:hAnsi="Georgia" w:cs="Georgia" w:eastAsia="Georgia"/>
          <w:b w:val="0"/>
          <w:i/>
          <w:sz w:val="16"/>
        </w:rPr>
        <w:t>Page 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COUNCIL OF WAR OF THE CHRISTIANS</w:t>
      </w:r>
    </w:p>
    <w:p>
      <w:pPr>
        <w:spacing w:before="0" w:after="120" w:line="300" w:lineRule="exact"/>
        <w:jc w:val="both"/>
      </w:pPr>
      <w:r>
        <w:rPr>
          <w:rFonts w:ascii="Georgia" w:hAnsi="Georgia" w:cs="Georgia" w:eastAsia="Georgia"/>
          <w:b w:val="0"/>
          <w:i w:val="0"/>
          <w:sz w:val="22"/>
        </w:rPr>
        <w:t>(From Futoohush Shaam of Imaam Waaqidi) Maahaan Armeni was the supreme commander of the Byzantine (Eastern wing of the Roman Empire) Allied Forces which Emperor Heraclius had assembled from the entire Eastern Roman Empire to once and for all exterminate the rising Muslim power. The two armies met at Yarmook. The Christians were decisively defeated.</w:t>
      </w:r>
    </w:p>
    <w:p>
      <w:pPr>
        <w:spacing w:before="0" w:after="120" w:line="300" w:lineRule="exact"/>
        <w:jc w:val="both"/>
      </w:pPr>
      <w:r>
        <w:rPr>
          <w:rFonts w:ascii="Georgia" w:hAnsi="Georgia" w:cs="Georgia" w:eastAsia="Georgia"/>
          <w:b w:val="0"/>
          <w:i w:val="0"/>
          <w:sz w:val="22"/>
        </w:rPr>
        <w:t>The following is the conference between Maahaan and the Emperor: "After some days Maahaan Armeni arrived for his meeting with Heraclius at the Imperial Court. Once close to Heraclius, Maahaan and his troops dismounted their horses. In front of the Emperor, they noisily wept and wailed over the reports that had reached them of the Muslim conquest of their land.</w:t>
      </w:r>
    </w:p>
    <w:p>
      <w:pPr>
        <w:spacing w:before="0" w:after="120" w:line="300" w:lineRule="exact"/>
        <w:jc w:val="both"/>
      </w:pPr>
      <w:r>
        <w:rPr>
          <w:rFonts w:ascii="Georgia" w:hAnsi="Georgia" w:cs="Georgia" w:eastAsia="Georgia"/>
          <w:b w:val="0"/>
          <w:i w:val="0"/>
          <w:sz w:val="22"/>
        </w:rPr>
        <w:t>Heraclius bid them to stop weeping. Addressing then, he said: 'O People of Christianity and Baptism!' he began. 'Indeed I have warned you and cautioned you of the Arabs, but you shrugged it off as cynicism on my part. By the Honour of the Messiah, the True Gospel, the Mass and our Baptist Faith! These Arabs inevitably are going to take control over the bottom of my throne.</w:t>
      </w:r>
    </w:p>
    <w:p>
      <w:pPr>
        <w:spacing w:before="0" w:after="120" w:line="300" w:lineRule="exact"/>
        <w:jc w:val="both"/>
      </w:pPr>
      <w:r>
        <w:rPr>
          <w:rFonts w:ascii="Georgia" w:hAnsi="Georgia" w:cs="Georgia" w:eastAsia="Georgia"/>
          <w:b w:val="0"/>
          <w:i w:val="0"/>
          <w:sz w:val="22"/>
        </w:rPr>
        <w:t>Weeping now, however, is ﬁt only for women, for indeed no king of this world controls the amount of forces that you have amassed. Indeed, I have utilized my wealth, my men — everything — to defend you, your religion and your ladies. Now repent to the Messiah for your sins and bear in your hearts the welfare of your people. Do not commit injustice.</w:t>
      </w:r>
    </w:p>
    <w:p>
      <w:pPr>
        <w:spacing w:before="0" w:after="120" w:line="300" w:lineRule="exact"/>
        <w:jc w:val="both"/>
      </w:pPr>
      <w:r>
        <w:rPr>
          <w:rFonts w:ascii="Georgia" w:hAnsi="Georgia" w:cs="Georgia" w:eastAsia="Georgia"/>
          <w:b w:val="0"/>
          <w:i w:val="0"/>
          <w:sz w:val="22"/>
        </w:rPr>
        <w:t>Be resolute in battle. Do not betray each other. Beware of vanity and jealousy, for verily a nation overcome with these two traits has fallen into the dregs of disgrace. I just want to pose a question to you and I want an answer from you to the question I am posing to you.' The governors and princes of Byzantine responded: 'Pose any question you wish, O Emperor!' The Emperor continued: 'Presently you are larger in numbers, you have greater resources, you have greater armed forces, you are much more equipped and you pack far greater potency than the Arabs.</w:t>
      </w:r>
    </w:p>
    <w:p>
      <w:pPr>
        <w:spacing w:before="0" w:after="120" w:line="300" w:lineRule="exact"/>
        <w:jc w:val="both"/>
      </w:pPr>
      <w:r>
        <w:rPr>
          <w:rFonts w:ascii="Georgia" w:hAnsi="Georgia" w:cs="Georgia" w:eastAsia="Georgia"/>
          <w:b w:val="0"/>
          <w:i w:val="0"/>
          <w:sz w:val="22"/>
        </w:rPr>
        <w:t>Therefore, from whence has this humiliation befallen you? The Persians, the Turks and the Jaraamiqah feared your power and they dreaded your might and menace. They headed your way on several occasions only to turn back in defeat. But now the Arabs have descended upon you, whereas they are the puniest of nations, poorly clad, underfed, inferior in numbers and lacking in weapons.</w:t>
      </w:r>
    </w:p>
    <w:p>
      <w:pPr>
        <w:spacing w:before="0" w:after="120" w:line="300" w:lineRule="exact"/>
        <w:jc w:val="both"/>
      </w:pPr>
      <w:r>
        <w:rPr>
          <w:rFonts w:ascii="Georgia" w:hAnsi="Georgia" w:cs="Georgia" w:eastAsia="Georgia"/>
          <w:b w:val="0"/>
          <w:i w:val="0"/>
          <w:sz w:val="22"/>
        </w:rPr>
        <w:t>In spite of all that they have been victorious over you at Busra, Hauran, Ajnaadain, Damascus, Heliopolis [Baalbek and Himsi]. The princes and warlords failed to answer his question. Then a high-ranking bishop — a scholar of the Christian religion — stood up and spoke. He said: 'O Emperor! Are you not aware of why the Arabs have been aided over us?' 'No, by the Honour of the Messiah, I am unaware,' said the Emperor.</w:t>
      </w:r>
    </w:p>
    <w:p>
      <w:pPr>
        <w:spacing w:before="0" w:after="120" w:line="300" w:lineRule="exact"/>
        <w:jc w:val="both"/>
      </w:pPr>
      <w:r>
        <w:rPr>
          <w:rFonts w:ascii="Georgia" w:hAnsi="Georgia" w:cs="Georgia" w:eastAsia="Georgia"/>
          <w:b w:val="0"/>
          <w:i w:val="0"/>
          <w:sz w:val="22"/>
        </w:rPr>
        <w:t>The bishop explained: 'O Emperor! The reason is that our people have changed their religion and interpolated their faith. They have refused to answer the call of the Messiah, Jesus the son of Mary, God's salutations and peace be upon him. They have wronged each other. You will not find among them anyone who commands righteousness and prohibits evil.</w:t>
      </w:r>
    </w:p>
    <w:p>
      <w:pPr>
        <w:spacing w:before="0" w:after="120" w:line="300" w:lineRule="exact"/>
        <w:jc w:val="both"/>
      </w:pPr>
      <w:r>
        <w:rPr>
          <w:rFonts w:ascii="Georgia" w:hAnsi="Georgia" w:cs="Georgia" w:eastAsia="Georgia"/>
          <w:b w:val="0"/>
          <w:i w:val="0"/>
          <w:sz w:val="22"/>
        </w:rPr>
        <w:t>Justice and kindness have departed from them. They do not carry out acts of Divineobeisance. They have neglected the times of prayer. They devour interest. They indulge in adultery. Sins and vice are rampant among them. On the other hand, these Arabs are obedient to their Lord, observant of their religion, monastic at night, abstinent during the day.</w:t>
      </w:r>
    </w:p>
    <w:p>
      <w:pPr>
        <w:spacing w:before="0" w:after="120" w:line="300" w:lineRule="exact"/>
        <w:jc w:val="both"/>
      </w:pPr>
      <w:r>
        <w:rPr>
          <w:rFonts w:ascii="Georgia" w:hAnsi="Georgia" w:cs="Georgia" w:eastAsia="Georgia"/>
          <w:b w:val="0"/>
          <w:i w:val="0"/>
          <w:sz w:val="22"/>
        </w:rPr>
        <w:t>They do not tire at the remembrance of their Lord and nor at conveying salutations to their Prophet. There is neither injustice among them, nor tyranny. They are not arrogant at each other. Honesty is their distinguishing mark and worship is their cover. When they attack us they do not withdraw. And when we attack them they do not flee. They have the conviction that this world is ephemeral and that the Hereafter is eternal.' When those present including Emperor Heraclius heard what the bishop had to say they agreed.</w:t>
      </w:r>
    </w:p>
    <w:p>
      <w:pPr>
        <w:spacing w:before="0" w:after="120" w:line="300" w:lineRule="exact"/>
        <w:jc w:val="both"/>
      </w:pPr>
      <w:r>
        <w:rPr>
          <w:rFonts w:ascii="Georgia" w:hAnsi="Georgia" w:cs="Georgia" w:eastAsia="Georgia"/>
          <w:b w:val="0"/>
          <w:i w:val="0"/>
          <w:sz w:val="22"/>
        </w:rPr>
        <w:t>'By the Honour of the Messiah?' said the Emperor. You have indeed spoken the truth. That is the reason for the Arabs being aided over us, undoubtedly. In view of the actions of our people as described by you, I see no need to grant them succour. I have made up my mind to return the ar- mies and troops to their homelands, to take my family and my possessions and evacuate the Land of Syria and relocate to Constantinople.</w:t>
      </w:r>
    </w:p>
    <w:p>
      <w:pPr>
        <w:spacing w:before="0" w:after="120" w:line="300" w:lineRule="exact"/>
        <w:jc w:val="both"/>
      </w:pPr>
      <w:r>
        <w:rPr>
          <w:rFonts w:ascii="Georgia" w:hAnsi="Georgia" w:cs="Georgia" w:eastAsia="Georgia"/>
          <w:b w:val="0"/>
          <w:i w:val="0"/>
          <w:sz w:val="22"/>
        </w:rPr>
        <w:t>There I will be safe from the Arabs.' (End of extract from Futuhush Shaam) Today, the Muslim Ummah is in the same position as the Christians were when the Sahaabah attacked and eliminated the Roman and the Persian empires – the two world powers of the time. The Ummah today is grovelling in a cauldron of moral rot and degeneration – fisq, fujoor and kufr.</w:t>
      </w:r>
    </w:p>
    <w:p>
      <w:pPr>
        <w:spacing w:before="0" w:after="120" w:line="300" w:lineRule="exact"/>
        <w:jc w:val="both"/>
      </w:pPr>
      <w:r>
        <w:rPr>
          <w:rFonts w:ascii="Georgia" w:hAnsi="Georgia" w:cs="Georgia" w:eastAsia="Georgia"/>
          <w:b w:val="0"/>
          <w:i w:val="0"/>
          <w:sz w:val="22"/>
        </w:rPr>
        <w:t>There is therefore not the slightest glimmer of hope of success for this fallen and disgraced people who have turned their backs on Islam whilst proclaiming to be Muslims. In fact, the vast majority of Muslims today are not Muslims. Hadhrat Abdullah Bin Amr (radhiyallahu anhu) said: "An age will dawn when the people</w:t>
      </w:r>
    </w:p>
    <w:p>
      <w:pPr>
        <w:spacing w:before="120" w:after="120" w:line="300" w:lineRule="exact"/>
        <w:ind w:left="720" w:right="720"/>
        <w:jc w:val="center"/>
      </w:pPr>
      <w:r>
        <w:rPr>
          <w:rFonts w:ascii="Georgia" w:hAnsi="Georgia" w:cs="Georgia" w:eastAsia="Georgia"/>
          <w:b w:val="0"/>
          <w:i/>
          <w:sz w:val="22"/>
        </w:rPr>
        <w:t>will assemble in the Musaajid and perform Salaat while not a sin-</w:t>
      </w:r>
    </w:p>
    <w:p>
      <w:pPr>
        <w:spacing w:before="0" w:after="120" w:line="300" w:lineRule="exact"/>
        <w:jc w:val="both"/>
      </w:pPr>
      <w:r>
        <w:rPr>
          <w:rFonts w:ascii="Georgia" w:hAnsi="Georgia" w:cs="Georgia" w:eastAsia="Georgia"/>
          <w:b w:val="0"/>
          <w:i w:val="0"/>
          <w:sz w:val="22"/>
        </w:rPr>
        <w:t>gle one of them will be a Mu'min." The Muslim Ummah of this day, in terms of the Hadith, is the scum of humanity – the flotsam and jetsam floating on the floodwaters. The moral rot and spiritual bankruptcy are gripping every level of Muslim society, and the most diseased of the Ummah are the scholars and the socalled saints (the Ulama and the Khaanqah Shaikhs).</w:t>
      </w:r>
    </w:p>
    <w:p>
      <w:pPr>
        <w:spacing w:before="0" w:after="120" w:line="300" w:lineRule="exact"/>
        <w:jc w:val="both"/>
      </w:pPr>
      <w:r>
        <w:rPr>
          <w:rFonts w:ascii="Georgia" w:hAnsi="Georgia" w:cs="Georgia" w:eastAsia="Georgia"/>
          <w:b w:val="0"/>
          <w:i w:val="0"/>
          <w:sz w:val="22"/>
        </w:rPr>
        <w:t>All the evils enumerated by the Christian bishop in the presence of the Christian emperor exist today in the Muslim Ummah, hence we are the victims of Allah's Athaab.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 A BRANCH OF THE U.S. MILITARY</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 8 &gt; C # / ( - + " B,, ! *&amp; -! * $ &amp;! &amp; * B,, ! -&amp; $! ( $ ( 1 "1 ' 5 %&amp;. ( $! + B,, 5 &amp; 5 Q&amp;!, A &amp;* -! $- !' K &amp; ( $&amp;'- ( &amp; $ 1! B,, &amp;! ( * - * &amp; *! &amp;$$, 4 $! ' - * $ B,, /* - " 3 $! B 8 ", 4 C ' 2! * &amp;$ % ' -8&amp;, &amp; 8 !'. D * &amp; - B,, ! -&amp; $! ( O! (! *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TRAINED IN JORDAN</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4 " ' * % ( 1 1! ' 5 ' &amp; ( * $- " &amp; 0 $ A ': ,, ; ( * 6 *! B 4&amp; 5 % &amp; / ' 9, 4 " ( $ F! ! &amp; *! = 9, 4 &amp; * A ': ,, ; $ 1 - * F !-! * ( ( -, 4 $ . ( 1! ( ! &amp; $ * B A ' % 1 !- * * ' - * %, A &amp;* -! % - &amp; 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 BY AL-HAQ</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"Verily, they conspired their plot</w:t>
      </w:r>
    </w:p>
    <w:p>
      <w:pPr>
        <w:spacing w:before="120" w:after="120" w:line="300" w:lineRule="exact"/>
        <w:ind w:left="720" w:right="720"/>
        <w:jc w:val="center"/>
      </w:pPr>
      <w:r>
        <w:rPr>
          <w:rFonts w:ascii="Georgia" w:hAnsi="Georgia" w:cs="Georgia" w:eastAsia="Georgia"/>
          <w:b w:val="0"/>
          <w:i/>
          <w:sz w:val="22"/>
        </w:rPr>
        <w:t>whilst their plot is (well-known) by Allah. Certainly, their plot is such</w:t>
      </w:r>
    </w:p>
    <w:p>
      <w:pPr>
        <w:spacing w:before="0" w:after="120" w:line="300" w:lineRule="exact"/>
        <w:jc w:val="both"/>
      </w:pPr>
      <w:r>
        <w:rPr>
          <w:rFonts w:ascii="Georgia" w:hAnsi="Georgia" w:cs="Georgia" w:eastAsia="Georgia"/>
          <w:b w:val="0"/>
          <w:i w:val="0"/>
          <w:sz w:val="22"/>
        </w:rPr>
        <w:t>that even mountains move." (Ibraaheem, Aayat 46) The Yahood and Nasaara, particularly the Yahood, are the worst and the most expert conspirators of the human race. Even the Qur'aan states that mountains move in the wake of their dark, satanic plots. What is happening today in the name of Islam and Jihad is largely the evil machinations of the U.S. and its Western allies.</w:t>
      </w:r>
    </w:p>
    <w:p>
      <w:pPr>
        <w:spacing w:before="0" w:after="120" w:line="300" w:lineRule="exact"/>
        <w:jc w:val="both"/>
      </w:pPr>
      <w:r>
        <w:rPr>
          <w:rFonts w:ascii="Georgia" w:hAnsi="Georgia" w:cs="Georgia" w:eastAsia="Georgia"/>
          <w:b w:val="0"/>
          <w:i w:val="0"/>
          <w:sz w:val="22"/>
        </w:rPr>
        <w:t>Almost all the U.S. surrogate states – Saudi Arabia, Egypt, Jordan, the Gulf States, Iraq and Pakistan – are cogs in the conspiratorial machinery of the U.S. The plots as outlined by the American journalist, David Chase Taylor, while dark and massive, are not at all surprising to men of intelligence. Just days after the formation and proclamation of the fake, bunkum ;caliphate' ISIS, it became quite conspicuous for those who are not stupid that ISIS was an American-created puppet to further destabilize the world with greater anarchy and mischief.</w:t>
      </w:r>
    </w:p>
    <w:p>
      <w:pPr>
        <w:spacing w:before="0" w:after="120" w:line="300" w:lineRule="exact"/>
        <w:jc w:val="both"/>
      </w:pPr>
      <w:r>
        <w:rPr>
          <w:rFonts w:ascii="Georgia" w:hAnsi="Georgia" w:cs="Georgia" w:eastAsia="Georgia"/>
          <w:b w:val="0"/>
          <w:i w:val="0"/>
          <w:sz w:val="22"/>
        </w:rPr>
        <w:t>About the massive plots of these kuffaar, the Qur'aan Majeed states: "And, they plotted a massive plot." Long before the American journalist had published his expose of the American plot, Al-Haq had explained that ISIS is nothing but a U.S. created satanic entity which in Islamic terms can be described as a terrorist group. It is a genuine terror group in the pay of the U.S.</w:t>
      </w:r>
    </w:p>
    <w:p>
      <w:pPr>
        <w:spacing w:before="0" w:after="120" w:line="300" w:lineRule="exact"/>
        <w:jc w:val="both"/>
      </w:pPr>
      <w:r>
        <w:rPr>
          <w:rFonts w:ascii="Georgia" w:hAnsi="Georgia" w:cs="Georgia" w:eastAsia="Georgia"/>
          <w:b w:val="0"/>
          <w:i w:val="0"/>
          <w:sz w:val="22"/>
        </w:rPr>
        <w:t>The activities and haraam indulgences of ISIS simply make this group repellent to Muslims whose Imaan is not deranged. It should be understood that all kuffaar journalists are anti-Islam. To attribute even the acts of banditry executed by Muslim gangsters to Islam, is the trade mark of these journalists. They have a penchant for maligning Islam.</w:t>
      </w:r>
    </w:p>
    <w:p>
      <w:pPr>
        <w:spacing w:before="0" w:after="120" w:line="300" w:lineRule="exact"/>
        <w:jc w:val="both"/>
      </w:pPr>
      <w:r>
        <w:rPr>
          <w:rFonts w:ascii="Georgia" w:hAnsi="Georgia" w:cs="Georgia" w:eastAsia="Georgia"/>
          <w:b w:val="0"/>
          <w:i w:val="0"/>
          <w:sz w:val="22"/>
        </w:rPr>
        <w:t>Therefore, they will clutch at any straw to bring disrepute to Islam and Muslims. Although Muslims have brought disrepute and disgrace upon themselves by their villainy and immorality, there still remains the untarnished Deen of Islam which will remain ever glittering despite all attempts to sully and soil it. Bearing in mind the animosity which these journalists harbour for Muslims and Islam, ISIS is an ideal piece of Filth with which to paint Islam.</w:t>
      </w:r>
    </w:p>
    <w:p>
      <w:pPr>
        <w:spacing w:before="0" w:after="120" w:line="300" w:lineRule="exact"/>
        <w:jc w:val="both"/>
      </w:pPr>
      <w:r>
        <w:rPr>
          <w:rFonts w:ascii="Georgia" w:hAnsi="Georgia" w:cs="Georgia" w:eastAsia="Georgia"/>
          <w:b w:val="0"/>
          <w:i w:val="0"/>
          <w:sz w:val="22"/>
        </w:rPr>
        <w:t>But, no! Instead of blaming Islam and Muslims for the misdemeanours and atrocities of ISIS, many responsible and intelligent kuffaar journalists and experts in the field have proclaimed with evidence that ISIS is American-created. The evidence and the facts are too conspicuous and loudly confirm that ISIS is America's illegitimate devil. If ISIS had been a genuine Jihad entity operating independently, there would have been consensus of the kuffaar on the view that it is an Islamic terrorist group – an off shoot of Al-Qaidah.</w:t>
      </w:r>
    </w:p>
    <w:p>
      <w:pPr>
        <w:spacing w:before="0" w:after="120" w:line="300" w:lineRule="exact"/>
        <w:jc w:val="both"/>
      </w:pPr>
      <w:r>
        <w:rPr>
          <w:rFonts w:ascii="Georgia" w:hAnsi="Georgia" w:cs="Georgia" w:eastAsia="Georgia"/>
          <w:b w:val="0"/>
          <w:i w:val="0"/>
          <w:sz w:val="22"/>
        </w:rPr>
        <w:t>Sensible Muslims who have fallen victim to ISIS 'jihad' slogans and propaganda, and who have become entrapped in that land of anarchy and mischief, will soon be rudely shocked and demoralized when the truth dawns on them. In the final analysis, it is Allah Azza Wa Jal Who decrees and controls:</w:t>
      </w:r>
    </w:p>
    <w:p>
      <w:pPr>
        <w:spacing w:before="120" w:after="120" w:line="300" w:lineRule="exact"/>
        <w:ind w:left="720" w:right="720"/>
        <w:jc w:val="center"/>
      </w:pPr>
      <w:r>
        <w:rPr>
          <w:rFonts w:ascii="Georgia" w:hAnsi="Georgia" w:cs="Georgia" w:eastAsia="Georgia"/>
          <w:b w:val="0"/>
          <w:i/>
          <w:sz w:val="22"/>
        </w:rPr>
        <w:t>"Therefore look, how was the end of their plot. Verily, We utterly destroyed them and their people, all of them." (An-Naml, Aayat 52)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Between devil and deep blue sea</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fate of about 300 ethnic Rohingya migrants whose overcrowded trawler has been bounced for days between Thai and Malaysian waters dramatises the desperate plight of Southeast Asia's new boat people. Thousands more migrants from Bangladesh and Myanmar are also believed to be at sea in rickety boats and at risk of starvation. The boat, with its miserable, rake-thin human cargo, was found on Thursday adrift near the southern Thai resort of Koh Lipe.</w:t>
      </w:r>
    </w:p>
    <w:p>
      <w:pPr>
        <w:spacing w:before="0" w:after="120" w:line="300" w:lineRule="exact"/>
        <w:jc w:val="both"/>
      </w:pPr>
      <w:r>
        <w:rPr>
          <w:rFonts w:ascii="Georgia" w:hAnsi="Georgia" w:cs="Georgia" w:eastAsia="Georgia"/>
          <w:b w:val="0"/>
          <w:i w:val="0"/>
          <w:sz w:val="22"/>
        </w:rPr>
        <w:t>While the Thai navy gave food and water to passengers, many of whom are women and young children, they drifted with a damaged engine across the sea border with Malaysia, seemingly unwanted by either country or by Indonesia. Rights groups and journalists scoured the sea near Malaysia's border for signs of the boat. A Thai official, speaking on condition of anonymity, said it was "believed to be in the overlapping sea zone between Malaysia and Indonesia".</w:t>
      </w:r>
    </w:p>
    <w:p>
      <w:pPr>
        <w:spacing w:before="0" w:after="120" w:line="300" w:lineRule="exact"/>
        <w:jc w:val="both"/>
      </w:pPr>
      <w:r>
        <w:rPr>
          <w:rFonts w:ascii="Georgia" w:hAnsi="Georgia" w:cs="Georgia" w:eastAsia="Georgia"/>
          <w:b w:val="0"/>
          <w:i w:val="0"/>
          <w:sz w:val="22"/>
        </w:rPr>
        <w:t>If true, this would reflect a new phase in what a rights group has dubbed "maritime ping pong" between regional neighbours tackling a flood of migrants in recent days. "This boat represents the lack of response and political will to protect Rohingya refugees and survivors of trafficking," Amy Smith of Fortify Rights said. Urging regional governments to act as the monsoon season approaches and the sea journey becomes even more treacherous, she said: "These are not people who are making choices.</w:t>
      </w:r>
    </w:p>
    <w:p>
      <w:pPr>
        <w:spacing w:before="0" w:after="120" w:line="300" w:lineRule="exact"/>
        <w:jc w:val="both"/>
      </w:pPr>
      <w:r>
        <w:rPr>
          <w:rFonts w:ascii="Georgia" w:hAnsi="Georgia" w:cs="Georgia" w:eastAsia="Georgia"/>
          <w:b w:val="0"/>
          <w:i w:val="0"/>
          <w:sz w:val="22"/>
        </w:rPr>
        <w:t>They are being forced out of their country." Nearly 3 000 economic migrants from Bangladesh and stateless Rohingya Muslims from Myanmar have reached Thai, Malaysian and Indonesian shores in recent days. Many have told tales of deadly fights over food and cases of kidnap for sale or ransom on the regional trafficking market. Several thousand more are believed to still be at sea, either abandoned or waiting for passage to Malaysia or points further south.</w:t>
      </w:r>
    </w:p>
    <w:p>
      <w:pPr>
        <w:spacing w:before="0" w:after="120" w:line="300" w:lineRule="exact"/>
        <w:jc w:val="both"/>
      </w:pPr>
      <w:r>
        <w:rPr>
          <w:rFonts w:ascii="Georgia" w:hAnsi="Georgia" w:cs="Georgia" w:eastAsia="Georgia"/>
          <w:b w:val="0"/>
          <w:i w:val="0"/>
          <w:sz w:val="22"/>
        </w:rPr>
        <w:t>The surge of arrivals is thought to have been sparked by the closure of well-worn peoplesmuggling routes through Thailand. The clampdown saw boatloads of migrants abandoned at sea or in secret jungle holding camps. Yesterday, Malaysia's foreign minister said he would meet his Thai and Indonesian counterparts this week to try to manage a crisis that has exposed all three countries to international criticism for failing to provide sanctuary to the hungry and desperate. – AFP (PE Herald 18 May 2015)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Even the mainstream press with its strong pro-U.S. bias and anti-Islam stance, is compelled by the glaring evidence to report the truth or the near-truth of the conspiracy underlying the emergence of America' ISIS 'caliphate' under the cardboard 'caliph', Mr.Simon. The anarchy of Muslim killing Muslim in the Middle Eastern arena is the excreta of the U.S. plot for gaining world control, and the boots on the ground for furthering the American conspiracy are the moron so-called 'jihadists' who peddle their nafsaani 'jihad' in the name of Islam while nothing of it is Islam.</w:t>
      </w:r>
    </w:p>
    <w:p>
      <w:pPr>
        <w:spacing w:before="0" w:after="120" w:line="300" w:lineRule="exact"/>
        <w:jc w:val="both"/>
      </w:pPr>
      <w:r>
        <w:rPr>
          <w:rFonts w:ascii="Georgia" w:hAnsi="Georgia" w:cs="Georgia" w:eastAsia="Georgia"/>
          <w:b w:val="0"/>
          <w:i w:val="0"/>
          <w:sz w:val="22"/>
        </w:rPr>
        <w:t>Among the Signs of Qiyaamah according to the Hadith is that the dunya (base and corrupt worldly goals) will be pursued in the name of the Deen with deeds which are supposed to be of the Deen. Thus, the U.S. mercenaries and cogs in its conspiratorial machine pursue their worldly objectives in the name of Islam with the deed of 'jihad' when in reality they are perpetrating satanic anarchy.</w:t>
      </w:r>
    </w:p>
    <w:p>
      <w:pPr>
        <w:spacing w:before="0" w:after="120" w:line="300" w:lineRule="exact"/>
        <w:jc w:val="both"/>
      </w:pPr>
      <w:r>
        <w:rPr>
          <w:rFonts w:ascii="Georgia" w:hAnsi="Georgia" w:cs="Georgia" w:eastAsia="Georgia"/>
          <w:b w:val="0"/>
          <w:i w:val="0"/>
          <w:sz w:val="22"/>
        </w:rPr>
        <w:t>They are like the molvis and sheikhs of this age who have adopted haraam ways and means for aggrandizement and monetary gain in the name of Islam. Thus they legalize television, video, facebook and similar haraam methods to ostensibly propagate the Deen when in reality they are all the agents of shaitaan digging up the foundations of Islam.</w:t>
      </w:r>
    </w:p>
    <w:p>
      <w:pPr>
        <w:spacing w:before="0" w:after="120" w:line="300" w:lineRule="exact"/>
        <w:jc w:val="both"/>
      </w:pPr>
      <w:r>
        <w:rPr>
          <w:rFonts w:ascii="Georgia" w:hAnsi="Georgia" w:cs="Georgia" w:eastAsia="Georgia"/>
          <w:b w:val="0"/>
          <w:i w:val="0"/>
          <w:sz w:val="22"/>
        </w:rPr>
        <w:t>Even the madrasah and khanqah personnel of today suffer from the same disease of utilizing the Deen for base nafsaani objectives. Thus, these miscreant religious personnel promote themselves with a deluge of 'jalsah' activities which are all in conflict with the letter of the Shariah and the spirit of Islam. All departments of the Muslim Ummah are today in an appalling mess of corruption.</w:t>
      </w:r>
    </w:p>
    <w:p>
      <w:pPr>
        <w:spacing w:before="0" w:after="120" w:line="300" w:lineRule="exact"/>
        <w:jc w:val="both"/>
      </w:pPr>
      <w:r>
        <w:rPr>
          <w:rFonts w:ascii="Georgia" w:hAnsi="Georgia" w:cs="Georgia" w:eastAsia="Georgia"/>
          <w:b w:val="0"/>
          <w:i w:val="0"/>
          <w:sz w:val="22"/>
        </w:rPr>
        <w:t>Reporting a Hadith, Hadhrat Abdullah Ibn Mas'ood (radhiyallahu anhu) said: "How will you be at a time when you will be enveloped by such a fitnah which Will make the elders senile and the young old? The people will regard the fitnah to be Sunnah. If anything from the fitnah is abandoned, they will say that a Sunnah has been abandoned." The people asked: "When will that be?" He responded: "When your Ulama (i.e. the Ulama -e-Haqq) have departed – when your qaaris are in abundance – when your Fuqaha are few –when the rulers are in abundance, when trustworthy people are a few, when the dunya will be pursued with deeds of the Deen, and when knowledge will be acquired for purposes other than the Deen." This is precisely the degenerate and corrupt state of the Ummah today.</w:t>
      </w:r>
    </w:p>
    <w:p>
      <w:pPr>
        <w:spacing w:before="0" w:after="120" w:line="300" w:lineRule="exact"/>
        <w:jc w:val="both"/>
      </w:pPr>
      <w:r>
        <w:rPr>
          <w:rFonts w:ascii="Georgia" w:hAnsi="Georgia" w:cs="Georgia" w:eastAsia="Georgia"/>
          <w:b w:val="0"/>
          <w:i w:val="0"/>
          <w:sz w:val="22"/>
        </w:rPr>
        <w:t>The men of jihad and the men of tabligh are all swirling in the vortex of corruption, anarchy and mischief – fitnah and fasaad. They all are the fulfilment of the Qur'aanic aayat: "Fasaad has appeared in the ocean and the land because of what the hands of people have perpetrated, so that they may be given a taste of some of the deeds they have earned."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ISIS had punished a Muslim Jordanian pilot with fire. He was burnt out. Is this permissible? They cite some Ahaadith to justify burning. They quote Hadhrat Ali (radhiyallahu anhu) in substantiation. Do they have valid grounds for this?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Although there are some narrations pertaining to punishment with fire, the Fatwa of the Fuqaha based on the command of Rasulullah (sallallahu alayhi wasallam), is that it is not permissible to punish with fire and water. Rasulullah (sallallahu alayhi wasallam) had prohibited it. It is quite possible that Hadhrat Ali (radhiyallahu anhu) at that time was unaware of the Hadith prohibiting punishment with fire and water. Hence Hadhrat Ibn Abbaas (radhiyallahu anhu) said that if he had been Ali, he would not have executed the criminals with fire. There is not a single Sahaabi who had claimed to have the knowledge of every Hadith. Even Hadhrat Umar (radhiyallahu anhu) did not have knowledge of all the Ahaadith. Once he sentenced a man to death. Hadhrat Ali (radhiyallahu anhu) who was present, drew his attention a Hadith. Hadhrat Umar (radhiyallahu anhu) immediately rescinded the sentence, and com- mented: "If it was not for Ali, Umar would have been destroyed." Furthermore, there is consensus of the Fuqaha that it is not permissible to execute a prisoner of war with fire. And Allah knows best.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Egyptian government is erasing the names of Sultan Salahuddin and Uqbah Bin Nafi' from school text books, classifying them as extremists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kufr of Egypt's rulers is old hat. It is now becoming more conspicuous. We always said that SISI and his ilk in all Muslim lands are kuffaar. But at the same time, they are the reflections of the kufr of the masses. Rasulullah (sallallahu alayhi wasallam) said: "Your deeds are your rulers."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Saudis with their allies and with obvious U.S. support, are bombing Yemen. What should our attitude be in this scenario?</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From the reports at our disposal, it appears that the Shiahs have taken control of Yemen. They are supported actively by Iran. It is the stated goal of Iran to take over Makkah and Madinah; to exhume the bodies of Hadhrat Abu bakr (radhiyallahu anhu) and Hadhrat Umar (radhiyallahu anhu), abd to desecrate them. Then they say that they will exhume the body of Hadhrat Aishah (radhiyallahu anha) and flog her for having committing 'adultery' – Nauthubillaah! As much as we are against the Saudis, it is our dua that the Shiah regime currently in Yemen is defeated.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An ISIS member who is presently in Syria has slandered another Muslim who is in U.K., and is planning to have him killed. There are ISIS operatives in the U.K. The Brother is very concerned. He is innocent of the lies with which they are slandering him. What advice do you have? He asks that if he is killed by them, will he be a Shaheed?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Tell the Brother to recite every morning and evening, Surah Ikhlaas, Surah Falaq and Surah Naas, each one thrice. Rasulullah (sallallahu alayhi wasallam) had prescribed this for protection against enemies. He should make dua for protection and believe that whatever will happen will be by Allah's decree. If he is killed by the cowards, he will be a Shaheed. He should not fear. If any one of the ISIS cowards attacks him, he should vigorously defend himself, and die fighting the shaitaan. These ISIS people are devils. The Qur'aan states: "No one will die, but at his appointed time with the permission of Allah." Refect on this principle, and then there will be no need to fear shadows. May Allah Ta'ala protect him.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