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46</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4 read from the PDF's own text, 28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541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98.85% of the original's words are present and 97.39%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THE STATE OF IBLIS - (page 1, 11)</w:t>
      </w:r>
    </w:p>
    <w:p>
      <w:pPr>
        <w:spacing w:before="0" w:after="40" w:line="300" w:lineRule="exact"/>
        <w:jc w:val="left"/>
      </w:pPr>
      <w:r>
        <w:rPr>
          <w:rFonts w:ascii="Georgia" w:hAnsi="Georgia" w:cs="Georgia" w:eastAsia="Georgia"/>
          <w:b w:val="0"/>
          <w:i w:val="0"/>
          <w:sz w:val="20"/>
        </w:rPr>
        <w:t>3. ISIS Leader Abu Bakr Al Baghdadi (page 1)</w:t>
      </w:r>
    </w:p>
    <w:p>
      <w:pPr>
        <w:spacing w:before="0" w:after="40" w:line="300" w:lineRule="exact"/>
        <w:jc w:val="left"/>
      </w:pPr>
      <w:r>
        <w:rPr>
          <w:rFonts w:ascii="Georgia" w:hAnsi="Georgia" w:cs="Georgia" w:eastAsia="Georgia"/>
          <w:b w:val="0"/>
          <w:i w:val="0"/>
          <w:sz w:val="20"/>
        </w:rPr>
        <w:t>4. This brief preamble is to assure unwary Muslims and the ambivalent ones and the morons… (page 1) [no printed headline]</w:t>
      </w:r>
    </w:p>
    <w:p>
      <w:pPr>
        <w:spacing w:before="0" w:after="40" w:line="300" w:lineRule="exact"/>
        <w:jc w:val="left"/>
      </w:pPr>
      <w:r>
        <w:rPr>
          <w:rFonts w:ascii="Georgia" w:hAnsi="Georgia" w:cs="Georgia" w:eastAsia="Georgia"/>
          <w:b w:val="0"/>
          <w:i w:val="0"/>
          <w:sz w:val="20"/>
        </w:rPr>
        <w:t>5. Questions &amp; Answers (page 2, 12)</w:t>
      </w:r>
    </w:p>
    <w:p>
      <w:pPr>
        <w:spacing w:before="0" w:after="40" w:line="300" w:lineRule="exact"/>
        <w:jc w:val="left"/>
      </w:pPr>
      <w:r>
        <w:rPr>
          <w:rFonts w:ascii="Georgia" w:hAnsi="Georgia" w:cs="Georgia" w:eastAsia="Georgia"/>
          <w:b w:val="0"/>
          <w:i w:val="0"/>
          <w:sz w:val="20"/>
        </w:rPr>
        <w:t>6. Sisi, the Zionist Kaafir responsible for butchering thousands of Muslims in Egypt,… (page 3) [no printed headline]</w:t>
      </w:r>
    </w:p>
    <w:p>
      <w:pPr>
        <w:spacing w:before="0" w:after="40" w:line="300" w:lineRule="exact"/>
        <w:jc w:val="left"/>
      </w:pPr>
      <w:r>
        <w:rPr>
          <w:rFonts w:ascii="Georgia" w:hAnsi="Georgia" w:cs="Georgia" w:eastAsia="Georgia"/>
          <w:b w:val="0"/>
          <w:i w:val="0"/>
          <w:sz w:val="20"/>
        </w:rPr>
        <w:t>7. ISIS - A COG IN THE GRAND PLOT OF THE U.S (page 3, 4)</w:t>
      </w:r>
    </w:p>
    <w:p>
      <w:pPr>
        <w:spacing w:before="0" w:after="40" w:line="300" w:lineRule="exact"/>
        <w:jc w:val="left"/>
      </w:pPr>
      <w:r>
        <w:rPr>
          <w:rFonts w:ascii="Georgia" w:hAnsi="Georgia" w:cs="Georgia" w:eastAsia="Georgia"/>
          <w:b w:val="0"/>
          <w:i w:val="0"/>
          <w:sz w:val="20"/>
        </w:rPr>
        <w:t>8. SISI, THE KAAFIR BUTCHER OF EGYPT (page 4)</w:t>
      </w:r>
    </w:p>
    <w:p>
      <w:pPr>
        <w:spacing w:before="0" w:after="40" w:line="300" w:lineRule="exact"/>
        <w:jc w:val="left"/>
      </w:pPr>
      <w:r>
        <w:rPr>
          <w:rFonts w:ascii="Georgia" w:hAnsi="Georgia" w:cs="Georgia" w:eastAsia="Georgia"/>
          <w:b w:val="0"/>
          <w:i w:val="0"/>
          <w:sz w:val="20"/>
        </w:rPr>
        <w:t>9. BOYCOTTING ISRAELI PRODUCTS (page 4)</w:t>
      </w:r>
    </w:p>
    <w:p>
      <w:pPr>
        <w:spacing w:before="0" w:after="40" w:line="300" w:lineRule="exact"/>
        <w:jc w:val="left"/>
      </w:pPr>
      <w:r>
        <w:rPr>
          <w:rFonts w:ascii="Georgia" w:hAnsi="Georgia" w:cs="Georgia" w:eastAsia="Georgia"/>
          <w:b w:val="0"/>
          <w:i w:val="0"/>
          <w:sz w:val="20"/>
        </w:rPr>
        <w:t>10. THEY ARE YOUR HEROES! (page 4)</w:t>
      </w:r>
    </w:p>
    <w:p>
      <w:pPr>
        <w:spacing w:before="0" w:after="40" w:line="300" w:lineRule="exact"/>
        <w:jc w:val="left"/>
      </w:pPr>
      <w:r>
        <w:rPr>
          <w:rFonts w:ascii="Georgia" w:hAnsi="Georgia" w:cs="Georgia" w:eastAsia="Georgia"/>
          <w:b w:val="0"/>
          <w:i w:val="0"/>
          <w:sz w:val="20"/>
        </w:rPr>
        <w:t>11. CHARLIE HEBDO DEVILS AND THE ZINDEEQS (page 4, 6)</w:t>
      </w:r>
    </w:p>
    <w:p>
      <w:pPr>
        <w:spacing w:before="0" w:after="40" w:line="300" w:lineRule="exact"/>
        <w:jc w:val="left"/>
      </w:pPr>
      <w:r>
        <w:rPr>
          <w:rFonts w:ascii="Georgia" w:hAnsi="Georgia" w:cs="Georgia" w:eastAsia="Georgia"/>
          <w:b w:val="0"/>
          <w:i w:val="0"/>
          <w:sz w:val="20"/>
        </w:rPr>
        <w:t>12. ABDUCTION AND KILLING OF CHRISTIANS (page 4, 8)</w:t>
      </w:r>
    </w:p>
    <w:p>
      <w:pPr>
        <w:spacing w:before="0" w:after="40" w:line="300" w:lineRule="exact"/>
        <w:jc w:val="left"/>
      </w:pPr>
      <w:r>
        <w:rPr>
          <w:rFonts w:ascii="Georgia" w:hAnsi="Georgia" w:cs="Georgia" w:eastAsia="Georgia"/>
          <w:b w:val="0"/>
          <w:i w:val="0"/>
          <w:sz w:val="20"/>
        </w:rPr>
        <w:t>13. THE UMMAH'S PLIGHT &amp; THE (page 5)</w:t>
      </w:r>
    </w:p>
    <w:p>
      <w:pPr>
        <w:spacing w:before="0" w:after="40" w:line="300" w:lineRule="exact"/>
        <w:jc w:val="left"/>
      </w:pPr>
      <w:r>
        <w:rPr>
          <w:rFonts w:ascii="Georgia" w:hAnsi="Georgia" w:cs="Georgia" w:eastAsia="Georgia"/>
          <w:b w:val="0"/>
          <w:i w:val="0"/>
          <w:sz w:val="20"/>
        </w:rPr>
        <w:t>14. OUR COMMENT (page 5, 12)</w:t>
      </w:r>
    </w:p>
    <w:p>
      <w:pPr>
        <w:spacing w:before="0" w:after="40" w:line="300" w:lineRule="exact"/>
        <w:jc w:val="left"/>
      </w:pPr>
      <w:r>
        <w:rPr>
          <w:rFonts w:ascii="Georgia" w:hAnsi="Georgia" w:cs="Georgia" w:eastAsia="Georgia"/>
          <w:b w:val="0"/>
          <w:i w:val="0"/>
          <w:sz w:val="20"/>
        </w:rPr>
        <w:t>15. Why Does ISIS Fit In So Perfectly With The PNAC Plan? (page 5, 7)</w:t>
      </w:r>
    </w:p>
    <w:p>
      <w:pPr>
        <w:spacing w:before="0" w:after="40" w:line="300" w:lineRule="exact"/>
        <w:jc w:val="left"/>
      </w:pPr>
      <w:r>
        <w:rPr>
          <w:rFonts w:ascii="Georgia" w:hAnsi="Georgia" w:cs="Georgia" w:eastAsia="Georgia"/>
          <w:b w:val="0"/>
          <w:i w:val="0"/>
          <w:sz w:val="20"/>
        </w:rPr>
        <w:t>16. BURNING ALIVE THE PILOT (page 6)</w:t>
      </w:r>
    </w:p>
    <w:p>
      <w:pPr>
        <w:spacing w:before="0" w:after="40" w:line="300" w:lineRule="exact"/>
        <w:jc w:val="left"/>
      </w:pPr>
      <w:r>
        <w:rPr>
          <w:rFonts w:ascii="Georgia" w:hAnsi="Georgia" w:cs="Georgia" w:eastAsia="Georgia"/>
          <w:b w:val="0"/>
          <w:i w:val="0"/>
          <w:sz w:val="20"/>
        </w:rPr>
        <w:t>17. WHY DON'T THE U.S. SHUT DOWN DABIQ ? (page 6, 12)</w:t>
      </w:r>
    </w:p>
    <w:p>
      <w:pPr>
        <w:spacing w:before="0" w:after="40" w:line="300" w:lineRule="exact"/>
        <w:jc w:val="left"/>
      </w:pPr>
      <w:r>
        <w:rPr>
          <w:rFonts w:ascii="Georgia" w:hAnsi="Georgia" w:cs="Georgia" w:eastAsia="Georgia"/>
          <w:b w:val="0"/>
          <w:i w:val="0"/>
          <w:sz w:val="20"/>
        </w:rPr>
        <w:t>18. FLATTENING KOBANE - THE RIDDLE? (page 7)</w:t>
      </w:r>
    </w:p>
    <w:p>
      <w:pPr>
        <w:spacing w:before="0" w:after="40" w:line="300" w:lineRule="exact"/>
        <w:jc w:val="left"/>
      </w:pPr>
      <w:r>
        <w:rPr>
          <w:rFonts w:ascii="Georgia" w:hAnsi="Georgia" w:cs="Georgia" w:eastAsia="Georgia"/>
          <w:b w:val="0"/>
          <w:i w:val="0"/>
          <w:sz w:val="20"/>
        </w:rPr>
        <w:t>19. IF HE WAS BENEVOLENT.....* and (page 7)</w:t>
      </w:r>
    </w:p>
    <w:p>
      <w:pPr>
        <w:spacing w:before="0" w:after="40" w:line="300" w:lineRule="exact"/>
        <w:jc w:val="left"/>
      </w:pPr>
      <w:r>
        <w:rPr>
          <w:rFonts w:ascii="Georgia" w:hAnsi="Georgia" w:cs="Georgia" w:eastAsia="Georgia"/>
          <w:b w:val="0"/>
          <w:i w:val="0"/>
          <w:sz w:val="20"/>
        </w:rPr>
        <w:t>20. WARNING TO THE PRO-ISIS MORONS (page 8)</w:t>
      </w:r>
    </w:p>
    <w:p>
      <w:pPr>
        <w:spacing w:before="0" w:after="40" w:line="300" w:lineRule="exact"/>
        <w:jc w:val="left"/>
      </w:pPr>
      <w:r>
        <w:rPr>
          <w:rFonts w:ascii="Georgia" w:hAnsi="Georgia" w:cs="Georgia" w:eastAsia="Georgia"/>
          <w:b w:val="0"/>
          <w:i w:val="0"/>
          <w:sz w:val="20"/>
        </w:rPr>
        <w:t>21. ISIS - THE U.S. PLOT TO DIVIDE THE TALIBAN (page 8)</w:t>
      </w:r>
    </w:p>
    <w:p>
      <w:pPr>
        <w:spacing w:before="0" w:after="40" w:line="300" w:lineRule="exact"/>
        <w:jc w:val="left"/>
      </w:pPr>
      <w:r>
        <w:rPr>
          <w:rFonts w:ascii="Georgia" w:hAnsi="Georgia" w:cs="Georgia" w:eastAsia="Georgia"/>
          <w:b w:val="0"/>
          <w:i w:val="0"/>
          <w:sz w:val="20"/>
        </w:rPr>
        <w:t>22. “MURTAD” (page 8)</w:t>
      </w:r>
    </w:p>
    <w:p>
      <w:pPr>
        <w:spacing w:before="0" w:after="40" w:line="300" w:lineRule="exact"/>
        <w:jc w:val="left"/>
      </w:pPr>
      <w:r>
        <w:rPr>
          <w:rFonts w:ascii="Georgia" w:hAnsi="Georgia" w:cs="Georgia" w:eastAsia="Georgia"/>
          <w:b w:val="0"/>
          <w:i w:val="0"/>
          <w:sz w:val="20"/>
        </w:rPr>
        <w:t>23. PAKISTANI TALIBAN? (page 8)</w:t>
      </w:r>
    </w:p>
    <w:p>
      <w:pPr>
        <w:spacing w:before="0" w:after="40" w:line="300" w:lineRule="exact"/>
        <w:jc w:val="left"/>
      </w:pPr>
      <w:r>
        <w:rPr>
          <w:rFonts w:ascii="Georgia" w:hAnsi="Georgia" w:cs="Georgia" w:eastAsia="Georgia"/>
          <w:b w:val="0"/>
          <w:i w:val="0"/>
          <w:sz w:val="20"/>
        </w:rPr>
        <w:t>24. ISIS - FITNAH (page 9)</w:t>
      </w:r>
    </w:p>
    <w:p>
      <w:pPr>
        <w:spacing w:before="0" w:after="40" w:line="300" w:lineRule="exact"/>
        <w:jc w:val="left"/>
      </w:pPr>
      <w:r>
        <w:rPr>
          <w:rFonts w:ascii="Georgia" w:hAnsi="Georgia" w:cs="Georgia" w:eastAsia="Georgia"/>
          <w:b w:val="0"/>
          <w:i w:val="0"/>
          <w:sz w:val="20"/>
        </w:rPr>
        <w:t>25. THE ISIS FITNAH - WHO IS BENEFITING? (page 9)</w:t>
      </w:r>
    </w:p>
    <w:p>
      <w:pPr>
        <w:spacing w:before="0" w:after="40" w:line="300" w:lineRule="exact"/>
        <w:jc w:val="left"/>
      </w:pPr>
      <w:r>
        <w:rPr>
          <w:rFonts w:ascii="Georgia" w:hAnsi="Georgia" w:cs="Georgia" w:eastAsia="Georgia"/>
          <w:b w:val="0"/>
          <w:i w:val="0"/>
          <w:sz w:val="20"/>
        </w:rPr>
        <w:t>26. DECISIVE (page 9)</w:t>
      </w:r>
    </w:p>
    <w:p>
      <w:pPr>
        <w:spacing w:before="0" w:after="40" w:line="300" w:lineRule="exact"/>
        <w:jc w:val="left"/>
      </w:pPr>
      <w:r>
        <w:rPr>
          <w:rFonts w:ascii="Georgia" w:hAnsi="Georgia" w:cs="Georgia" w:eastAsia="Georgia"/>
          <w:b w:val="0"/>
          <w:i w:val="0"/>
          <w:sz w:val="20"/>
        </w:rPr>
        <w:t>27. bardments and brutal killing of thousands of village folk, the U.S. (page 9) [no printed headline]</w:t>
      </w:r>
    </w:p>
    <w:p>
      <w:pPr>
        <w:spacing w:before="0" w:after="40" w:line="300" w:lineRule="exact"/>
        <w:jc w:val="left"/>
      </w:pPr>
      <w:r>
        <w:rPr>
          <w:rFonts w:ascii="Georgia" w:hAnsi="Georgia" w:cs="Georgia" w:eastAsia="Georgia"/>
          <w:b w:val="0"/>
          <w:i w:val="0"/>
          <w:sz w:val="20"/>
        </w:rPr>
        <w:t>28. Not Reliant on Numerical and Military Superiority (page 9)</w:t>
      </w:r>
    </w:p>
    <w:p>
      <w:pPr>
        <w:spacing w:before="0" w:after="40" w:line="300" w:lineRule="exact"/>
        <w:jc w:val="left"/>
      </w:pPr>
      <w:r>
        <w:rPr>
          <w:rFonts w:ascii="Georgia" w:hAnsi="Georgia" w:cs="Georgia" w:eastAsia="Georgia"/>
          <w:b w:val="0"/>
          <w:i w:val="0"/>
          <w:sz w:val="20"/>
        </w:rPr>
        <w:t>29. Kobane Devastation - ISIS FITNAH (page 10)</w:t>
      </w:r>
    </w:p>
    <w:p>
      <w:pPr>
        <w:spacing w:before="0" w:after="40" w:line="300" w:lineRule="exact"/>
        <w:jc w:val="left"/>
      </w:pPr>
      <w:r>
        <w:rPr>
          <w:rFonts w:ascii="Georgia" w:hAnsi="Georgia" w:cs="Georgia" w:eastAsia="Georgia"/>
          <w:b w:val="0"/>
          <w:i w:val="0"/>
          <w:sz w:val="20"/>
        </w:rPr>
        <w:t>30. SENSIBLE COMMENTS BY NON-MUSLIMS (page 10)</w:t>
      </w:r>
    </w:p>
    <w:p>
      <w:pPr>
        <w:spacing w:before="0" w:after="40" w:line="300" w:lineRule="exact"/>
        <w:jc w:val="left"/>
      </w:pPr>
      <w:r>
        <w:rPr>
          <w:rFonts w:ascii="Georgia" w:hAnsi="Georgia" w:cs="Georgia" w:eastAsia="Georgia"/>
          <w:b w:val="0"/>
          <w:i w:val="0"/>
          <w:sz w:val="20"/>
        </w:rPr>
        <w:t>31. ¡ THE IMPOTENT CARDBOARD 'CALIPHATE' (page 11)</w:t>
      </w:r>
    </w:p>
    <w:p>
      <w:pPr>
        <w:spacing w:before="0" w:after="40" w:line="300" w:lineRule="exact"/>
        <w:jc w:val="left"/>
      </w:pPr>
      <w:r>
        <w:rPr>
          <w:rFonts w:ascii="Georgia" w:hAnsi="Georgia" w:cs="Georgia" w:eastAsia="Georgia"/>
          <w:b w:val="0"/>
          <w:i w:val="0"/>
          <w:sz w:val="20"/>
        </w:rPr>
        <w:t>32. THE FALSE FLAG CHARLIE HEBDO PLOT (page 11)</w:t>
      </w:r>
    </w:p>
    <w:p>
      <w:pPr>
        <w:spacing w:before="0" w:after="40" w:line="300" w:lineRule="exact"/>
        <w:jc w:val="left"/>
      </w:pPr>
      <w:r>
        <w:rPr>
          <w:rFonts w:ascii="Georgia" w:hAnsi="Georgia" w:cs="Georgia" w:eastAsia="Georgia"/>
          <w:b w:val="0"/>
          <w:i w:val="0"/>
          <w:sz w:val="20"/>
        </w:rPr>
        <w:t>33. THE FLEEING GIRLS - WHY DON'T THEY APPREHEND THEM? (page 11)</w:t>
      </w:r>
    </w:p>
    <w:p>
      <w:pPr>
        <w:spacing w:before="0" w:after="40" w:line="300" w:lineRule="exact"/>
        <w:jc w:val="left"/>
      </w:pPr>
      <w:r>
        <w:rPr>
          <w:rFonts w:ascii="Georgia" w:hAnsi="Georgia" w:cs="Georgia" w:eastAsia="Georgia"/>
          <w:b w:val="0"/>
          <w:i w:val="0"/>
          <w:sz w:val="20"/>
        </w:rPr>
        <w:t>34. The 'caliph's' Oil Wealth? (page 12)</w:t>
      </w:r>
    </w:p>
    <w:p>
      <w:pPr>
        <w:spacing w:before="0" w:after="40" w:line="300" w:lineRule="exact"/>
        <w:jc w:val="left"/>
      </w:pPr>
      <w:r>
        <w:rPr>
          <w:rFonts w:ascii="Georgia" w:hAnsi="Georgia" w:cs="Georgia" w:eastAsia="Georgia"/>
          <w:b w:val="0"/>
          <w:i w:val="0"/>
          <w:sz w:val="20"/>
        </w:rPr>
        <w:t>35. ' ( )*+ !*, -. (/'+0( (page 12)</w:t>
      </w:r>
    </w:p>
    <w:p>
      <w:pPr>
        <w:spacing w:before="0" w:after="40" w:line="300" w:lineRule="exact"/>
        <w:jc w:val="left"/>
      </w:pPr>
      <w:r>
        <w:rPr>
          <w:rFonts w:ascii="Georgia" w:hAnsi="Georgia" w:cs="Georgia" w:eastAsia="Georgia"/>
          <w:b w:val="0"/>
          <w:i w:val="0"/>
          <w:sz w:val="20"/>
        </w:rPr>
        <w:t>36. Today in Syria and Iraq, there is no valid Shar'i Jihad. (page 12) [no printed headline]</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46</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STATE OF IBLIS -</w:t>
      </w:r>
    </w:p>
    <w:p>
      <w:pPr>
        <w:spacing w:before="0" w:after="160" w:line="300" w:lineRule="exact"/>
        <w:jc w:val="center"/>
      </w:pPr>
      <w:r>
        <w:rPr>
          <w:rFonts w:ascii="Georgia" w:hAnsi="Georgia" w:cs="Georgia" w:eastAsia="Georgia"/>
          <w:b w:val="0"/>
          <w:i/>
          <w:sz w:val="16"/>
        </w:rPr>
        <w:t>Page 1, 11 of the original. Heading read from the printed headline artwork.</w:t>
      </w:r>
    </w:p>
    <w:p>
      <w:pPr>
        <w:spacing w:before="0" w:after="120" w:line="300" w:lineRule="exact"/>
        <w:jc w:val="both"/>
      </w:pPr>
      <w:r>
        <w:rPr>
          <w:rFonts w:ascii="Georgia" w:hAnsi="Georgia" w:cs="Georgia" w:eastAsia="Georgia"/>
          <w:b w:val="0"/>
          <w:i w:val="0"/>
          <w:sz w:val="22"/>
        </w:rPr>
        <w:t>This naseehat (advice and admonition) is from an Entity of Haq – from AlHaq – who believes in the Qur'aanic concept of Jihaad – Jihaad in the Battlefield – Jihaad to establish the glory of Allah's Deen, Islam, and to save mankind from the everlasting Athaab of the Aakhirah with the effort of Da'wat which is the primary objective of Jihaad.</w:t>
      </w:r>
    </w:p>
    <w:p>
      <w:pPr>
        <w:spacing w:before="0" w:after="120" w:line="300" w:lineRule="exact"/>
        <w:jc w:val="both"/>
      </w:pPr>
      <w:r>
        <w:rPr>
          <w:rFonts w:ascii="Georgia" w:hAnsi="Georgia" w:cs="Georgia" w:eastAsia="Georgia"/>
          <w:b w:val="0"/>
          <w:i w:val="0"/>
          <w:sz w:val="22"/>
        </w:rPr>
        <w:t>Al-Haq believes in the truth and veracity of Rasulullah's declaration: "Jihaad will endure until the Day of Qiyaamah." Al-Haq states with the greatest clarity and conviction that any person who denies this concept of Jihaad is a murtad kaafir. Any person who convolutes this belief with the baseless interpretation of 'defensive' jihad is likewise a kaafir.</w:t>
      </w:r>
    </w:p>
    <w:p>
      <w:pPr>
        <w:spacing w:before="0" w:after="120" w:line="300" w:lineRule="exact"/>
        <w:jc w:val="both"/>
      </w:pPr>
      <w:r>
        <w:rPr>
          <w:rFonts w:ascii="Georgia" w:hAnsi="Georgia" w:cs="Georgia" w:eastAsia="Georgia"/>
          <w:b w:val="0"/>
          <w:i w:val="0"/>
          <w:sz w:val="22"/>
        </w:rPr>
        <w:t>Any person who negates the Qur'aanic meaning of Jihad and claims that it refers to moral struggle is also a kaafir. Shuroot (conditions). In addition, there is a host of rules – Fiqhi and Akhlaaqi – which accompanies Jihaad. Jihaad is not banditry, murder, pillage, plunder and lustful gratification which are the hallmarks of the State of Iblis.</w:t>
      </w:r>
    </w:p>
    <w:p>
      <w:pPr>
        <w:spacing w:before="0" w:after="120" w:line="300" w:lineRule="exact"/>
        <w:jc w:val="both"/>
      </w:pPr>
      <w:r>
        <w:rPr>
          <w:rFonts w:ascii="Georgia" w:hAnsi="Georgia" w:cs="Georgia" w:eastAsia="Georgia"/>
          <w:b w:val="0"/>
          <w:i w:val="0"/>
          <w:sz w:val="22"/>
        </w:rPr>
        <w:t>There are imperative limits prescribed by the Shariah for all its Institutions. The Qur'aan Majeed states: "These are the limits of Allah. Whoever transgress these limits, verily he (or she) has oppressed his/her soul." Performing Salaat without wudhu or minus any of its imperative conditions, is simply not Salaat. Performing Salaat without observance of the Sunnah and Mustahab factors, is a deficient Salaat rejected by Allah Ta'ala and struck into the face of the musalli as if it is a dirty rag.</w:t>
      </w:r>
    </w:p>
    <w:p>
      <w:pPr>
        <w:spacing w:before="0" w:after="120" w:line="300" w:lineRule="exact"/>
        <w:jc w:val="both"/>
      </w:pPr>
      <w:r>
        <w:rPr>
          <w:rFonts w:ascii="Georgia" w:hAnsi="Georgia" w:cs="Georgia" w:eastAsia="Georgia"/>
          <w:b w:val="0"/>
          <w:i w:val="0"/>
          <w:sz w:val="22"/>
        </w:rPr>
        <w:t>Pushing someone out of the saff and performing Salaat in his place destroys the Salaat and incurs the wrath and punishment of Allah Ta'ala notwithstanding the validity of Salaat. To gain the full benefit of the Salaat and the Pleasure of Allah Ta'ala, all the factors – Fardh, Waajib, Sunnat and Mustahab – must be incumbently observed. Minus these, there is no acceptance, no reward and no benefit.</w:t>
      </w:r>
    </w:p>
    <w:p>
      <w:pPr>
        <w:spacing w:before="0" w:after="120" w:line="300" w:lineRule="exact"/>
        <w:jc w:val="both"/>
      </w:pPr>
      <w:r>
        <w:rPr>
          <w:rFonts w:ascii="Georgia" w:hAnsi="Georgia" w:cs="Georgia" w:eastAsia="Georgia"/>
          <w:b w:val="0"/>
          <w:i w:val="0"/>
          <w:sz w:val="22"/>
        </w:rPr>
        <w:t>The very same effects apply to Jihaad if not conducted within the prescribed limits of the Shariah or if the Shar'i factors of the different classes are not incumbently observed. Girls who are spirited away from their homes by scoundrels who masquerade as 'mujahideen', are involved in evil and sin from the very inception of their mental indoctrination.</w:t>
      </w:r>
    </w:p>
    <w:p>
      <w:pPr>
        <w:spacing w:before="0" w:after="120" w:line="300" w:lineRule="exact"/>
        <w:jc w:val="both"/>
      </w:pPr>
      <w:r>
        <w:rPr>
          <w:rFonts w:ascii="Georgia" w:hAnsi="Georgia" w:cs="Georgia" w:eastAsia="Georgia"/>
          <w:b w:val="0"/>
          <w:i w:val="0"/>
          <w:sz w:val="22"/>
        </w:rPr>
        <w:t>The first satanic step in the process of absconding from home, is indoctrination which is provided by the computer and the cell phone. In this regard, parents too are largely liable for the later heart-breaking consequences when their daughters have already become Satanists and abscond in adulterous fashion with the scoundrel 'mujahids'. These girls are hooked on to the haraam screens for hours on end.</w:t>
      </w:r>
    </w:p>
    <w:p>
      <w:pPr>
        <w:spacing w:before="0" w:after="120" w:line="300" w:lineRule="exact"/>
        <w:jc w:val="both"/>
      </w:pPr>
      <w:r>
        <w:rPr>
          <w:rFonts w:ascii="Georgia" w:hAnsi="Georgia" w:cs="Georgia" w:eastAsia="Georgia"/>
          <w:b w:val="0"/>
          <w:i w:val="0"/>
          <w:sz w:val="22"/>
        </w:rPr>
        <w:t>All the gruesome and grotesque scenes depicted on the screen with the accompaniment of haraam pictures and Jahannami, Shaitaani haraam music in the background decorated decep- tively with Qur'aanic verses and 'religious' slogans to maintain the 'islamic' facade for camouflaging the deception, are designed to pollute the minds and contaminate the hearts with these satanic artefacts of indoctrination.</w:t>
      </w:r>
    </w:p>
    <w:p>
      <w:pPr>
        <w:spacing w:before="0" w:after="120" w:line="300" w:lineRule="exact"/>
        <w:jc w:val="both"/>
      </w:pPr>
      <w:r>
        <w:rPr>
          <w:rFonts w:ascii="Georgia" w:hAnsi="Georgia" w:cs="Georgia" w:eastAsia="Georgia"/>
          <w:b w:val="0"/>
          <w:i w:val="0"/>
          <w:sz w:val="22"/>
        </w:rPr>
        <w:t>The Shariah has prescribed limits for all things. In flagrant violation of the prohibitions of the Shariah, these girls squander hours daily listening to haraam, viewing haraam and fantasizing haraam. They become zombies, and Wallah! Behave like satanists with their brains locked on the objectives of the indoctrination of the Isis scoundrels.</w:t>
      </w:r>
    </w:p>
    <w:p>
      <w:pPr>
        <w:spacing w:before="0" w:after="120" w:line="300" w:lineRule="exact"/>
        <w:jc w:val="both"/>
      </w:pPr>
      <w:r>
        <w:rPr>
          <w:rFonts w:ascii="Georgia" w:hAnsi="Georgia" w:cs="Georgia" w:eastAsia="Georgia"/>
          <w:b w:val="0"/>
          <w:i w:val="0"/>
          <w:sz w:val="22"/>
        </w:rPr>
        <w:t>Heavily sedated with the poison of indoctrination, they are incapable of independent and rational thinking. They therefore show absolutely no concern when flagrantly violating the prohibition of undertaking a journey without a mahram. With utter shamelessness bordering on immorality they travel either alone or in the company of a strange male scoundrel who misleads these girls into satan's den.</w:t>
      </w:r>
    </w:p>
    <w:p>
      <w:pPr>
        <w:spacing w:before="0" w:after="120" w:line="300" w:lineRule="exact"/>
        <w:jc w:val="both"/>
      </w:pPr>
      <w:r>
        <w:rPr>
          <w:rFonts w:ascii="Georgia" w:hAnsi="Georgia" w:cs="Georgia" w:eastAsia="Georgia"/>
          <w:b w:val="0"/>
          <w:i w:val="0"/>
          <w:sz w:val="22"/>
        </w:rPr>
        <w:t>Rasulullah (sallallahu alayhi wasallam) said that a woman who believes in Allah and the Last Day will not undertake a journey without her mahram. But these girls recklessly expose themselves to the worst moral dangers and show absolutely no regard for the warning of Rasulullah (sallallahu alayhi wasallam). This fact alone indicates that they have lost their Imaan.</w:t>
      </w:r>
    </w:p>
    <w:p>
      <w:pPr>
        <w:spacing w:before="0" w:after="120" w:line="300" w:lineRule="exact"/>
        <w:jc w:val="both"/>
      </w:pPr>
      <w:r>
        <w:rPr>
          <w:rFonts w:ascii="Georgia" w:hAnsi="Georgia" w:cs="Georgia" w:eastAsia="Georgia"/>
          <w:b w:val="0"/>
          <w:i w:val="0"/>
          <w:sz w:val="22"/>
        </w:rPr>
        <w:t>These girls have been indoctrinated to respond to this violation with the argument that the shaikhs of ISIS contend that for the sake of 'jihad' it is permissible for the girls to travel in this manner like 'prostitutes'. The lamentable ignorance of the girls does not enable them to think clearly and to understand that the Qur'aan prohibits following the shaikhs in their haraam 'fatwas'.</w:t>
      </w:r>
    </w:p>
    <w:p>
      <w:pPr>
        <w:spacing w:before="0" w:after="120" w:line="300" w:lineRule="exact"/>
        <w:jc w:val="both"/>
      </w:pPr>
      <w:r>
        <w:rPr>
          <w:rFonts w:ascii="Georgia" w:hAnsi="Georgia" w:cs="Georgia" w:eastAsia="Georgia"/>
          <w:b w:val="0"/>
          <w:i w:val="0"/>
          <w:sz w:val="22"/>
        </w:rPr>
        <w:t>Thus, reprimanding the Ummah of Bani Israaeel, the Qur'aan states: "They (the ordinary people, the laiety) take their sheikhs and their saints as gods besides Allah..." It is haraam to follow the baatil (baseless) rulings of shaikhs and molvis. The Ulama are to be followed in only such fatwas which conform with the Shariah. In this case, the Shariah prohibits females to undertake a journey without a mahram.</w:t>
      </w:r>
    </w:p>
    <w:p>
      <w:pPr>
        <w:spacing w:before="0" w:after="120" w:line="300" w:lineRule="exact"/>
        <w:jc w:val="both"/>
      </w:pPr>
      <w:r>
        <w:rPr>
          <w:rFonts w:ascii="Georgia" w:hAnsi="Georgia" w:cs="Georgia" w:eastAsia="Georgia"/>
          <w:b w:val="0"/>
          <w:i w:val="0"/>
          <w:sz w:val="22"/>
        </w:rPr>
        <w:t>The fatwa of the moron, devilish shaikhs of the State of Iblis cannot override the Shariah. Allah Ta'ala says it is haraam, but the brainwashed girls say that the shaikhs of ISIS say that it is halaal. If the brains are not convoluted with filth, never will it be possible for a true Mu'min/Mu'minah to give preference to the 'fatwa' of a shaikh over the explicit and emphatic command of Allah Ta'ala.</w:t>
      </w:r>
    </w:p>
    <w:p>
      <w:pPr>
        <w:spacing w:before="0" w:after="120" w:line="300" w:lineRule="exact"/>
        <w:jc w:val="both"/>
      </w:pPr>
      <w:r>
        <w:rPr>
          <w:rFonts w:ascii="Georgia" w:hAnsi="Georgia" w:cs="Georgia" w:eastAsia="Georgia"/>
          <w:b w:val="0"/>
          <w:i w:val="0"/>
          <w:sz w:val="22"/>
        </w:rPr>
        <w:t>Jihaad – true Jihaad – conducted correctly in terms of the Shariah is an ibaadat of immense thawaab. But the acts of these girls pave the pathway for their entry into Hell-Fire. Many of these girls later will become vastly disillusioned when the reality rocks them out from their hallucination. But when the reality will dawn on them, it will be too late.</w:t>
      </w:r>
    </w:p>
    <w:p>
      <w:pPr>
        <w:spacing w:before="0" w:after="120" w:line="300" w:lineRule="exact"/>
        <w:jc w:val="both"/>
      </w:pPr>
      <w:r>
        <w:rPr>
          <w:rFonts w:ascii="Georgia" w:hAnsi="Georgia" w:cs="Georgia" w:eastAsia="Georgia"/>
          <w:b w:val="0"/>
          <w:i w:val="0"/>
          <w:sz w:val="22"/>
        </w:rPr>
        <w:t>They will already be in the clutches of sex-slavery. The girls should heed our warning and take our naseehat seriously. These so-called 'mujahideen' of the State of Iblis are not men of piety. They are villains and scoundrels. The army of Simon, the American 'caliph' is filled with former Ba'thists – Saddam's irreligious men. Overnight they became 'mujaahideen'.</w:t>
      </w:r>
    </w:p>
    <w:p>
      <w:pPr>
        <w:spacing w:before="0" w:after="120" w:line="300" w:lineRule="exact"/>
        <w:jc w:val="both"/>
      </w:pPr>
      <w:r>
        <w:rPr>
          <w:rFonts w:ascii="Georgia" w:hAnsi="Georgia" w:cs="Georgia" w:eastAsia="Georgia"/>
          <w:b w:val="0"/>
          <w:i w:val="0"/>
          <w:sz w:val="22"/>
        </w:rPr>
        <w:t>Their concern for the 'deen' is a charade. They masquerade as mujaahideen whilst they lack even the rudiments of Imaan. These girls, and they are by no means innocent, will regret when it is too late. Extrication from shaitaan's trap will be almost impossible, and if anyone manages to escape or sneak out, it will be long after having been ravaged and all honour destroyed.</w:t>
      </w:r>
    </w:p>
    <w:p>
      <w:pPr>
        <w:spacing w:before="0" w:after="120" w:line="300" w:lineRule="exact"/>
        <w:jc w:val="both"/>
      </w:pPr>
      <w:r>
        <w:rPr>
          <w:rFonts w:ascii="Georgia" w:hAnsi="Georgia" w:cs="Georgia" w:eastAsia="Georgia"/>
          <w:b w:val="0"/>
          <w:i w:val="0"/>
          <w:sz w:val="22"/>
        </w:rPr>
        <w:t>It should also be noted, that ISIS is the very first group that has called for females to abscond from their homes, commit major sins and join its ranks. No Jihad group had ever perpetrated this heinous and callous crime of enticing females and spiriting them away from their parents, husbands and children. The devil's 'mujahideen' from the State of Iblis are portraying their true filthy character by concentrating on women.</w:t>
      </w:r>
    </w:p>
    <w:p>
      <w:pPr>
        <w:spacing w:before="0" w:after="120" w:line="300" w:lineRule="exact"/>
        <w:jc w:val="both"/>
      </w:pPr>
      <w:r>
        <w:rPr>
          <w:rFonts w:ascii="Georgia" w:hAnsi="Georgia" w:cs="Georgia" w:eastAsia="Georgia"/>
          <w:b w:val="0"/>
          <w:i w:val="0"/>
          <w:sz w:val="22"/>
        </w:rPr>
        <w:t>This is the first time in Islam's fourteen century history that females have been targeted for recruitment by men who purport to be 'mujahideen'. They are Satanists. Thus they utilize the methods and the media of Satanists to attract girls who are in search of husbands. Most of these girls lack the haziest idea of the meaning of Jihaad. They are fully under the spell of their carnal nafs.</w:t>
      </w:r>
    </w:p>
    <w:p>
      <w:pPr>
        <w:spacing w:before="0" w:after="120" w:line="300" w:lineRule="exact"/>
        <w:jc w:val="both"/>
      </w:pPr>
      <w:r>
        <w:rPr>
          <w:rFonts w:ascii="Georgia" w:hAnsi="Georgia" w:cs="Georgia" w:eastAsia="Georgia"/>
          <w:b w:val="0"/>
          <w:i w:val="0"/>
          <w:sz w:val="22"/>
        </w:rPr>
        <w:t>Their objective is to run after men for carnal gratification which they crave for. They are deluded by some satanic concept of romanticism, hence the insane craving to cast aside the Deen and to submit to the nafs to fulfil lustful desires. The Satanists of the State of Iblis are recruiting girls for prostitution, and girls are falling in this satanic trap.</w:t>
      </w:r>
    </w:p>
    <w:p>
      <w:pPr>
        <w:spacing w:before="0" w:after="120" w:line="300" w:lineRule="exact"/>
        <w:jc w:val="both"/>
      </w:pPr>
      <w:r>
        <w:rPr>
          <w:rFonts w:ascii="Georgia" w:hAnsi="Georgia" w:cs="Georgia" w:eastAsia="Georgia"/>
          <w:b w:val="0"/>
          <w:i w:val="0"/>
          <w:sz w:val="22"/>
        </w:rPr>
        <w:t>May Allah Ta'ala guide and save them from selfimmolation and destruction.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Leader Abu Bakr Al Baghdadi</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TRAINED BY ISRAELI MOSSAD NSA DOCUMENT REVEALS ISIS Leader Abu Bakr Al Baghdadi Trained by Israeli Mossad, NSA Documents Reveal By Gulf Daily News The former employee at US National Security Agency (NSA), Edward Snowden, has revealed that the British and American intelligence and the Mossad worked together to create the Islamic State of Iraq and Syria (ISIS).</w:t>
      </w:r>
    </w:p>
    <w:p>
      <w:pPr>
        <w:spacing w:before="0" w:after="120" w:line="300" w:lineRule="exact"/>
        <w:jc w:val="both"/>
      </w:pPr>
      <w:r>
        <w:rPr>
          <w:rFonts w:ascii="Georgia" w:hAnsi="Georgia" w:cs="Georgia" w:eastAsia="Georgia"/>
          <w:b w:val="0"/>
          <w:i w:val="0"/>
          <w:sz w:val="22"/>
        </w:rPr>
        <w:t>Snowden said intelligence services of three countries created a terrorist organisation that is able to attract all extremists of the world to one place, using a strategy called "the hornet's nest". NSA documents refer to recent implementation of the hornet's nest to protect the Zionist entity by creating religious and Islamic slogans. According to documents released by Snowden, "The only solution for the protection of the Jewish state "is to create an enemy near its borders".</w:t>
      </w:r>
    </w:p>
    <w:p>
      <w:pPr>
        <w:spacing w:before="0" w:after="120" w:line="300" w:lineRule="exact"/>
        <w:jc w:val="both"/>
      </w:pPr>
      <w:r>
        <w:rPr>
          <w:rFonts w:ascii="Georgia" w:hAnsi="Georgia" w:cs="Georgia" w:eastAsia="Georgia"/>
          <w:b w:val="0"/>
          <w:i w:val="0"/>
          <w:sz w:val="22"/>
        </w:rPr>
        <w:t>Leaks revealed that ISIS leader and cleric Abu Bakr Al Baghdadi took intensive military training for a whole year in the hands of Mossad, besides courses in theology and the art of speech.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brief preamble is to assure unwary Muslims and the ambivalent ones and the morons…</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This brief preamble is to assure unwary Muslims and the ambivalent ones and the morons who are trapped in and misled by the Satanist propaganda of the Iblis State of Iraq and Sham (ISIS), that the Entity proffering this Naseehat is not some westernized apologist whose brains have been colonized and Americanized by the masters of the western cult of lifestyle as are all the university-educated apologists and agnostics who believe that they are 'Muslims' when in reality their hearts are in entirety bereft of Imaan.</w:t>
      </w:r>
    </w:p>
    <w:p>
      <w:pPr>
        <w:spacing w:before="0" w:after="120" w:line="300" w:lineRule="exact"/>
        <w:jc w:val="both"/>
      </w:pPr>
      <w:r>
        <w:rPr>
          <w:rFonts w:ascii="Georgia" w:hAnsi="Georgia" w:cs="Georgia" w:eastAsia="Georgia"/>
          <w:b w:val="0"/>
          <w:i w:val="0"/>
          <w:sz w:val="22"/>
        </w:rPr>
        <w:t>Thus, the advice and admonition which we offer here to Muslim girls who are being hoodwinked and satanically spirited away by scoundrels to be assigned into the sex slavery racket of the so-called 'mujahideen' of the State of Iblis, are the advice, admonition and warnings of the Deen. It is sincere advice offered with sincere Dua and the hope that these girls who have lost their intellectual capacity due to severe Satanist indoctrination, will wake up from their hallucination thereby saving their haya (Imaani modesty), honour, and Imaan to ensure their eternal felicity of the Aakhirah.</w:t>
      </w:r>
    </w:p>
    <w:p>
      <w:pPr>
        <w:spacing w:before="0" w:after="120" w:line="300" w:lineRule="exact"/>
        <w:jc w:val="both"/>
      </w:pPr>
      <w:r>
        <w:rPr>
          <w:rFonts w:ascii="Georgia" w:hAnsi="Georgia" w:cs="Georgia" w:eastAsia="Georgia"/>
          <w:b w:val="0"/>
          <w:i w:val="0"/>
          <w:sz w:val="22"/>
        </w:rPr>
        <w:t>Jihaad, undoubtedly, is a Fardh Institution of Islam. But, like Salaat, Saum, Haj, etc., Jihaad too has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call for boycotting Israeli products. Should we boycott?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boycott of Israel will have validity and be honest only if the people who initiate the boycott are honest and sincere, and not mere publicity seekers, for that is what they are. It is meaningless to boycott a handful of Israeli products when Muslims are embracing everything of America and Britain. These two nations have created Israel, and from the very inception have been the backbone and primary supporters of Israel. These two countries are the main cause (i.e. worldly cause – Allah Ta'ala is the Actual Cause) of Israel flourishing and the Palestinians suffering. They are supporting Israel to the hilt with everything. Thus the hardship of the Palestinians from the worldly perspective, is primarily caused by America and Britain. In addition these two countries have destroyed Iraq and Afghanistan, and have brought unimaginable suffering, death and misery to millions of Muslims, and they are still engaging in their plots to wipe out Islam and the Ummah. Furthermore, China has massacred millions of Muslims in China and presently too, the persecution of Muslims is taking place in China. This year Ramadhaan and Taraaweeh have been banned in China. India has butchered millions of Muslims in India and in Kashmir, and India is still perpetrating horrendous brutality against the Kashmiris. Those who wish to boycott, should begin with priorities. The first ones to boycott are America and Britain. All their products, institutions, planes, banks, vehicles, implements, computers, facebook and the like, and everything connected to them must be boycotted. Then all Chinese and Indian goods must be boycotted. Then take to donkey carts and plant your own food. If the hollow, insincere and hypocritical engineers of Israel's boycott are not prepared to boycott the above mentioned countries, then we should understand that they are most insincere and making a lot of noise to gain cheap publicity and some other ulterior motives. Those who refuse to boycott these countries, must not waste time and hoodwink the unwary and the ignorant that they are the enemies of Israel and that they have feelings for the Palestinians, hence they are shouting: 'Boycott Israel!' They are in fact hypocrites.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situation in Palestine in the light of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Yahood, like the earthquake, the flood, the tornado, the tsunami, etc., are simply part of Allah's Armies of punishment. The Qur'aan and Hadith are explicit in mentioning that Allah Ta'ala punishes rebellious and treacherous Muslims with kuffaar domination. The Palestinians, in fact the Ummah as a whole, are weaker and more disgraceful today than what they were 70 years ago when Palestine was formed. The evils which we observe in the entire Ummah of the world prevail in Palestine as well. Every vice and immorality in the Ummah are to be found in Palestine. The punishment is yet to come to South Africa. May Allah Ta'ala save us. Some of the general vices of the Palestinians: * Wholesale abandonment of Salaat. Besides Jumuah, Musjidul Aqsa is largely abandoned during the daily Salaat. A handful of people perform the daily Salaat in the Musjid whilst thousands live in the vicinity of the Musjid. Thus, Musjidul Aqsa curses these people and petitions Allah Ta'ala to uproot them. * Homosexuality is rife. A Palestinian from America who had gone to Palestine with the intention of Jihad was disgusted. He came away saying that he will not go again to Palestine. * Singing, dancing and music are ways of life for the people. You may be aware that rcently, Gaza was celebrating their Palestinian popsinger 'hero' who had won prizes in the West. The entire Gaza went into a frenzy and was ecstatic with joy. Life -sized portraits of the popsinger were painted on the street walls. Mobs gyrated and danced in the street. They proclaimed the event a 'victory'. * We have seen elderly men playing cards right within the vicinity of Musjidul Aqsa, and not going to the Musjid for Salaat. * Hamas, despite being the government, has not made the slightest attempt to introduce Shariah Law. On the contrary, they invaded a Musjid on a Friday and inside the Musjid shot dead the Sheikh and his mureeds who were clamouring for Shariah Law. * Besides the above, whatever evils and immorality prevail in the Ummah exist in Palestine. They have not taken any lesson from their lamentable plight.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for Muslim women to Participate in Palestinian Solidarity marches and functions?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fact, it is haraam for even Muslim men to attend these haraam socalled 'palestinian solidarity protest marches and meetings. These are kuffaar tactics. Shaitaan has thoroughly brainwashed Muslims. These marches are events of zina and snares of shaitaan. What is happening in Palestine and elsewhere in the Muslim world is Allah's Athaab (Punishment). Nothing will help Muslims in this era. Allah Ta'ala is punishing the Ummah for its rebellion and immorality. Muslims in this age are just like the kuffaar. We should restrict ourselves to dua and we should implore Allah Ta'ala to guide us and to eliminate the evil within us. If the Ummah becomes obedient slaves of Allah Ta'ala, the tables will turn overnight. The kuffaar enemy too is a form of Allah's Athaab. The Qur'aan and the Hadith explicitly mention this fact. The women who participate in these stupid, kufr marches are zaaniyaat (adulteresses). Allah's la'nat (curse) settles on all the participants – male and female – who take part in these satanic marches and protest meetings.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the rulers of Muslim countries faasiqs or kaafirs?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Qur'aanic aayat is clear and explicit. Whoever does not rule/decide according to the Shariah is a kaafir. A Muslim who sins is not a kaafir as long as he believes that his evil act is sinful. However, if he sins believing that his act is permissible, then he becomes a kaafir. The people who are at the helm of Muslim governmental affairs in all Muslim countries today, don't only sin. They believe that the Shariah is out-dated. They actively cancel the Shariah believing that the western style laws which they enact are superior and that the Shariah is not applicable in this day. It is not an issue of the government leaders sinning. They believe that the Shariah is not valid, hence they are kuffaar.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Madkhali Salafi says that the one who criticizes the Saudi regime, is like a Khaarji.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fact, most, if not all, of the rulers in Muslim countries today are kaafir. The entire system of government is kufr which these shayaataani rulers have introduced to violently displace the Shariah. They scorn and decry the Shariah. They flagrantly reject the Shariah. Criticizing these kuffaar rulers masquerading as Muslims does not render one a khaarji. The 'madkhali' salafis are morons who bootlick the corrupt Saudi regime.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say that Iraq which is now the "blessed land of khilaafah".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Today there is no 'blessed land of khilaafah'. All lands are embroiled in anarchy. Iraq and Syria are today lands of mischief and strife. Muslims are killing Muslims. It is the reign of fitnah and fasaad.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ISIS in Iraq executed a woman who operated a brothel. Is it permissible to execute a prostitute? Some say that the rival group, Jabhatun Nusrah killed her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America's surrogate, cardboard 'caliph', has murdered innumerable Muslims for no valid reason. Anyone within the ambit of his clutches who refuse to give bay't (offer allegiance) to him is executed. It is not permissible to execute a woman who operates a brothel. It does not matter who committed the killing. They were not justified. The brothel should have been closed down and the woman held in prison until she made Taubah. Prostitution is less than irtidaad. A woman may not be executed for even irtidaad in terms of the Hanafi Math-hab. She has to be detained in jail until she makes Taubah.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If you say there is no jihad in Iraq and Syria, why do you have such conviction when IS unequivocally states a single goal and ambition: to establish shariah law, and in so doing will employ any and all means and methods in line with the Qur'an and Sunnah?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What this gang of thugs say is one thing and what they perpetrate on the ground is something entirely different, completely out of line with the Qur'aan and Sunnah. Shariah Law does not permit the massacre and uprooting of non-Muslim communities in an Islamic state. Shariah Law does not condone Muslims killing Muslims. What is Jihad and what are the objectives of Jihad? Jihad is to wage war purely and only for the Pleasure of Allah Ta'ala, and its objective is to open the path for Da'wat and Tableegh of the Deen in the endeavour to save Allah's Makhlooq (creation) from the everlasting perdition of Jahannam. The objective of Jihad is not to kill kuffaar unnecessarily as the thugs of the State of Iblis are perpetrating. Not only are they killing non-Muslims, they direct their machine of murder at Muslims, and even such Muslims of their very own breed and creed, namely, Jabhatun Nusrah who are also Salafis. Against whom are they waging 'Jihad'? Most certainly not against the Yahood and Nasara nor against the evil Shiah Bashar Assad. They are killing only Muslims. Sunni Muslims of the Land of Shaam, and Kurd Muslims who are Hanafis. Furthermore, additional facts confirming the farcical, false and satanic 'jihad' of this shaitaani group of murderers are explained in the pages of this issue of Al -Haq as well as in the previous issue. Their hands, bodies, minds and hearts are drenched with the blood of thoudands of Muslims. The Qur'aan says that one who kills even one Muslim will dwell in Jahannam forever.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You wrote: 'Muslims killing Muslims'. But if we have IS with their clear stated goal, and on the other side with the kuffaar coalition, Muslims that have allied to the kuffaar and themselves are killing Muslims and obstructing the ambitions of IS's to implement Shariah law, then is it really wrong to kill those Muslims who themselves do not rule by Islamic Shariah, but follow secular constitutions and allied themselves to the kuffaar. How can you engage and defend against the coalition that have these modernist secular Muslims embedded?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issue is not so simplistic as you put it. In fact, your argument is deceptive. Firstly, ISIS initiated its genocide of the Yazidi and Christian communities, the day it began its offensive, long before the formation of the U.S. coalition. These non-Muslims were living in the land peacefully since the era of the Khulafa-e-Raashideen, and enjoyed their peaceful status during all three successive Khilaafate eras, and this position continued until the arrival yesterday of the ISIS murderers. Secondly, ISIS began killing its own breed of Salafis even before it established its self in Mosul which was given to it on a platter by the U.S. Thirdly, it killed the Imaams and others solely because they refused to swear the oath of fealty and allegiance to Mr. Simon, Obama's 'caliph'. These Imaams and Sheikhs had no truck with the U.S. coalition which had not yet come into operation. They were not fighters. They did not fight ISIS. Fourthly, the group, Jabhatun Nusrah of which Mr. Simon was a member a year ago, is not part of the U.S. coalition nor does it support the coalition. But, most of the Muslims killed by ISIS are the mujaahideen of Jabhatun Nusrah. Fifthly, the 'shariah' law of ISIS is largely confined to killing people, displaying their murderous misdeeds on haraam television, haraam video and haraam internet programmes. Sixthly, it has branded Hamas and Ikhwaanul Muslimeen (Morsi and &amp; Co.) as murtads and kuffaar. With which U.S./Kuffaar are these two groups affiliated? Sixthly, if we employ hallucination and dupe ourselves to believe that ISIS has introduced Islamic Law, the fact remains that ISIS is a U.S. creation to promote and establish the objectives of the U.S. plot while the U.S. coalition is designed to befool the unwary and the ignorant. Brother, your gaze is focused only on an outer veneer of ISIS. You are not aware of the deep, dark and sinister plots engineered by the U.S. and its Western partners.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further point is that, if an integral part of warfare is to strategically plan, then what seems like ex- treme acts, could very well be part of some strategy. As long as it is not a violation of the shariah, why should we scoff at what we may not fully grasp?</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Brother, we must say that you have spoken without applying your mind, and without having even a hazy understanding of the plot that is unfolding. Furthermore, you have stated pure conjecture. What you are conjecturing is devoid of reality and factual evidence. We are precisely saying what you have mentioned, viz., "as long as it is not a violation of the Shariah". All the actions of ISIS are in violation of the Shariah. All their killings and murders are in violation of the Shariah. Their uprooting and massacring of non-Muslims, their recent abduction of Christians, their killing of some Chechen Mujahideen who came as observers to ascertain the facts, etc., are all gross violations of the Shariah. Killing and uprooting a community "does not seem like an extreme act". It is a brutal, haraam satanic act which the Shariah does not condone. And worse is it with killing the Muslims. There is no merit in your arguments.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ISIS did offer the option of Jizyah to the Yazidis and Christians, but they refused. Therefore, they had to face the consequences of their refusal. Why is ISIS criticized on this score?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non-Muslim communities in Iraq had been paying Jizyah for centuries – almost 14 centuries – since the time of the Sahaabah. There is no rational reason why they would refuse to pay Jizyah now and select to be uprooted and killed or exiled from their homes where they lived in peace for centuries. Why would they refuse to pay Jizyah when all other kuffaar forms of taxation would be abolished? We don't accept what you are saying.</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Another news about the great conduct of ISIS is their kind treatment of the Kerala nurses. These nurses say that ISIS militants had protected them. The Indian nurses who were abducted have only good things to say about the "bearded boys" after a three-week long captivity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This is indeed laughable. In addition to this being a publicity stunt, the determinant for the "great conduct of the bearded boys" was the sexual flavour. It as the sexual dimension which evoked "great conduct". Sad to say that the Qur'aanic statement: "They (the genuine Mujaahideen) are stern against the kuffaar, and merciful among themselves....", did not have the same affect to constrain the ISIS thugs from murdering innumerable of their own brothers of Jabhatun Nusrah and Kurd Muslims. There is no merit in the hypocritical "great conduct" of the villains. Its was simply a show and a sham. What the nurses say is bunkum. ISIS is the only group in Islam's history who is recruiting females in a haraam way. It is absolutely morally bankrupt. It shamelessly spirits away young girls from their home to travel like prostitutes and to become prostitutes at the behest of ISIS.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doing the third year Aalim course in a Darul Uloom in England. I want to join the Jihad in either Afghanistan or Iraq, but my parents refuse permission. They insist on me completing my studies. Is it permissible to join the Jihad against the wishes of my parents?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Don't be misled by ISIS propaganda. ISIS is an American outfit. Complete the Aalim course. It is not permissible to go to Afghanistan without your parents' consent. You will be accursed to go. Furthermore, the Taliban are not in need of manpower. They have more than enough men to fight. Regarding Iraq, even if your parents grant permission, it is not permissible to go to Syria/Iraq because there is no Jihad there. Muslims are killing Muslims, and the show is orchestrated by America.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Sisi, the Zionist Kaafir responsible for butchering thousands of Muslims in Egypt,…</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Sisi, the Zionist Kaafir responsible for butchering thousands of Muslims in Egypt, addressing the clergy of AlAzhar university disgorged the following kufr: "The corpus of Islamic texts and ideas that we have sacralised over the years are antagonizing the entire world, that it is not possible that 1.6 billion people should want to kill the rest of the world's inhabitants so that they themselves may live." The "corpus of Islamic texts and ideas" to which Sisi, the kaafir Butcher, has made reference is none other than the Qur'aan and the Sunnah.</w:t>
      </w:r>
    </w:p>
    <w:p>
      <w:pPr>
        <w:spacing w:before="0" w:after="120" w:line="300" w:lineRule="exact"/>
        <w:jc w:val="both"/>
      </w:pPr>
      <w:r>
        <w:rPr>
          <w:rFonts w:ascii="Georgia" w:hAnsi="Georgia" w:cs="Georgia" w:eastAsia="Georgia"/>
          <w:b w:val="0"/>
          <w:i w:val="0"/>
          <w:sz w:val="22"/>
        </w:rPr>
        <w:t>In a nutshell, it is Islam which the likes of Sisi had been striving and conspiring to exterminate from its very inception more than fourteen centuries ago. Dashing their hopes of succeeding in their satanic mission, the Qur'aan Hakeem states: "They intend (plot and plan) to extinguish the Noor of Allah (i.e.Islam) with their mouths, whilst Allah will complete (and perfect) His Noor even though the kaafiroon (such as Sisi) abhor it." In all ages, the kuffaar in a variety of hues, have conspired and struggled to deracinate and extinguish Islam.</w:t>
      </w:r>
    </w:p>
    <w:p>
      <w:pPr>
        <w:spacing w:before="0" w:after="120" w:line="300" w:lineRule="exact"/>
        <w:jc w:val="both"/>
      </w:pPr>
      <w:r>
        <w:rPr>
          <w:rFonts w:ascii="Georgia" w:hAnsi="Georgia" w:cs="Georgia" w:eastAsia="Georgia"/>
          <w:b w:val="0"/>
          <w:i w:val="0"/>
          <w:sz w:val="22"/>
        </w:rPr>
        <w:t>But by the fadhl of Allah Azza Wa Jal, they have failed, and so will it remain. The successes which the kuffaar are achieving against Muslims should not be understood as the success of their plot to destroy Islam. The political ascendency of the kuffaar and the humiliation of the Ummah are in fact the consequences of Muslim disobedience, transgression and rebellion against the Law of Allah Ta'ala.</w:t>
      </w:r>
    </w:p>
    <w:p>
      <w:pPr>
        <w:spacing w:before="0" w:after="120" w:line="300" w:lineRule="exact"/>
        <w:jc w:val="both"/>
      </w:pPr>
      <w:r>
        <w:rPr>
          <w:rFonts w:ascii="Georgia" w:hAnsi="Georgia" w:cs="Georgia" w:eastAsia="Georgia"/>
          <w:b w:val="0"/>
          <w:i w:val="0"/>
          <w:sz w:val="22"/>
        </w:rPr>
        <w:t>Hence, kuffaar domination has been divinely hoisted over us as a punishment. The kuffaar, like the earthquake, tsunami, tornado, volcanic eruption, pestilence, etc. are simply a constituent of Divine Punishment. They form part of the Armies of Allah Azza Wa Jal. These varieties of punishments for Muslims are explicitly stated in the Qur'aan and Ahaadith.</w:t>
      </w:r>
    </w:p>
    <w:p>
      <w:pPr>
        <w:spacing w:before="0" w:after="120" w:line="300" w:lineRule="exact"/>
        <w:jc w:val="both"/>
      </w:pPr>
      <w:r>
        <w:rPr>
          <w:rFonts w:ascii="Georgia" w:hAnsi="Georgia" w:cs="Georgia" w:eastAsia="Georgia"/>
          <w:b w:val="0"/>
          <w:i w:val="0"/>
          <w:sz w:val="22"/>
        </w:rPr>
        <w:t>Thus, there is no conundrum in today's humiliation of the Ummah. No where in the "sacralized corpus of Islamic texts and ideas" (the Qur'aan and Sunnah) is the destruction of the world's people (the kuffaar) by Muslims propagated. Sisi has simply disgorged what his westerncolonized brain has been indoctrinated with by his Yahood and Nasaara mas- ters who pay him a couple of billion dollars annually to sustain and perpetuate his butchery of Muslims who seek to impose the Law of Allah Azza Wa Jal in Egypt where Sisi and his likes have made kufr the law of the land.</w:t>
      </w:r>
    </w:p>
    <w:p>
      <w:pPr>
        <w:spacing w:before="0" w:after="120" w:line="300" w:lineRule="exact"/>
        <w:jc w:val="both"/>
      </w:pPr>
      <w:r>
        <w:rPr>
          <w:rFonts w:ascii="Georgia" w:hAnsi="Georgia" w:cs="Georgia" w:eastAsia="Georgia"/>
          <w:b w:val="0"/>
          <w:i w:val="0"/>
          <w:sz w:val="22"/>
        </w:rPr>
        <w:t>Sisi is paid billions of dollars every year to keep Egypt as a province of Israel. Rasulullah (sallallahu alayhi wasallam) was despatched by Allah Azza Wa Jal as Rahmatul lil Aalameen (Mercy to all mankind). As the Nabi – the Final Nabi – he was the Nabi for all mankind. Thus, the "sacralized corpus of Islamic texts and ideas" (the Qur'aan and Sunnah) make the kuffaar of the world the subject for Da'wat and Tableegh, not for Qatl (killing) as Sisi sings the song of his American master.</w:t>
      </w:r>
    </w:p>
    <w:p>
      <w:pPr>
        <w:spacing w:before="0" w:after="120" w:line="300" w:lineRule="exact"/>
        <w:jc w:val="both"/>
      </w:pPr>
      <w:r>
        <w:rPr>
          <w:rFonts w:ascii="Georgia" w:hAnsi="Georgia" w:cs="Georgia" w:eastAsia="Georgia"/>
          <w:b w:val="0"/>
          <w:i w:val="0"/>
          <w:sz w:val="22"/>
        </w:rPr>
        <w:t>All the forefathers of today's 1.6 billion Muslims were mushrikeen and kuffaar. How come we all are today Muslim if the "sacralized corpus of Islamic texts and ideas" had propagated killing of kuffaar? Jihad fi Sabeelillaah (waging Jihad with the Sword in the Path of Allah) is imperative for removing the impediments in the Path of Da'wat and Tableegh.</w:t>
      </w:r>
    </w:p>
    <w:p>
      <w:pPr>
        <w:spacing w:before="0" w:after="120" w:line="300" w:lineRule="exact"/>
        <w:jc w:val="both"/>
      </w:pPr>
      <w:r>
        <w:rPr>
          <w:rFonts w:ascii="Georgia" w:hAnsi="Georgia" w:cs="Georgia" w:eastAsia="Georgia"/>
          <w:b w:val="0"/>
          <w:i w:val="0"/>
          <w:sz w:val="22"/>
        </w:rPr>
        <w:t>The objective of Jihad is not to eliminate the kuffaar. It is to save the kuffaar from eternal perdition in Hell-Fire by ensuring their entry into Islam, for minus Imaan there is only everlasting misery and suffering in the Hereafter. In a subtle denunciation of the Qur'aan and Sunnah – the Shariah of Allah Ta'ala – the Kaafir Butcher and agent of the Yahood and Nasaara, said: "……that corpus of texts and ideas that we have sacralized over the years, to the point that departing from them has become almost impossible, is antagonizing the entire world." Undoubtedly, departing from that 'corpus' which is none other than the Qur'aan and Sunnah is impossible for the Mu'mineen.</w:t>
      </w:r>
    </w:p>
    <w:p>
      <w:pPr>
        <w:spacing w:before="0" w:after="120" w:line="300" w:lineRule="exact"/>
        <w:jc w:val="both"/>
      </w:pPr>
      <w:r>
        <w:rPr>
          <w:rFonts w:ascii="Georgia" w:hAnsi="Georgia" w:cs="Georgia" w:eastAsia="Georgia"/>
          <w:b w:val="0"/>
          <w:i w:val="0"/>
          <w:sz w:val="22"/>
        </w:rPr>
        <w:t>For kuffaar who masquerade like Muslims such as Sisi, departing from the Qur'aan and Sunnah is no problem. But for Muslims the Qur'aan and Sunnah will remain the Law and the way of life until Qiyaamah. The entire world of the kuffaar has felt antagonized since the very inception of Islam when Rasulullah (sallallahu alayhi wasallam) raised the Standard of Tauheed.</w:t>
      </w:r>
    </w:p>
    <w:p>
      <w:pPr>
        <w:spacing w:before="0" w:after="120" w:line="300" w:lineRule="exact"/>
        <w:jc w:val="both"/>
      </w:pPr>
      <w:r>
        <w:rPr>
          <w:rFonts w:ascii="Georgia" w:hAnsi="Georgia" w:cs="Georgia" w:eastAsia="Georgia"/>
          <w:b w:val="0"/>
          <w:i w:val="0"/>
          <w:sz w:val="22"/>
        </w:rPr>
        <w:t>There is no way and there will be no time that the kuffaar will not be antagonized by Islam. The hatred they have for Islam is simply the attribute of their inherent kufr in which Sisi grovels. Confirming the perpetual hatred which the kuffaar cherish for the Mu'mineen, the Qur'aan Majeed which is the primary fundamental of the 'corpus', states: "Never ever will the Yahood and Nasaara be pleased with you until (such time) that you follow their religion.</w:t>
      </w:r>
    </w:p>
    <w:p>
      <w:pPr>
        <w:spacing w:before="0" w:after="120" w:line="300" w:lineRule="exact"/>
        <w:jc w:val="both"/>
      </w:pPr>
      <w:r>
        <w:rPr>
          <w:rFonts w:ascii="Georgia" w:hAnsi="Georgia" w:cs="Georgia" w:eastAsia="Georgia"/>
          <w:b w:val="0"/>
          <w:i w:val="0"/>
          <w:sz w:val="22"/>
        </w:rPr>
        <w:t>Say (to them)!' Verily, guidance is only Allah's guidance' And if you follow their vain desires after Knowledge (of the Corpus) has come to you, then besides Allah you will have neither friend nor helper." (AlBaqarah, Aayat 120) Displaying his gross jahaalah (ignorance), Sisi the munaafiq moron said: "Is it possible that 1.6 billion people should want to kill the rest of the world's inhabitants – that is 7 billion – so that they themselves may live?" The natural attribute of kufr is stupidity.</w:t>
      </w:r>
    </w:p>
    <w:p>
      <w:pPr>
        <w:spacing w:before="0" w:after="120" w:line="300" w:lineRule="exact"/>
        <w:jc w:val="both"/>
      </w:pPr>
      <w:r>
        <w:rPr>
          <w:rFonts w:ascii="Georgia" w:hAnsi="Georgia" w:cs="Georgia" w:eastAsia="Georgia"/>
          <w:b w:val="0"/>
          <w:i w:val="0"/>
          <w:sz w:val="22"/>
        </w:rPr>
        <w:t>Such morons are today presidents, prime ministers and kings. He poses a question based on hallucination. He may probably be a victim of some substance abuse, hence his moronic question. On what does he base his assumption of 1.6 billion Muslims wanting to eliminate the world's 7 billion non-Muslims? Consider Egypt itself. It is a nonArab country with the vast majority of the inhabitants having been born Muslims although millions of born Muslims may today no longer be Muslims.</w:t>
      </w:r>
    </w:p>
    <w:p>
      <w:pPr>
        <w:spacing w:before="0" w:after="120" w:line="300" w:lineRule="exact"/>
        <w:jc w:val="both"/>
      </w:pPr>
      <w:r>
        <w:rPr>
          <w:rFonts w:ascii="Georgia" w:hAnsi="Georgia" w:cs="Georgia" w:eastAsia="Georgia"/>
          <w:b w:val="0"/>
          <w:i w:val="0"/>
          <w:sz w:val="22"/>
        </w:rPr>
        <w:t>Did the Sahaabah eliminate all the kuffaar Egyptians when they annexed the country to the Islamic Empire? The same applies for all the lands of the kuffaar from the Atlantic in the West to the walls of China in the East. The Sahaabah and the early Muslims had conquered all these lands of the kuffaar. Did they kill the kuffaar? They did not massacre and butcher the kuffaar as Sisi has butchered his own kind.</w:t>
      </w:r>
    </w:p>
    <w:p>
      <w:pPr>
        <w:spacing w:before="0" w:after="120" w:line="300" w:lineRule="exact"/>
        <w:jc w:val="both"/>
      </w:pPr>
      <w:r>
        <w:rPr>
          <w:rFonts w:ascii="Georgia" w:hAnsi="Georgia" w:cs="Georgia" w:eastAsia="Georgia"/>
          <w:b w:val="0"/>
          <w:i w:val="0"/>
          <w:sz w:val="22"/>
        </w:rPr>
        <w:t>They did not massacre the kuffaar as the U.S.A. and the West in general have been massacring and brutally torturing Muslims of this age. The moron should read the history of the Sahaabah and of the early Muslims. He shall fail to find Muslims exterminating kuffaar. On the contrary he will find an abundance of brutal episodes of kuffaar exterminating Muslims.</w:t>
      </w:r>
    </w:p>
    <w:p>
      <w:pPr>
        <w:spacing w:before="0" w:after="120" w:line="300" w:lineRule="exact"/>
        <w:jc w:val="both"/>
      </w:pPr>
      <w:r>
        <w:rPr>
          <w:rFonts w:ascii="Georgia" w:hAnsi="Georgia" w:cs="Georgia" w:eastAsia="Georgia"/>
          <w:b w:val="0"/>
          <w:i w:val="0"/>
          <w:sz w:val="22"/>
        </w:rPr>
        <w:t>Millions of Muslims were exterminated by the kuffaar Chinese. Millions of Muslims were massacred and exterminated by the Russian kuffaar. The whole Arakanese Muslim population of Arakan was exterminated and expelled from their homeland by kuffaar Burmese Buddhists. The entire Muslim population of Spain was eliminated – killed and expelled.</w:t>
      </w:r>
    </w:p>
    <w:p>
      <w:pPr>
        <w:spacing w:before="0" w:after="120" w:line="300" w:lineRule="exact"/>
        <w:jc w:val="both"/>
      </w:pPr>
      <w:r>
        <w:rPr>
          <w:rFonts w:ascii="Georgia" w:hAnsi="Georgia" w:cs="Georgia" w:eastAsia="Georgia"/>
          <w:b w:val="0"/>
          <w:i w:val="0"/>
          <w:sz w:val="22"/>
        </w:rPr>
        <w:t>Coming to the recent past and the present, the kuffaar Yahood massacred tens of thousands of Palestinian Muslims and expelled the remainder of the population from their homeland. The kuffaar U.S.A. maimed and killed hundreds of thousands of Iraqis in its brutal carpet-bombing campaigns. The U.S.A. kuffaar brutally killed tens of thousands of Afghan Muslims.</w:t>
      </w:r>
    </w:p>
    <w:p>
      <w:pPr>
        <w:spacing w:before="0" w:after="120" w:line="300" w:lineRule="exact"/>
        <w:jc w:val="both"/>
      </w:pPr>
      <w:r>
        <w:rPr>
          <w:rFonts w:ascii="Georgia" w:hAnsi="Georgia" w:cs="Georgia" w:eastAsia="Georgia"/>
          <w:b w:val="0"/>
          <w:i w:val="0"/>
          <w:sz w:val="22"/>
        </w:rPr>
        <w:t>In Central Africa, the West instigated and armed kuffaar Africans to eliminate Muslim populations. Kuffaar Hindus massacred hundreds of thousands of Muslims, and this genocide continues in India to this day. In Sri Lanka, kuffaar Buddhists are determined to eliminate the Muslim population. All over the world, and throughout history, the mass killing was always the satanic work of the kuffaar and the victims were Muslims.</w:t>
      </w:r>
    </w:p>
    <w:p>
      <w:pPr>
        <w:spacing w:before="0" w:after="120" w:line="300" w:lineRule="exact"/>
        <w:jc w:val="both"/>
      </w:pPr>
      <w:r>
        <w:rPr>
          <w:rFonts w:ascii="Georgia" w:hAnsi="Georgia" w:cs="Georgia" w:eastAsia="Georgia"/>
          <w:b w:val="0"/>
          <w:i w:val="0"/>
          <w:sz w:val="22"/>
        </w:rPr>
        <w:t>Sisi would have displayed some brains if he had said that the 7 billion kuffaar are poised to eliminate the 1.6 billion Muslims. With the massive nucleur arsenals and weapons of mass destruction of western kuffaar countries, who is poised to kill and eliminate whom? Addressing the Al-Azhar Shaikhs, the Butcher of Egypt said: "I am saying these words here at Al-Azhar, before this assembly of scholars and ulama -- All this that I am telling you, you cannot feel it if you remain trapped within this mind-set.</w:t>
      </w:r>
    </w:p>
    <w:p>
      <w:pPr>
        <w:spacing w:before="0" w:after="120" w:line="300" w:lineRule="exact"/>
        <w:jc w:val="both"/>
      </w:pPr>
      <w:r>
        <w:rPr>
          <w:rFonts w:ascii="Georgia" w:hAnsi="Georgia" w:cs="Georgia" w:eastAsia="Georgia"/>
          <w:b w:val="0"/>
          <w:i w:val="0"/>
          <w:sz w:val="22"/>
        </w:rPr>
        <w:t>You need to step outside of yourselves to be able to observe it and reflect on it from a more enlightened perspective." The clergy of Al-Azhar is the most liberal 'scholars' in the Muslim World. The Shaikhs of Azhar since the kuffaar installed their regime in Egypt from the time of Nasser to the present, have never been associated with any Jihad movement.</w:t>
      </w:r>
    </w:p>
    <w:p>
      <w:pPr>
        <w:spacing w:before="0" w:after="120" w:line="300" w:lineRule="exact"/>
        <w:jc w:val="both"/>
      </w:pPr>
      <w:r>
        <w:rPr>
          <w:rFonts w:ascii="Georgia" w:hAnsi="Georgia" w:cs="Georgia" w:eastAsia="Georgia"/>
          <w:b w:val="0"/>
          <w:i w:val="0"/>
          <w:sz w:val="22"/>
        </w:rPr>
        <w:t>On the contrary, Azhar's clergy is subservient to the kuffaar regime of Egypt. Sisi therefore insanely directed his stupid discourse to a conglomerate of his own lackeys. The "mind-set" which the moron munaafiq lamented is in fact the mindset produced by the Qur'aan and Sunnah. It is a "mind-set" which will per-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 A COG IN THE GRAND PLOT OF THE U.S</w:t>
      </w:r>
    </w:p>
    <w:p>
      <w:pPr>
        <w:spacing w:before="0" w:after="160" w:line="300" w:lineRule="exact"/>
        <w:jc w:val="center"/>
      </w:pPr>
      <w:r>
        <w:rPr>
          <w:rFonts w:ascii="Georgia" w:hAnsi="Georgia" w:cs="Georgia" w:eastAsia="Georgia"/>
          <w:b w:val="0"/>
          <w:i/>
          <w:sz w:val="16"/>
        </w:rPr>
        <w:t>Page 3, 4 of the original. Heading read from the printed headline artwork.</w:t>
      </w:r>
    </w:p>
    <w:p>
      <w:pPr>
        <w:spacing w:before="0" w:after="120" w:line="300" w:lineRule="exact"/>
        <w:jc w:val="both"/>
      </w:pPr>
      <w:r>
        <w:rPr>
          <w:rFonts w:ascii="Georgia" w:hAnsi="Georgia" w:cs="Georgia" w:eastAsia="Georgia"/>
          <w:b w:val="0"/>
          <w:i w:val="0"/>
          <w:sz w:val="22"/>
        </w:rPr>
        <w:t>What has happened to the drones and B52 bombers of the U.S.A.? Why are they not deployed against ISIS in the way they were murderously utilized against the Taliban and the civilian population of Afghanistan? Thousands of Afghan villagefolk – men, women and children - were mercilessly murdered in the carpet bombing assaults of the B52 bombers.</w:t>
      </w:r>
    </w:p>
    <w:p>
      <w:pPr>
        <w:spacing w:before="0" w:after="120" w:line="300" w:lineRule="exact"/>
        <w:jc w:val="both"/>
      </w:pPr>
      <w:r>
        <w:rPr>
          <w:rFonts w:ascii="Georgia" w:hAnsi="Georgia" w:cs="Georgia" w:eastAsia="Georgia"/>
          <w:b w:val="0"/>
          <w:i w:val="0"/>
          <w:sz w:val="22"/>
        </w:rPr>
        <w:t>Wedding parties were targeted and eliminated by the bombers. Tens of thousands of civilians suffered terribly in the aftermath of America's use of chemicals. As for the murders conducted with drones, a drone would be dispatched to eliminate just a single Mujahid commander. Innumerable Taliban and AlQaaidah commanders were killed by drones operating in Afghanistan and in the Pakistani regions bordering Afghanistan.</w:t>
      </w:r>
    </w:p>
    <w:p>
      <w:pPr>
        <w:spacing w:before="0" w:after="120" w:line="300" w:lineRule="exact"/>
        <w:jc w:val="both"/>
      </w:pPr>
      <w:r>
        <w:rPr>
          <w:rFonts w:ascii="Georgia" w:hAnsi="Georgia" w:cs="Georgia" w:eastAsia="Georgia"/>
          <w:b w:val="0"/>
          <w:i w:val="0"/>
          <w:sz w:val="22"/>
        </w:rPr>
        <w:t>Since the agenda was to eliminate the Taliban – a goal which the U.S.A. miserably failed to achieve – the fullest use of the bombers and drones besides the massive supply of other military hardware, was made. Why have these instruments of murder gone into hibernation away from the ISIS arena? How come ISIS is able to move convoys of armoured vehicles loaded with its soldiers in the open desert in broad daylight without being targeted by the U.S. and its stupid coalition of stupid Arab surrogate, backyard 'states'?</w:t>
      </w:r>
    </w:p>
    <w:p>
      <w:pPr>
        <w:spacing w:before="0" w:after="120" w:line="300" w:lineRule="exact"/>
        <w:jc w:val="both"/>
      </w:pPr>
      <w:r>
        <w:rPr>
          <w:rFonts w:ascii="Georgia" w:hAnsi="Georgia" w:cs="Georgia" w:eastAsia="Georgia"/>
          <w:b w:val="0"/>
          <w:i w:val="0"/>
          <w:sz w:val="22"/>
        </w:rPr>
        <w:t>In a matter of days, the Taliban were dislodged from Kabul city by the murderous carpet bombing. Why has the U.S. chosen to abstain from carpet bombing Mosul and other cities/towns captured by ISIS? Why are the drones not singling out ISIS commanders for elimination in the way they had perpetrated in Afghanistan and Waziristan? Despite ISIS being relatively an easy target in the exposed desert terrain, it is allowed to operate freely.</w:t>
      </w:r>
    </w:p>
    <w:p>
      <w:pPr>
        <w:spacing w:before="0" w:after="120" w:line="300" w:lineRule="exact"/>
        <w:jc w:val="both"/>
      </w:pPr>
      <w:r>
        <w:rPr>
          <w:rFonts w:ascii="Georgia" w:hAnsi="Georgia" w:cs="Georgia" w:eastAsia="Georgia"/>
          <w:b w:val="0"/>
          <w:i w:val="0"/>
          <w:sz w:val="22"/>
        </w:rPr>
        <w:t>Not a single attempt has been made to strike ISIS in its headquarters or when it moves with impunity its men and arms in the open desert. For men of intelligence there is no conundrum in the ISIS saga. ISIS is an American creation – created to fulfil U.S. designs among which is to destroy Islam and to grab the wealth of the Muslim lands to resuscitate and bolster its totally bankrupt economy.</w:t>
      </w:r>
    </w:p>
    <w:p>
      <w:pPr>
        <w:spacing w:before="0" w:after="120" w:line="300" w:lineRule="exact"/>
        <w:jc w:val="both"/>
      </w:pPr>
      <w:r>
        <w:rPr>
          <w:rFonts w:ascii="Georgia" w:hAnsi="Georgia" w:cs="Georgia" w:eastAsia="Georgia"/>
          <w:b w:val="0"/>
          <w:i w:val="0"/>
          <w:sz w:val="22"/>
        </w:rPr>
        <w:t>The devilish conspiracy is to dismember Iraq into three states – Shiahstan, Sunnistan and Kurdistan, and when the need develops, to keep them fighting one another for the sustainment of western interests, and in particular, U.S. interests. Realization of this plot will grant America full control of the oilfields.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SISI, THE KAAFIR BUTCHER OF EGYPT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petually remain with Muslims who believe in the Qur'aan and Sunnah. There is no greater enlightenment than the Qur'aanic mind-set which Sisi and his kuffaar masters abhor. It is a sacred mind-set. the adoption of which is incumbent for all Muslims. Sisi is trapped in the mind-set which he has acquired from his western kuffaar masters. He is a victim of kuffaar indoctrination, hence he seeks to displace the Qur'aanic mind-set by imposing on Muslims the western kuffaar mind-set.</w:t>
      </w:r>
    </w:p>
    <w:p>
      <w:pPr>
        <w:spacing w:before="0" w:after="120" w:line="300" w:lineRule="exact"/>
        <w:jc w:val="both"/>
      </w:pPr>
      <w:r>
        <w:rPr>
          <w:rFonts w:ascii="Georgia" w:hAnsi="Georgia" w:cs="Georgia" w:eastAsia="Georgia"/>
          <w:b w:val="0"/>
          <w:i w:val="0"/>
          <w:sz w:val="22"/>
        </w:rPr>
        <w:t>"Stepping outside yourselves" is to step into the fold of kufr and shirk. This is precisely what the brutal tyrant is proposing. For Muslims the only enlightenment is the radiance of the Qur'aan and Sunnah. Besides this, everything else is darkness, evil, injustice and oppression. Continuing with his kufr propagation, Sisi, the murderer of thousands of his kind, said: "I say and repeat again that we are in need of a religious revolution." A "religious revolution" is abandonment of Islam and adoption of western kufr, and all of it under the designation of 'Islam'.</w:t>
      </w:r>
    </w:p>
    <w:p>
      <w:pPr>
        <w:spacing w:before="0" w:after="120" w:line="300" w:lineRule="exact"/>
        <w:jc w:val="both"/>
      </w:pPr>
      <w:r>
        <w:rPr>
          <w:rFonts w:ascii="Georgia" w:hAnsi="Georgia" w:cs="Georgia" w:eastAsia="Georgia"/>
          <w:b w:val="0"/>
          <w:i w:val="0"/>
          <w:sz w:val="22"/>
        </w:rPr>
        <w:t>If the world was in need of a religious revolution, Allah Azza Wa Jal would not have terminated Nubuwwat fourteen centuries ago. The long Chain of Ambiyya (alayhimus salaam) initiated with the advent of Hadhrat Aadam (alayhis salaam) would have continued until the Day of Qiyaamah. Every era which was in need of a "religious revolution" would then have been blessed with a divine Messenger.</w:t>
      </w:r>
    </w:p>
    <w:p>
      <w:pPr>
        <w:spacing w:before="0" w:after="120" w:line="300" w:lineRule="exact"/>
        <w:jc w:val="both"/>
      </w:pPr>
      <w:r>
        <w:rPr>
          <w:rFonts w:ascii="Georgia" w:hAnsi="Georgia" w:cs="Georgia" w:eastAsia="Georgia"/>
          <w:b w:val="0"/>
          <w:i w:val="0"/>
          <w:sz w:val="22"/>
        </w:rPr>
        <w:t>But Allah Ta'ala terminated Risaalat and brought to an end the Chain of Ambiya, for He announces in the Qur'aan that the Deen is Islam, and this Islam is complete and perfect. It will endure until Qiyaamah and within its framework are all the answers and solutions for developments right until the end of earthly time. But the kaafir moron, Sisi is incapable of comprehending this simple truth.</w:t>
      </w:r>
    </w:p>
    <w:p>
      <w:pPr>
        <w:spacing w:before="0" w:after="120" w:line="300" w:lineRule="exact"/>
        <w:jc w:val="both"/>
      </w:pPr>
      <w:r>
        <w:rPr>
          <w:rFonts w:ascii="Georgia" w:hAnsi="Georgia" w:cs="Georgia" w:eastAsia="Georgia"/>
          <w:b w:val="0"/>
          <w:i w:val="0"/>
          <w:sz w:val="22"/>
        </w:rPr>
        <w:t>We have to concede that a religious revolution of kufr has already overcome the Ummah. The brains of the vast majority of the Ummah, has already been brain-colonized by the western kuffaar. The religious revolution which the western kuffaar have succeeded in imposing on Muslims have produced all the kuffaar who are today at the helm of the evil regimes in all Muslim lands.</w:t>
      </w:r>
    </w:p>
    <w:p>
      <w:pPr>
        <w:spacing w:before="0" w:after="120" w:line="300" w:lineRule="exact"/>
        <w:jc w:val="both"/>
      </w:pPr>
      <w:r>
        <w:rPr>
          <w:rFonts w:ascii="Georgia" w:hAnsi="Georgia" w:cs="Georgia" w:eastAsia="Georgia"/>
          <w:b w:val="0"/>
          <w:i w:val="0"/>
          <w:sz w:val="22"/>
        </w:rPr>
        <w:t>It is the western revolution of kufr which the greater part of the Ummah has adopted, and it is this vile revolution of kufr presented in the name of Islam which has made the Muslim Ummah the slaves of the western kuffaar. Even the Ulama have become kuffaar of the zindeeq breed. We are living in an era about which Hadhrat Abdullah Bin Amr (radhiyallahu anhu) said: "A time will dawn when people will assemble in their Musaajid and perform Salaat, while not a single one among them will be a Mu'min." Sisi's and his ilk, for the sake of public consumption and deception perform Salaat in the Musaajid whilst they are confirmed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BOYCOTTING ISRAELI PRODUCTS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Shariah's view on calls for boycotting Woolworths and the like who stock Israeli products?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boycott of Israeli products will have validity and be honest only if the people who initiate the boycott are honest and sincere, and not mere publicity seekers, for that is what they are. It is meaningless to boycott a handful of Israeli products when Muslims are embracing everything of America and Britain. These two nations have created Israel, and from the very inception have been the backbone and primary supporters of Israel. These two countries are the main cause (i.e. worldly cause – Allah Ta'ala is the Actual Cause) of Israel flourishing and the Palestinians suffering. They are supporting Israel to the hilt with everything. Thus the hardship of the Palestinians is primarily and ostensibly caused by America and Britain. In addition these two countries have destroyed Iraq and Afghanistan, and have brought unimaginable suffering, death and misery to millions of Muslims, and they are still engaging in their plots to wipe out Islam and the Ummah. Furthermore, China has massacred millions of Muslims in China and presently too, the persecution of Muslims is taking place in China. This year Ramadhaan and Taraaweeh have been banned in China. India has butchered millions of Muslims in India and in Kashmir, and India is still perpetrating horrendous brutality against the Kashmiris. Those who wish to boycott, should begin with priorities. The first ones to boycott are America and Britain. All their products, institutions, planes, banks, vehicles, implements, computers, facebook and the like, and everything connected to them must be boycotted. Then all Chinese and Indian goods must be boycotted. If the hollow, insincere and hypocritical engineers of Israel's boycott are not prepared to boycott the above mentioned countries, then we should understand that they are most insincere and making a lot of noise to gain cheap publicity and some other ulterior motives. Those who refuse to boycott these countries, must not waste time and hoodwink the unwary and the ignorant that they are the enemies of Israel and that they have feelings for the Palestinians, hence they are shouting: 'Boycott Israel!' They are in fact morons and hypocrites.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THEY ARE YOUR HEROES!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w:t>
      </w:r>
    </w:p>
    <w:p>
      <w:pPr>
        <w:spacing w:before="120" w:after="120" w:line="300" w:lineRule="exact"/>
        <w:ind w:left="720" w:right="720"/>
        <w:jc w:val="center"/>
      </w:pPr>
      <w:r>
        <w:rPr>
          <w:rFonts w:ascii="Georgia" w:hAnsi="Georgia" w:cs="Georgia" w:eastAsia="Georgia"/>
          <w:b w:val="0"/>
          <w:i/>
          <w:sz w:val="22"/>
        </w:rPr>
        <w:t>wasallam) said: "Every sport of the Mu'min is baatil</w:t>
      </w:r>
    </w:p>
    <w:p>
      <w:pPr>
        <w:spacing w:before="0" w:after="120" w:line="300" w:lineRule="exact"/>
        <w:jc w:val="both"/>
      </w:pPr>
      <w:r>
        <w:rPr>
          <w:rFonts w:ascii="Georgia" w:hAnsi="Georgia" w:cs="Georgia" w:eastAsia="Georgia"/>
          <w:b w:val="0"/>
          <w:i w:val="0"/>
          <w:sz w:val="22"/>
        </w:rPr>
        <w:t>(haraam and satanism)….." A Brother from Pakistan writes: "From the land of the Impure (i.e. Napakistan) where the Muslims ask me to make dua for the success of the Pakistani cricket team. Before the first match of the world cup, the players came back late to the hotel after their curfew by 45 minutes. They were partying at a friend's house.</w:t>
      </w:r>
    </w:p>
    <w:p>
      <w:pPr>
        <w:spacing w:before="0" w:after="120" w:line="300" w:lineRule="exact"/>
        <w:jc w:val="both"/>
      </w:pPr>
      <w:r>
        <w:rPr>
          <w:rFonts w:ascii="Georgia" w:hAnsi="Georgia" w:cs="Georgia" w:eastAsia="Georgia"/>
          <w:b w:val="0"/>
          <w:i w:val="0"/>
          <w:sz w:val="22"/>
        </w:rPr>
        <w:t>Then they lost the first match to India. They lost the second match to the West Indies by a record margin, and the team selector was found in the casino at night drinking to: 'Pakistan Zindabad!' " We say: "Napakistan Murdabad! ('Death to the Impure State!). Wining and dining – khamr (liquor) and zina (fornication) are the norms of these fussaaq, fujjaar sportsmen.</w:t>
      </w:r>
    </w:p>
    <w:p>
      <w:pPr>
        <w:spacing w:before="0" w:after="120" w:line="300" w:lineRule="exact"/>
        <w:jc w:val="both"/>
      </w:pPr>
      <w:r>
        <w:rPr>
          <w:rFonts w:ascii="Georgia" w:hAnsi="Georgia" w:cs="Georgia" w:eastAsia="Georgia"/>
          <w:b w:val="0"/>
          <w:i w:val="0"/>
          <w:sz w:val="22"/>
        </w:rPr>
        <w:t>Partying in casinos is old hat. There can be nothing better currently for Pakistan than balkanization and dismemberment of the land. Dec- ades ago, East Pakistan (now Bangladesh) violently broke away from the Impure State. It will serve Muslims good – materially, morally and spiritually, if this miserable country is broken up into several countries – Sind, Punjab, Baluchistan, Chitral, Waziristan, etc.</w:t>
      </w:r>
    </w:p>
    <w:p>
      <w:pPr>
        <w:spacing w:before="0" w:after="120" w:line="300" w:lineRule="exact"/>
        <w:jc w:val="both"/>
      </w:pPr>
      <w:r>
        <w:rPr>
          <w:rFonts w:ascii="Georgia" w:hAnsi="Georgia" w:cs="Georgia" w:eastAsia="Georgia"/>
          <w:b w:val="0"/>
          <w:i w:val="0"/>
          <w:sz w:val="22"/>
        </w:rPr>
        <w:t>The present government is bent on destroying Islam. Special draconian laws to curb and stifle the Madaaris have been introduced just recently. Madrasah personnel – Ulama and Students – accused of Jihad activity will henceforth be tried by brutal military tribunals. No longer will the Deeni personnel have access to the normal courts. Allah Ta'ala operates in wonderful ways unfathomable to us.</w:t>
      </w:r>
    </w:p>
    <w:p>
      <w:pPr>
        <w:spacing w:before="0" w:after="120" w:line="300" w:lineRule="exact"/>
        <w:jc w:val="both"/>
      </w:pPr>
      <w:r>
        <w:rPr>
          <w:rFonts w:ascii="Georgia" w:hAnsi="Georgia" w:cs="Georgia" w:eastAsia="Georgia"/>
          <w:b w:val="0"/>
          <w:i w:val="0"/>
          <w:sz w:val="22"/>
        </w:rPr>
        <w:t>He also employs the kuffaar to fulfil His plans. The U.S.A. is in fact, subtly unfolding its plot to dismember Pakistan. There is no need to shed any tears if this U.S. conspiracy succeeds. In fact, Muslims – the Deeni segment of the population – will benefit from the balkanization of the country.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CHARLIE HEBDO DEVILS AND THE ZINDEEQS</w:t>
      </w:r>
    </w:p>
    <w:p>
      <w:pPr>
        <w:spacing w:before="0" w:after="160" w:line="300" w:lineRule="exact"/>
        <w:jc w:val="center"/>
      </w:pPr>
      <w:r>
        <w:rPr>
          <w:rFonts w:ascii="Georgia" w:hAnsi="Georgia" w:cs="Georgia" w:eastAsia="Georgia"/>
          <w:b w:val="0"/>
          <w:i/>
          <w:sz w:val="16"/>
        </w:rPr>
        <w:t>Page 4, 6 of the original. Heading read from the printed headline artwork.</w:t>
      </w:r>
    </w:p>
    <w:p>
      <w:pPr>
        <w:spacing w:before="0" w:after="120" w:line="300" w:lineRule="exact"/>
        <w:jc w:val="both"/>
      </w:pPr>
      <w:r>
        <w:rPr>
          <w:rFonts w:ascii="Georgia" w:hAnsi="Georgia" w:cs="Georgia" w:eastAsia="Georgia"/>
          <w:b w:val="0"/>
          <w:i w:val="0"/>
          <w:sz w:val="22"/>
        </w:rPr>
        <w:t>Hadhrat Abdullah Bin Amr (radhiyallahu anhu) narrated:</w:t>
      </w:r>
    </w:p>
    <w:p>
      <w:pPr>
        <w:spacing w:before="120" w:after="120" w:line="300" w:lineRule="exact"/>
        <w:ind w:left="720" w:right="720"/>
        <w:jc w:val="center"/>
      </w:pPr>
      <w:r>
        <w:rPr>
          <w:rFonts w:ascii="Georgia" w:hAnsi="Georgia" w:cs="Georgia" w:eastAsia="Georgia"/>
          <w:b w:val="0"/>
          <w:i/>
          <w:sz w:val="22"/>
        </w:rPr>
        <w:t>"An age will dawn over people (i.e. 'Muslims') when they will gather in</w:t>
      </w:r>
    </w:p>
    <w:p>
      <w:pPr>
        <w:spacing w:before="120" w:after="120" w:line="300" w:lineRule="exact"/>
        <w:ind w:left="720" w:right="720"/>
        <w:jc w:val="center"/>
      </w:pPr>
      <w:r>
        <w:rPr>
          <w:rFonts w:ascii="Georgia" w:hAnsi="Georgia" w:cs="Georgia" w:eastAsia="Georgia"/>
          <w:b w:val="0"/>
          <w:i/>
          <w:sz w:val="22"/>
        </w:rPr>
        <w:t>their Musaajid and perform Salaat whilst not a single one of them will be</w:t>
      </w:r>
    </w:p>
    <w:p>
      <w:pPr>
        <w:spacing w:before="0" w:after="120" w:line="300" w:lineRule="exact"/>
        <w:jc w:val="both"/>
      </w:pPr>
      <w:r>
        <w:rPr>
          <w:rFonts w:ascii="Georgia" w:hAnsi="Georgia" w:cs="Georgia" w:eastAsia="Georgia"/>
          <w:b w:val="0"/>
          <w:i w:val="0"/>
          <w:sz w:val="22"/>
        </w:rPr>
        <w:t>a Muslim." How is this possible? The Musaajid will be full to capacity with musallis, but none of them will be a Mu'min! Kufr is classified into several categories. One class of kufr is termed zanaadaqah. The person who commits such kufr is called zindeeq. A zindeeq is a professed Muslim who interprets the Deen according to his whims and fancy, ascribing to the Ahkaam, Aayaat and Ahaadith such meanings which are in conflict with the meanings known during Khairul Quroon (the first three noble eras of Islam) embracing the eras of the Sahaabah, Taabi'een and Tab-eTaabi'een.</w:t>
      </w:r>
    </w:p>
    <w:p>
      <w:pPr>
        <w:spacing w:before="0" w:after="120" w:line="300" w:lineRule="exact"/>
        <w:jc w:val="both"/>
      </w:pPr>
      <w:r>
        <w:rPr>
          <w:rFonts w:ascii="Georgia" w:hAnsi="Georgia" w:cs="Georgia" w:eastAsia="Georgia"/>
          <w:b w:val="0"/>
          <w:i w:val="0"/>
          <w:sz w:val="22"/>
        </w:rPr>
        <w:t>In the age we find us in currently, every Tom, Dick, and Harry, and even every Jane, Jill and Janet have promoted themselves to the status of the Mujtahideen. Every moron and moroness believes that he/she is capable of interpreting the Qur'aan and Ahaadith, and to formulate principles and laws. These are the zindeeqs mentioned in the aforementioned Hadith.</w:t>
      </w:r>
    </w:p>
    <w:p>
      <w:pPr>
        <w:spacing w:before="0" w:after="120" w:line="300" w:lineRule="exact"/>
        <w:jc w:val="both"/>
      </w:pPr>
      <w:r>
        <w:rPr>
          <w:rFonts w:ascii="Georgia" w:hAnsi="Georgia" w:cs="Georgia" w:eastAsia="Georgia"/>
          <w:b w:val="0"/>
          <w:i w:val="0"/>
          <w:sz w:val="22"/>
        </w:rPr>
        <w:t>The Musaajid nowadays are filled with this type of trash professing to be Muslim, whilst they are kaafir without even realizing their fate. Having understood this brief introduction of the state of the Ummah, it will be easy to understand the reaction or no reaction of the 'Muslim' population of the populous state of Pakistan (better known as Napakistan –the impure land) to the episode of the elimination of 12 Charlie Hebdo devils by unknown forces.</w:t>
      </w:r>
    </w:p>
    <w:p>
      <w:pPr>
        <w:spacing w:before="0" w:after="120" w:line="300" w:lineRule="exact"/>
        <w:jc w:val="both"/>
      </w:pPr>
      <w:r>
        <w:rPr>
          <w:rFonts w:ascii="Georgia" w:hAnsi="Georgia" w:cs="Georgia" w:eastAsia="Georgia"/>
          <w:b w:val="0"/>
          <w:i w:val="0"/>
          <w:sz w:val="22"/>
        </w:rPr>
        <w:t>The largest Islamic political Party, Jamaat-e-Islaami called for demonstrations to protest outside the French embassy in Karachi over the publication by the satanic French magazine of a blasphemous caricature of Rasulullah (sallallahu alayhi wasallam). About 200 protestors gathering in a damp squid protest which was quickly broken up by the kuffaar police of Pakistan.</w:t>
      </w:r>
    </w:p>
    <w:p>
      <w:pPr>
        <w:spacing w:before="0" w:after="120" w:line="300" w:lineRule="exact"/>
        <w:jc w:val="both"/>
      </w:pPr>
      <w:r>
        <w:rPr>
          <w:rFonts w:ascii="Georgia" w:hAnsi="Georgia" w:cs="Georgia" w:eastAsia="Georgia"/>
          <w:b w:val="0"/>
          <w:i w:val="0"/>
          <w:sz w:val="22"/>
        </w:rPr>
        <w:t>Street demonstrations in emulation of western kuffaar styles have no room in the Shariah. But the point is not this. Street demonstrations and marches with their concomitant displays of hoolganism, rioting and destruction of the property of people who have no connection whatsoever with the objective of the protest, are the norm in Pakistan.</w:t>
      </w:r>
    </w:p>
    <w:p>
      <w:pPr>
        <w:spacing w:before="0" w:after="120" w:line="300" w:lineRule="exact"/>
        <w:jc w:val="both"/>
      </w:pPr>
      <w:r>
        <w:rPr>
          <w:rFonts w:ascii="Georgia" w:hAnsi="Georgia" w:cs="Georgia" w:eastAsia="Georgia"/>
          <w:b w:val="0"/>
          <w:i w:val="0"/>
          <w:sz w:val="22"/>
        </w:rPr>
        <w:t>For mundane and political objectives, hundreds of thousands or even millions countrywide will take to the streets to protest. But, to avenge the honour of the Nabi (sallallallahu alayhi wasallam), a lousy 200 in a city of 30 million Muslims stepped forward. What is the reason for this coldness and disdain when the call is made to avenge the honour of Rasulullah (sallallahu alayhi wasallam) in a manner which is a norm in Pakistan?</w:t>
      </w:r>
    </w:p>
    <w:p>
      <w:pPr>
        <w:spacing w:before="0" w:after="120" w:line="300" w:lineRule="exact"/>
        <w:jc w:val="both"/>
      </w:pPr>
      <w:r>
        <w:rPr>
          <w:rFonts w:ascii="Georgia" w:hAnsi="Georgia" w:cs="Georgia" w:eastAsia="Georgia"/>
          <w:b w:val="0"/>
          <w:i w:val="0"/>
          <w:sz w:val="22"/>
        </w:rPr>
        <w:t>If genuine Deeni personnel do not take to the street like hooligans, it is un- derstandable since we believe that there is no scope for such protests in Islam. In Islam there are only two ways: Jihad if the Ummah has the capability, or Sabr when Muslims lack the power of Jihad. But why did the millions of irreligious modernists who vociferously profess to be Muslims, and who emulate 100% the methodologies of their western kuffaar masters, refrain from participation in the protest called for the sake of Rasulullah's honour?</w:t>
      </w:r>
    </w:p>
    <w:p>
      <w:pPr>
        <w:spacing w:before="0" w:after="120" w:line="300" w:lineRule="exact"/>
        <w:jc w:val="both"/>
      </w:pPr>
      <w:r>
        <w:rPr>
          <w:rFonts w:ascii="Georgia" w:hAnsi="Georgia" w:cs="Georgia" w:eastAsia="Georgia"/>
          <w:b w:val="0"/>
          <w:i w:val="0"/>
          <w:sz w:val="22"/>
        </w:rPr>
        <w:t>The simple response is that they are not genuine Muslims. They are zindeeqs of the type mentioned in the Hadith by Hadhrat Abdullah Bin Amr (radhiyallahu anhu). They fill the Musaajid for Jumuah, Eid and on special functions, and even for the daily Salaat, but "not a single one of them is a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ABDUCTION AND KILLING OF CHRISTIANS</w:t>
      </w:r>
    </w:p>
    <w:p>
      <w:pPr>
        <w:spacing w:before="0" w:after="160" w:line="300" w:lineRule="exact"/>
        <w:jc w:val="center"/>
      </w:pPr>
      <w:r>
        <w:rPr>
          <w:rFonts w:ascii="Georgia" w:hAnsi="Georgia" w:cs="Georgia" w:eastAsia="Georgia"/>
          <w:b w:val="0"/>
          <w:i/>
          <w:sz w:val="16"/>
        </w:rPr>
        <w:t>Page 4, 8 of the original. Heading read from the printed headline artwork.</w:t>
      </w:r>
    </w:p>
    <w:p>
      <w:pPr>
        <w:spacing w:before="0" w:after="120" w:line="300" w:lineRule="exact"/>
        <w:jc w:val="both"/>
      </w:pPr>
      <w:r>
        <w:rPr>
          <w:rFonts w:ascii="Georgia" w:hAnsi="Georgia" w:cs="Georgia" w:eastAsia="Georgia"/>
          <w:b w:val="0"/>
          <w:i w:val="0"/>
          <w:sz w:val="22"/>
        </w:rPr>
        <w:t>Over 200 Assyrian Christians have been abducted by ISIS in northeastern Syria. The Syrian Observatory for Human Rights said: "No fewer than 220 Assyrian citizens were abducted by ISIS over the past three days (Feb.22 -25) from 11 villages." Al-Arabiya News reports that ISIS has seized 10 Christian villages in the Tai Tarner district, prompting the exodus of the civilian population.</w:t>
      </w:r>
    </w:p>
    <w:p>
      <w:pPr>
        <w:spacing w:before="0" w:after="120" w:line="300" w:lineRule="exact"/>
        <w:jc w:val="both"/>
      </w:pPr>
      <w:r>
        <w:rPr>
          <w:rFonts w:ascii="Georgia" w:hAnsi="Georgia" w:cs="Georgia" w:eastAsia="Georgia"/>
          <w:b w:val="0"/>
          <w:i w:val="0"/>
          <w:sz w:val="22"/>
        </w:rPr>
        <w:t>When the victorious armies of the Sahaabah entered any non-Muslim city, town or village, never was there an exodus of the inhabitants. No one was uprooted. There were no abductions and no massacres. And, how could there be when the primary mis- sion of the Sahaabah was to offer the people the Kalimah of Tauheed? Those who selected to retain their religion of kufr paid the Jizyah tax in lieu of guaranteed safety and freedom to practise their kufr.</w:t>
      </w:r>
    </w:p>
    <w:p>
      <w:pPr>
        <w:spacing w:before="0" w:after="120" w:line="300" w:lineRule="exact"/>
        <w:jc w:val="both"/>
      </w:pPr>
      <w:r>
        <w:rPr>
          <w:rFonts w:ascii="Georgia" w:hAnsi="Georgia" w:cs="Georgia" w:eastAsia="Georgia"/>
          <w:b w:val="0"/>
          <w:i w:val="0"/>
          <w:sz w:val="22"/>
        </w:rPr>
        <w:t>Kuffaar who were unable to pay, were exempted from the tax. Jizyah has no resemblance with the oppressive taxation imposed by kuffaar governments. In the Islamic state there is no income tax, vat, rates, and the plethora of indirect taxation and government and municipal fees. Land on the outskirts of the city mot belonging to anyone, could be freely possessed by anyone who had use for the land.</w:t>
      </w:r>
    </w:p>
    <w:p>
      <w:pPr>
        <w:spacing w:before="0" w:after="120" w:line="300" w:lineRule="exact"/>
        <w:jc w:val="both"/>
      </w:pPr>
      <w:r>
        <w:rPr>
          <w:rFonts w:ascii="Georgia" w:hAnsi="Georgia" w:cs="Georgia" w:eastAsia="Georgia"/>
          <w:b w:val="0"/>
          <w:i w:val="0"/>
          <w:sz w:val="22"/>
        </w:rPr>
        <w:t>There is therefore no logical reason why a settled, thriving non-Muslim community living in a country since time immemorial, will choose exodus, and flee with only the clothes on their bodies to live in the squalor and hardship of make-shift refugee camps. No sane non-Muslim will refuse to pay Jizyah, especially with the boon of the abolition of all forms of government and municipal taxes.</w:t>
      </w:r>
    </w:p>
    <w:p>
      <w:pPr>
        <w:spacing w:before="0" w:after="120" w:line="300" w:lineRule="exact"/>
        <w:jc w:val="both"/>
      </w:pPr>
      <w:r>
        <w:rPr>
          <w:rFonts w:ascii="Georgia" w:hAnsi="Georgia" w:cs="Georgia" w:eastAsia="Georgia"/>
          <w:b w:val="0"/>
          <w:i w:val="0"/>
          <w:sz w:val="22"/>
        </w:rPr>
        <w:t>Furthermore, these communities have been living side by side, in harmony with the Muslim population since the past fourteen centuries. Why would they now flee from their homes and businesses? It is ISIS brutality and savagery which have in- stilled fear in them. It is the killing, looting and plundering polices of ISIS which is putting these communities to flight.</w:t>
      </w:r>
    </w:p>
    <w:p>
      <w:pPr>
        <w:spacing w:before="0" w:after="120" w:line="300" w:lineRule="exact"/>
        <w:jc w:val="both"/>
      </w:pPr>
      <w:r>
        <w:rPr>
          <w:rFonts w:ascii="Georgia" w:hAnsi="Georgia" w:cs="Georgia" w:eastAsia="Georgia"/>
          <w:b w:val="0"/>
          <w:i w:val="0"/>
          <w:sz w:val="22"/>
        </w:rPr>
        <w:t>It should also be remembered that the entire Iraq, Syria and all the lands which today are Muslim were kuffaar. Had the Sahaabah and the early Muslims adopted the murder and thuggery of ISIS, would all of us today have been the believers in Tauheed? The justice, kindness and sterling morality of the Sahaabah were the magnets which ensured the entry of whole nations into the fold of Islam.</w:t>
      </w:r>
    </w:p>
    <w:p>
      <w:pPr>
        <w:spacing w:before="0" w:after="120" w:line="300" w:lineRule="exact"/>
        <w:jc w:val="both"/>
      </w:pPr>
      <w:r>
        <w:rPr>
          <w:rFonts w:ascii="Georgia" w:hAnsi="Georgia" w:cs="Georgia" w:eastAsia="Georgia"/>
          <w:b w:val="0"/>
          <w:i w:val="0"/>
          <w:sz w:val="22"/>
        </w:rPr>
        <w:t>Once, Ameerul Mu'mineen Umar Bin Khattaab (radhiyallahu anhu) saw an aged Yahudi begging. Hadhrat Umar (radhiyallahu anhu) asked him for the reason for his begging. He said that payment of Jizyah compels him to beg. He had no source of income. Hadhrat Umar (radhiyallahu anhu) took the old man by the hand and gently led him to the storeroom of the Baitul Maal.</w:t>
      </w:r>
    </w:p>
    <w:p>
      <w:pPr>
        <w:spacing w:before="0" w:after="120" w:line="300" w:lineRule="exact"/>
        <w:jc w:val="both"/>
      </w:pPr>
      <w:r>
        <w:rPr>
          <w:rFonts w:ascii="Georgia" w:hAnsi="Georgia" w:cs="Georgia" w:eastAsia="Georgia"/>
          <w:b w:val="0"/>
          <w:i w:val="0"/>
          <w:sz w:val="22"/>
        </w:rPr>
        <w:t>A stipend was fixed for him, and Jizyah abolished. This was the tareeqah of our Aslaaf. But the tareeqah of ISIS is the way of Genghis Khan and his mongol hordes of idolaters.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UMMAH'S PLIGHT &amp; THE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 Concerned Brother writes: Assalamu Alaikum Respected Ulama and community members, I implore you to read this letter written to me by a Brother from Sri Lanka dispassionately and with the requisite reflection. "I just wanted to share some thoughts on our experience in Sri Lanka and possible relevance to South Africa. We were a happy lot in Sri Lanka just a few months ago not realizing that a Volcanic outburst was about to take place.</w:t>
      </w:r>
    </w:p>
    <w:p>
      <w:pPr>
        <w:spacing w:before="0" w:after="120" w:line="300" w:lineRule="exact"/>
        <w:jc w:val="both"/>
      </w:pPr>
      <w:r>
        <w:rPr>
          <w:rFonts w:ascii="Georgia" w:hAnsi="Georgia" w:cs="Georgia" w:eastAsia="Georgia"/>
          <w:b w:val="0"/>
          <w:i w:val="0"/>
          <w:sz w:val="22"/>
        </w:rPr>
        <w:t>We built large masjids, called Azaan loudly, wore black abayas, had big businesses, big cars, big houses and really made the 10 percent Muslims look like 50%. (Unnecessary expenditure on huge Musjids far in excess of the needs of the community is satanic extravagance severely castigated by the Qur'aan –Al-Haq) We also moved among ourselves and our functions were only for Muslims.</w:t>
      </w:r>
    </w:p>
    <w:p>
      <w:pPr>
        <w:spacing w:before="0" w:after="120" w:line="300" w:lineRule="exact"/>
        <w:jc w:val="both"/>
      </w:pPr>
      <w:r>
        <w:rPr>
          <w:rFonts w:ascii="Georgia" w:hAnsi="Georgia" w:cs="Georgia" w:eastAsia="Georgia"/>
          <w:b w:val="0"/>
          <w:i w:val="0"/>
          <w:sz w:val="22"/>
        </w:rPr>
        <w:t>Basically, we isolated ourselves, leave alone integration or assimilation. (There is nothing amiss with this. Integration and assimilation with kuffaar are haraam –Al-Haq). We parked our cars blocking their gates when we went to Masaajid and in our business dealings we did not always honour our commitments like our ancestors did. Slowly but surely we planted the seeds of communal hatred and now we blame the effect not the cause.</w:t>
      </w:r>
    </w:p>
    <w:p>
      <w:pPr>
        <w:spacing w:before="0" w:after="120" w:line="300" w:lineRule="exact"/>
        <w:jc w:val="both"/>
      </w:pPr>
      <w:r>
        <w:rPr>
          <w:rFonts w:ascii="Georgia" w:hAnsi="Georgia" w:cs="Georgia" w:eastAsia="Georgia"/>
          <w:b w:val="0"/>
          <w:i w:val="0"/>
          <w:sz w:val="22"/>
        </w:rPr>
        <w:t>Too late. It took just one group called the BBS to light the flame, and they have massive support because they represent the majority view. I see similarities in South Arica. Just one example, is some people's speech saying Mandela is going to hell and though 1% is the Muslim population, it looks like there is a 25% population. (The brother's perception is erroneous.</w:t>
      </w:r>
    </w:p>
    <w:p>
      <w:pPr>
        <w:spacing w:before="0" w:after="120" w:line="300" w:lineRule="exact"/>
        <w:jc w:val="both"/>
      </w:pPr>
      <w:r>
        <w:rPr>
          <w:rFonts w:ascii="Georgia" w:hAnsi="Georgia" w:cs="Georgia" w:eastAsia="Georgia"/>
          <w:b w:val="0"/>
          <w:i w:val="0"/>
          <w:sz w:val="22"/>
        </w:rPr>
        <w:t>The vast majority of South African Muslims are flagrant violators of the Shariah. They display scant regard for the Deen. Immorality in the Muslim community has reached alarming proportions. They imitate the kuffaar almost 100% in all aspects of life. Most Muslims lack in proper understanding of Imaan, hence they adore Mandela. They have made a haraam icon of him.</w:t>
      </w:r>
    </w:p>
    <w:p>
      <w:pPr>
        <w:spacing w:before="0" w:after="120" w:line="300" w:lineRule="exact"/>
        <w:jc w:val="both"/>
      </w:pPr>
      <w:r>
        <w:rPr>
          <w:rFonts w:ascii="Georgia" w:hAnsi="Georgia" w:cs="Georgia" w:eastAsia="Georgia"/>
          <w:b w:val="0"/>
          <w:i w:val="0"/>
          <w:sz w:val="22"/>
        </w:rPr>
        <w:t>To the best of our knowledge, Muslims in South Africa have not said that "Mandela is going to Hell." While the Law of Islam states that all kuffaar in general are destined for everlasting perdition in Jahannam, no one has the right to pass this verdict on any particular person. Even the very orthodox Muslims</w:t>
      </w:r>
    </w:p>
    <w:p>
      <w:pPr>
        <w:spacing w:before="120" w:after="120" w:line="300" w:lineRule="exact"/>
        <w:ind w:left="720" w:right="720"/>
        <w:jc w:val="center"/>
      </w:pPr>
      <w:r>
        <w:rPr>
          <w:rFonts w:ascii="Georgia" w:hAnsi="Georgia" w:cs="Georgia" w:eastAsia="Georgia"/>
          <w:b w:val="0"/>
          <w:i/>
          <w:sz w:val="22"/>
        </w:rPr>
        <w:t>who are in vehement opposition to integration and assimilation did not say "Mandela is going to Hell". We do not know from whence the Sri Lankan brother has sucked this baseless misinformation.—Al-Haq) The jealousy among the blacks is very easy, and for them to be incited to go on rampage is not too difficult. (This will occur only by Allah's Command. Among His armies are even the kuffaar whom He harnesses and sends to punish the Muslim community consisting overwhelmingly of obscene and rebellious fussaaq, fujjaar and zindeeqs. The "rampage" appears to be a foregone divine decree which is bound to happen. The surest sign is the reckless villainy of the Muslim community, especially of its womenfolk who have become obscene streetprowlers. Muslims villainously trample on Allah's Deen and mock the Sunnah of Rasulullah –sallallahu alayhi wasallam. The Rampage thus overhangs us ominously like a dark cloud. That will be Allah's Athaab. But bootlicking is not the solution. – Al-Haq) The Muslims globally are being attacked and little sympathy is there for them. (Because they are not deserving of sympathy. Look at their misdeeds, vice and villainy –Al-Haq) Others are watching us in each country and feeding the leaders of each country including Sri Lanka on how to eliminate us or terrorize us because they know we are going to destroy them. (This is indeed laughable. "We destroy them?" We have already destroyed ourselves with our filthy rebellion against Allah Ta'ala. The elimination and destruction of Muslims will be at the Command of Allah Azza Wa Jal. – Al-Haq) In Sri Lanka, the manner in which the blame for the terror in Aluthgama was blamed on Muslims cannot be the work of Sinhalese, for they just don't have that intelligence. (There is no conundrum in the 'terror'. This 'terror' was a form of Allah's Athaab. It is unrelated to any group's intelligence or stupidity. The Qur'aan confirming the 'terror' being Divine Chastisement states: "When We intend to destroy {the people of a} city, We then command its affluent ones {grant them latitude for their transgression}. Then they perpetrate their fisq {flagrant and obscene transgression} therein. Thus, the Decree {of Divine Chastisement} is confirmed for them. Then we utterly destroy them."</w:t>
      </w:r>
    </w:p>
    <w:p>
      <w:pPr>
        <w:spacing w:before="0" w:after="120" w:line="300" w:lineRule="exact"/>
        <w:jc w:val="both"/>
      </w:pPr>
      <w:r>
        <w:rPr>
          <w:rFonts w:ascii="Georgia" w:hAnsi="Georgia" w:cs="Georgia" w:eastAsia="Georgia"/>
          <w:b w:val="0"/>
          <w:i w:val="0"/>
          <w:sz w:val="22"/>
        </w:rPr>
        <w:t>–Al-Haq) Bottom line: Moulana Sahib, I humbly recommend that SA Muslim community spend even a million US and perform "perception analysis" in Johannesburg and Durban and check the pulse of the whites, and most important the blacks. The feedback even if its negative is a worthwhile investment like we perform health checks. Actually what I am recommending is relevant for any country where Muslims are in a minority and starting to behave like the majority (UK is a good example as well).</w:t>
      </w:r>
    </w:p>
    <w:p>
      <w:pPr>
        <w:spacing w:before="0" w:after="120" w:line="300" w:lineRule="exact"/>
        <w:jc w:val="both"/>
      </w:pPr>
      <w:r>
        <w:rPr>
          <w:rFonts w:ascii="Georgia" w:hAnsi="Georgia" w:cs="Georgia" w:eastAsia="Georgia"/>
          <w:b w:val="0"/>
          <w:i w:val="0"/>
          <w:sz w:val="22"/>
        </w:rPr>
        <w:t>(Genuine 'perception analysis' is to engage in Muhaasabah and Muraaqabah {Soul Searching} to understand the quagmire of kufr, fisq and fujoor into which we are incrementally sinking, deeper and deeper. The Brother's concept of "perception analysis" is the product of misdiagnosis, hence his prescription is no solution for the plight of the Ummah. – Al -Haq) At least in SA, if the perception study or gap analysis indicates pressure build up, you can perform damage control, through programs for the blacks, assisting them and building bridges of trust before a crisis hits you.</w:t>
      </w:r>
    </w:p>
    <w:p>
      <w:pPr>
        <w:spacing w:before="0" w:after="120" w:line="300" w:lineRule="exact"/>
        <w:jc w:val="both"/>
      </w:pPr>
      <w:r>
        <w:rPr>
          <w:rFonts w:ascii="Georgia" w:hAnsi="Georgia" w:cs="Georgia" w:eastAsia="Georgia"/>
          <w:b w:val="0"/>
          <w:i w:val="0"/>
          <w:sz w:val="22"/>
        </w:rPr>
        <w:t>(The only way for affecting "damage control" and gaining enduring safety is to turn to Allah Ta'ala with repentance and obedience in emulation of the Sahaabah.—Al-Haq) Inshallah it can also be a great source of Dawah and who knows South Africa can become Islamic peacefully Allah Rabbul Izzath knows best and He has written everything 50,000 years before the creation of the heavens and earth.</w:t>
      </w:r>
    </w:p>
    <w:p>
      <w:pPr>
        <w:spacing w:before="0" w:after="120" w:line="300" w:lineRule="exact"/>
        <w:jc w:val="both"/>
      </w:pPr>
      <w:r>
        <w:rPr>
          <w:rFonts w:ascii="Georgia" w:hAnsi="Georgia" w:cs="Georgia" w:eastAsia="Georgia"/>
          <w:b w:val="0"/>
          <w:i w:val="0"/>
          <w:sz w:val="22"/>
        </w:rPr>
        <w:t>(End of the Brother's lament).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5, 12 of the original</w:t>
      </w:r>
    </w:p>
    <w:p>
      <w:pPr>
        <w:spacing w:before="0" w:after="120" w:line="300" w:lineRule="exact"/>
        <w:jc w:val="both"/>
      </w:pPr>
      <w:r>
        <w:rPr>
          <w:rFonts w:ascii="Georgia" w:hAnsi="Georgia" w:cs="Georgia" w:eastAsia="Georgia"/>
          <w:b w:val="0"/>
          <w:i w:val="0"/>
          <w:sz w:val="22"/>
        </w:rPr>
        <w:t>The Brother is wide off the mark. He is totally unaware of the problem and the disease which have afflicted the Muslim Ummah, worldwide. Although the Brother who proffered the advice is well-meaning and concerned about the future of South African Muslims, he lacks in Deeni discernment, hence has failed to diagnose the malady of the Ummah.</w:t>
      </w:r>
    </w:p>
    <w:p>
      <w:pPr>
        <w:spacing w:before="0" w:after="120" w:line="300" w:lineRule="exact"/>
        <w:jc w:val="both"/>
      </w:pPr>
      <w:r>
        <w:rPr>
          <w:rFonts w:ascii="Georgia" w:hAnsi="Georgia" w:cs="Georgia" w:eastAsia="Georgia"/>
          <w:b w:val="0"/>
          <w:i w:val="0"/>
          <w:sz w:val="22"/>
        </w:rPr>
        <w:t>Since the disease has not been understood, the solution he offers is futile. The advice to spend a million U.S. dollars to perform "perception analysis" is no solution. It is utterly futile. Spending tens and hundreds of millions will not avail. Pleasing blacks and whites, and building bridges will not avail. All such 'bridges' are artificial and flimsy.</w:t>
      </w:r>
    </w:p>
    <w:p>
      <w:pPr>
        <w:spacing w:before="0" w:after="120" w:line="300" w:lineRule="exact"/>
        <w:jc w:val="both"/>
      </w:pPr>
      <w:r>
        <w:rPr>
          <w:rFonts w:ascii="Georgia" w:hAnsi="Georgia" w:cs="Georgia" w:eastAsia="Georgia"/>
          <w:b w:val="0"/>
          <w:i w:val="0"/>
          <w:sz w:val="22"/>
        </w:rPr>
        <w:t>The crisis which the brother predicts, will happen. The axe of the Impending Divine Punishment will fall as sure as night follows day. The brother and all Muslims, especially self-styled 'reformers' of the Ummah, have failed to understand that the calamities befalling Muslims are the consequences of our own misdeeds, transgression, fisq, fujoor, bid'ah and shirk.</w:t>
      </w:r>
    </w:p>
    <w:p>
      <w:pPr>
        <w:spacing w:before="0" w:after="120" w:line="300" w:lineRule="exact"/>
        <w:jc w:val="both"/>
      </w:pPr>
      <w:r>
        <w:rPr>
          <w:rFonts w:ascii="Georgia" w:hAnsi="Georgia" w:cs="Georgia" w:eastAsia="Georgia"/>
          <w:b w:val="0"/>
          <w:i w:val="0"/>
          <w:sz w:val="22"/>
        </w:rPr>
        <w:t>As long as the Ummah, especially its Ulama, does not resort to Inaabat ilallaah nothing will avail. What had happened in Sri Lanka and what is happening all over the Muslim world is nothing but the Punishment of Allah Ta'ala. Brutal regimes, kuffaar domination and mob rampages pillaging and plundering, are all forms of Allah's Athaab. How is an earthquake, a tsunami, a volcanic eruption and a cyclone averted?</w:t>
      </w:r>
    </w:p>
    <w:p>
      <w:pPr>
        <w:spacing w:before="0" w:after="120" w:line="300" w:lineRule="exact"/>
        <w:jc w:val="both"/>
      </w:pPr>
      <w:r>
        <w:rPr>
          <w:rFonts w:ascii="Georgia" w:hAnsi="Georgia" w:cs="Georgia" w:eastAsia="Georgia"/>
          <w:b w:val="0"/>
          <w:i w:val="0"/>
          <w:sz w:val="22"/>
        </w:rPr>
        <w:t>These are all forms of Allah's Athaab. Nothing other than Inaabat can prevent Allah's Athaab. When the nation of Nabi Yunus (alayhis salaam) resorted to Inaabat, the Impending Athaab was averted. The other day Allah Ta'ala sent us a mild reminder of His Athaab in the form of the earth tremor. But no one takes lesson. Not a leaf stirs, but it is with Allah's permission.</w:t>
      </w:r>
    </w:p>
    <w:p>
      <w:pPr>
        <w:spacing w:before="0" w:after="120" w:line="300" w:lineRule="exact"/>
        <w:jc w:val="both"/>
      </w:pPr>
      <w:r>
        <w:rPr>
          <w:rFonts w:ascii="Georgia" w:hAnsi="Georgia" w:cs="Georgia" w:eastAsia="Georgia"/>
          <w:b w:val="0"/>
          <w:i w:val="0"/>
          <w:sz w:val="22"/>
        </w:rPr>
        <w:t>The momentous calamities which befall Muslims are not accidents. These occurrences are the effects of Allah's command. The Muslim community in South Africa is vividly depicted in the following Qur'aanic aayat: "When We intend to destroy the people of a place, We command its affluent ones (to plunge headlong in evil). Then they (recklessly) perpetrate fisq in the town/city.</w:t>
      </w:r>
    </w:p>
    <w:p>
      <w:pPr>
        <w:spacing w:before="0" w:after="120" w:line="300" w:lineRule="exact"/>
        <w:jc w:val="both"/>
      </w:pPr>
      <w:r>
        <w:rPr>
          <w:rFonts w:ascii="Georgia" w:hAnsi="Georgia" w:cs="Georgia" w:eastAsia="Georgia"/>
          <w:b w:val="0"/>
          <w:i w:val="0"/>
          <w:sz w:val="22"/>
        </w:rPr>
        <w:t>Then the decree (of athaab) is confirmed). Then We utterly destroy them." The advice and solution offered by the person are futile. It will not assist the Muslim community against the Athaab of Allah Ta'ala. The solution is Istighfaar (to seek forgiveness) and to submit to the Shariah. Nothing besides this will avert Allah's Punishment. There are no accidents in Allah's Scheme and Creation.</w:t>
      </w:r>
    </w:p>
    <w:p>
      <w:pPr>
        <w:spacing w:before="0" w:after="120" w:line="300" w:lineRule="exact"/>
        <w:jc w:val="both"/>
      </w:pPr>
      <w:r>
        <w:rPr>
          <w:rFonts w:ascii="Georgia" w:hAnsi="Georgia" w:cs="Georgia" w:eastAsia="Georgia"/>
          <w:b w:val="0"/>
          <w:i w:val="0"/>
          <w:sz w:val="22"/>
        </w:rPr>
        <w:t>Everything, down to the minutest detail operates by His intervention and command. The Qur'aan Hakeem states: "By Him are the keys of the Ghaib (what is unseen and unknown to us). No one knows them but He. He is aware of what is in the land and in the ocean. There is not even a seed in the darkness of the earth (underground), nor something dry or moist, but it is (recorded) in a Clear Book."</w:t>
      </w:r>
    </w:p>
    <w:p>
      <w:pPr>
        <w:spacing w:before="120" w:after="120" w:line="300" w:lineRule="exact"/>
        <w:ind w:left="720" w:right="720"/>
        <w:jc w:val="center"/>
      </w:pPr>
      <w:r>
        <w:rPr>
          <w:rFonts w:ascii="Georgia" w:hAnsi="Georgia" w:cs="Georgia" w:eastAsia="Georgia"/>
          <w:b w:val="0"/>
          <w:i/>
          <w:sz w:val="22"/>
        </w:rPr>
        <w:t>Allah Ta'ala warns us in the Qur'aan: "Make inaabat (turn with repentance and submission) to your Rabb before there comes to you the (universal) punishment. Then (it will be too late for) you will not be helped. And follow the beautiful (Shariah) which has been revealed to You from your Rabb before there comes to you the punishment suddenly without you perceiving it."</w:t>
      </w:r>
    </w:p>
    <w:p>
      <w:pPr>
        <w:spacing w:before="0" w:after="120" w:line="300" w:lineRule="exact"/>
        <w:jc w:val="both"/>
      </w:pPr>
      <w:r>
        <w:rPr>
          <w:rFonts w:ascii="Georgia" w:hAnsi="Georgia" w:cs="Georgia" w:eastAsia="Georgia"/>
          <w:b w:val="0"/>
          <w:i w:val="0"/>
          <w:sz w:val="22"/>
        </w:rPr>
        <w:t>The worst disease afflicting Muslims, is that Muslims are no longer Muslim at heart. While by birth we are Muslim, at heart we are kaafir. It is this kufr in the heart which deprives us from understanding the malady which has humiliated and destroyed the Ummah. It is the kufr in the heart which diverts our focus from the Qur'aan and the Sunnah.</w:t>
      </w:r>
    </w:p>
    <w:p>
      <w:pPr>
        <w:spacing w:before="0" w:after="120" w:line="300" w:lineRule="exact"/>
        <w:jc w:val="both"/>
      </w:pPr>
      <w:r>
        <w:rPr>
          <w:rFonts w:ascii="Georgia" w:hAnsi="Georgia" w:cs="Georgia" w:eastAsia="Georgia"/>
          <w:b w:val="0"/>
          <w:i w:val="0"/>
          <w:sz w:val="22"/>
        </w:rPr>
        <w:t>The Qur'aan and the Ahaadith very clearly explain our diseases, our degradation, its causes and the solution for our ills. But extreme deficiency of Imaan does not permit Muslims to believe in Qur'aanic diagnosis and prescription. While the quack and crank 'reformers' proffer prescriptions which entail appeasing and bootlicking the kuffaar, submitting to Allah Ta'ala and pleasing Him are furthest from the minds.</w:t>
      </w:r>
    </w:p>
    <w:p>
      <w:pPr>
        <w:spacing w:before="0" w:after="120" w:line="300" w:lineRule="exact"/>
        <w:jc w:val="both"/>
      </w:pPr>
      <w:r>
        <w:rPr>
          <w:rFonts w:ascii="Georgia" w:hAnsi="Georgia" w:cs="Georgia" w:eastAsia="Georgia"/>
          <w:b w:val="0"/>
          <w:i w:val="0"/>
          <w:sz w:val="22"/>
        </w:rPr>
        <w:t>It simply is not an ingredient in the prescriptions of futility. The only remedy for our disease – the only solution for our humiliation and degradation – the only way of saving the Ummah from the ravages of the impending rampages, is to follow Islam Sahaabahstyle. There is no other solution. May Allah Ta'ala guide and protect this fallen, disgraced, rebellious, immoral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Does ISIS Fit In So Perfectly With The PNAC Plan?</w:t>
      </w:r>
    </w:p>
    <w:p>
      <w:pPr>
        <w:spacing w:before="0" w:after="160" w:line="300" w:lineRule="exact"/>
        <w:jc w:val="center"/>
      </w:pPr>
      <w:r>
        <w:rPr>
          <w:rFonts w:ascii="Georgia" w:hAnsi="Georgia" w:cs="Georgia" w:eastAsia="Georgia"/>
          <w:b w:val="0"/>
          <w:i/>
          <w:sz w:val="16"/>
        </w:rPr>
        <w:t>Page 5, 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(ANSWER: BECAUSE ISIS IS A C.I.A. CREATION – AL-HAQ)</w:t>
      </w:r>
    </w:p>
    <w:p>
      <w:pPr>
        <w:spacing w:before="0" w:after="120" w:line="300" w:lineRule="exact"/>
        <w:jc w:val="both"/>
      </w:pPr>
      <w:r>
        <w:rPr>
          <w:rFonts w:ascii="Georgia" w:hAnsi="Georgia" w:cs="Georgia" w:eastAsia="Georgia"/>
          <w:b w:val="0"/>
          <w:i w:val="0"/>
          <w:sz w:val="22"/>
        </w:rPr>
        <w:t>Posted by Louise Turner in News 'Here are some simple burning questions whose answers can only be described by the globalist plans for a new world order. These questions strike at the root of the question all of humanity is asking: Who is ISIS? 1. Where do they bank? Or do they have a money tree? 2. Where do they get their guns from? Bullets?</w:t>
      </w:r>
    </w:p>
    <w:p>
      <w:pPr>
        <w:spacing w:before="0" w:after="120" w:line="300" w:lineRule="exact"/>
        <w:jc w:val="both"/>
      </w:pPr>
      <w:r>
        <w:rPr>
          <w:rFonts w:ascii="Georgia" w:hAnsi="Georgia" w:cs="Georgia" w:eastAsia="Georgia"/>
          <w:b w:val="0"/>
          <w:i w:val="0"/>
          <w:sz w:val="22"/>
        </w:rPr>
        <w:t>Knives? 3. Where do they eat, how do they get their food? 4. Where do they sleep, where do they get toiletries? 5. Where is their military base? They DO stick together right? 6. Since we know where they are why can't they simply be rounded up in a way that doesn't involve any nation attacks? But wait … 7. Who is their leader and how did he learn to outsmart the world's greatest military and outperform all generals in U.S. history? 8.</w:t>
      </w:r>
    </w:p>
    <w:p>
      <w:pPr>
        <w:spacing w:before="0" w:after="120" w:line="300" w:lineRule="exact"/>
        <w:jc w:val="both"/>
      </w:pPr>
      <w:r>
        <w:rPr>
          <w:rFonts w:ascii="Georgia" w:hAnsi="Georgia" w:cs="Georgia" w:eastAsia="Georgia"/>
          <w:b w:val="0"/>
          <w:i w:val="0"/>
          <w:sz w:val="22"/>
        </w:rPr>
        <w:t>How does ISIS avoid NSA surveillance? 9. How do they communicate and avoid all communication systems at the same time? 10. How do they avoid military and government satellite surveillance and tracking? 11. How does the mainstream media and all the CIA pundits on TV like Colonel Anthony Shaffer know so much about how dangerous ISIS is yet they know nothing else like where they got their weapons from or how they were created?</w:t>
      </w:r>
    </w:p>
    <w:p>
      <w:pPr>
        <w:spacing w:before="0" w:after="120" w:line="300" w:lineRule="exact"/>
        <w:jc w:val="both"/>
      </w:pPr>
      <w:r>
        <w:rPr>
          <w:rFonts w:ascii="Georgia" w:hAnsi="Georgia" w:cs="Georgia" w:eastAsia="Georgia"/>
          <w:b w:val="0"/>
          <w:i w:val="0"/>
          <w:sz w:val="22"/>
        </w:rPr>
        <w:t>Oh wait, how did Shaffer obtain his knowledge about them? Who specifically did he speak to? 12. Why is the (CIA) chain of command that ISIS responds to not reported by mainstream media? 13. When did the first ISIS meeting take place and why? 14. Why is the simple facts about the creation of ISIS so clear and documented in the alternative and worldwide media except in the tiny circle of Zionist companies that control Western media?</w:t>
      </w:r>
    </w:p>
    <w:p>
      <w:pPr>
        <w:spacing w:before="0" w:after="120" w:line="300" w:lineRule="exact"/>
        <w:jc w:val="both"/>
      </w:pPr>
      <w:r>
        <w:rPr>
          <w:rFonts w:ascii="Georgia" w:hAnsi="Georgia" w:cs="Georgia" w:eastAsia="Georgia"/>
          <w:b w:val="0"/>
          <w:i w:val="0"/>
          <w:sz w:val="22"/>
        </w:rPr>
        <w:t>Here are a few more burning direct questions that all of humanity is really asking. 15. Why does everything ISIS does fit in so perfectly with the Bush Neocon Project For A New American Century? – Why does it fit in so perfectly with the globalist new world order plans like a perfect fitting shoe or glove?? 16. Should this wide disconnect about the reporting of who ISIS is and how they were created and funded be the last straw for mainstream media? 17.</w:t>
      </w:r>
    </w:p>
    <w:p>
      <w:pPr>
        <w:spacing w:before="0" w:after="120" w:line="300" w:lineRule="exact"/>
        <w:jc w:val="both"/>
      </w:pPr>
      <w:r>
        <w:rPr>
          <w:rFonts w:ascii="Georgia" w:hAnsi="Georgia" w:cs="Georgia" w:eastAsia="Georgia"/>
          <w:b w:val="0"/>
          <w:i w:val="0"/>
          <w:sz w:val="22"/>
        </w:rPr>
        <w:t>Can the world afford to live in the Western mainstream media paradigm anymore? As we contemplate these questions let us remember that the mainstream media in America is controlled by only 6 companies and all of them are on the same page when it comes to Israel, the global government agenda, the U.S./U.N. led new world order plans, the Project for a New American Century, the wishes of the Council on Foreign Relations and all CIA (Mossad) backed operations.</w:t>
      </w:r>
    </w:p>
    <w:p>
      <w:pPr>
        <w:spacing w:before="0" w:after="120" w:line="300" w:lineRule="exact"/>
        <w:jc w:val="both"/>
      </w:pPr>
      <w:r>
        <w:rPr>
          <w:rFonts w:ascii="Georgia" w:hAnsi="Georgia" w:cs="Georgia" w:eastAsia="Georgia"/>
          <w:b w:val="0"/>
          <w:i w:val="0"/>
          <w:sz w:val="22"/>
        </w:rPr>
        <w:t>It's all part of the same story and the same paradigm. So while the mainstream media continues to lie and spin stories designed to make you think that ISIS is a mysterious and dangerous gang whose defeating can only occur with more bombing of Iraq and illegal invasion of Syria, don't forget that no "army" exists to make headline news that challenges massive empires without massive support.</w:t>
      </w:r>
    </w:p>
    <w:p>
      <w:pPr>
        <w:spacing w:before="0" w:after="120" w:line="300" w:lineRule="exact"/>
        <w:jc w:val="both"/>
      </w:pPr>
      <w:r>
        <w:rPr>
          <w:rFonts w:ascii="Georgia" w:hAnsi="Georgia" w:cs="Georgia" w:eastAsia="Georgia"/>
          <w:b w:val="0"/>
          <w:i w:val="0"/>
          <w:sz w:val="22"/>
        </w:rPr>
        <w:t>There are no trees that grow guns, bullets and other weapons, they must be supplied by someone. The same can be said about all resources including money, food, shelter, water and other basic needs of life. Everyone who works for a living and anyone who is struggling or has struggled financially to survive can appreciate this. Let us not be fooled by artificially engineered Western media narratives that not only fit in perfectly with the globalists stated goals of taking over the Middle East clearly outlined in the Project For A New American Century paper titled Rebuilding America's Defences.</w:t>
      </w:r>
    </w:p>
    <w:p>
      <w:pPr>
        <w:spacing w:before="0" w:after="120" w:line="300" w:lineRule="exact"/>
        <w:jc w:val="both"/>
      </w:pPr>
      <w:r>
        <w:rPr>
          <w:rFonts w:ascii="Georgia" w:hAnsi="Georgia" w:cs="Georgia" w:eastAsia="Georgia"/>
          <w:b w:val="0"/>
          <w:i w:val="0"/>
          <w:sz w:val="22"/>
        </w:rPr>
        <w:t>From a common sense point of view, it isn't very difficult to see how the on-going mainstream media narratives about ISIS no longer makes any financial or practical sense from a dayto-day/daily-living point of view. Article Source: Activist Post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BURNING ALIVE THE PILOT</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NO MATTER HOW the ISIS Salafi deviates and their supporters attempt to justify this brutal burning alive of the Jordanian pilot, according to the Shariah, this brutality is haraam. Regardless of the Ahaadith quoted – Ahaadith which do not apply to the current context – the Shariah prohibits killing with water and fire. The Fuqaha of Islam were fully aware of the relevant Ahaadith fourteen centuries ago – the Ahaadith which the ISIS juhala and traitors cite to defend what is Islamically indefensible.</w:t>
      </w:r>
    </w:p>
    <w:p>
      <w:pPr>
        <w:spacing w:before="0" w:after="120" w:line="300" w:lineRule="exact"/>
        <w:jc w:val="both"/>
      </w:pPr>
      <w:r>
        <w:rPr>
          <w:rFonts w:ascii="Georgia" w:hAnsi="Georgia" w:cs="Georgia" w:eastAsia="Georgia"/>
          <w:b w:val="0"/>
          <w:i w:val="0"/>
          <w:sz w:val="22"/>
        </w:rPr>
        <w:t>Whilst fully aware of the Ahaadith, the Fuqaha ruled on the basis of Rasulullah's categorical command, that killing even animals with water and fire is HARAAM. The Ummah is not in need of the American surrogate ignoramuses of ISIS for an exposition of the Shariah – the Qur'aan and Sunnah. The ISIS morons proffer their stu- pid opinion in negation of the express prohibition declared by Rasulullah (sallallahu alayhi wasallam).</w:t>
      </w:r>
    </w:p>
    <w:p>
      <w:pPr>
        <w:spacing w:before="0" w:after="120" w:line="300" w:lineRule="exact"/>
        <w:jc w:val="both"/>
      </w:pPr>
      <w:r>
        <w:rPr>
          <w:rFonts w:ascii="Georgia" w:hAnsi="Georgia" w:cs="Georgia" w:eastAsia="Georgia"/>
          <w:b w:val="0"/>
          <w:i w:val="0"/>
          <w:sz w:val="22"/>
        </w:rPr>
        <w:t>They seek to cancel and abrogate the Divine Command with certain acts which never are abrogators of the Command of the Shariah. Rasulullah's command takes precedence over isolated acts executed in an entirely different context. If there was a need for executing the pilot, the Shar'i method of the Sword had to be implemented. Furthermore, displaying the brutal episode in the media for all and sundry to see, serves only to create revulsion for Muslims.</w:t>
      </w:r>
    </w:p>
    <w:p>
      <w:pPr>
        <w:spacing w:before="0" w:after="120" w:line="300" w:lineRule="exact"/>
        <w:jc w:val="both"/>
      </w:pPr>
      <w:r>
        <w:rPr>
          <w:rFonts w:ascii="Georgia" w:hAnsi="Georgia" w:cs="Georgia" w:eastAsia="Georgia"/>
          <w:b w:val="0"/>
          <w:i w:val="0"/>
          <w:sz w:val="22"/>
        </w:rPr>
        <w:t>In fact, this is the plot being executed by the American surrogate, cardboard 'caliph', the so-called 'Al-Bagdadi' whose status as a Muslim is highly questionable. According to some western research scholars, he is in fact a kaafir whose name is Simon, masquerading as a Muslim under American C.I.A. command and surrogacy. Muslims should understand that the Shariah is a sealed Book.</w:t>
      </w:r>
    </w:p>
    <w:p>
      <w:pPr>
        <w:spacing w:before="0" w:after="120" w:line="300" w:lineRule="exact"/>
        <w:jc w:val="both"/>
      </w:pPr>
      <w:r>
        <w:rPr>
          <w:rFonts w:ascii="Georgia" w:hAnsi="Georgia" w:cs="Georgia" w:eastAsia="Georgia"/>
          <w:b w:val="0"/>
          <w:i w:val="0"/>
          <w:sz w:val="22"/>
        </w:rPr>
        <w:t>Alterations may not be effected to the Shariah by moronic digging in the Books of Hadith for narrations to suit the nafsaani agendas of deviates. There is no longer scope for interpreting Ahaadith to fabricate opinions and stupid, baseless 'fatwas' which are in conflict with the declared Shar'i positions of the Ahlus Sunnah Wal Jama'ah. According to the Qur'aan, the Shariah was finalized and perfected during the very era of Rasulullah (sallallahu alayhi wasallam).</w:t>
      </w:r>
    </w:p>
    <w:p>
      <w:pPr>
        <w:spacing w:before="0" w:after="120" w:line="300" w:lineRule="exact"/>
        <w:jc w:val="both"/>
      </w:pPr>
      <w:r>
        <w:rPr>
          <w:rFonts w:ascii="Georgia" w:hAnsi="Georgia" w:cs="Georgia" w:eastAsia="Georgia"/>
          <w:b w:val="0"/>
          <w:i w:val="0"/>
          <w:sz w:val="22"/>
        </w:rPr>
        <w:t>The obligation of the Aimmah-e-Mujtahideen was merely to codify the Shariah for the easy reference of posterity, and to evolve the principles of the Shariah from the Qur'aan and Ahaadith for the process of formulating Ahkaam pertaining to developing issues and expediencies which did not exist during the age of Nubuwwat. Thus, the Shariah's emphatic ruling prohibiting execution by fire and water may not be upset and abrogated by subjecting certain narrations to baseless interpretation by morons, cardboard 'mujtahids' and cardboard 'caliphs' set up by the C.I.A. for achieving the insidious goal of destroying Islam, and enslaving the Ummah.</w:t>
      </w:r>
    </w:p>
    <w:p>
      <w:pPr>
        <w:spacing w:before="0" w:after="120" w:line="300" w:lineRule="exact"/>
        <w:jc w:val="both"/>
      </w:pPr>
      <w:r>
        <w:rPr>
          <w:rFonts w:ascii="Georgia" w:hAnsi="Georgia" w:cs="Georgia" w:eastAsia="Georgia"/>
          <w:b w:val="0"/>
          <w:i w:val="0"/>
          <w:sz w:val="22"/>
        </w:rPr>
        <w:t>In fact, the goal of enslaving the Ummah has already been achieved. The vast majority of Muslims have already been mentally colonized by the West. All of them are kuffaar of the Zindeeq category about whom Hadhrat Abdullah Bin Amr (radhiyallahu anhu) said: "There will dawn an age when people will gather in the Musaajid and perform Salaat while not a single one will be a Mu'min." We are living in that age today.</w:t>
      </w:r>
    </w:p>
    <w:p>
      <w:pPr>
        <w:spacing w:before="0" w:after="120" w:line="300" w:lineRule="exact"/>
        <w:jc w:val="both"/>
      </w:pPr>
      <w:r>
        <w:rPr>
          <w:rFonts w:ascii="Georgia" w:hAnsi="Georgia" w:cs="Georgia" w:eastAsia="Georgia"/>
          <w:b w:val="0"/>
          <w:i w:val="0"/>
          <w:sz w:val="22"/>
        </w:rPr>
        <w:t>But, the goal of destroying Islam will never be attained. Allah Ta'ala has undertaken to protect the Deen, and for this purpose He has created the Institution of the Ulama-e-Haqq.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DON'T THE U.S. SHUT DOWN DABIQ ?</w:t>
      </w:r>
    </w:p>
    <w:p>
      <w:pPr>
        <w:spacing w:before="0" w:after="160" w:line="300" w:lineRule="exact"/>
        <w:jc w:val="center"/>
      </w:pPr>
      <w:r>
        <w:rPr>
          <w:rFonts w:ascii="Georgia" w:hAnsi="Georgia" w:cs="Georgia" w:eastAsia="Georgia"/>
          <w:b w:val="0"/>
          <w:i/>
          <w:sz w:val="16"/>
        </w:rPr>
        <w:t>Page 6, 12 of the original. Heading read from the printed headline artwork.</w:t>
      </w:r>
    </w:p>
    <w:p>
      <w:pPr>
        <w:spacing w:before="0" w:after="120" w:line="300" w:lineRule="exact"/>
        <w:jc w:val="both"/>
      </w:pPr>
      <w:r>
        <w:rPr>
          <w:rFonts w:ascii="Georgia" w:hAnsi="Georgia" w:cs="Georgia" w:eastAsia="Georgia"/>
          <w:b w:val="0"/>
          <w:i w:val="0"/>
          <w:sz w:val="22"/>
        </w:rPr>
        <w:t>ISIS operates its website/online magazine, Dabiq, with impunity and such freedom which no other U.S. branded 'terrorist' organization is permitted to. Daily, ISIS publishes its articles, videos and whatever 'terrorist' programme it wishes to. Describing Dabiq, Wikipedia says: " + ) threatens the so-called 'new world order' which Bush had invented, why does it then not shut down the website/ magazine of ISIS.</w:t>
      </w:r>
    </w:p>
    <w:p>
      <w:pPr>
        <w:spacing w:before="0" w:after="120" w:line="300" w:lineRule="exact"/>
        <w:jc w:val="both"/>
      </w:pPr>
      <w:r>
        <w:rPr>
          <w:rFonts w:ascii="Georgia" w:hAnsi="Georgia" w:cs="Georgia" w:eastAsia="Georgia"/>
          <w:b w:val="0"/>
          <w:i w:val="0"/>
          <w:sz w:val="22"/>
        </w:rPr>
        <w:t>Why is ISIS permitted all the freedom to operate its 'terrorist' website? The C.I.A. is in full control of all computer activity. There is no rational reason for not closing down Dabiq. There is no mystery underlying this freedom. ISIS is an American creation, hence the ISIS website fits into the puzzle of the conspiracy of creating three states in Iraq.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FLATTENING KOBANE - THE RIDDLE?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 Kurdish town, Kobane has been pummelled, flattened and obliterated by the creators of ISIS, namely the U.S with its coalition of surrogate states. The mass destruction and devastation of the entire town was the enactment of the airforces of the U.S's coalition, and this devastation was ostensibly to protect the town falling to the ISIS barbarians.</w:t>
      </w:r>
    </w:p>
    <w:p>
      <w:pPr>
        <w:spacing w:before="0" w:after="120" w:line="300" w:lineRule="exact"/>
        <w:jc w:val="both"/>
      </w:pPr>
      <w:r>
        <w:rPr>
          <w:rFonts w:ascii="Georgia" w:hAnsi="Georgia" w:cs="Georgia" w:eastAsia="Georgia"/>
          <w:b w:val="0"/>
          <w:i w:val="0"/>
          <w:sz w:val="22"/>
        </w:rPr>
        <w:t>Indeed, there is a dark and sinister riddle underlying this appalling brutal devastation by the West. There was absolutely no need to obliterate the town if the stated objective was to secure it against ISIS has any truth in it. The vast, awesome and awful military 'might' the U.S. possesses with its 50 coalition countries, had no need to devastate and destroy Kobane to prevent ISIS from entering and taking the town.</w:t>
      </w:r>
    </w:p>
    <w:p>
      <w:pPr>
        <w:spacing w:before="0" w:after="120" w:line="300" w:lineRule="exact"/>
        <w:jc w:val="both"/>
      </w:pPr>
      <w:r>
        <w:rPr>
          <w:rFonts w:ascii="Georgia" w:hAnsi="Georgia" w:cs="Georgia" w:eastAsia="Georgia"/>
          <w:b w:val="0"/>
          <w:i w:val="0"/>
          <w:sz w:val="22"/>
        </w:rPr>
        <w:t>There is no viable rational reason for the West to have secured Kobane without destroying it. The couple of hundred foreign fighters ISIS could muster, could have been eliminated many miles before they could even reach Kobane. The terrain is unlike Afghanistan. There are no mountains. ISIS moving with its column of armoured vehicles with impunity in the open desert is too easy a target for the U.S. bombers and drones.</w:t>
      </w:r>
    </w:p>
    <w:p>
      <w:pPr>
        <w:spacing w:before="0" w:after="120" w:line="300" w:lineRule="exact"/>
        <w:jc w:val="both"/>
      </w:pPr>
      <w:r>
        <w:rPr>
          <w:rFonts w:ascii="Georgia" w:hAnsi="Georgia" w:cs="Georgia" w:eastAsia="Georgia"/>
          <w:b w:val="0"/>
          <w:i w:val="0"/>
          <w:sz w:val="22"/>
        </w:rPr>
        <w:t>It should be remembered that the U.S. had executed scores of drone missions in Afghanistan with each drone generally targeting only a single commander for elimination. In a matter of days, the U.S., with its murderous carpet bombing had dislodged the Taliban from Kabul. In a matter of days, the U.S. with its carpet bombing had eliminated Saddam Husain, bringing mass destruction to the people and the land.</w:t>
      </w:r>
    </w:p>
    <w:p>
      <w:pPr>
        <w:spacing w:before="0" w:after="120" w:line="300" w:lineRule="exact"/>
        <w:jc w:val="both"/>
      </w:pPr>
      <w:r>
        <w:rPr>
          <w:rFonts w:ascii="Georgia" w:hAnsi="Georgia" w:cs="Georgia" w:eastAsia="Georgia"/>
          <w:b w:val="0"/>
          <w:i w:val="0"/>
          <w:sz w:val="22"/>
        </w:rPr>
        <w:t>The U.S. with its coalition of cowards and murderers has no concern for the lives of Muslim women and children, hence the savage invaders unleashed their brutal air attacks, and the Taliban were compelled to withdraw to the protection of the mountains. But, Kobane which was in the hands of the Kurds has been totally destroyed. Here the ostensible objec- tive was not to drive the Kurds out of Kobane.</w:t>
      </w:r>
    </w:p>
    <w:p>
      <w:pPr>
        <w:spacing w:before="0" w:after="120" w:line="300" w:lineRule="exact"/>
        <w:jc w:val="both"/>
      </w:pPr>
      <w:r>
        <w:rPr>
          <w:rFonts w:ascii="Georgia" w:hAnsi="Georgia" w:cs="Georgia" w:eastAsia="Georgia"/>
          <w:b w:val="0"/>
          <w:i w:val="0"/>
          <w:sz w:val="22"/>
        </w:rPr>
        <w:t>The aim was to prevent ISIS taking the town. For this purpose, the U.S. deemed it appropriate to destroy the entire town. It is incredible that the U.S. plotters did not understand the logic of eliminating ISIS long before its men could ever reach any where near to Kobane. There is a sinister dimension to the destruction of Kobane. With a few hundred men, and with hardly a fight, ISIS captured Mosul, Iraq's second largest city. 36,000 Iraqi troops of the Nuri regime, simply downed their weapons and fled without even attempting to defend the city.</w:t>
      </w:r>
    </w:p>
    <w:p>
      <w:pPr>
        <w:spacing w:before="0" w:after="120" w:line="300" w:lineRule="exact"/>
        <w:jc w:val="both"/>
      </w:pPr>
      <w:r>
        <w:rPr>
          <w:rFonts w:ascii="Georgia" w:hAnsi="Georgia" w:cs="Georgia" w:eastAsia="Georgia"/>
          <w:b w:val="0"/>
          <w:i w:val="0"/>
          <w:sz w:val="22"/>
        </w:rPr>
        <w:t>Here too is a sinister dimension. These sinister dimensions are cogs in the conspiracy of the U.S. to carve Iraq into three states – Sunnistan, Shiahstan and Kurdistan, then to keep them fighting whenever the need develops to protect U.S. and Western interests. Why did the U.S. not lift a finger to drive out ISIS from Mosul as they had done to drive out the Taliban from Ka- bul?</w:t>
      </w:r>
    </w:p>
    <w:p>
      <w:pPr>
        <w:spacing w:before="0" w:after="120" w:line="300" w:lineRule="exact"/>
        <w:jc w:val="both"/>
      </w:pPr>
      <w:r>
        <w:rPr>
          <w:rFonts w:ascii="Georgia" w:hAnsi="Georgia" w:cs="Georgia" w:eastAsia="Georgia"/>
          <w:b w:val="0"/>
          <w:i w:val="0"/>
          <w:sz w:val="22"/>
        </w:rPr>
        <w:t>Why to this day is Mosul and other towns captured by ISIS enjoying peace? And, instead of pummelling ISIS positions, why has the U.S. destroyed Kurd towns whilst it proclaims to be the ally of the Kurds? The U.S. is ostensibly protecting the Kurds. But the consequences of this 'protection' is the destruction of their towns by their so-called 'protectors'.</w:t>
      </w:r>
    </w:p>
    <w:p>
      <w:pPr>
        <w:spacing w:before="0" w:after="120" w:line="300" w:lineRule="exact"/>
        <w:jc w:val="both"/>
      </w:pPr>
      <w:r>
        <w:rPr>
          <w:rFonts w:ascii="Georgia" w:hAnsi="Georgia" w:cs="Georgia" w:eastAsia="Georgia"/>
          <w:b w:val="0"/>
          <w:i w:val="0"/>
          <w:sz w:val="22"/>
        </w:rPr>
        <w:t>What type of 'protection' is devastation perpetrated by 'allies'? For some sinister motive, the U.S. desired the destruction of Kobane. The licence for legitimising this brutality was simply for the U.S. to order its cardboard 'caliph', Mr. Simon, to move to Kobane. The claim that 1000 ISIS fighters were killed in Kobane is a tale which baboons too will not swallow.</w:t>
      </w:r>
    </w:p>
    <w:p>
      <w:pPr>
        <w:spacing w:before="0" w:after="120" w:line="300" w:lineRule="exact"/>
        <w:jc w:val="both"/>
      </w:pPr>
      <w:r>
        <w:rPr>
          <w:rFonts w:ascii="Georgia" w:hAnsi="Georgia" w:cs="Georgia" w:eastAsia="Georgia"/>
          <w:b w:val="0"/>
          <w:i w:val="0"/>
          <w:sz w:val="22"/>
        </w:rPr>
        <w:t>ISIS is sustained by its creator, the U.S. It is fed and armed by the U.S. via the conduit of its surrogate states, Saudi Arabia and Jordan. It is an insult to intelligence to accept that to achieve the objective of protecting Kobane against some savages, the most powerful military in the world was compelled to devastate and destroy the entire town.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HE WAS BENEVOLENT.....* and</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If the self-styled 'caliph' had any Islamic sense and if he had acquitted himself with Islamic justice and morality, and if he had correctly implemented the Shariah, and if he had treated Muslims and non-Muslims benevolently with a benign Shar'i regime, all Muslims of the world would have accepted him to be a legitimate Khalifah irrespective of perhaps improper method of creating the Khilaafate.</w:t>
      </w:r>
    </w:p>
    <w:p>
      <w:pPr>
        <w:spacing w:before="0" w:after="120" w:line="300" w:lineRule="exact"/>
        <w:jc w:val="both"/>
      </w:pPr>
      <w:r>
        <w:rPr>
          <w:rFonts w:ascii="Georgia" w:hAnsi="Georgia" w:cs="Georgia" w:eastAsia="Georgia"/>
          <w:b w:val="0"/>
          <w:i w:val="0"/>
          <w:sz w:val="22"/>
        </w:rPr>
        <w:t>Once a man/group of power succeeds in establishing himself/itself as the ruler, and the rule is genuinely Islamic, it devolves as an obligation on all Muslims to submit to the Khilaafate. The wrong and even haraam method of assuming the reigns of the Khilaafate will not be valid cause for the Muslim population to rebel against the Khalifah.</w:t>
      </w:r>
    </w:p>
    <w:p>
      <w:pPr>
        <w:spacing w:before="0" w:after="120" w:line="300" w:lineRule="exact"/>
        <w:jc w:val="both"/>
      </w:pPr>
      <w:r>
        <w:rPr>
          <w:rFonts w:ascii="Georgia" w:hAnsi="Georgia" w:cs="Georgia" w:eastAsia="Georgia"/>
          <w:b w:val="0"/>
          <w:i w:val="0"/>
          <w:sz w:val="22"/>
        </w:rPr>
        <w:t>But the bottom line is Correct Shariah Rule. ISIS thuggery cannot be a valid Khilaafate even by hallucination.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WARNING TO THE PRO-ISIS MORONS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Any person who has not by this time realized the falsity, treachery and satanism of the ISIS American surrogate movement with its puppet, Abu Bakr Bagdadi masquerading as a 'caliph', is indeed a moron of exceptionally dense intellectual capacity. Ignorant and unwary Muslims from some countries have gone over to Iraq being stupidly lured by ISIS agents with promises of a genuine Islamic haven awaiting them.</w:t>
      </w:r>
    </w:p>
    <w:p>
      <w:pPr>
        <w:spacing w:before="0" w:after="120" w:line="300" w:lineRule="exact"/>
        <w:jc w:val="both"/>
      </w:pPr>
      <w:r>
        <w:rPr>
          <w:rFonts w:ascii="Georgia" w:hAnsi="Georgia" w:cs="Georgia" w:eastAsia="Georgia"/>
          <w:b w:val="0"/>
          <w:i w:val="0"/>
          <w:sz w:val="22"/>
        </w:rPr>
        <w:t>We are sure that many have been disillusioned on arrival in that land of murder and strife – the land of Muslims killing and murdering Muslims. It is a land of cannibalism where ISIS murdered thousands of its own breed and kind. ISIS is not a genuine Jihad movement. There is no true Jihad in Iraq and Syria. It is only a frenzied state of anarchy in which Muslims kill Muslims.</w:t>
      </w:r>
    </w:p>
    <w:p>
      <w:pPr>
        <w:spacing w:before="0" w:after="120" w:line="300" w:lineRule="exact"/>
        <w:jc w:val="both"/>
      </w:pPr>
      <w:r>
        <w:rPr>
          <w:rFonts w:ascii="Georgia" w:hAnsi="Georgia" w:cs="Georgia" w:eastAsia="Georgia"/>
          <w:b w:val="0"/>
          <w:i w:val="0"/>
          <w:sz w:val="22"/>
        </w:rPr>
        <w:t>The fight over there is not with the Yahood and Nasaara. It is nothing but Muslims killing Muslims, with the killing being the exclusive product of ISIS. Muslims should not labour under deception about the devilish ISIS movement. To get to that sad land of misery, the first requisite is to commit the haraam act of shaving one's beard or cutting it into a microscopic beard.</w:t>
      </w:r>
    </w:p>
    <w:p>
      <w:pPr>
        <w:spacing w:before="0" w:after="120" w:line="300" w:lineRule="exact"/>
        <w:jc w:val="both"/>
      </w:pPr>
      <w:r>
        <w:rPr>
          <w:rFonts w:ascii="Georgia" w:hAnsi="Georgia" w:cs="Georgia" w:eastAsia="Georgia"/>
          <w:b w:val="0"/>
          <w:i w:val="0"/>
          <w:sz w:val="22"/>
        </w:rPr>
        <w:t>The second requisite which is the greatest danger to Muslims of the Ahlus Sunnah Wal Jama'ah, is to adopt a kind of Irtidaad, i.e. to abandon the Deen which has reached us from the Sahaabah. The ISIS Wahhabis have a seven day indoctrination programme. Usually it is a forty day course in Aqeedah (Belief). However, we have heard that they have a seven day crash course to which every one has to incumbently submit.</w:t>
      </w:r>
    </w:p>
    <w:p>
      <w:pPr>
        <w:spacing w:before="0" w:after="120" w:line="300" w:lineRule="exact"/>
        <w:jc w:val="both"/>
      </w:pPr>
      <w:r>
        <w:rPr>
          <w:rFonts w:ascii="Georgia" w:hAnsi="Georgia" w:cs="Georgia" w:eastAsia="Georgia"/>
          <w:b w:val="0"/>
          <w:i w:val="0"/>
          <w:sz w:val="22"/>
        </w:rPr>
        <w:t>Refusal is at the peril of your neck being smitten. This indoctrination programme ensures the renunciation of the four Math-habs, especially the Hanafi Math-hab. It is compulsory to subscribe to Wahhaabi beliefs. All the beliefs of the Ahlus Sunnah have to be renounced and Wahhaabi'ism has to be incumbently adopted. One of their beliefs of kufr is the attribution of anthropomorphism to Allah Azza Wa Jal.</w:t>
      </w:r>
    </w:p>
    <w:p>
      <w:pPr>
        <w:spacing w:before="0" w:after="120" w:line="300" w:lineRule="exact"/>
        <w:jc w:val="both"/>
      </w:pPr>
      <w:r>
        <w:rPr>
          <w:rFonts w:ascii="Georgia" w:hAnsi="Georgia" w:cs="Georgia" w:eastAsia="Georgia"/>
          <w:b w:val="0"/>
          <w:i w:val="0"/>
          <w:sz w:val="22"/>
        </w:rPr>
        <w:t>Everyone has to believe that Allah Ta'ala is a physical being sitting on a physical throne. Divergence from this and every other Wahhaabi belief is NOT condoned. Once in Iraq under the jurisdiction of ISIS, it is goodbye to your Deen. You have to become a murtad by adopting the Wahhaabi deen. Refusal is to sign your death warrant. It is exceptionally reckless and stupid to take the family (women and children) with into this cauldron of murder and anarchy.</w:t>
      </w:r>
    </w:p>
    <w:p>
      <w:pPr>
        <w:spacing w:before="0" w:after="120" w:line="300" w:lineRule="exact"/>
        <w:jc w:val="both"/>
      </w:pPr>
      <w:r>
        <w:rPr>
          <w:rFonts w:ascii="Georgia" w:hAnsi="Georgia" w:cs="Georgia" w:eastAsia="Georgia"/>
          <w:b w:val="0"/>
          <w:i w:val="0"/>
          <w:sz w:val="22"/>
        </w:rPr>
        <w:t>Just remember, that once there, there is no turning back. You are in a trap from which extrication is an almost impossibility. It is not easy to sneak out. Those who have tried, were brutally executed. A family man who becomes disillusioned and attempts to leave is branded a murtad. His womenfolk are enslaved and become the property of ISIS.</w:t>
      </w:r>
    </w:p>
    <w:p>
      <w:pPr>
        <w:spacing w:before="0" w:after="120" w:line="300" w:lineRule="exact"/>
        <w:jc w:val="both"/>
      </w:pPr>
      <w:r>
        <w:rPr>
          <w:rFonts w:ascii="Georgia" w:hAnsi="Georgia" w:cs="Georgia" w:eastAsia="Georgia"/>
          <w:b w:val="0"/>
          <w:i w:val="0"/>
          <w:sz w:val="22"/>
        </w:rPr>
        <w:t>They will be apportioned out to the so-called 'mujahideen' as baandis (female slaves). All non-Wahhaabis are kuffaar according to the Wahhabi religion. Thus, the lives and property of Hanafis and others are fair and lawful game and booty for the brutal ISIS murderers. Those who leave to join ISIS are securely entrapped between two inimical forces: One: ISIS, and two: Their home government.</w:t>
      </w:r>
    </w:p>
    <w:p>
      <w:pPr>
        <w:spacing w:before="0" w:after="120" w:line="300" w:lineRule="exact"/>
        <w:jc w:val="both"/>
      </w:pPr>
      <w:r>
        <w:rPr>
          <w:rFonts w:ascii="Georgia" w:hAnsi="Georgia" w:cs="Georgia" w:eastAsia="Georgia"/>
          <w:b w:val="0"/>
          <w:i w:val="0"/>
          <w:sz w:val="22"/>
        </w:rPr>
        <w:t>Firstly, it is almost impossible to escape from ISIS. Any such attempt is fraught with the dire consequences of execution and enslavement of the womenfolk. Should anyone manage to escape, and return to his home country, he faces arrest and imprisonment. But the worse danger and fitnah are the renunciation of the Deen and the compulsory adoption o f Wahhaabi'ism.</w:t>
      </w:r>
    </w:p>
    <w:p>
      <w:pPr>
        <w:spacing w:before="0" w:after="120" w:line="300" w:lineRule="exact"/>
        <w:jc w:val="both"/>
      </w:pPr>
      <w:r>
        <w:rPr>
          <w:rFonts w:ascii="Georgia" w:hAnsi="Georgia" w:cs="Georgia" w:eastAsia="Georgia"/>
          <w:b w:val="0"/>
          <w:i w:val="0"/>
          <w:sz w:val="22"/>
        </w:rPr>
        <w:t>We implore Muslims to utilize their intelligence and not to act rashly. Never be duped by the false picture the agents of ISIS are painting to lure Muslims into their evil clutches.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 THE U.S. PLOT TO DIVIDE THE TALIBAN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terms of U.S. logic, the survival of its puppet regime in Kabul now depends on splitting the Taliban. The plot is to create a division in Taliban ranks to keep them embroiled in internecine fighting to ensure the continued existence of the surrogate regime in Kabul. Having miserably failed in its Afghan mission of aggression, and having been compelled by Taliban battle successes to flee from Afghanistan, the Americans have shifted the arena to the conspiracy boardroom.</w:t>
      </w:r>
    </w:p>
    <w:p>
      <w:pPr>
        <w:spacing w:before="0" w:after="120" w:line="300" w:lineRule="exact"/>
        <w:jc w:val="both"/>
      </w:pPr>
      <w:r>
        <w:rPr>
          <w:rFonts w:ascii="Georgia" w:hAnsi="Georgia" w:cs="Georgia" w:eastAsia="Georgia"/>
          <w:b w:val="0"/>
          <w:i w:val="0"/>
          <w:sz w:val="22"/>
        </w:rPr>
        <w:t>Towards this end, ISIS is in the process of establishing a presence in Afghanistan. A little-known junior member of the Taliban, one Saeed Khan, recently in the Helmand province of Afghanistan made an attempt to recruit fighters for ISIS. There is extremely little chance of ISIS or any other group surviving in Afghanistan. Hitherto, Afghanistan has had only one group, namely, the Taliban, who had fought and defeated the world's most sophisticated and most powerful military.</w:t>
      </w:r>
    </w:p>
    <w:p>
      <w:pPr>
        <w:spacing w:before="0" w:after="120" w:line="300" w:lineRule="exact"/>
        <w:jc w:val="both"/>
      </w:pPr>
      <w:r>
        <w:rPr>
          <w:rFonts w:ascii="Georgia" w:hAnsi="Georgia" w:cs="Georgia" w:eastAsia="Georgia"/>
          <w:b w:val="0"/>
          <w:i w:val="0"/>
          <w:sz w:val="22"/>
        </w:rPr>
        <w:t>Nevertheless the plot is afoot to endeavour to create a split in the Taliban. To achieve this dastardly objective, the U.S. has enlisted the Khan character. No group had been allowed to fight the U.S. coalition in Afghanistan independently, apart from the Taliban. All foreign groups fought under the banner of the Taliban. Hopefully, the Taliban will be able to eliminate this sinister plot in the bud.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“MURTAD”</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EVERYONE IS A</w:t>
      </w:r>
    </w:p>
    <w:p>
      <w:pPr>
        <w:spacing w:before="0" w:after="120" w:line="300" w:lineRule="exact"/>
        <w:jc w:val="both"/>
      </w:pPr>
      <w:r>
        <w:rPr>
          <w:rFonts w:ascii="Georgia" w:hAnsi="Georgia" w:cs="Georgia" w:eastAsia="Georgia"/>
          <w:b w:val="0"/>
          <w:i w:val="0"/>
          <w:sz w:val="22"/>
        </w:rPr>
        <w:t>Every person who refuses to acknowledge Simon as the Khalifah is automatically a 'murtad' in terms of his ideology, and put to death if he is able to lay his clutches on the one who refuses to acknowledge his 'caliphate'. Some Chechen Mujahideen had gone to see the new 'caliphate'. What they saw did no attract them to Simon, the American 'caliph'.</w:t>
      </w:r>
    </w:p>
    <w:p>
      <w:pPr>
        <w:spacing w:before="0" w:after="120" w:line="300" w:lineRule="exact"/>
        <w:jc w:val="both"/>
      </w:pPr>
      <w:r>
        <w:rPr>
          <w:rFonts w:ascii="Georgia" w:hAnsi="Georgia" w:cs="Georgia" w:eastAsia="Georgia"/>
          <w:b w:val="0"/>
          <w:i w:val="0"/>
          <w:sz w:val="22"/>
        </w:rPr>
        <w:t>When they refused to swear allegiance (bay't) on the hands of Simon, they were promptly executed. The ignoramus does not know even the meaning of Irtidaad. The punishment for unjustly killing a Muslim, is everlasting Jahannam according to the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PAKISTANI TALIBAN?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Who is Tahreek Taliban Pakistan (TTP)? This group is not affiliated to the Afghan Taliban. TTP has been created by the U.S. The objective of this plot is twofold: To goad the Pakistan army into closing the tribal sanctuaries and supply routes of the Afghan Taliban, and to balkanize Pakistan into several small states. The target of TTP is the Pakistani army.</w:t>
      </w:r>
    </w:p>
    <w:p>
      <w:pPr>
        <w:spacing w:before="0" w:after="120" w:line="300" w:lineRule="exact"/>
        <w:jc w:val="both"/>
      </w:pPr>
      <w:r>
        <w:rPr>
          <w:rFonts w:ascii="Georgia" w:hAnsi="Georgia" w:cs="Georgia" w:eastAsia="Georgia"/>
          <w:b w:val="0"/>
          <w:i w:val="0"/>
          <w:sz w:val="22"/>
        </w:rPr>
        <w:t>Attacks on the army have continued unabated since the past couple of years. Tens of thousands of people have been uprooted from their villages destroyed by the Pakistan air force and army. The anarchy prevailing in Pakistan comes within the scope of the Qur'aanic aayat: "Fasaad (anarchy) has appeared on</w:t>
      </w:r>
    </w:p>
    <w:p>
      <w:pPr>
        <w:spacing w:before="120" w:after="120" w:line="300" w:lineRule="exact"/>
        <w:ind w:left="720" w:right="720"/>
        <w:jc w:val="center"/>
      </w:pPr>
      <w:r>
        <w:rPr>
          <w:rFonts w:ascii="Georgia" w:hAnsi="Georgia" w:cs="Georgia" w:eastAsia="Georgia"/>
          <w:b w:val="0"/>
          <w:i/>
          <w:sz w:val="22"/>
        </w:rPr>
        <w:t>the land and in the ocean on account of the perpetration (of evil) by</w:t>
      </w:r>
    </w:p>
    <w:p>
      <w:pPr>
        <w:spacing w:before="120" w:after="120" w:line="300" w:lineRule="exact"/>
        <w:ind w:left="720" w:right="720"/>
        <w:jc w:val="center"/>
      </w:pPr>
      <w:r>
        <w:rPr>
          <w:rFonts w:ascii="Georgia" w:hAnsi="Georgia" w:cs="Georgia" w:eastAsia="Georgia"/>
          <w:b w:val="0"/>
          <w:i/>
          <w:sz w:val="22"/>
        </w:rPr>
        <w:t>people, so that they may taste (the chastisement) of some of (the mis-</w:t>
      </w:r>
    </w:p>
    <w:p>
      <w:pPr>
        <w:spacing w:before="120" w:after="120" w:line="300" w:lineRule="exact"/>
        <w:ind w:left="720" w:right="720"/>
        <w:jc w:val="center"/>
      </w:pPr>
      <w:r>
        <w:rPr>
          <w:rFonts w:ascii="Georgia" w:hAnsi="Georgia" w:cs="Georgia" w:eastAsia="Georgia"/>
          <w:b w:val="0"/>
          <w:i/>
          <w:sz w:val="22"/>
        </w:rPr>
        <w:t>deeds) they have earned. Perhaps they will return (to the Path of Rec-</w:t>
      </w:r>
    </w:p>
    <w:p>
      <w:pPr>
        <w:spacing w:before="0" w:after="120" w:line="300" w:lineRule="exact"/>
        <w:jc w:val="both"/>
      </w:pPr>
      <w:r>
        <w:rPr>
          <w:rFonts w:ascii="Georgia" w:hAnsi="Georgia" w:cs="Georgia" w:eastAsia="Georgia"/>
          <w:b w:val="0"/>
          <w:i w:val="0"/>
          <w:sz w:val="22"/>
        </w:rPr>
        <w:t>titude)."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 FITNAH</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Iraq and Syria were conquered by the Sahaabah during the Khilaafate of Ameerul Mu'mineen Hadhrat Umar Ibn Khattaab (radhiyallahu anhu). When Iraq fell to the Sahaabah, the Yazidi and the Nasaara (Christian) communities were the citizens. There was no massacre and no persecution perpetrated by the Sahaabah. These communities were allowed to live peacefully in lieu of payment of the Jizyah tax which is never burdensome and exploitive such as income tax, vat, rates, and the host of other forms of direct and indirect taxation imposed on people by kuffaar governments.</w:t>
      </w:r>
    </w:p>
    <w:p>
      <w:pPr>
        <w:spacing w:before="0" w:after="120" w:line="300" w:lineRule="exact"/>
        <w:jc w:val="both"/>
      </w:pPr>
      <w:r>
        <w:rPr>
          <w:rFonts w:ascii="Georgia" w:hAnsi="Georgia" w:cs="Georgia" w:eastAsia="Georgia"/>
          <w:b w:val="0"/>
          <w:i w:val="0"/>
          <w:sz w:val="22"/>
        </w:rPr>
        <w:t>The non-Muslim communities had lived in Iraq since time immemorial. While the majority had embraced Islam, a large segment continued with their religions of kufr and shirk. These communities continued living in peace during the Khilaafat-e -Raashidah. This self-same situation of peace prevailed during the Bani Umayyah Khilaafate, the Bani Abbaas Khilaafate and the Ottoman Empire.</w:t>
      </w:r>
    </w:p>
    <w:p>
      <w:pPr>
        <w:spacing w:before="0" w:after="120" w:line="300" w:lineRule="exact"/>
        <w:jc w:val="both"/>
      </w:pPr>
      <w:r>
        <w:rPr>
          <w:rFonts w:ascii="Georgia" w:hAnsi="Georgia" w:cs="Georgia" w:eastAsia="Georgia"/>
          <w:b w:val="0"/>
          <w:i w:val="0"/>
          <w:sz w:val="22"/>
        </w:rPr>
        <w:t>The situation – the peaceful presence of the non-Muslim communities – was recently altered radically and brutally in total conflict with the Shariah's commands. The American, moron, surrogate, cardboard 'caliph' appointed by the C.I.A. to undermine Islam and the Ummah, uprooted these communities. They had to flee in panic –hundreds of thousands – with their lives.</w:t>
      </w:r>
    </w:p>
    <w:p>
      <w:pPr>
        <w:spacing w:before="0" w:after="120" w:line="300" w:lineRule="exact"/>
        <w:jc w:val="both"/>
      </w:pPr>
      <w:r>
        <w:rPr>
          <w:rFonts w:ascii="Georgia" w:hAnsi="Georgia" w:cs="Georgia" w:eastAsia="Georgia"/>
          <w:b w:val="0"/>
          <w:i w:val="0"/>
          <w:sz w:val="22"/>
        </w:rPr>
        <w:t>America's 'caliph's fundamental tenet of 'da'wat' is killing and blood-letting in diametric conflict with the commands of the Shariah. Instead of imposing Jizyah, the baatil ISIS American outfit, deemed massacring people to be the better option. There was no Shar'i reason for uprooting the two non-Muslim communities who lived in peace in Iraq for the entire duration of Islam's history commencing from the era of Khilaafat-e-Raashidah to this day.</w:t>
      </w:r>
    </w:p>
    <w:p>
      <w:pPr>
        <w:spacing w:before="0" w:after="120" w:line="300" w:lineRule="exact"/>
        <w:jc w:val="both"/>
      </w:pPr>
      <w:r>
        <w:rPr>
          <w:rFonts w:ascii="Georgia" w:hAnsi="Georgia" w:cs="Georgia" w:eastAsia="Georgia"/>
          <w:b w:val="0"/>
          <w:i w:val="0"/>
          <w:sz w:val="22"/>
        </w:rPr>
        <w:t>If this outfit had been a true Jihad movement, the goal would have been I'la' Kalimatullaah (Raising the Word of Allaah – the Deen). NonMuslims are the target for Da'wat, not Qatl. There is nothing taking place in the Iraq-Syria region other than Fitnah and Fasaad.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ISIS FITNAH - WHO IS BENEFITING?</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Prior to the abominable ISIS accretion, all fighting groups in the IraqSyria arena were mauling the brutal Shiah regime of Bashar Assad. It was a symbiotic struggle against the tyrant Assad. Groups with different goals, but with a common enemy had coalesced into a sort of a single uprising and fight against Assad and his notorious father who are responsible for the torture and mass murder of tens of thousands of Muslims.</w:t>
      </w:r>
    </w:p>
    <w:p>
      <w:pPr>
        <w:spacing w:before="0" w:after="120" w:line="300" w:lineRule="exact"/>
        <w:jc w:val="both"/>
      </w:pPr>
      <w:r>
        <w:rPr>
          <w:rFonts w:ascii="Georgia" w:hAnsi="Georgia" w:cs="Georgia" w:eastAsia="Georgia"/>
          <w:b w:val="0"/>
          <w:i w:val="0"/>
          <w:sz w:val="22"/>
        </w:rPr>
        <w:t>About a year or so ago, entered on to the stage shaitaan in the form of the puppet 'caliph' Simon, alias 'Abu Bakr'. In a sinister move he broke away from the main Jihaadi group, Jabhatun Nusrah, to set up the American 'caliphate' in the city of Mosul which by conspiracy and collusion of the sinister forces in the background, was awarded to him on a platter.</w:t>
      </w:r>
    </w:p>
    <w:p>
      <w:pPr>
        <w:spacing w:before="0" w:after="120" w:line="300" w:lineRule="exact"/>
        <w:jc w:val="both"/>
      </w:pPr>
      <w:r>
        <w:rPr>
          <w:rFonts w:ascii="Georgia" w:hAnsi="Georgia" w:cs="Georgia" w:eastAsia="Georgia"/>
          <w:b w:val="0"/>
          <w:i w:val="0"/>
          <w:sz w:val="22"/>
        </w:rPr>
        <w:t>From that moment, Bashar Assad was largely left in relative peace to lick his wounds, to plan and to reinvigorate his defences for his future offensives. The fight now centred on primarily Muslims killing Muslims. The cardboard 'caliph' made Jabhatun Nusrah the main enemy. He resorted to cannibalism, killing and devouring his own kind. Both groups are Salafis.</w:t>
      </w:r>
    </w:p>
    <w:p>
      <w:pPr>
        <w:spacing w:before="0" w:after="120" w:line="300" w:lineRule="exact"/>
        <w:jc w:val="both"/>
      </w:pPr>
      <w:r>
        <w:rPr>
          <w:rFonts w:ascii="Georgia" w:hAnsi="Georgia" w:cs="Georgia" w:eastAsia="Georgia"/>
          <w:b w:val="0"/>
          <w:i w:val="0"/>
          <w:sz w:val="22"/>
        </w:rPr>
        <w:t>At least, ostensibly ISIS too is Salafi. That is, the rank and file are Salafis. As for the religion to which the American 'caliph' pays allegiance, Allah Ta'ala knows whether he is Muslim or not. Instead of fighting Assad, ISIS focuses on the elimination of Jabhatun Nusrah and the Kurds who are basically Hanafi Muslims. The struggle against Assad has ground to a halt while the offensive of ISIS is directed against Muslims – Kurds and Salafis of his own breed and creed.</w:t>
      </w:r>
    </w:p>
    <w:p>
      <w:pPr>
        <w:spacing w:before="0" w:after="120" w:line="300" w:lineRule="exact"/>
        <w:jc w:val="both"/>
      </w:pPr>
      <w:r>
        <w:rPr>
          <w:rFonts w:ascii="Georgia" w:hAnsi="Georgia" w:cs="Georgia" w:eastAsia="Georgia"/>
          <w:b w:val="0"/>
          <w:i w:val="0"/>
          <w:sz w:val="22"/>
        </w:rPr>
        <w:t>On the basis of this fact alone, even if it be assumed or established that ISIS is not a U.S. surrogate 'caliphate', the inescapable reality is that Simon, alias Abu Bakr, is the greatest moron fully under the spell of shaitaan. His stupendous arrogance and thirst for Muslim blood aligns him to the Khawaarij. Whatever theory is propounded to describe the ISIS phenomenon, the bottom line is that this group under Simon, is the agent of the Devil, even if it may not be the agent of the U.S.</w:t>
      </w:r>
    </w:p>
    <w:p>
      <w:pPr>
        <w:spacing w:before="0" w:after="120" w:line="300" w:lineRule="exact"/>
        <w:jc w:val="both"/>
      </w:pPr>
      <w:r>
        <w:rPr>
          <w:rFonts w:ascii="Georgia" w:hAnsi="Georgia" w:cs="Georgia" w:eastAsia="Georgia"/>
          <w:b w:val="0"/>
          <w:i w:val="0"/>
          <w:sz w:val="22"/>
        </w:rPr>
        <w:t>And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DECISIVE</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AFGHANISTAN NO DECISIVE VICTORY A day after the American coalition officially ended its combat missions, the Taliban declared 'victory'. The Taliban said that the U.S. coalition had rolled up its flag without achieving anything substantial. While this is so, in fact the U.S. with its coalition have been defeated on the battlefield. In 13 years of murderous aerial bom-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bardments and brutal killing of thousands of village folk, the U.S.</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bardments and brutal killing of thousands of village folk, the U.S. has failed to achieve its objectives. The Taliban today control 90% of the country. Although this is the position, the Taliban have not gained a decisive victory over the enemy. There are still 13,000 U.S. troops in Afghanistan bolstering the puppet regime in Kabul. The cities are in control of the puppet regime with U.S. protection.</w:t>
      </w:r>
    </w:p>
    <w:p>
      <w:pPr>
        <w:spacing w:before="0" w:after="120" w:line="300" w:lineRule="exact"/>
        <w:jc w:val="both"/>
      </w:pPr>
      <w:r>
        <w:rPr>
          <w:rFonts w:ascii="Georgia" w:hAnsi="Georgia" w:cs="Georgia" w:eastAsia="Georgia"/>
          <w:b w:val="0"/>
          <w:i w:val="0"/>
          <w:sz w:val="22"/>
        </w:rPr>
        <w:t>Also claiming 'victory' is the enemy. At the ceremony of the defeated coalition, where their flag was lowered, General John Campbell said: "The Nato force had lifted the Afghan people out of the darkness of despair and given them hope for the future." Perhaps the stupid public in America may swallow this laughable stupidity. Defeat upon defeat and plane loads of coffins had compelled the lowering and rolling up of the coalition flag.</w:t>
      </w:r>
    </w:p>
    <w:p>
      <w:pPr>
        <w:spacing w:before="0" w:after="120" w:line="300" w:lineRule="exact"/>
        <w:jc w:val="both"/>
      </w:pPr>
      <w:r>
        <w:rPr>
          <w:rFonts w:ascii="Georgia" w:hAnsi="Georgia" w:cs="Georgia" w:eastAsia="Georgia"/>
          <w:b w:val="0"/>
          <w:i w:val="0"/>
          <w:sz w:val="22"/>
        </w:rPr>
        <w:t>Their defeats on the battlefield have compelled the foreign invaders to withdraw. With the greater part of the country in Taliban control and under its administration, only Americans could be so dense in the brains to believe the interpretation of the stupid commander. Meanwhile the Taliban vowed to expel the remainder of the U.S. force and to establish a pure Islamic government.</w:t>
      </w:r>
    </w:p>
    <w:p>
      <w:pPr>
        <w:spacing w:before="0" w:after="120" w:line="300" w:lineRule="exact"/>
        <w:jc w:val="both"/>
      </w:pPr>
      <w:r>
        <w:rPr>
          <w:rFonts w:ascii="Georgia" w:hAnsi="Georgia" w:cs="Georgia" w:eastAsia="Georgia"/>
          <w:b w:val="0"/>
          <w:i w:val="0"/>
          <w:sz w:val="22"/>
        </w:rPr>
        <w:t>This should be the dua of all the Mu'mineen. A genuine victory could be proclaimed only the day the last foreign soldier is driven out, and the puppet government in Kabul is eliminated. Divine Aid is commensurate with Taqwa. The Taliban have not achieved the level of Taqwa necessary for total Nusrat for a true victory over the enemy. Although Allah Ta'ala has been Most Merciful to the Taliban, protecting them, and not allowing the enemy to eliminate them, He, in His Wisdom, held back total victory from them.</w:t>
      </w:r>
    </w:p>
    <w:p>
      <w:pPr>
        <w:spacing w:before="0" w:after="120" w:line="300" w:lineRule="exact"/>
        <w:jc w:val="both"/>
      </w:pPr>
      <w:r>
        <w:rPr>
          <w:rFonts w:ascii="Georgia" w:hAnsi="Georgia" w:cs="Georgia" w:eastAsia="Georgia"/>
          <w:b w:val="0"/>
          <w:i w:val="0"/>
          <w:sz w:val="22"/>
        </w:rPr>
        <w:t>Total divine aid is the product of total moral reformation which is the primary basis of Taqwa. Minus Islaah of the Nafs, there will be no total and no enduring success for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Reliant on Numerical and Military Superiority</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"Many were the small groups which</w:t>
      </w:r>
    </w:p>
    <w:p>
      <w:pPr>
        <w:spacing w:before="120" w:after="120" w:line="300" w:lineRule="exact"/>
        <w:ind w:left="720" w:right="720"/>
        <w:jc w:val="center"/>
      </w:pPr>
      <w:r>
        <w:rPr>
          <w:rFonts w:ascii="Georgia" w:hAnsi="Georgia" w:cs="Georgia" w:eastAsia="Georgia"/>
          <w:b w:val="0"/>
          <w:i/>
          <w:sz w:val="22"/>
        </w:rPr>
        <w:t>vanquished large armies with the permission of Allah. Allah is with</w:t>
      </w:r>
    </w:p>
    <w:p>
      <w:pPr>
        <w:spacing w:before="120" w:after="120" w:line="300" w:lineRule="exact"/>
        <w:ind w:left="720" w:right="720"/>
        <w:jc w:val="center"/>
      </w:pPr>
      <w:r>
        <w:rPr>
          <w:rFonts w:ascii="Georgia" w:hAnsi="Georgia" w:cs="Georgia" w:eastAsia="Georgia"/>
          <w:b w:val="0"/>
          <w:i/>
          <w:sz w:val="22"/>
        </w:rPr>
        <w:t>the Saabireen." (Al-Baqarah, Aayat 249) "Verily Allah aided you at Badr when</w:t>
      </w:r>
    </w:p>
    <w:p>
      <w:pPr>
        <w:spacing w:before="120" w:after="120" w:line="300" w:lineRule="exact"/>
        <w:ind w:left="720" w:right="720"/>
        <w:jc w:val="center"/>
      </w:pPr>
      <w:r>
        <w:rPr>
          <w:rFonts w:ascii="Georgia" w:hAnsi="Georgia" w:cs="Georgia" w:eastAsia="Georgia"/>
          <w:b w:val="0"/>
          <w:i/>
          <w:sz w:val="22"/>
        </w:rPr>
        <w:t>you were weak (numerically and militarily). Therefore fear Allah so</w:t>
      </w:r>
    </w:p>
    <w:p>
      <w:pPr>
        <w:spacing w:before="0" w:after="120" w:line="300" w:lineRule="exact"/>
        <w:jc w:val="both"/>
      </w:pPr>
      <w:r>
        <w:rPr>
          <w:rFonts w:ascii="Georgia" w:hAnsi="Georgia" w:cs="Georgia" w:eastAsia="Georgia"/>
          <w:b w:val="0"/>
          <w:i w:val="0"/>
          <w:sz w:val="22"/>
        </w:rPr>
        <w:t>that you express gratitude. (Aal-e-Imraan, Aayat 123)</w:t>
      </w:r>
    </w:p>
    <w:p>
      <w:pPr>
        <w:spacing w:before="120" w:after="120" w:line="300" w:lineRule="exact"/>
        <w:ind w:left="720" w:right="720"/>
        <w:jc w:val="center"/>
      </w:pPr>
      <w:r>
        <w:rPr>
          <w:rFonts w:ascii="Georgia" w:hAnsi="Georgia" w:cs="Georgia" w:eastAsia="Georgia"/>
          <w:b w:val="0"/>
          <w:i/>
          <w:sz w:val="22"/>
        </w:rPr>
        <w:t>(Remember) when you (O Muhammad!) said to the Mu'mineen.</w:t>
      </w:r>
    </w:p>
    <w:p>
      <w:pPr>
        <w:spacing w:before="120" w:after="120" w:line="300" w:lineRule="exact"/>
        <w:ind w:left="720" w:right="720"/>
        <w:jc w:val="center"/>
      </w:pPr>
      <w:r>
        <w:rPr>
          <w:rFonts w:ascii="Georgia" w:hAnsi="Georgia" w:cs="Georgia" w:eastAsia="Georgia"/>
          <w:b w:val="0"/>
          <w:i/>
          <w:sz w:val="22"/>
        </w:rPr>
        <w:t>Is it not sufficient for you that your</w:t>
      </w:r>
    </w:p>
    <w:p>
      <w:pPr>
        <w:spacing w:before="120" w:after="120" w:line="300" w:lineRule="exact"/>
        <w:ind w:left="720" w:right="720"/>
        <w:jc w:val="center"/>
      </w:pPr>
      <w:r>
        <w:rPr>
          <w:rFonts w:ascii="Georgia" w:hAnsi="Georgia" w:cs="Georgia" w:eastAsia="Georgia"/>
          <w:b w:val="0"/>
          <w:i/>
          <w:sz w:val="22"/>
        </w:rPr>
        <w:t>Rabb aids you with three thousand Malaaikah specially dispatched (to</w:t>
      </w:r>
    </w:p>
    <w:p>
      <w:pPr>
        <w:spacing w:before="120" w:after="120" w:line="300" w:lineRule="exact"/>
        <w:ind w:left="720" w:right="720"/>
        <w:jc w:val="center"/>
      </w:pPr>
      <w:r>
        <w:rPr>
          <w:rFonts w:ascii="Georgia" w:hAnsi="Georgia" w:cs="Georgia" w:eastAsia="Georgia"/>
          <w:b w:val="0"/>
          <w:i/>
          <w:sz w:val="22"/>
        </w:rPr>
        <w:t>assist you). (Aal-e-Imraan, Aayat 124) "Assuredly! If you have Sabr and</w:t>
      </w:r>
    </w:p>
    <w:p>
      <w:pPr>
        <w:spacing w:before="120" w:after="120" w:line="300" w:lineRule="exact"/>
        <w:ind w:left="720" w:right="720"/>
        <w:jc w:val="center"/>
      </w:pPr>
      <w:r>
        <w:rPr>
          <w:rFonts w:ascii="Georgia" w:hAnsi="Georgia" w:cs="Georgia" w:eastAsia="Georgia"/>
          <w:b w:val="0"/>
          <w:i/>
          <w:sz w:val="22"/>
        </w:rPr>
        <w:t>adopt Taqwa, and if the enemy now suddenly attacks you, your Rabb will</w:t>
      </w:r>
    </w:p>
    <w:p>
      <w:pPr>
        <w:spacing w:before="0" w:after="120" w:line="300" w:lineRule="exact"/>
        <w:jc w:val="both"/>
      </w:pPr>
      <w:r>
        <w:rPr>
          <w:rFonts w:ascii="Georgia" w:hAnsi="Georgia" w:cs="Georgia" w:eastAsia="Georgia"/>
          <w:b w:val="0"/>
          <w:i w:val="0"/>
          <w:sz w:val="22"/>
        </w:rPr>
        <w:t>aid you with five thousand Malaaikah in uniform." (Aal-e-Imraan, Aayat 125) Victory in the battlefield for the Mu'mineen is not reliant on numerical and military superiority. The Very Same Allah Azza Wa Jal Who granted the small rag-tag band of 313 Sahaabah a resounding victory over a vastly superior army at Badr, is present today. His Nusrat is ever present.</w:t>
      </w:r>
    </w:p>
    <w:p>
      <w:pPr>
        <w:spacing w:before="0" w:after="120" w:line="300" w:lineRule="exact"/>
        <w:jc w:val="both"/>
      </w:pPr>
      <w:r>
        <w:rPr>
          <w:rFonts w:ascii="Georgia" w:hAnsi="Georgia" w:cs="Georgia" w:eastAsia="Georgia"/>
          <w:b w:val="0"/>
          <w:i w:val="0"/>
          <w:sz w:val="22"/>
        </w:rPr>
        <w:t>However, the condition for Allah's Aid which He dispatches in a variety of ways, is dependent on a high standard of Taqwa. Divine aid is commensurate to Taqwa. The defeats and humiliation of Muslims are clear signs of Allah's displeasure with us. Muslims are not befitting of Divine Aid, hence the kuffaar dominate. Drones, B52 bombers and the most sophisticated nuclear weapons cannot combat and thwart Divine Aid if Allah Ta'ala wills His Nusrat to bolster the Mu'mineen.</w:t>
      </w:r>
    </w:p>
    <w:p>
      <w:pPr>
        <w:spacing w:before="0" w:after="120" w:line="300" w:lineRule="exact"/>
        <w:jc w:val="both"/>
      </w:pPr>
      <w:r>
        <w:rPr>
          <w:rFonts w:ascii="Georgia" w:hAnsi="Georgia" w:cs="Georgia" w:eastAsia="Georgia"/>
          <w:b w:val="0"/>
          <w:i w:val="0"/>
          <w:sz w:val="22"/>
        </w:rPr>
        <w:t>But, Muslims do not qualify for such Aid of Allah Ta'ala which could grant them decisive victory over the kuffaar. While there is a semblance of the outer facade of the Deen among the Taliban, the rest of the Ummah appear like Yahood and Nasaara in every aspect of life. Fisq, Fujoor, Bid'ah and even kufr predominate Muslim life. How is it then possible for Allah's Aid to descend on us?</w:t>
      </w:r>
    </w:p>
    <w:p>
      <w:pPr>
        <w:spacing w:before="0" w:after="120" w:line="300" w:lineRule="exact"/>
        <w:jc w:val="both"/>
      </w:pPr>
      <w:r>
        <w:rPr>
          <w:rFonts w:ascii="Georgia" w:hAnsi="Georgia" w:cs="Georgia" w:eastAsia="Georgia"/>
          <w:b w:val="0"/>
          <w:i w:val="0"/>
          <w:sz w:val="22"/>
        </w:rPr>
        <w:t>Morally the Ummah is rotten to the core. Spiritually the Ummah is bankrupt. It is therefore insolence to expect the type of Divine Aid with which Allah Ta'ala had blessed the early Muslims. Since the vast majority – in fact 99% – of today's Muslim Ummah is snug and contented with the immoral western life style, Allah Ta'ala has made the West our rulers.</w:t>
      </w:r>
    </w:p>
    <w:p>
      <w:pPr>
        <w:spacing w:before="0" w:after="120" w:line="300" w:lineRule="exact"/>
        <w:jc w:val="both"/>
      </w:pPr>
      <w:r>
        <w:rPr>
          <w:rFonts w:ascii="Georgia" w:hAnsi="Georgia" w:cs="Georgia" w:eastAsia="Georgia"/>
          <w:b w:val="0"/>
          <w:i w:val="0"/>
          <w:sz w:val="22"/>
        </w:rPr>
        <w:t>They are the reflections of our villainy and treachery. Rasulullah (sallallahu alayhi wasallam) said: "Your deeds are your rulers." We have appointed the western kuffaar as our leaders, hence Allah Ta'ala has made them our rulers to oppress us, and this is Allah's Athaab.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Kobane Devastation - ISIS FITNAH</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By Quentin Sommerville BBC News, Kobane The BBC's Quentin Sommerville in Kobane: "Destruction is everywhere" At the edge of Freedom Square, in the centre of Kobane, you witness the full cost of the stand taken here against the Islamic State (IS), and it is humbling. Looking east, the devastation is near complete. Every building, home, shop and street is ruined.</w:t>
      </w:r>
    </w:p>
    <w:p>
      <w:pPr>
        <w:spacing w:before="0" w:after="120" w:line="300" w:lineRule="exact"/>
        <w:jc w:val="both"/>
      </w:pPr>
      <w:r>
        <w:rPr>
          <w:rFonts w:ascii="Georgia" w:hAnsi="Georgia" w:cs="Georgia" w:eastAsia="Georgia"/>
          <w:b w:val="0"/>
          <w:i w:val="0"/>
          <w:sz w:val="22"/>
        </w:rPr>
        <w:t>On a wall, above the collapsed lecture theatre of the city's cultural centre, an IS sniper, Abu Tarab, has written in Arabic a promise to the town: "Blood, blood, beheading, destruction." IS delivered on part of his promise, but not fully. Kobane is broken, but it is not beaten. The last word goes to the Kurds. Underneath the IS graffiti, a fighter has written: "Kobane is the graveyard of the Islamic State." A few yards away the corpses of three IS fighters rot beside the crater from a coalition airstrike.</w:t>
      </w:r>
    </w:p>
    <w:p>
      <w:pPr>
        <w:spacing w:before="0" w:after="120" w:line="300" w:lineRule="exact"/>
        <w:jc w:val="both"/>
      </w:pPr>
      <w:r>
        <w:rPr>
          <w:rFonts w:ascii="Georgia" w:hAnsi="Georgia" w:cs="Georgia" w:eastAsia="Georgia"/>
          <w:b w:val="0"/>
          <w:i w:val="0"/>
          <w:sz w:val="22"/>
        </w:rPr>
        <w:t>The force of the blast tore them to pieces - a skull lies in the gutter. Much of Kobane has been razed to the ground by the fighting. Throughout the town heavy steel mortars, many still live, can be seen rusting in the streets. A graffiti war-of-words between the two sides adorns walls in the town Danger all around For months IS and the Kurds faced each other, sometimes just yards apart.</w:t>
      </w:r>
    </w:p>
    <w:p>
      <w:pPr>
        <w:spacing w:before="0" w:after="120" w:line="300" w:lineRule="exact"/>
        <w:jc w:val="both"/>
      </w:pPr>
      <w:r>
        <w:rPr>
          <w:rFonts w:ascii="Georgia" w:hAnsi="Georgia" w:cs="Georgia" w:eastAsia="Georgia"/>
          <w:b w:val="0"/>
          <w:i w:val="0"/>
          <w:sz w:val="22"/>
        </w:rPr>
        <w:t>There are still plenty of dangers here. Throughout the town, heavy steel mortars, still live, are rusting in the streets. Almost comically, a tailfin protrudes from a wall or a pavement. IS may be gone, but it is not safe for people to return yet. "These streets tell that with foreign help IS can be defeated, but only at great sacrifice" It is the Kurds who are left standing, some with trophies from the fight.</w:t>
      </w:r>
    </w:p>
    <w:p>
      <w:pPr>
        <w:spacing w:before="0" w:after="120" w:line="300" w:lineRule="exact"/>
        <w:jc w:val="both"/>
      </w:pPr>
      <w:r>
        <w:rPr>
          <w:rFonts w:ascii="Georgia" w:hAnsi="Georgia" w:cs="Georgia" w:eastAsia="Georgia"/>
          <w:b w:val="0"/>
          <w:i w:val="0"/>
          <w:sz w:val="22"/>
        </w:rPr>
        <w:t>I meet one fighter who proudly unfolds an IS flag from his jacket. He tells me the 'jihadists' used car bombs, packed with explosives to target Kurdish checkpoints. More than 40 car bombs in total, "that's more than they used in Mosul", says another man. From the same Iraqi city, the militants brought heavy weaponry, artillery and tanks, for the fight here.</w:t>
      </w:r>
    </w:p>
    <w:p>
      <w:pPr>
        <w:spacing w:before="0" w:after="120" w:line="300" w:lineRule="exact"/>
        <w:jc w:val="both"/>
      </w:pPr>
      <w:r>
        <w:rPr>
          <w:rFonts w:ascii="Georgia" w:hAnsi="Georgia" w:cs="Georgia" w:eastAsia="Georgia"/>
          <w:b w:val="0"/>
          <w:i w:val="0"/>
          <w:sz w:val="22"/>
        </w:rPr>
        <w:t>Hundreds of Kurds died in the battles, but more than 1,000 IS fighters perished. Months of fierce fighting have given way to an eerie silence in the town. Artillery bombardment and street-by-street clashes have left few buildings intact. This bleak, makeshift cemetery has become a resting place for fallen Kurdish fighters Most of its people fled Kobane.</w:t>
      </w:r>
    </w:p>
    <w:p>
      <w:pPr>
        <w:spacing w:before="0" w:after="120" w:line="300" w:lineRule="exact"/>
        <w:jc w:val="both"/>
      </w:pPr>
      <w:r>
        <w:rPr>
          <w:rFonts w:ascii="Georgia" w:hAnsi="Georgia" w:cs="Georgia" w:eastAsia="Georgia"/>
          <w:b w:val="0"/>
          <w:i w:val="0"/>
          <w:sz w:val="22"/>
        </w:rPr>
        <w:t>Those who stayed draped curtains across the roads, to hide out of sight of IS snipers. Throughout the fighting, enduring the cold and the dark, Rahima and her 12 children and grandchildren would not leave. "We faced difficulties," she said. "We were hungry, we were thirsty but we are no different from the fighters. "They stayed, and we stayed - we were in the basement, when they had food they shared it with us.</w:t>
      </w:r>
    </w:p>
    <w:p>
      <w:pPr>
        <w:spacing w:before="0" w:after="120" w:line="300" w:lineRule="exact"/>
        <w:jc w:val="both"/>
      </w:pPr>
      <w:r>
        <w:rPr>
          <w:rFonts w:ascii="Georgia" w:hAnsi="Georgia" w:cs="Georgia" w:eastAsia="Georgia"/>
          <w:b w:val="0"/>
          <w:i w:val="0"/>
          <w:sz w:val="22"/>
        </w:rPr>
        <w:t>It was hard, but thank God, we knew we would win." Her grand-daughter, Leyla, sits up proudly, when I ask her if she was afraid. "Those who haven't seen the evil that took place here, will see it now," the 12-year-old said. Heavy price There is silence now in the town and what is left of its streets, with only occasional gunfire underlying the fact that Kobane is at peace.</w:t>
      </w:r>
    </w:p>
    <w:p>
      <w:pPr>
        <w:spacing w:before="0" w:after="120" w:line="300" w:lineRule="exact"/>
        <w:jc w:val="both"/>
      </w:pPr>
      <w:r>
        <w:rPr>
          <w:rFonts w:ascii="Georgia" w:hAnsi="Georgia" w:cs="Georgia" w:eastAsia="Georgia"/>
          <w:b w:val="0"/>
          <w:i w:val="0"/>
          <w:sz w:val="22"/>
        </w:rPr>
        <w:t>Kobane will require a huge rebuilding effort Kurdish fighters are now consolidating their hold over the town. But driving the IS from here came at tremendous cost. Hundreds of coalition airstrikes have flattened most of the town. And the IS did not go far, they are less than five miles (8km) from here. So while Kobane has been liberated, the fight against the militants goes on.</w:t>
      </w:r>
    </w:p>
    <w:p>
      <w:pPr>
        <w:spacing w:before="0" w:after="120" w:line="300" w:lineRule="exact"/>
        <w:jc w:val="both"/>
      </w:pPr>
      <w:r>
        <w:rPr>
          <w:rFonts w:ascii="Georgia" w:hAnsi="Georgia" w:cs="Georgia" w:eastAsia="Georgia"/>
          <w:b w:val="0"/>
          <w:i w:val="0"/>
          <w:sz w:val="22"/>
        </w:rPr>
        <w:t>In the west, between buildings that were once under construction, a graveyard for Kurdish martyrs occupies the mud. Most of the population fled the advancing IS forces, but some families who stayed managed to survive. Two small girls play nearby. They giggle and laugh, and sing a song, "the fighters are coming, the fighters are coming", over and over again.</w:t>
      </w:r>
    </w:p>
    <w:p>
      <w:pPr>
        <w:spacing w:before="0" w:after="120" w:line="300" w:lineRule="exact"/>
        <w:jc w:val="both"/>
      </w:pPr>
      <w:r>
        <w:rPr>
          <w:rFonts w:ascii="Georgia" w:hAnsi="Georgia" w:cs="Georgia" w:eastAsia="Georgia"/>
          <w:b w:val="0"/>
          <w:i w:val="0"/>
          <w:sz w:val="22"/>
        </w:rPr>
        <w:t>I head east, closer to the front lines. Here the Kurdish fighters are young and determined. But still on three sides, they are nearly surrounded by the IS. "The town has been liberated. It's a big victory. But the bigger win will be to free all the villages around Kobane," a fighter says. "We will never allow a single IS fighter to survive in Kobane, in any villages and any- where in our land." Back at the green gate, by the railway line that separates Syria and Turkey, the sound of coalition aircraft can be heard overhead.</w:t>
      </w:r>
    </w:p>
    <w:p>
      <w:pPr>
        <w:spacing w:before="0" w:after="120" w:line="300" w:lineRule="exact"/>
        <w:jc w:val="both"/>
      </w:pPr>
      <w:r>
        <w:rPr>
          <w:rFonts w:ascii="Georgia" w:hAnsi="Georgia" w:cs="Georgia" w:eastAsia="Georgia"/>
          <w:b w:val="0"/>
          <w:i w:val="0"/>
          <w:sz w:val="22"/>
        </w:rPr>
        <w:t>It is dark and there is low cloud, but suddenly, four loud and distant explosions. On the frontline to the west, the war against IS continues. It is a war for which the battle for Kobane will be remembered. These streets tell, that with foreign help, IS can be defeated - but only at great sacrifice.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SENSIBLE COMMENTS BY NON-MUSLIMS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 Where does ISIS find the dupes to fight in this war which is completely against the interests of Arabs, Muslims, and the Middle East? * Where does the US and UK find the dupes to take the other side of the fight against ISIS when this whole phoney war is counter to the financial interests and freedoms of the West? The answer: dumb rednecks are a part of the human condition, and you can always trick these half-baked individuals who think they know more than they do, both Muslim and Christian, into fighting each other over false flag events designed to trigger their macho pride.</w:t>
      </w:r>
    </w:p>
    <w:p>
      <w:pPr>
        <w:spacing w:before="0" w:after="120" w:line="300" w:lineRule="exact"/>
        <w:jc w:val="both"/>
      </w:pPr>
      <w:r>
        <w:rPr>
          <w:rFonts w:ascii="Georgia" w:hAnsi="Georgia" w:cs="Georgia" w:eastAsia="Georgia"/>
          <w:b w:val="0"/>
          <w:i w:val="0"/>
          <w:sz w:val="22"/>
        </w:rPr>
        <w:t>Ignorance is the enemy. * One can easily see how ISIS can fit in the Plan for a New American Century (PNAC) making a self-fulfilling prophecy. Until 'democracy' is brought to the Middle East by underhandedly supplying the so called 'enemy' with arms, they re-invent themselves. The media is always there too say they are good here and bad there, while they are still the product of the US, UK and Israeli intelligence services... * "The first thing I notice is that this fits in with the plans of the 'powers that be' to divide up Iraq into Kurdish, Sunni, and Shia mini states similar to the division of Yugoslavia.</w:t>
      </w:r>
    </w:p>
    <w:p>
      <w:pPr>
        <w:spacing w:before="0" w:after="120" w:line="300" w:lineRule="exact"/>
        <w:jc w:val="both"/>
      </w:pPr>
      <w:r>
        <w:rPr>
          <w:rFonts w:ascii="Georgia" w:hAnsi="Georgia" w:cs="Georgia" w:eastAsia="Georgia"/>
          <w:b w:val="0"/>
          <w:i w:val="0"/>
          <w:sz w:val="22"/>
        </w:rPr>
        <w:t>It appears quite true that the US and Saudi Arabia created the conditions necessary for IS to grow into its present condition. Maliki was not being a compliant enough puppet so he's gone. So forth according to plan. The training of jihadis in Jordan, the support with weapons and money were necessary to get it started. Looking another way though, Arabs killing Arabs is a big part of the plan and IS certainly fits there. * The only way to secure the knowledge and training is from a major military power.</w:t>
      </w:r>
    </w:p>
    <w:p>
      <w:pPr>
        <w:spacing w:before="0" w:after="120" w:line="300" w:lineRule="exact"/>
        <w:jc w:val="both"/>
      </w:pPr>
      <w:r>
        <w:rPr>
          <w:rFonts w:ascii="Georgia" w:hAnsi="Georgia" w:cs="Georgia" w:eastAsia="Georgia"/>
          <w:b w:val="0"/>
          <w:i w:val="0"/>
          <w:sz w:val="22"/>
        </w:rPr>
        <w:t>Look at the "leadership" of ISIS. There are easily identified and traceable links between these guys and Israel. Hell a lot of these mercs have been treated in Israeli hospitals. But again lets assume for the moment that these guys are really what the Zionist media claims they are. We are to believe that they are smart enough, well trained enough and well financed enough to out fight Israel and the US with its allies.</w:t>
      </w:r>
    </w:p>
    <w:p>
      <w:pPr>
        <w:spacing w:before="0" w:after="120" w:line="300" w:lineRule="exact"/>
        <w:jc w:val="both"/>
      </w:pPr>
      <w:r>
        <w:rPr>
          <w:rFonts w:ascii="Georgia" w:hAnsi="Georgia" w:cs="Georgia" w:eastAsia="Georgia"/>
          <w:b w:val="0"/>
          <w:i w:val="0"/>
          <w:sz w:val="22"/>
        </w:rPr>
        <w:t>And yet virtually every major action it has taken to date has served...........Israel and its ambitions in the region. For a group of guys who are being held up as real threats, they sure are dumb. Like every other crime always look at: means, motive, opportunity and WHO BENEFITS. Israel is the only name on that list other than the Zionists/ neocons in DC. * At best, the US, UK and Israeli Intelligence monitored every step of ISSI because the "Embassy " is a huge Intelligence gathering HQ including FBI CIA and prob.</w:t>
      </w:r>
    </w:p>
    <w:p>
      <w:pPr>
        <w:spacing w:before="0" w:after="120" w:line="300" w:lineRule="exact"/>
        <w:jc w:val="both"/>
      </w:pPr>
      <w:r>
        <w:rPr>
          <w:rFonts w:ascii="Georgia" w:hAnsi="Georgia" w:cs="Georgia" w:eastAsia="Georgia"/>
          <w:b w:val="0"/>
          <w:i w:val="0"/>
          <w:sz w:val="22"/>
        </w:rPr>
        <w:t>Mossad that WIRE TAPS all IRAQI Communication, Cell phones, computers etc. and they use drones. So it is Inconceivable they didn't see what was happening, during the take over of City after city or they control them. * I understand that ISIS is a product of - and peopled by - agents of our very own NWO team who want to OWN everything - you, me, everyone, all the world's resources and so on... with a little help from ISrael.</w:t>
      </w:r>
    </w:p>
    <w:p>
      <w:pPr>
        <w:spacing w:before="0" w:after="120" w:line="300" w:lineRule="exact"/>
        <w:jc w:val="both"/>
      </w:pPr>
      <w:r>
        <w:rPr>
          <w:rFonts w:ascii="Georgia" w:hAnsi="Georgia" w:cs="Georgia" w:eastAsia="Georgia"/>
          <w:b w:val="0"/>
          <w:i w:val="0"/>
          <w:sz w:val="22"/>
        </w:rPr>
        <w:t>Was that information false?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THE IMPOTENT CARDBOARD 'CALIPHATE'</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With considerable rotomontade, ISIS has threatened to attack Russia, U.S.A. and Spain. Yet, Baghdad is on its doorstep. While it had made a spectacular capture of Mosul, Iraq's second largest city, it has miserably failed to take Baghdad or even attempt to take it. While it speaks of invading Spain, its silence about Jerusalem and Israel is deafening.</w:t>
      </w:r>
    </w:p>
    <w:p>
      <w:pPr>
        <w:spacing w:before="0" w:after="120" w:line="300" w:lineRule="exact"/>
        <w:jc w:val="both"/>
      </w:pPr>
      <w:r>
        <w:rPr>
          <w:rFonts w:ascii="Georgia" w:hAnsi="Georgia" w:cs="Georgia" w:eastAsia="Georgia"/>
          <w:b w:val="0"/>
          <w:i w:val="0"/>
          <w:sz w:val="22"/>
        </w:rPr>
        <w:t>The capture of Mosul was a canard – a charade orchestrated by the U.S. While ISIS was solely instrumental for the complete devastation and destruction of the Muslim town of Kobane –Kurds are Hanafi Muslims - it has not shown the slightest intention of aiding Hamas against Israel, or to attempt or speak of an attempt to take Jerusalem. The puzzle is riddled with conundrums all indicating the hand of U.S. conspiracy.</w:t>
      </w:r>
    </w:p>
    <w:p>
      <w:pPr>
        <w:spacing w:before="0" w:after="120" w:line="300" w:lineRule="exact"/>
        <w:jc w:val="both"/>
      </w:pPr>
      <w:r>
        <w:rPr>
          <w:rFonts w:ascii="Georgia" w:hAnsi="Georgia" w:cs="Georgia" w:eastAsia="Georgia"/>
          <w:b w:val="0"/>
          <w:i w:val="0"/>
          <w:sz w:val="22"/>
        </w:rPr>
        <w:t>While Assad has been given the respite he required, and Israel is no where in the rhetoric of ISIS, this barbaric group goes on a spree of killing Muslims, and also nonMuslims unjustly and in total conflict with the Shariah. The moron, American 'caliph' Simon, while making stupid sounds about attacking Spain and Russia, portrays a conspicuous sheepish silence about the immediate targets which are imperative to give credence to a genuine Khilaafate established by Allah Azza Wa Jal for the Sake of elevating the Deen.</w:t>
      </w:r>
    </w:p>
    <w:p>
      <w:pPr>
        <w:spacing w:before="0" w:after="120" w:line="300" w:lineRule="exact"/>
        <w:jc w:val="both"/>
      </w:pPr>
      <w:r>
        <w:rPr>
          <w:rFonts w:ascii="Georgia" w:hAnsi="Georgia" w:cs="Georgia" w:eastAsia="Georgia"/>
          <w:b w:val="0"/>
          <w:i w:val="0"/>
          <w:sz w:val="22"/>
        </w:rPr>
        <w:t>Spain and Russia in the current context are the laughable, ludicrous and stupid blabbering of a cardboard 'caliph'. Such blabber is perhaps designed to divert the attention of his moron supporters and of brainless members of the Ummah, from doorstep targets which are beyond his reach. Baghdad, Aleppo, Damascus, Amman, Jerusalem, Tel Aviv, Cairo, etc. are all legitimate targets within the reach of a genuine Khalifah who is the true Representative of Allah Azza Wa Jal.</w:t>
      </w:r>
    </w:p>
    <w:p>
      <w:pPr>
        <w:spacing w:before="0" w:after="120" w:line="300" w:lineRule="exact"/>
        <w:jc w:val="both"/>
      </w:pPr>
      <w:r>
        <w:rPr>
          <w:rFonts w:ascii="Georgia" w:hAnsi="Georgia" w:cs="Georgia" w:eastAsia="Georgia"/>
          <w:b w:val="0"/>
          <w:i w:val="0"/>
          <w:sz w:val="22"/>
        </w:rPr>
        <w:t>After a year since the establishment of the C.I.A. 'caliphate', 'caliph' Simon has made no viable territorial and political advance. Capturing undefended nearby villages and suburbs does not qualify as gains or expansion. Capture of Baghdad will bestow some credibility to 'caliph' Simon. But this is an issue which only the U.S. can decide for the 'caliph'.</w:t>
      </w:r>
    </w:p>
    <w:p>
      <w:pPr>
        <w:spacing w:before="0" w:after="120" w:line="300" w:lineRule="exact"/>
        <w:jc w:val="both"/>
      </w:pPr>
      <w:r>
        <w:rPr>
          <w:rFonts w:ascii="Georgia" w:hAnsi="Georgia" w:cs="Georgia" w:eastAsia="Georgia"/>
          <w:b w:val="0"/>
          <w:i w:val="0"/>
          <w:sz w:val="22"/>
        </w:rPr>
        <w:t>The miserable 'caliph' Simon failed in the very first real battle since proclaiming himself the 'caliph' – Kobane. ISIS failed to capture the rown of Kobane while it captured the huge City of Mosul which was supposed to have been defended by 36,000 troops all trained and armed by the U.S.A. Surely, men of intelligence don't only smell a rat.</w:t>
      </w:r>
    </w:p>
    <w:p>
      <w:pPr>
        <w:spacing w:before="0" w:after="120" w:line="300" w:lineRule="exact"/>
        <w:jc w:val="both"/>
      </w:pPr>
      <w:r>
        <w:rPr>
          <w:rFonts w:ascii="Georgia" w:hAnsi="Georgia" w:cs="Georgia" w:eastAsia="Georgia"/>
          <w:b w:val="0"/>
          <w:i w:val="0"/>
          <w:sz w:val="22"/>
        </w:rPr>
        <w:t>They can see the conspicuous manifestation of villainy and conspiracy. The only 'gains', ISIS has made was to abduct and slaughter civilians and its own Jabhatun Nusrah brethren. In brief, if this cardboard 'caliphate' had any Islamic reality, by this time the entire Middle East would have been overrun and annexed to a rapidly expanding Islamic Empire whose forces would be unstoppable in their advance by any coalition formed by the worlds kuffaar powers aided by their surrogate so-called Muslim states.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FALSE FLAG CHARLIE HEBDO PLOT</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An informed Westerner presenting his theory on the Charlie Hebdo conspiracy says: "The fact is that the Anglo Zionists have carefully and lovingly nurtured, organized, armed, financed, trained, equipped and even directed the Takfiri crazies for decades. From the war in Afghanistan to Syria today these murderous psychopaths have been the foot-soldiers of the Anglo Zionist Empire for decades.</w:t>
      </w:r>
    </w:p>
    <w:p>
      <w:pPr>
        <w:spacing w:before="0" w:after="120" w:line="300" w:lineRule="exact"/>
        <w:jc w:val="both"/>
      </w:pPr>
      <w:r>
        <w:rPr>
          <w:rFonts w:ascii="Georgia" w:hAnsi="Georgia" w:cs="Georgia" w:eastAsia="Georgia"/>
          <w:b w:val="0"/>
          <w:i w:val="0"/>
          <w:sz w:val="22"/>
        </w:rPr>
        <w:t>But, apparently, nobody cares about their victims in Afghanistan, in Bosnia, in Chechnia, in Kosovo, in Libya, in Kurdistan, in Iraq or elsewhere. There, these liver-eating murderers are" freedom fighters" who get full support. Including from the very same media which today is in mourning over Charlie Hebdo. Apparently, in the western ethos some victims are more equal then others And when is the last time somebody in Europe shed a single tear over the daily murders of innocent people in the Donbass whose murder is paid for and directly directed by the western regimes?</w:t>
      </w:r>
    </w:p>
    <w:p>
      <w:pPr>
        <w:spacing w:before="0" w:after="120" w:line="300" w:lineRule="exact"/>
        <w:jc w:val="both"/>
      </w:pPr>
      <w:r>
        <w:rPr>
          <w:rFonts w:ascii="Georgia" w:hAnsi="Georgia" w:cs="Georgia" w:eastAsia="Georgia"/>
          <w:b w:val="0"/>
          <w:i w:val="0"/>
          <w:sz w:val="22"/>
        </w:rPr>
        <w:t>How stupid do they think we are? And then this. Even a drooling idiot knew that Charlie Hebdo was THE prime target for that kind of attack. And I promise you that French cops are not drooling idiots. Yet, for some reason, they were nowhere to be seen that day. Only a van with two (or one?) cop was parked nearby (hardly an anti-terrorist protection detail) and one poor cop was shot and then executed with an AK shot to the head while he was begging for mercy.</w:t>
      </w:r>
    </w:p>
    <w:p>
      <w:pPr>
        <w:spacing w:before="0" w:after="120" w:line="300" w:lineRule="exact"/>
        <w:jc w:val="both"/>
      </w:pPr>
      <w:r>
        <w:rPr>
          <w:rFonts w:ascii="Georgia" w:hAnsi="Georgia" w:cs="Georgia" w:eastAsia="Georgia"/>
          <w:b w:val="0"/>
          <w:i w:val="0"/>
          <w:sz w:val="22"/>
        </w:rPr>
        <w:t>Is this the best the French state can do? So what is going on here? I will tell you what - the EU leaders are now capitalizing on these murders to crack down on their own population. Sarkozy already met Hollande and they both agreed that new levels of firmness and vigilance need to be implemented Does that not reek of a French 9/11? So no, I am most definite- ly NOT Charlie this morning and I am disgusted beyond words with the obscene display of double-plus-goodthinking "solidarity" for a group of "caviar-lefties" who made their money spitting in the souls of billions of people and then dared them to do something about it.</w:t>
      </w:r>
    </w:p>
    <w:p>
      <w:pPr>
        <w:spacing w:before="0" w:after="120" w:line="300" w:lineRule="exact"/>
        <w:jc w:val="both"/>
      </w:pPr>
      <w:r>
        <w:rPr>
          <w:rFonts w:ascii="Georgia" w:hAnsi="Georgia" w:cs="Georgia" w:eastAsia="Georgia"/>
          <w:b w:val="0"/>
          <w:i w:val="0"/>
          <w:sz w:val="22"/>
        </w:rPr>
        <w:t>And I am under no illusion whatsoever about the fact that cui bono clearly indicates that the French regime either organized it all, or let it happen or, at the very least, makes maximal political use of it all. But most of all, I am disgusted with all those who play along and studiously avoid asking the right questions about all this. I guess they really are "Charlies" all of them.</w:t>
      </w:r>
    </w:p>
    <w:p>
      <w:pPr>
        <w:spacing w:before="0" w:after="120" w:line="300" w:lineRule="exact"/>
        <w:jc w:val="both"/>
      </w:pPr>
      <w:r>
        <w:rPr>
          <w:rFonts w:ascii="Georgia" w:hAnsi="Georgia" w:cs="Georgia" w:eastAsia="Georgia"/>
          <w:b w:val="0"/>
          <w:i w:val="0"/>
          <w:sz w:val="22"/>
        </w:rPr>
        <w:t>I am not."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FLEEING GIRLS - WHY DON'T THEY APPREHEND THEM?</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It is reported that in recent months scores of Muslim girls from Britain, Australia and elsewhere have been spirited away from their homes by agents of ISIS. The governments of these countries voice hollow and hypocritical concern. While they proclaim abhorrence for girls linking up with ISIS, they practically do nothing to prevent these girls from leaving their home countries.</w:t>
      </w:r>
    </w:p>
    <w:p>
      <w:pPr>
        <w:spacing w:before="0" w:after="120" w:line="300" w:lineRule="exact"/>
        <w:jc w:val="both"/>
      </w:pPr>
      <w:r>
        <w:rPr>
          <w:rFonts w:ascii="Georgia" w:hAnsi="Georgia" w:cs="Georgia" w:eastAsia="Georgia"/>
          <w:b w:val="0"/>
          <w:i w:val="0"/>
          <w:sz w:val="22"/>
        </w:rPr>
        <w:t>The departure of every girl is documented by the security apparatus from the very day they leave their respective countries. They have the perfect profile for recognizing a girl ab- sconding from home to join ISIS. A young Muslim girl travelling alone with a bag or two to Turkey, confirms the ISIS stunts and trap into which the girl has been ensnared.</w:t>
      </w:r>
    </w:p>
    <w:p>
      <w:pPr>
        <w:spacing w:before="0" w:after="120" w:line="300" w:lineRule="exact"/>
        <w:jc w:val="both"/>
      </w:pPr>
      <w:r>
        <w:rPr>
          <w:rFonts w:ascii="Georgia" w:hAnsi="Georgia" w:cs="Georgia" w:eastAsia="Georgia"/>
          <w:b w:val="0"/>
          <w:i w:val="0"/>
          <w:sz w:val="22"/>
        </w:rPr>
        <w:t>The authorities give details of the girls and their points of departure. They are tracked and the intelligence agencies in Britain, Australia, Turkey and elsewhere are fully aware of the destination of the girls, yet they are allowed to proceed. Why are these girls not apprehended at the airports of departure? Why are they allowed to board the plane?</w:t>
      </w:r>
    </w:p>
    <w:p>
      <w:pPr>
        <w:spacing w:before="0" w:after="120" w:line="300" w:lineRule="exact"/>
        <w:jc w:val="both"/>
      </w:pPr>
      <w:r>
        <w:rPr>
          <w:rFonts w:ascii="Georgia" w:hAnsi="Georgia" w:cs="Georgia" w:eastAsia="Georgia"/>
          <w:b w:val="0"/>
          <w:i w:val="0"/>
          <w:sz w:val="22"/>
        </w:rPr>
        <w:t>Again, there is no mystery. All of these shenanigins are part of the American creation of ISIS.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'caliph's' Oil Wealth?</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ISIS now has control of at least seven oilfields. According to reports, approximately 40,000 barrels of oil a day are pumped out. At $25 per barrel – this is the price set by ISIS – the daily income of ISIS is $2 million. This fact is sufficient to confirm the conspiratorial establishment and existence of Simon's 'caliphate'. The oil is not dumped in the desert.</w:t>
      </w:r>
    </w:p>
    <w:p>
      <w:pPr>
        <w:spacing w:before="0" w:after="120" w:line="300" w:lineRule="exact"/>
        <w:jc w:val="both"/>
      </w:pPr>
      <w:r>
        <w:rPr>
          <w:rFonts w:ascii="Georgia" w:hAnsi="Georgia" w:cs="Georgia" w:eastAsia="Georgia"/>
          <w:b w:val="0"/>
          <w:i w:val="0"/>
          <w:sz w:val="22"/>
        </w:rPr>
        <w:t>There is a distribution network which sees to the oil reaching the buyers via Turkey and Jordan. How is it possible for ISIS to sell and deliver so much oil comfortably without its supply lines being disrupted by the U.S. and its coalition? No sane person can believe that the U.S.A., Saudi Arabia, Egypt and the coalition of 'enemies' of ISIS are afflicted with such intellectual density which precludes them all from awareness of the 'caliph's' oil network and the daily cash boodle of $2 million flowing into his coffers.</w:t>
      </w:r>
    </w:p>
    <w:p>
      <w:pPr>
        <w:spacing w:before="0" w:after="120" w:line="300" w:lineRule="exact"/>
        <w:jc w:val="both"/>
      </w:pPr>
      <w:r>
        <w:rPr>
          <w:rFonts w:ascii="Georgia" w:hAnsi="Georgia" w:cs="Georgia" w:eastAsia="Georgia"/>
          <w:b w:val="0"/>
          <w:i w:val="0"/>
          <w:sz w:val="22"/>
        </w:rPr>
        <w:t>Not so long ago, the U.S. with about 14 moron so-called 'Muslim' states met to devise ways for blocking money being laundered to the Taliban from foreign donors. Is it credible that these states are all so dumb that they do not even suspect the large amount of oil being transported daily via pipelines over hundreds of kilometres of desert terrain to U.S. coalition countries?</w:t>
      </w:r>
    </w:p>
    <w:p>
      <w:pPr>
        <w:spacing w:before="0" w:after="120" w:line="300" w:lineRule="exact"/>
        <w:jc w:val="both"/>
      </w:pPr>
      <w:r>
        <w:rPr>
          <w:rFonts w:ascii="Georgia" w:hAnsi="Georgia" w:cs="Georgia" w:eastAsia="Georgia"/>
          <w:b w:val="0"/>
          <w:i w:val="0"/>
          <w:sz w:val="22"/>
        </w:rPr>
        <w:t>And, are they all so impotent that they collectively fail to disrupt the flow of the oil to shut off the moneyroute? The oil fact is adequate evidence to confirm the U.S-ISIS conspiracy. Commenting on this farce, a western journalist wrote: "The Obama administration, meanwhile, prefers to excel at sanctioning Russia. If they were really serious at targeting The Caliph, they'd be following the money, deploying local intel to track where the money actually is (certainly not in a bank)....</w:t>
      </w:r>
    </w:p>
    <w:p>
      <w:pPr>
        <w:spacing w:before="0" w:after="120" w:line="300" w:lineRule="exact"/>
        <w:jc w:val="both"/>
      </w:pPr>
      <w:r>
        <w:rPr>
          <w:rFonts w:ascii="Georgia" w:hAnsi="Georgia" w:cs="Georgia" w:eastAsia="Georgia"/>
          <w:b w:val="0"/>
          <w:i w:val="0"/>
          <w:sz w:val="22"/>
        </w:rPr>
        <w:t>The "known known" – to quote Donald 'Rummy' Rumsfeld – in the Beltway 'debate' is that for the CIA and the Pentagon, fighting The Caliph is the absolutely perfect excuse to eventually impose regime change in both Iraq and Syria." The journalist overlooked a more salient fact than the 'invisible' money conduit, and that is the physical route – the pipelines through which millions of barrels of oil are pumped to reach their destination.</w:t>
      </w:r>
    </w:p>
    <w:p>
      <w:pPr>
        <w:spacing w:before="0" w:after="120" w:line="300" w:lineRule="exact"/>
        <w:jc w:val="both"/>
      </w:pPr>
      <w:r>
        <w:rPr>
          <w:rFonts w:ascii="Georgia" w:hAnsi="Georgia" w:cs="Georgia" w:eastAsia="Georgia"/>
          <w:b w:val="0"/>
          <w:i w:val="0"/>
          <w:sz w:val="22"/>
        </w:rPr>
        <w:t>The functioning of the oilfields is a known fact. The transport of the oil is a known fact. The exact location of the pipelines, all constructed by western companies, is a known fact. Yet the U.S. and its surrogate coalition feign stupidity and refrain from bombing these pipelines to effectively seal the money-line of ISIS!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 )*+ !*, -. (/'+0( </w:t>
      </w:r>
    </w:p>
    <w:p>
      <w:pPr>
        <w:spacing w:before="0" w:after="160" w:line="300" w:lineRule="exact"/>
        <w:jc w:val="center"/>
      </w:pPr>
      <w:r>
        <w:rPr>
          <w:rFonts w:ascii="Georgia" w:hAnsi="Georgia" w:cs="Georgia" w:eastAsia="Georgia"/>
          <w:b w:val="0"/>
          <w:i/>
          <w:sz w:val="16"/>
        </w:rPr>
        <w:t>Page 12 of the original</w:t>
      </w:r>
    </w:p>
    <w:p>
      <w:pPr>
        <w:spacing w:before="120" w:after="120" w:line="300" w:lineRule="exact"/>
        <w:ind w:left="720" w:right="720"/>
        <w:jc w:val="center"/>
      </w:pPr>
      <w:r>
        <w:rPr>
          <w:rFonts w:ascii="Georgia" w:hAnsi="Georgia" w:cs="Georgia" w:eastAsia="Georgia"/>
          <w:b w:val="0"/>
          <w:i/>
          <w:sz w:val="22"/>
        </w:rPr>
        <w:t>Stating the primary objective of political power, the Qur'aan Majeed</w:t>
      </w:r>
    </w:p>
    <w:p>
      <w:pPr>
        <w:spacing w:before="120" w:after="120" w:line="300" w:lineRule="exact"/>
        <w:ind w:left="720" w:right="720"/>
        <w:jc w:val="center"/>
      </w:pPr>
      <w:r>
        <w:rPr>
          <w:rFonts w:ascii="Georgia" w:hAnsi="Georgia" w:cs="Georgia" w:eastAsia="Georgia"/>
          <w:b w:val="0"/>
          <w:i/>
          <w:sz w:val="22"/>
        </w:rPr>
        <w:t>says: "If We grant them power (to rule) on earth, they establish Salaat, institute Zakaat, command virtue and prohibit evil. And, the ultimate</w:t>
      </w:r>
    </w:p>
    <w:p>
      <w:pPr>
        <w:spacing w:before="0" w:after="120" w:line="300" w:lineRule="exact"/>
        <w:jc w:val="both"/>
      </w:pPr>
      <w:r>
        <w:rPr>
          <w:rFonts w:ascii="Georgia" w:hAnsi="Georgia" w:cs="Georgia" w:eastAsia="Georgia"/>
          <w:b w:val="0"/>
          <w:i w:val="0"/>
          <w:sz w:val="22"/>
        </w:rPr>
        <w:t>victory is for the Muttaqeen."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Today in Syria and Iraq, there is no valid Shar'i Jihad.</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Today in Syria and Iraq, there is no valid Shar'i Jihad. The fight is all about killing Muslims. Muslims killing Muslims. This is not Jihad. This is our Satanism. The objective of Jihad is I'la Kalimatullah laah – to elevate the glory of Allah's Word – The Word which is Islam which Rasulullah (sallallahu alayhi wasallam) delivered for the eternal salvation of mankind and jinn kind – the salvation and success in the Aakhirah.</w:t>
      </w:r>
    </w:p>
    <w:p>
      <w:pPr>
        <w:spacing w:before="0" w:after="120" w:line="300" w:lineRule="exact"/>
        <w:jc w:val="both"/>
      </w:pPr>
      <w:r>
        <w:rPr>
          <w:rFonts w:ascii="Georgia" w:hAnsi="Georgia" w:cs="Georgia" w:eastAsia="Georgia"/>
          <w:b w:val="0"/>
          <w:i w:val="0"/>
          <w:sz w:val="22"/>
        </w:rPr>
        <w:t>This divine objective is attainable only by way of Da'wat – calling the kuffaar to the Deen, not by indiscriminately killing non-Muslims, a brutality which is now the hallmark of ISIS. In fact, killing Muslims has become a salient feature of this murderous American 'caliphate'. The objective of a valid Jihad is only to remove the impediments in the Path of Da'wat which is the actual objective of Nubuwwat.</w:t>
      </w:r>
    </w:p>
    <w:p>
      <w:pPr>
        <w:spacing w:before="0" w:after="120" w:line="300" w:lineRule="exact"/>
        <w:jc w:val="both"/>
      </w:pPr>
      <w:r>
        <w:rPr>
          <w:rFonts w:ascii="Georgia" w:hAnsi="Georgia" w:cs="Georgia" w:eastAsia="Georgia"/>
          <w:b w:val="0"/>
          <w:i w:val="0"/>
          <w:sz w:val="22"/>
        </w:rPr>
        <w:t>How is it ever possible for a brutal gang who mercilessly uproots settled nonMuslim communities and wantonly kills its people without any valid Shar'i reason, to ever spread the Deen? Indeed this American outfit is a 'caliphate' of thugs, perpetrating the worst acts of thuggery and banditry. They have no truck with Islam. No one should be duped into the shaitaani trap of ISIS proclaiming its false slogan of 'jihad'.</w:t>
      </w:r>
    </w:p>
    <w:p>
      <w:pPr>
        <w:spacing w:before="0" w:after="120" w:line="300" w:lineRule="exact"/>
        <w:jc w:val="both"/>
      </w:pPr>
      <w:r>
        <w:rPr>
          <w:rFonts w:ascii="Georgia" w:hAnsi="Georgia" w:cs="Georgia" w:eastAsia="Georgia"/>
          <w:b w:val="0"/>
          <w:i w:val="0"/>
          <w:sz w:val="22"/>
        </w:rPr>
        <w:t>There is currently no Jihad in the Syrian-Iraqi scenario.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