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42</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10 read from the PDF's own text, 28 read from the printed headline artwork, 0 taken from the Majlis's running head, and 17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555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99.34% of the original's words are present and 96.69%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BAND OF HAQ "There will ever remain a band from my Ummah fighting on the Haq until… (page 1) [no printed headline]</w:t>
      </w:r>
    </w:p>
    <w:p>
      <w:pPr>
        <w:spacing w:before="0" w:after="40" w:line="300" w:lineRule="exact"/>
        <w:jc w:val="left"/>
      </w:pPr>
      <w:r>
        <w:rPr>
          <w:rFonts w:ascii="Georgia" w:hAnsi="Georgia" w:cs="Georgia" w:eastAsia="Georgia"/>
          <w:b w:val="0"/>
          <w:i w:val="0"/>
          <w:sz w:val="20"/>
        </w:rPr>
        <w:t>2. 6 AIRCRAFT, (page 1)</w:t>
      </w:r>
    </w:p>
    <w:p>
      <w:pPr>
        <w:spacing w:before="0" w:after="40" w:line="300" w:lineRule="exact"/>
        <w:jc w:val="left"/>
      </w:pPr>
      <w:r>
        <w:rPr>
          <w:rFonts w:ascii="Georgia" w:hAnsi="Georgia" w:cs="Georgia" w:eastAsia="Georgia"/>
          <w:b w:val="0"/>
          <w:i w:val="0"/>
          <w:sz w:val="20"/>
        </w:rPr>
        <w:t>3. AND OTHER INSTALLATIONS (page 1)</w:t>
      </w:r>
    </w:p>
    <w:p>
      <w:pPr>
        <w:spacing w:before="0" w:after="40" w:line="300" w:lineRule="exact"/>
        <w:jc w:val="left"/>
      </w:pPr>
      <w:r>
        <w:rPr>
          <w:rFonts w:ascii="Georgia" w:hAnsi="Georgia" w:cs="Georgia" w:eastAsia="Georgia"/>
          <w:b w:val="0"/>
          <w:i w:val="0"/>
          <w:sz w:val="20"/>
        </w:rPr>
        <w:t>4. runway. (page 1) [no printed headline]</w:t>
      </w:r>
    </w:p>
    <w:p>
      <w:pPr>
        <w:spacing w:before="0" w:after="40" w:line="300" w:lineRule="exact"/>
        <w:jc w:val="left"/>
      </w:pPr>
      <w:r>
        <w:rPr>
          <w:rFonts w:ascii="Georgia" w:hAnsi="Georgia" w:cs="Georgia" w:eastAsia="Georgia"/>
          <w:b w:val="0"/>
          <w:i w:val="0"/>
          <w:sz w:val="20"/>
        </w:rPr>
        <w:t>5. GAZA: ISRAEL'S 'INVINCIBILITY' SHATTERED (page 1, 2)</w:t>
      </w:r>
    </w:p>
    <w:p>
      <w:pPr>
        <w:spacing w:before="0" w:after="40" w:line="300" w:lineRule="exact"/>
        <w:jc w:val="left"/>
      </w:pPr>
      <w:r>
        <w:rPr>
          <w:rFonts w:ascii="Georgia" w:hAnsi="Georgia" w:cs="Georgia" w:eastAsia="Georgia"/>
          <w:b w:val="0"/>
          <w:i w:val="0"/>
          <w:sz w:val="20"/>
        </w:rPr>
        <w:t>6. The recent brutal Israeli aerial attack on the Muslims of Gaza has met with dismal… (page 1, 11) [no printed headline]</w:t>
      </w:r>
    </w:p>
    <w:p>
      <w:pPr>
        <w:spacing w:before="0" w:after="40" w:line="300" w:lineRule="exact"/>
        <w:jc w:val="left"/>
      </w:pPr>
      <w:r>
        <w:rPr>
          <w:rFonts w:ascii="Georgia" w:hAnsi="Georgia" w:cs="Georgia" w:eastAsia="Georgia"/>
          <w:b w:val="0"/>
          <w:i w:val="0"/>
          <w:sz w:val="20"/>
        </w:rPr>
        <w:t>7. ENSLAVEMENT TO THE WEST IS 'EDUCATION' AND POLITICAL MATURITY' (page 2)</w:t>
      </w:r>
    </w:p>
    <w:p>
      <w:pPr>
        <w:spacing w:before="0" w:after="40" w:line="300" w:lineRule="exact"/>
        <w:jc w:val="left"/>
      </w:pPr>
      <w:r>
        <w:rPr>
          <w:rFonts w:ascii="Georgia" w:hAnsi="Georgia" w:cs="Georgia" w:eastAsia="Georgia"/>
          <w:b w:val="0"/>
          <w:i w:val="0"/>
          <w:sz w:val="20"/>
        </w:rPr>
        <w:t>8. BRUTALITY AND SAVAGERY (page 2, 4)</w:t>
      </w:r>
    </w:p>
    <w:p>
      <w:pPr>
        <w:spacing w:before="0" w:after="40" w:line="300" w:lineRule="exact"/>
        <w:jc w:val="left"/>
      </w:pPr>
      <w:r>
        <w:rPr>
          <w:rFonts w:ascii="Georgia" w:hAnsi="Georgia" w:cs="Georgia" w:eastAsia="Georgia"/>
          <w:b w:val="0"/>
          <w:i w:val="0"/>
          <w:sz w:val="20"/>
        </w:rPr>
        <w:t>9. "AN ABSOLUTE VICTORY" (page 2)</w:t>
      </w:r>
    </w:p>
    <w:p>
      <w:pPr>
        <w:spacing w:before="0" w:after="40" w:line="300" w:lineRule="exact"/>
        <w:jc w:val="left"/>
      </w:pPr>
      <w:r>
        <w:rPr>
          <w:rFonts w:ascii="Georgia" w:hAnsi="Georgia" w:cs="Georgia" w:eastAsia="Georgia"/>
          <w:b w:val="0"/>
          <w:i w:val="0"/>
          <w:sz w:val="20"/>
        </w:rPr>
        <w:t>10. SHAHEED NAATIQ (THE MARTYR WHO SPOKE) (page 2)</w:t>
      </w:r>
    </w:p>
    <w:p>
      <w:pPr>
        <w:spacing w:before="0" w:after="40" w:line="300" w:lineRule="exact"/>
        <w:jc w:val="left"/>
      </w:pPr>
      <w:r>
        <w:rPr>
          <w:rFonts w:ascii="Georgia" w:hAnsi="Georgia" w:cs="Georgia" w:eastAsia="Georgia"/>
          <w:b w:val="0"/>
          <w:i w:val="0"/>
          <w:sz w:val="20"/>
        </w:rPr>
        <w:t>11. Q. 108 Scholars have signed a fatwa (page 2)</w:t>
      </w:r>
    </w:p>
    <w:p>
      <w:pPr>
        <w:spacing w:before="0" w:after="40" w:line="300" w:lineRule="exact"/>
        <w:jc w:val="left"/>
      </w:pPr>
      <w:r>
        <w:rPr>
          <w:rFonts w:ascii="Georgia" w:hAnsi="Georgia" w:cs="Georgia" w:eastAsia="Georgia"/>
          <w:b w:val="0"/>
          <w:i w:val="0"/>
          <w:sz w:val="20"/>
        </w:rPr>
        <w:t>12. A SYMBOL OF DEFEAT FOR THE U.S. AND NATO (page 3)</w:t>
      </w:r>
    </w:p>
    <w:p>
      <w:pPr>
        <w:spacing w:before="0" w:after="40" w:line="300" w:lineRule="exact"/>
        <w:jc w:val="left"/>
      </w:pPr>
      <w:r>
        <w:rPr>
          <w:rFonts w:ascii="Georgia" w:hAnsi="Georgia" w:cs="Georgia" w:eastAsia="Georgia"/>
          <w:b w:val="0"/>
          <w:i w:val="0"/>
          <w:sz w:val="20"/>
        </w:rPr>
        <w:t>13. away. (page 3) [no printed headline]</w:t>
      </w:r>
    </w:p>
    <w:p>
      <w:pPr>
        <w:spacing w:before="0" w:after="40" w:line="300" w:lineRule="exact"/>
        <w:jc w:val="left"/>
      </w:pPr>
      <w:r>
        <w:rPr>
          <w:rFonts w:ascii="Georgia" w:hAnsi="Georgia" w:cs="Georgia" w:eastAsia="Georgia"/>
          <w:b w:val="0"/>
          <w:i w:val="0"/>
          <w:sz w:val="20"/>
        </w:rPr>
        <w:t>14. CAMP BASTION ATTACK: TALIBAN'S VIEW (page 3)</w:t>
      </w:r>
    </w:p>
    <w:p>
      <w:pPr>
        <w:spacing w:before="0" w:after="40" w:line="300" w:lineRule="exact"/>
        <w:jc w:val="left"/>
      </w:pPr>
      <w:r>
        <w:rPr>
          <w:rFonts w:ascii="Georgia" w:hAnsi="Georgia" w:cs="Georgia" w:eastAsia="Georgia"/>
          <w:b w:val="0"/>
          <w:i w:val="0"/>
          <w:sz w:val="20"/>
        </w:rPr>
        <w:t>15. AFTER ALL, IT WAS ALLAH'S 'RAG-TAG' ARMY (page 4)</w:t>
      </w:r>
    </w:p>
    <w:p>
      <w:pPr>
        <w:spacing w:before="0" w:after="40" w:line="300" w:lineRule="exact"/>
        <w:jc w:val="left"/>
      </w:pPr>
      <w:r>
        <w:rPr>
          <w:rFonts w:ascii="Georgia" w:hAnsi="Georgia" w:cs="Georgia" w:eastAsia="Georgia"/>
          <w:b w:val="0"/>
          <w:i w:val="0"/>
          <w:sz w:val="20"/>
        </w:rPr>
        <w:t>16. ALLAH'S (page 4)</w:t>
      </w:r>
    </w:p>
    <w:p>
      <w:pPr>
        <w:spacing w:before="0" w:after="40" w:line="300" w:lineRule="exact"/>
        <w:jc w:val="left"/>
      </w:pPr>
      <w:r>
        <w:rPr>
          <w:rFonts w:ascii="Georgia" w:hAnsi="Georgia" w:cs="Georgia" w:eastAsia="Georgia"/>
          <w:b w:val="0"/>
          <w:i w:val="0"/>
          <w:sz w:val="20"/>
        </w:rPr>
        <w:t>17. ALLAH IS IN CONTROL (page 4)</w:t>
      </w:r>
    </w:p>
    <w:p>
      <w:pPr>
        <w:spacing w:before="0" w:after="40" w:line="300" w:lineRule="exact"/>
        <w:jc w:val="left"/>
      </w:pPr>
      <w:r>
        <w:rPr>
          <w:rFonts w:ascii="Georgia" w:hAnsi="Georgia" w:cs="Georgia" w:eastAsia="Georgia"/>
          <w:b w:val="0"/>
          <w:i w:val="0"/>
          <w:sz w:val="20"/>
        </w:rPr>
        <w:t>18. (Aal-e-Imraan, aayat 26) "And, By Him are the keys of the unseen. (page 4) [no printed headline]</w:t>
      </w:r>
    </w:p>
    <w:p>
      <w:pPr>
        <w:spacing w:before="0" w:after="40" w:line="300" w:lineRule="exact"/>
        <w:jc w:val="left"/>
      </w:pPr>
      <w:r>
        <w:rPr>
          <w:rFonts w:ascii="Georgia" w:hAnsi="Georgia" w:cs="Georgia" w:eastAsia="Georgia"/>
          <w:b w:val="0"/>
          <w:i w:val="0"/>
          <w:sz w:val="20"/>
        </w:rPr>
        <w:t>19. 12 BILLION DOLLARS (page 4)</w:t>
      </w:r>
    </w:p>
    <w:p>
      <w:pPr>
        <w:spacing w:before="0" w:after="40" w:line="300" w:lineRule="exact"/>
        <w:jc w:val="left"/>
      </w:pPr>
      <w:r>
        <w:rPr>
          <w:rFonts w:ascii="Georgia" w:hAnsi="Georgia" w:cs="Georgia" w:eastAsia="Georgia"/>
          <w:b w:val="0"/>
          <w:i w:val="0"/>
          <w:sz w:val="20"/>
        </w:rPr>
        <w:t>20. N.D.S. (page 4) [no printed headline]</w:t>
      </w:r>
    </w:p>
    <w:p>
      <w:pPr>
        <w:spacing w:before="0" w:after="40" w:line="300" w:lineRule="exact"/>
        <w:jc w:val="left"/>
      </w:pPr>
      <w:r>
        <w:rPr>
          <w:rFonts w:ascii="Georgia" w:hAnsi="Georgia" w:cs="Georgia" w:eastAsia="Georgia"/>
          <w:b w:val="0"/>
          <w:i w:val="0"/>
          <w:sz w:val="20"/>
        </w:rPr>
        <w:t>21. KANDAHAR JAIL BREAKS (page 5)</w:t>
      </w:r>
    </w:p>
    <w:p>
      <w:pPr>
        <w:spacing w:before="0" w:after="40" w:line="300" w:lineRule="exact"/>
        <w:jc w:val="left"/>
      </w:pPr>
      <w:r>
        <w:rPr>
          <w:rFonts w:ascii="Georgia" w:hAnsi="Georgia" w:cs="Georgia" w:eastAsia="Georgia"/>
          <w:b w:val="0"/>
          <w:i w:val="0"/>
          <w:sz w:val="20"/>
        </w:rPr>
        <w:t>22. THEIR ADMISSIONS AND LAMENTS (page 5)</w:t>
      </w:r>
    </w:p>
    <w:p>
      <w:pPr>
        <w:spacing w:before="0" w:after="40" w:line="300" w:lineRule="exact"/>
        <w:jc w:val="left"/>
      </w:pPr>
      <w:r>
        <w:rPr>
          <w:rFonts w:ascii="Georgia" w:hAnsi="Georgia" w:cs="Georgia" w:eastAsia="Georgia"/>
          <w:b w:val="0"/>
          <w:i w:val="0"/>
          <w:sz w:val="20"/>
        </w:rPr>
        <w:t>23. THE CONSEQUENCES OF BRUTALITY (page 5)</w:t>
      </w:r>
    </w:p>
    <w:p>
      <w:pPr>
        <w:spacing w:before="0" w:after="40" w:line="300" w:lineRule="exact"/>
        <w:jc w:val="left"/>
      </w:pPr>
      <w:r>
        <w:rPr>
          <w:rFonts w:ascii="Georgia" w:hAnsi="Georgia" w:cs="Georgia" w:eastAsia="Georgia"/>
          <w:b w:val="0"/>
          <w:i w:val="0"/>
          <w:sz w:val="20"/>
        </w:rPr>
        <w:t>24. THE BRITISH-U.S.- (page 5)</w:t>
      </w:r>
    </w:p>
    <w:p>
      <w:pPr>
        <w:spacing w:before="0" w:after="40" w:line="300" w:lineRule="exact"/>
        <w:jc w:val="left"/>
      </w:pPr>
      <w:r>
        <w:rPr>
          <w:rFonts w:ascii="Georgia" w:hAnsi="Georgia" w:cs="Georgia" w:eastAsia="Georgia"/>
          <w:b w:val="0"/>
          <w:i w:val="0"/>
          <w:sz w:val="20"/>
        </w:rPr>
        <w:t>25. THE UMMAH'S DESTRUCTION (page 5)</w:t>
      </w:r>
    </w:p>
    <w:p>
      <w:pPr>
        <w:spacing w:before="0" w:after="40" w:line="300" w:lineRule="exact"/>
        <w:jc w:val="left"/>
      </w:pPr>
      <w:r>
        <w:rPr>
          <w:rFonts w:ascii="Georgia" w:hAnsi="Georgia" w:cs="Georgia" w:eastAsia="Georgia"/>
          <w:b w:val="0"/>
          <w:i w:val="0"/>
          <w:sz w:val="20"/>
        </w:rPr>
        <w:t>26. THE UPHEAVALS IN MUSLIM LANDS (page 5)</w:t>
      </w:r>
    </w:p>
    <w:p>
      <w:pPr>
        <w:spacing w:before="0" w:after="40" w:line="300" w:lineRule="exact"/>
        <w:jc w:val="left"/>
      </w:pPr>
      <w:r>
        <w:rPr>
          <w:rFonts w:ascii="Georgia" w:hAnsi="Georgia" w:cs="Georgia" w:eastAsia="Georgia"/>
          <w:b w:val="0"/>
          <w:i w:val="0"/>
          <w:sz w:val="20"/>
        </w:rPr>
        <w:t>27. "YOUR DEEDS ARE YOUR RULERS" (page 6)</w:t>
      </w:r>
    </w:p>
    <w:p>
      <w:pPr>
        <w:spacing w:before="0" w:after="40" w:line="300" w:lineRule="exact"/>
        <w:jc w:val="left"/>
      </w:pPr>
      <w:r>
        <w:rPr>
          <w:rFonts w:ascii="Georgia" w:hAnsi="Georgia" w:cs="Georgia" w:eastAsia="Georgia"/>
          <w:b w:val="0"/>
          <w:i w:val="0"/>
          <w:sz w:val="20"/>
        </w:rPr>
        <w:t>28. Nabi Isaa (alayhis salaam) said: "O my Rabb! (page 6) [no printed headline]</w:t>
      </w:r>
    </w:p>
    <w:p>
      <w:pPr>
        <w:spacing w:before="0" w:after="40" w:line="300" w:lineRule="exact"/>
        <w:jc w:val="left"/>
      </w:pPr>
      <w:r>
        <w:rPr>
          <w:rFonts w:ascii="Georgia" w:hAnsi="Georgia" w:cs="Georgia" w:eastAsia="Georgia"/>
          <w:b w:val="0"/>
          <w:i w:val="0"/>
          <w:sz w:val="20"/>
        </w:rPr>
        <w:t>29. "And, when We decide to destroy a place (town/city, i.e. (page 6) [no printed headline]</w:t>
      </w:r>
    </w:p>
    <w:p>
      <w:pPr>
        <w:spacing w:before="0" w:after="40" w:line="300" w:lineRule="exact"/>
        <w:jc w:val="left"/>
      </w:pPr>
      <w:r>
        <w:rPr>
          <w:rFonts w:ascii="Georgia" w:hAnsi="Georgia" w:cs="Georgia" w:eastAsia="Georgia"/>
          <w:b w:val="0"/>
          <w:i w:val="0"/>
          <w:sz w:val="20"/>
        </w:rPr>
        <w:t>30. As long as Muslims fail to understand that every particle moves by the direct… (page 6) [no printed headline]</w:t>
      </w:r>
    </w:p>
    <w:p>
      <w:pPr>
        <w:spacing w:before="0" w:after="40" w:line="300" w:lineRule="exact"/>
        <w:jc w:val="left"/>
      </w:pPr>
      <w:r>
        <w:rPr>
          <w:rFonts w:ascii="Georgia" w:hAnsi="Georgia" w:cs="Georgia" w:eastAsia="Georgia"/>
          <w:b w:val="0"/>
          <w:i w:val="0"/>
          <w:sz w:val="20"/>
        </w:rPr>
        <w:t>31. * Hadhrat Ali (radhiyallahu anhu) said: "Verily, when Allah Ta'ala becomes wrathful on a… (page 6) [no printed headline]</w:t>
      </w:r>
    </w:p>
    <w:p>
      <w:pPr>
        <w:spacing w:before="0" w:after="40" w:line="300" w:lineRule="exact"/>
        <w:jc w:val="left"/>
      </w:pPr>
      <w:r>
        <w:rPr>
          <w:rFonts w:ascii="Georgia" w:hAnsi="Georgia" w:cs="Georgia" w:eastAsia="Georgia"/>
          <w:b w:val="0"/>
          <w:i w:val="0"/>
          <w:sz w:val="20"/>
        </w:rPr>
        <w:t>32. "HE IS WITH THE (page 6)</w:t>
      </w:r>
    </w:p>
    <w:p>
      <w:pPr>
        <w:spacing w:before="0" w:after="40" w:line="300" w:lineRule="exact"/>
        <w:jc w:val="left"/>
      </w:pPr>
      <w:r>
        <w:rPr>
          <w:rFonts w:ascii="Georgia" w:hAnsi="Georgia" w:cs="Georgia" w:eastAsia="Georgia"/>
          <w:b w:val="0"/>
          <w:i w:val="0"/>
          <w:sz w:val="20"/>
        </w:rPr>
        <w:t>33. TALIBAN ATTACK CAUSES HUNDREDS OF MILLIONS OF DOLLARS DAMAGE (page 6)</w:t>
      </w:r>
    </w:p>
    <w:p>
      <w:pPr>
        <w:spacing w:before="0" w:after="40" w:line="300" w:lineRule="exact"/>
        <w:jc w:val="left"/>
      </w:pPr>
      <w:r>
        <w:rPr>
          <w:rFonts w:ascii="Georgia" w:hAnsi="Georgia" w:cs="Georgia" w:eastAsia="Georgia"/>
          <w:b w:val="0"/>
          <w:i w:val="0"/>
          <w:sz w:val="20"/>
        </w:rPr>
        <w:t>34. AMR BIL MA'ROOF (page 6)</w:t>
      </w:r>
    </w:p>
    <w:p>
      <w:pPr>
        <w:spacing w:before="0" w:after="40" w:line="300" w:lineRule="exact"/>
        <w:jc w:val="left"/>
      </w:pPr>
      <w:r>
        <w:rPr>
          <w:rFonts w:ascii="Georgia" w:hAnsi="Georgia" w:cs="Georgia" w:eastAsia="Georgia"/>
          <w:b w:val="0"/>
          <w:i w:val="0"/>
          <w:sz w:val="20"/>
        </w:rPr>
        <w:t>35. THE MAGNAMITY AND TOLERATION OF A SULTAN (page 6)</w:t>
      </w:r>
    </w:p>
    <w:p>
      <w:pPr>
        <w:spacing w:before="0" w:after="40" w:line="300" w:lineRule="exact"/>
        <w:jc w:val="left"/>
      </w:pPr>
      <w:r>
        <w:rPr>
          <w:rFonts w:ascii="Georgia" w:hAnsi="Georgia" w:cs="Georgia" w:eastAsia="Georgia"/>
          <w:b w:val="0"/>
          <w:i w:val="0"/>
          <w:sz w:val="20"/>
        </w:rPr>
        <w:t>36. comment on the Syrian scenario in (page 7)</w:t>
      </w:r>
    </w:p>
    <w:p>
      <w:pPr>
        <w:spacing w:before="0" w:after="40" w:line="300" w:lineRule="exact"/>
        <w:jc w:val="left"/>
      </w:pPr>
      <w:r>
        <w:rPr>
          <w:rFonts w:ascii="Georgia" w:hAnsi="Georgia" w:cs="Georgia" w:eastAsia="Georgia"/>
          <w:b w:val="0"/>
          <w:i w:val="0"/>
          <w:sz w:val="20"/>
        </w:rPr>
        <w:t>37. This is the present-day Syrian scenario. (page 7) [no printed headline]</w:t>
      </w:r>
    </w:p>
    <w:p>
      <w:pPr>
        <w:spacing w:before="0" w:after="40" w:line="300" w:lineRule="exact"/>
        <w:jc w:val="left"/>
      </w:pPr>
      <w:r>
        <w:rPr>
          <w:rFonts w:ascii="Georgia" w:hAnsi="Georgia" w:cs="Georgia" w:eastAsia="Georgia"/>
          <w:b w:val="0"/>
          <w:i w:val="0"/>
          <w:sz w:val="20"/>
        </w:rPr>
        <w:t>38. "OBJECTIONS' OF THE SYRIAN CONFLAGRATION** (page 7, 9)</w:t>
      </w:r>
    </w:p>
    <w:p>
      <w:pPr>
        <w:spacing w:before="0" w:after="40" w:line="300" w:lineRule="exact"/>
        <w:jc w:val="left"/>
      </w:pPr>
      <w:r>
        <w:rPr>
          <w:rFonts w:ascii="Georgia" w:hAnsi="Georgia" w:cs="Georgia" w:eastAsia="Georgia"/>
          <w:b w:val="0"/>
          <w:i w:val="0"/>
          <w:sz w:val="20"/>
        </w:rPr>
        <w:t>39. THE FALLACY OF THE MAJORITY (page 7)</w:t>
      </w:r>
    </w:p>
    <w:p>
      <w:pPr>
        <w:spacing w:before="0" w:after="40" w:line="300" w:lineRule="exact"/>
        <w:jc w:val="left"/>
      </w:pPr>
      <w:r>
        <w:rPr>
          <w:rFonts w:ascii="Georgia" w:hAnsi="Georgia" w:cs="Georgia" w:eastAsia="Georgia"/>
          <w:b w:val="0"/>
          <w:i w:val="0"/>
          <w:sz w:val="20"/>
        </w:rPr>
        <w:t>40. daleel (proof/evidence). (page 7) [no printed headline]</w:t>
      </w:r>
    </w:p>
    <w:p>
      <w:pPr>
        <w:spacing w:before="0" w:after="40" w:line="300" w:lineRule="exact"/>
        <w:jc w:val="left"/>
      </w:pPr>
      <w:r>
        <w:rPr>
          <w:rFonts w:ascii="Georgia" w:hAnsi="Georgia" w:cs="Georgia" w:eastAsia="Georgia"/>
          <w:b w:val="0"/>
          <w:i w:val="0"/>
          <w:sz w:val="20"/>
        </w:rPr>
        <w:t>41. THE BOUNTY OF THE BREATHER IN THE AFTERMATH OF THE UPHEAVALS IN THE MUSLIM LANDS (page 8)</w:t>
      </w:r>
    </w:p>
    <w:p>
      <w:pPr>
        <w:spacing w:before="0" w:after="40" w:line="300" w:lineRule="exact"/>
        <w:jc w:val="left"/>
      </w:pPr>
      <w:r>
        <w:rPr>
          <w:rFonts w:ascii="Georgia" w:hAnsi="Georgia" w:cs="Georgia" w:eastAsia="Georgia"/>
          <w:b w:val="0"/>
          <w:i w:val="0"/>
          <w:sz w:val="20"/>
        </w:rPr>
        <w:t>42. the Mu’mineen in war. Allah is Power- (page 8, 9)</w:t>
      </w:r>
    </w:p>
    <w:p>
      <w:pPr>
        <w:spacing w:before="0" w:after="40" w:line="300" w:lineRule="exact"/>
        <w:jc w:val="left"/>
      </w:pPr>
      <w:r>
        <w:rPr>
          <w:rFonts w:ascii="Georgia" w:hAnsi="Georgia" w:cs="Georgia" w:eastAsia="Georgia"/>
          <w:b w:val="0"/>
          <w:i w:val="0"/>
          <w:sz w:val="20"/>
        </w:rPr>
        <w:t>43. only Islamic community in the world. (page 9) [no printed headline]</w:t>
      </w:r>
    </w:p>
    <w:p>
      <w:pPr>
        <w:spacing w:before="0" w:after="40" w:line="300" w:lineRule="exact"/>
        <w:jc w:val="left"/>
      </w:pPr>
      <w:r>
        <w:rPr>
          <w:rFonts w:ascii="Georgia" w:hAnsi="Georgia" w:cs="Georgia" w:eastAsia="Georgia"/>
          <w:b w:val="0"/>
          <w:i w:val="0"/>
          <w:sz w:val="20"/>
        </w:rPr>
        <w:t>44. MISGUIDED DIAGNOSIS OF THE UMMAH'S DISEASE (page 10)</w:t>
      </w:r>
    </w:p>
    <w:p>
      <w:pPr>
        <w:spacing w:before="0" w:after="40" w:line="300" w:lineRule="exact"/>
        <w:jc w:val="left"/>
      </w:pPr>
      <w:r>
        <w:rPr>
          <w:rFonts w:ascii="Georgia" w:hAnsi="Georgia" w:cs="Georgia" w:eastAsia="Georgia"/>
          <w:b w:val="0"/>
          <w:i w:val="0"/>
          <w:sz w:val="20"/>
        </w:rPr>
        <w:t>45. IS A SHARIAH STATE TODAY POSSIBLE? (page 10)</w:t>
      </w:r>
    </w:p>
    <w:p>
      <w:pPr>
        <w:spacing w:before="0" w:after="40" w:line="300" w:lineRule="exact"/>
        <w:jc w:val="left"/>
      </w:pPr>
      <w:r>
        <w:rPr>
          <w:rFonts w:ascii="Georgia" w:hAnsi="Georgia" w:cs="Georgia" w:eastAsia="Georgia"/>
          <w:b w:val="0"/>
          <w:i w:val="0"/>
          <w:sz w:val="20"/>
        </w:rPr>
        <w:t>46. Fiery protests in Egypt (page 10)</w:t>
      </w:r>
    </w:p>
    <w:p>
      <w:pPr>
        <w:spacing w:before="0" w:after="40" w:line="300" w:lineRule="exact"/>
        <w:jc w:val="left"/>
      </w:pPr>
      <w:r>
        <w:rPr>
          <w:rFonts w:ascii="Georgia" w:hAnsi="Georgia" w:cs="Georgia" w:eastAsia="Georgia"/>
          <w:b w:val="0"/>
          <w:i w:val="0"/>
          <w:sz w:val="20"/>
        </w:rPr>
        <w:t>47. to march on Tahrir Square, Cairo's iconic protest hub, to demonstrate against the "new… (page 10) [no printed headline]</w:t>
      </w:r>
    </w:p>
    <w:p>
      <w:pPr>
        <w:spacing w:before="0" w:after="40" w:line="300" w:lineRule="exact"/>
        <w:jc w:val="left"/>
      </w:pPr>
      <w:r>
        <w:rPr>
          <w:rFonts w:ascii="Georgia" w:hAnsi="Georgia" w:cs="Georgia" w:eastAsia="Georgia"/>
          <w:b w:val="0"/>
          <w:i w:val="0"/>
          <w:sz w:val="20"/>
        </w:rPr>
        <w:t>48. MILITARY SUICIDES "OUT OF CONTROL" (page 11)</w:t>
      </w:r>
    </w:p>
    <w:p>
      <w:pPr>
        <w:spacing w:before="0" w:after="40" w:line="300" w:lineRule="exact"/>
        <w:jc w:val="left"/>
      </w:pPr>
      <w:r>
        <w:rPr>
          <w:rFonts w:ascii="Georgia" w:hAnsi="Georgia" w:cs="Georgia" w:eastAsia="Georgia"/>
          <w:b w:val="0"/>
          <w:i w:val="0"/>
          <w:sz w:val="20"/>
        </w:rPr>
        <w:t>49. petuates even with kufr, but not with (page 11)</w:t>
      </w:r>
    </w:p>
    <w:p>
      <w:pPr>
        <w:spacing w:before="0" w:after="40" w:line="300" w:lineRule="exact"/>
        <w:jc w:val="left"/>
      </w:pPr>
      <w:r>
        <w:rPr>
          <w:rFonts w:ascii="Georgia" w:hAnsi="Georgia" w:cs="Georgia" w:eastAsia="Georgia"/>
          <w:b w:val="0"/>
          <w:i w:val="0"/>
          <w:sz w:val="20"/>
        </w:rPr>
        <w:t>50. has happened to the Islamic Empire which had endured for many centuries. (page 11) [no printed headline]</w:t>
      </w:r>
    </w:p>
    <w:p>
      <w:pPr>
        <w:spacing w:before="0" w:after="40" w:line="300" w:lineRule="exact"/>
        <w:jc w:val="left"/>
      </w:pPr>
      <w:r>
        <w:rPr>
          <w:rFonts w:ascii="Georgia" w:hAnsi="Georgia" w:cs="Georgia" w:eastAsia="Georgia"/>
          <w:b w:val="0"/>
          <w:i w:val="0"/>
          <w:sz w:val="20"/>
        </w:rPr>
        <w:t>51. carries a 12 month jail sentence. (page 11) [no printed headline]</w:t>
      </w:r>
    </w:p>
    <w:p>
      <w:pPr>
        <w:spacing w:before="0" w:after="40" w:line="300" w:lineRule="exact"/>
        <w:jc w:val="left"/>
      </w:pPr>
      <w:r>
        <w:rPr>
          <w:rFonts w:ascii="Georgia" w:hAnsi="Georgia" w:cs="Georgia" w:eastAsia="Georgia"/>
          <w:b w:val="0"/>
          <w:i w:val="0"/>
          <w:sz w:val="20"/>
        </w:rPr>
        <w:t>52. THE HAMAS 'VICTORY' FROM THE ISLAMIC PERSPECTIVE (page 11, 12)</w:t>
      </w:r>
    </w:p>
    <w:p>
      <w:pPr>
        <w:spacing w:before="0" w:after="40" w:line="300" w:lineRule="exact"/>
        <w:jc w:val="left"/>
      </w:pPr>
      <w:r>
        <w:rPr>
          <w:rFonts w:ascii="Georgia" w:hAnsi="Georgia" w:cs="Georgia" w:eastAsia="Georgia"/>
          <w:b w:val="0"/>
          <w:i w:val="0"/>
          <w:sz w:val="20"/>
        </w:rPr>
        <w:t>53. THE MURDEROUS SHIAH-SUNNI ANARCHY IN PAKISTAN (page 12)</w:t>
      </w:r>
    </w:p>
    <w:p>
      <w:pPr>
        <w:spacing w:before="0" w:after="40" w:line="300" w:lineRule="exact"/>
        <w:jc w:val="left"/>
      </w:pPr>
      <w:r>
        <w:rPr>
          <w:rFonts w:ascii="Georgia" w:hAnsi="Georgia" w:cs="Georgia" w:eastAsia="Georgia"/>
          <w:b w:val="0"/>
          <w:i w:val="0"/>
          <w:sz w:val="20"/>
        </w:rPr>
        <w:t>54. across the country after an attack occurred in the city of Dera Ismail Khan in Pakistan's… (page 12) [no printed headline]</w:t>
      </w:r>
    </w:p>
    <w:p>
      <w:pPr>
        <w:spacing w:before="0" w:after="40" w:line="300" w:lineRule="exact"/>
        <w:jc w:val="left"/>
      </w:pPr>
      <w:r>
        <w:rPr>
          <w:rFonts w:ascii="Georgia" w:hAnsi="Georgia" w:cs="Georgia" w:eastAsia="Georgia"/>
          <w:b w:val="0"/>
          <w:i w:val="0"/>
          <w:sz w:val="20"/>
        </w:rPr>
        <w:t>55. Obama Topples Top Coup Leader After Washington Gunbattle (page 12)</w:t>
      </w:r>
    </w:p>
    <w:p>
      <w:r>
        <w:br w:type="page"/>
      </w:r>
    </w:p>
    <w:p>
      <w:pPr>
        <w:pStyle w:val="Heading1"/>
        <w:spacing w:before="360" w:after="200" w:line="300" w:lineRule="exact"/>
        <w:jc w:val="center"/>
      </w:pPr>
      <w:r>
        <w:rPr>
          <w:rFonts w:ascii="Georgia" w:hAnsi="Georgia" w:cs="Georgia" w:eastAsia="Georgia"/>
          <w:b/>
          <w:i w:val="0"/>
          <w:color w:val="1F3864"/>
          <w:sz w:val="32"/>
        </w:rPr>
        <w:t>THE BAND OF HAQ "There will ever remain a band from my Ummah fighting on the Haq until…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BAND OF HAQ "There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6 AIRCRAFT,</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similar to the town of Reading, is ringed by 30ft wire fences topped with triple concertina barb wire. Large areas of the base are also protected by a 24 mile long, 30 ft high concrete blast wall interspersed with watch towers equipped with floodlights and manned by heavily armed, specially trained troops. The camp is located in the central Helmand desert and is completely isolated…..All approaches to the base are carefully monitored and the British protection force is equipped with a variety of surveillance devices and radar which should be able to identify any movement on the ground or in the air out to a range of 20 miles.</w:t>
      </w:r>
    </w:p>
    <w:p>
      <w:pPr>
        <w:spacing w:before="0" w:after="120" w:line="300" w:lineRule="exact"/>
        <w:jc w:val="both"/>
      </w:pPr>
      <w:r>
        <w:rPr>
          <w:rFonts w:ascii="Georgia" w:hAnsi="Georgia" w:cs="Georgia" w:eastAsia="Georgia"/>
          <w:b w:val="0"/>
          <w:i w:val="0"/>
          <w:sz w:val="22"/>
        </w:rPr>
        <w:t>Given the high levels of security, senior commanders will now try to establish how the Taliban managed to identify and exploit a seemingly unknown vulnerable point in the camp's defence. Nineteen Taliban attackers armed 3 HANGARS AND OTHER INSTALLATIONS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OTHER INSTALLATIONS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DESTROYED – MANY NATO AND U.S. TROOPS PERISH AND WOUNDED "There was deep concern yesterday over the fact the attack had even been launched. Camp Bastion, which is currently estimated to occupy an area with rocket-propelled grenades, mortars and automatic weapons breached the perimeter of Camp Bastion in a wellplanned raid which shocked senior officers.</w:t>
      </w:r>
    </w:p>
    <w:p>
      <w:pPr>
        <w:spacing w:before="0" w:after="120" w:line="300" w:lineRule="exact"/>
        <w:jc w:val="both"/>
      </w:pPr>
      <w:r>
        <w:rPr>
          <w:rFonts w:ascii="Georgia" w:hAnsi="Georgia" w:cs="Georgia" w:eastAsia="Georgia"/>
          <w:b w:val="0"/>
          <w:i w:val="0"/>
          <w:sz w:val="22"/>
        </w:rPr>
        <w:t>A senior Army officer told The Sunday Telegraph: "This was a determined attack which achieved its aim of getting global press coverage." A major security review is now under way into how such an assault could be launched on a base which is surrounded by state of the art fortifications and defences. The attack began around 10.00pm (local time) on Friday night when 19 heavily armed Taliban gunmen forced their way through the outer perimeter wire.</w:t>
      </w:r>
    </w:p>
    <w:p>
      <w:pPr>
        <w:spacing w:before="0" w:after="120" w:line="300" w:lineRule="exact"/>
        <w:jc w:val="both"/>
      </w:pPr>
      <w:r>
        <w:rPr>
          <w:rFonts w:ascii="Georgia" w:hAnsi="Georgia" w:cs="Georgia" w:eastAsia="Georgia"/>
          <w:b w:val="0"/>
          <w:i w:val="0"/>
          <w:sz w:val="22"/>
        </w:rPr>
        <w:t>One report said they had approached on Toyota pick-p trucks. Some reports suggest that a five foot wide hole was cut through a fence when a Taliban gunman detonated an explosive suicide vest in the eastern edge of the base, close to the main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runway.</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runway. The remaining fighters poured into the base firing mortars and RPGs, as well as Kalashnikov AK-47 automatic weapons. They managed to damage or destroy up to five aircraft including at least one United States Marine Corps Harrier jump jet during the ensuing battle. A fuel storage tank and a helicopter maintenance tent were also damaged in the attack.</w:t>
      </w:r>
    </w:p>
    <w:p>
      <w:pPr>
        <w:spacing w:before="0" w:after="120" w:line="300" w:lineRule="exact"/>
        <w:jc w:val="both"/>
      </w:pPr>
      <w:r>
        <w:rPr>
          <w:rFonts w:ascii="Georgia" w:hAnsi="Georgia" w:cs="Georgia" w:eastAsia="Georgia"/>
          <w:b w:val="0"/>
          <w:i w:val="0"/>
          <w:sz w:val="22"/>
        </w:rPr>
        <w:t>Smoke was still rising from it yesterday morning, according to footage released by the Taliban which they claimed was of the Helmand perimeter. British troops from 5 RAF Force Protection Wing (51 Squadron RAF), the RAGF Regiment, were the first on the scene and helped repel the insurgents in a gun battle lasting more than five hours. Several British airmen were wounded in the firefight." (Extracted from a report by Sean Rayment, Defence Correspondent.</w:t>
      </w:r>
    </w:p>
    <w:p>
      <w:pPr>
        <w:spacing w:before="0" w:after="120" w:line="300" w:lineRule="exact"/>
        <w:jc w:val="both"/>
      </w:pPr>
      <w:r>
        <w:rPr>
          <w:rFonts w:ascii="Georgia" w:hAnsi="Georgia" w:cs="Georgia" w:eastAsia="Georgia"/>
          <w:b w:val="0"/>
          <w:i w:val="0"/>
          <w:sz w:val="22"/>
        </w:rPr>
        <w:t>The Sunday Telegraph)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GAZA: ISRAEL'S 'INVINCIBILITY' SHATTERED</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By Tony Karon | @tonykaron | October 3, 2012 (TIME WORLD) Don't expect to hear about it in the presidential debates, but the U.S. will leave Afghanistan locked in an escalating civil war when it observes the 2014 deadline for withdrawing combat troops set by the Obama Administration — and supported by Governor Mitt Romney. The New York Times reported on Tuesday that the U.S. military has had to give up on hopes of inflicting enough pain on the Taliban to set favorable terms for a political settlement.</w:t>
      </w:r>
    </w:p>
    <w:p>
      <w:pPr>
        <w:spacing w:before="0" w:after="120" w:line="300" w:lineRule="exact"/>
        <w:jc w:val="both"/>
      </w:pPr>
      <w:r>
        <w:rPr>
          <w:rFonts w:ascii="Georgia" w:hAnsi="Georgia" w:cs="Georgia" w:eastAsia="Georgia"/>
          <w:b w:val="0"/>
          <w:i w:val="0"/>
          <w:sz w:val="22"/>
        </w:rPr>
        <w:t>Instead, it will be left up to the Afghan combatants to find their own political solution once the U.S. and its allies take themselves out of the fight. Washington has known for years that it had no hope of destroying the Taliban, and that it would have to settle for a compromise political solution with an indigenous insurgency that remains sufficiently popular to have survived the longest U.S. military campaign in history.</w:t>
      </w:r>
    </w:p>
    <w:p>
      <w:pPr>
        <w:spacing w:before="0" w:after="120" w:line="300" w:lineRule="exact"/>
        <w:jc w:val="both"/>
      </w:pPr>
      <w:r>
        <w:rPr>
          <w:rFonts w:ascii="Georgia" w:hAnsi="Georgia" w:cs="Georgia" w:eastAsia="Georgia"/>
          <w:b w:val="0"/>
          <w:i w:val="0"/>
          <w:sz w:val="22"/>
        </w:rPr>
        <w:t>Still, as late as 2009, the U.S. had hoped to set the terms of that compromise and force the Taliban to find a place for itself in the constitutional order created by the NATO invasion and accept a Karzai government it has long dismissed as "puppets." This was the logic behind President Obama's "surge," which sent an additional 30,000 U.S. troops into the Taliban's heartland with the express purpose of bloodying the insurgents to the point that their leaders would sue for peace on Washington's terms.</w:t>
      </w:r>
    </w:p>
    <w:p>
      <w:pPr>
        <w:spacing w:before="0" w:after="120" w:line="300" w:lineRule="exact"/>
        <w:jc w:val="both"/>
      </w:pPr>
      <w:r>
        <w:rPr>
          <w:rFonts w:ascii="Georgia" w:hAnsi="Georgia" w:cs="Georgia" w:eastAsia="Georgia"/>
          <w:b w:val="0"/>
          <w:i w:val="0"/>
          <w:sz w:val="22"/>
        </w:rPr>
        <w:t>But the surge ended last month with the Taliban less inclined than ever to accept U.S. terms as the 2014 departure date for U.S. forces looms. Now, according to the Times, the bestcase scenario has been reduced to one in which, as a result of NATO's training and armaments, "the Taliban find the Afghan army a more formidable adversary than they expect and [will] be compelled, in the years after NATO withdraws, to come to terms with what they now dismiss as a 'puppet' government." Some would see that as another in a long line of optimistic assessments.</w:t>
      </w:r>
    </w:p>
    <w:p>
      <w:pPr>
        <w:spacing w:before="0" w:after="120" w:line="300" w:lineRule="exact"/>
        <w:jc w:val="both"/>
      </w:pPr>
      <w:r>
        <w:rPr>
          <w:rFonts w:ascii="Georgia" w:hAnsi="Georgia" w:cs="Georgia" w:eastAsia="Georgia"/>
          <w:b w:val="0"/>
          <w:i w:val="0"/>
          <w:sz w:val="22"/>
        </w:rPr>
        <w:t>The Afghan security forces, or at least its ethnic-Tajik core, may well find the political will to fight the Pashtundominated Taliban and the means to prevent themselves from being overrun. But it's a safe bet that the security forces will control considerably less Afghan territory than NATO forces currently do. And once it is clear that even a raging Taliban insurgency is no longer considered an obstacle to the departure of U.S. and allied combat units, the rationale for staying even through 2014 becomes murky.</w:t>
      </w:r>
    </w:p>
    <w:p>
      <w:pPr>
        <w:spacing w:before="0" w:after="120" w:line="300" w:lineRule="exact"/>
        <w:jc w:val="both"/>
      </w:pPr>
      <w:r>
        <w:rPr>
          <w:rFonts w:ascii="Georgia" w:hAnsi="Georgia" w:cs="Georgia" w:eastAsia="Georgia"/>
          <w:b w:val="0"/>
          <w:i w:val="0"/>
          <w:sz w:val="22"/>
        </w:rPr>
        <w:t>Already there's been talk of having little more than a residual force of trainers and special forces in place by the time the withdrawal deadline arrives — and that such a force would stay beyond the deadline anyway. NATO's Secretary-General Anders Fogh Rasmussen conceded in an interview with the Guardian that the Alliance is considering an earlier withdrawal, its morale battered by ongoing "insider" attacks, which in this year alone have seen more than 50 alliance troops killed by members of the very Afghan forces they're mentoring.</w:t>
      </w:r>
    </w:p>
    <w:p>
      <w:pPr>
        <w:spacing w:before="0" w:after="120" w:line="300" w:lineRule="exact"/>
        <w:jc w:val="both"/>
      </w:pPr>
      <w:r>
        <w:rPr>
          <w:rFonts w:ascii="Georgia" w:hAnsi="Georgia" w:cs="Georgia" w:eastAsia="Georgia"/>
          <w:b w:val="0"/>
          <w:i w:val="0"/>
          <w:sz w:val="22"/>
        </w:rPr>
        <w:t>More-pessimistic analysts harbor doubt that either the current system of government or the security forces will long survive a U.S. departure. Despite Western donors and backers still issuing the same pleas for good governance and anti-corruption efforts that have been made of President Hamid Karzai for the best part of a decade, there are serious doubts that an election scheduled for 2014 — in which Karzai, after two terms, is constitutionally barred from running — would be any more successful in creating a new national consensus than previous, crooked elections have been.</w:t>
      </w:r>
    </w:p>
    <w:p>
      <w:pPr>
        <w:spacing w:before="0" w:after="120" w:line="300" w:lineRule="exact"/>
        <w:jc w:val="both"/>
      </w:pPr>
      <w:r>
        <w:rPr>
          <w:rFonts w:ascii="Georgia" w:hAnsi="Georgia" w:cs="Georgia" w:eastAsia="Georgia"/>
          <w:b w:val="0"/>
          <w:i w:val="0"/>
          <w:sz w:val="22"/>
        </w:rPr>
        <w:t>Karzai, in fact, is believed to be preparing to run his older brother Abdul Qayum in his stead and keep power within his immediate circle. His regime remains shot through with corruption, but the West has long struggled with the absence of a credible alternative. And a transition in which Afghans will be required to take charge of their own security against the Taliban is likely to exacerbate Karzai's tendency to empower warlords whose backing he needs in a fight.</w:t>
      </w:r>
    </w:p>
    <w:p>
      <w:pPr>
        <w:spacing w:before="0" w:after="120" w:line="300" w:lineRule="exact"/>
        <w:jc w:val="both"/>
      </w:pPr>
      <w:r>
        <w:rPr>
          <w:rFonts w:ascii="Georgia" w:hAnsi="Georgia" w:cs="Georgia" w:eastAsia="Georgia"/>
          <w:b w:val="0"/>
          <w:i w:val="0"/>
          <w:sz w:val="22"/>
        </w:rPr>
        <w:t>And with NATO eyeing the exits, it's an open question just how much pressure Karzai will face to ensure a credible election. British Conservative MP Rory Stewart, who served the coalition authority in Iraq and who, in 2002, famously walked the length of Afghanistan, alone, documenting his encounters with locals along the way, insists it's time to face up to grim reality in Afghanistan.</w:t>
      </w:r>
    </w:p>
    <w:p>
      <w:pPr>
        <w:spacing w:before="0" w:after="120" w:line="300" w:lineRule="exact"/>
        <w:jc w:val="both"/>
      </w:pPr>
      <w:r>
        <w:rPr>
          <w:rFonts w:ascii="Georgia" w:hAnsi="Georgia" w:cs="Georgia" w:eastAsia="Georgia"/>
          <w:b w:val="0"/>
          <w:i w:val="0"/>
          <w:sz w:val="22"/>
        </w:rPr>
        <w:t>He recently wrote in the Financial Times: If the U.S., Britain and their allies leave Afghanistan, there will be chaos and perhaps civil war. The economy will falter and the Afghan government will probably be unable to command the loyalty or support of its people. The Taliban could significantly strengthen their position in the south and east, and attack other areas.</w:t>
      </w:r>
    </w:p>
    <w:p>
      <w:pPr>
        <w:spacing w:before="0" w:after="120" w:line="300" w:lineRule="exact"/>
        <w:jc w:val="both"/>
      </w:pPr>
      <w:r>
        <w:rPr>
          <w:rFonts w:ascii="Georgia" w:hAnsi="Georgia" w:cs="Georgia" w:eastAsia="Georgia"/>
          <w:b w:val="0"/>
          <w:i w:val="0"/>
          <w:sz w:val="22"/>
        </w:rPr>
        <w:t>Powerful men, gorged on foreign money, extravagantly armed and connected to the deepest veins of corruption and gangsterism, will flex their muscles. For all these reasons departure will feel — rightly — like a betrayal of Afghans and of the soldiers who have died. But a decade of war has proved that Western armies are no more capable than their Soviet coun- terparts were in the 1980s of eliminating an indigenous insurgency in Afghanistan.</w:t>
      </w:r>
    </w:p>
    <w:p>
      <w:pPr>
        <w:spacing w:before="0" w:after="120" w:line="300" w:lineRule="exact"/>
        <w:jc w:val="both"/>
      </w:pPr>
      <w:r>
        <w:rPr>
          <w:rFonts w:ascii="Georgia" w:hAnsi="Georgia" w:cs="Georgia" w:eastAsia="Georgia"/>
          <w:b w:val="0"/>
          <w:i w:val="0"/>
          <w:sz w:val="22"/>
        </w:rPr>
        <w:t>Stewart continues: In the absence of "victory," three alternative strategies have been proposed: training the Afghan security forces, political settlement with the Taliban and a regional solution. But training Afghan forces, which cost $12bn in 2010 alone, will not guarantee their future loyalty to a Kabul government. Two years and many regional conferences have passed since the formation of the Afghan Higher Peace council, and the clear NATO endorsement of reconciliation: but there is no sign that insurgents, the Kabul government or its neighbours will reach a deal, or feel much desire so to do.</w:t>
      </w:r>
    </w:p>
    <w:p>
      <w:pPr>
        <w:spacing w:before="0" w:after="120" w:line="300" w:lineRule="exact"/>
        <w:jc w:val="both"/>
      </w:pPr>
      <w:r>
        <w:rPr>
          <w:rFonts w:ascii="Georgia" w:hAnsi="Georgia" w:cs="Georgia" w:eastAsia="Georgia"/>
          <w:b w:val="0"/>
          <w:i w:val="0"/>
          <w:sz w:val="22"/>
        </w:rPr>
        <w:t>So there is no military solution, and no political solution either. Nor will there be before the troops leave. We will have to deal for decades with a troubled Afghanistan, which is not likely in my lifetime to be as wealthy as Libya, as effectively governed as Iraq, as educated as Syria, or as institutionally mature as Pakistan. Western countries, he argues, have done as much as they are able; their only option now is to provide financial backing to sustain the Kabul government and the sort of military support — from nearby air bases — that would prevent the Taliban from mobilizing heavy weaponry to overrun its rivals.</w:t>
      </w:r>
    </w:p>
    <w:p>
      <w:pPr>
        <w:spacing w:before="0" w:after="120" w:line="300" w:lineRule="exact"/>
        <w:jc w:val="both"/>
      </w:pPr>
      <w:r>
        <w:rPr>
          <w:rFonts w:ascii="Georgia" w:hAnsi="Georgia" w:cs="Georgia" w:eastAsia="Georgia"/>
          <w:b w:val="0"/>
          <w:i w:val="0"/>
          <w:sz w:val="22"/>
        </w:rPr>
        <w:t>The rest will be up to the Afghans to sort out among themselves — a conversation that will be conducted with weapons until the limits of each side's capacity to impose its will are apparent to their commanders and regional backers, and that new battlefield equilibrium sets the terms for new political arrangements. Chances are, it's not going to look much like the Afghanistan the U.S. had hoped to leave behind.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recent brutal Israeli aerial attack on the Muslims of Gaza has met with dismal…</w:t>
      </w:r>
    </w:p>
    <w:p>
      <w:pPr>
        <w:spacing w:before="0" w:after="160" w:line="300" w:lineRule="exact"/>
        <w:jc w:val="center"/>
      </w:pPr>
      <w:r>
        <w:rPr>
          <w:rFonts w:ascii="Georgia" w:hAnsi="Georgia" w:cs="Georgia" w:eastAsia="Georgia"/>
          <w:b w:val="0"/>
          <w:i/>
          <w:sz w:val="16"/>
        </w:rPr>
        <w:t>Page 1,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recent brutal Israeli aerial attack on the Muslims of Gaza has met with dismal failure and humiliation for the Zionist pirate state. For the second time in recent years, the invincibility myth of the Israeli armed forces has been shattered. A couple of years ago, Hizbullah taught Israel the unforgettable lesson of defeat when it (Hizbullah) had bogged down and severely wounded the Israeli army which had become entrapped in Lebanon.</w:t>
      </w:r>
    </w:p>
    <w:p>
      <w:pPr>
        <w:spacing w:before="0" w:after="120" w:line="300" w:lineRule="exact"/>
        <w:jc w:val="both"/>
      </w:pPr>
      <w:r>
        <w:rPr>
          <w:rFonts w:ascii="Georgia" w:hAnsi="Georgia" w:cs="Georgia" w:eastAsia="Georgia"/>
          <w:b w:val="0"/>
          <w:i w:val="0"/>
          <w:sz w:val="22"/>
        </w:rPr>
        <w:t>In the Gaza fiasco, Israel, sobered by the lesson of Lebanon, had not staged a ground invasion. Its attack was confined to a brutal air bombardment of densely populated areas. Over 150 civilians, many being women and children, were the murdered casualties of the attack. But, Israel, despite its vociferous threats of a land offensive, had not dared to enter Gaza with its ground forces.</w:t>
      </w:r>
    </w:p>
    <w:p>
      <w:pPr>
        <w:spacing w:before="0" w:after="120" w:line="300" w:lineRule="exact"/>
        <w:jc w:val="both"/>
      </w:pPr>
      <w:r>
        <w:rPr>
          <w:rFonts w:ascii="Georgia" w:hAnsi="Georgia" w:cs="Georgia" w:eastAsia="Georgia"/>
          <w:b w:val="0"/>
          <w:i w:val="0"/>
          <w:sz w:val="22"/>
        </w:rPr>
        <w:t>This time, Hamas was prepared to take on the Israeli army, and Israel being fully aware of the Hamas capability and preparation opted for discretion, with its army remaining massed on the border. In fact, Hamas had instigated the current conflict with the intention of drawing the Israeli army into the vortex of a Hell where the Israeli ground war machine would have become trapped in a quagmire from which emergence would not have been without disaster for the Zionist troops.</w:t>
      </w:r>
    </w:p>
    <w:p>
      <w:pPr>
        <w:spacing w:before="0" w:after="120" w:line="300" w:lineRule="exact"/>
        <w:jc w:val="both"/>
      </w:pPr>
      <w:r>
        <w:rPr>
          <w:rFonts w:ascii="Georgia" w:hAnsi="Georgia" w:cs="Georgia" w:eastAsia="Georgia"/>
          <w:b w:val="0"/>
          <w:i w:val="0"/>
          <w:sz w:val="22"/>
        </w:rPr>
        <w:t>This was the first time that Hamas rockets had lobbed into the heart of Tel Aviv. The extent of the damage caused by the missiles raining on Israel and the number of casualties have not been released for obvious reasons. With its murderous aerial bombardment, the only 'success' Israel was accomplishing, was the murder of civilians, mostly women and children.</w:t>
      </w:r>
    </w:p>
    <w:p>
      <w:pPr>
        <w:spacing w:before="0" w:after="120" w:line="300" w:lineRule="exact"/>
        <w:jc w:val="both"/>
      </w:pPr>
      <w:r>
        <w:rPr>
          <w:rFonts w:ascii="Georgia" w:hAnsi="Georgia" w:cs="Georgia" w:eastAsia="Georgia"/>
          <w:b w:val="0"/>
          <w:i w:val="0"/>
          <w:sz w:val="22"/>
        </w:rPr>
        <w:t>No military gains have been recorded for Israel. To save face and its skin, and the image of its ground forces stuck at the border, Clinton, the US Secretary of State, was hurriedly despatched from the U.S. at Israel's behest, to twist Egypt's arm to forge a 'truce' which would allow the Israeli army to 'honourably' return to barracks. The 'truce' was a victory for Hamas and a clear defeat for Israel.</w:t>
      </w:r>
    </w:p>
    <w:p>
      <w:pPr>
        <w:spacing w:before="0" w:after="120" w:line="300" w:lineRule="exact"/>
        <w:jc w:val="both"/>
      </w:pPr>
      <w:r>
        <w:rPr>
          <w:rFonts w:ascii="Georgia" w:hAnsi="Georgia" w:cs="Georgia" w:eastAsia="Georgia"/>
          <w:b w:val="0"/>
          <w:i w:val="0"/>
          <w:sz w:val="22"/>
        </w:rPr>
        <w:t>The mood in Gaza was jubilant. Victory was cele- brated in the streets by jubilant crowds, whereas Israel was sultry and sombre. An air of dejection settled over Israel. Buoyant crowds in Gaza were congratulating Hamas on the victory. The victory of Hamas had constrained even the sell-out Abbas, the leader of West Palestine, to announce unity with Hamas.</w:t>
      </w:r>
    </w:p>
    <w:p>
      <w:pPr>
        <w:spacing w:before="0" w:after="120" w:line="300" w:lineRule="exact"/>
        <w:jc w:val="both"/>
      </w:pPr>
      <w:r>
        <w:rPr>
          <w:rFonts w:ascii="Georgia" w:hAnsi="Georgia" w:cs="Georgia" w:eastAsia="Georgia"/>
          <w:b w:val="0"/>
          <w:i w:val="0"/>
          <w:sz w:val="22"/>
        </w:rPr>
        <w:t>The Israeli defeat has enhanced the position and image of Hamas. Ahmed Bahar, a senior member of Hamas said that Israel had submitted to the terms and demands set by Hamas for the truce. He hailed the Israeli submission as a triumph for the Resistance. Ismail Haniya, the Prime Minister of Gaza, described the 'truce' as a 'clear victory'. Thursday November 22, was declared a national holiday of Victory by the Palestinian government.</w:t>
      </w:r>
    </w:p>
    <w:p>
      <w:pPr>
        <w:spacing w:before="0" w:after="120" w:line="300" w:lineRule="exact"/>
        <w:jc w:val="both"/>
      </w:pPr>
      <w:r>
        <w:rPr>
          <w:rFonts w:ascii="Georgia" w:hAnsi="Georgia" w:cs="Georgia" w:eastAsia="Georgia"/>
          <w:b w:val="0"/>
          <w:i w:val="0"/>
          <w:sz w:val="22"/>
        </w:rPr>
        <w:t>One of the terms of the ceasefire was the opening of all border crossings and easing of the Israeli blockade of Gaza. However, in Israel there was a bitter feeling that victory was handed to Hamas. There was no celebration in Israel to mark the 'truce'.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ENSLAVEMENT TO THE WEST IS 'EDUCATION' AND POLITICAL MATURITY'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 salient comment in the article appearing on this page, reveals the corruption in the ideology of the West in relation to what is termed 'third world' countries. The following statement speaks much for the warped thinking of the West in general: "We will have to deal for decades with a troubled Afghanistan, which is not likely in my lifetime to be as wealthy as Libya, as effectively governed as Iraq, as educated as Syria, or as institutionally mature as Pakistan." Firstly, all the trouble in Afghanistan is the effect of the conspiracies of the kuffaar – of the former Soviet Union and now of the U.S.A. and its league of lackeys.</w:t>
      </w:r>
    </w:p>
    <w:p>
      <w:pPr>
        <w:spacing w:before="0" w:after="120" w:line="300" w:lineRule="exact"/>
        <w:jc w:val="both"/>
      </w:pPr>
      <w:r>
        <w:rPr>
          <w:rFonts w:ascii="Georgia" w:hAnsi="Georgia" w:cs="Georgia" w:eastAsia="Georgia"/>
          <w:b w:val="0"/>
          <w:i w:val="0"/>
          <w:sz w:val="22"/>
        </w:rPr>
        <w:t>It is the interference of the aggressors which has spawned all the trouble in Afghanistan. The Taliban had established an effective government which had brought peace and security to the entire region under its domination. The plots and greed of the western powers are directly responsible for the trouble prevailing in the land, and in numerous other countries of the world.</w:t>
      </w:r>
    </w:p>
    <w:p>
      <w:pPr>
        <w:spacing w:before="0" w:after="120" w:line="300" w:lineRule="exact"/>
        <w:jc w:val="both"/>
      </w:pPr>
      <w:r>
        <w:rPr>
          <w:rFonts w:ascii="Georgia" w:hAnsi="Georgia" w:cs="Georgia" w:eastAsia="Georgia"/>
          <w:b w:val="0"/>
          <w:i w:val="0"/>
          <w:sz w:val="22"/>
        </w:rPr>
        <w:t>The writer of this drivel mentions with praise four countries – Libya, Iraq, Syria and Pakistan. Despite the glaring state of anarchy, violence, senseless killings and mayhem prevailing in these four countries, the writer who mirrors the general western mentality, considers these states to be effectively governed, educated, institutionally and politically mature.</w:t>
      </w:r>
    </w:p>
    <w:p>
      <w:pPr>
        <w:spacing w:before="0" w:after="120" w:line="300" w:lineRule="exact"/>
        <w:jc w:val="both"/>
      </w:pPr>
      <w:r>
        <w:rPr>
          <w:rFonts w:ascii="Georgia" w:hAnsi="Georgia" w:cs="Georgia" w:eastAsia="Georgia"/>
          <w:b w:val="0"/>
          <w:i w:val="0"/>
          <w:sz w:val="22"/>
        </w:rPr>
        <w:t>The reason for these plaudits despite the endemic anarchy, grossly inefficient puppet governments and hopeless political immaturity and general insecurity, is no conundrum. Iraq is governed ineffectively by a U.S. puppet government which ensures the safe siphoning off from Iraq of billions of dollars of oil for the U.S. in particular, and the West in general.</w:t>
      </w:r>
    </w:p>
    <w:p>
      <w:pPr>
        <w:spacing w:before="0" w:after="120" w:line="300" w:lineRule="exact"/>
        <w:jc w:val="both"/>
      </w:pPr>
      <w:r>
        <w:rPr>
          <w:rFonts w:ascii="Georgia" w:hAnsi="Georgia" w:cs="Georgia" w:eastAsia="Georgia"/>
          <w:b w:val="0"/>
          <w:i w:val="0"/>
          <w:sz w:val="22"/>
        </w:rPr>
        <w:t>Since Iraq constitutes a huge reservoir of wealth for the West, its governance is seen as 'effective. The West is directly responsible for the anarchy prevalent in Libya. The West is responsible for the current chaos in that land. The chaos has been orchestrated by design to enable the West to drain Libya's oil wealth. Every stupid man in the street understands that the U.S. and the West in general are directly responsible for the conflagration in Syria.</w:t>
      </w:r>
    </w:p>
    <w:p>
      <w:pPr>
        <w:spacing w:before="0" w:after="120" w:line="300" w:lineRule="exact"/>
        <w:jc w:val="both"/>
      </w:pPr>
      <w:r>
        <w:rPr>
          <w:rFonts w:ascii="Georgia" w:hAnsi="Georgia" w:cs="Georgia" w:eastAsia="Georgia"/>
          <w:b w:val="0"/>
          <w:i w:val="0"/>
          <w:sz w:val="22"/>
        </w:rPr>
        <w:t>The instability in the region created by the U.S., serves the strategic interests of the U.S. and Israel The issue for reflection here is that despite these four states being gripped in total anarchy, the West considers them to be model states of effective government, educated and institutionally mature. If barbarism serves the interests of America, it will be interpreted as civilization.</w:t>
      </w:r>
    </w:p>
    <w:p>
      <w:pPr>
        <w:spacing w:before="0" w:after="120" w:line="300" w:lineRule="exact"/>
        <w:jc w:val="both"/>
      </w:pPr>
      <w:r>
        <w:rPr>
          <w:rFonts w:ascii="Georgia" w:hAnsi="Georgia" w:cs="Georgia" w:eastAsia="Georgia"/>
          <w:b w:val="0"/>
          <w:i w:val="0"/>
          <w:sz w:val="22"/>
        </w:rPr>
        <w:t>Conversely, if civilization is inimical to the evil conspiracies of the U.S., then it will be barbarism. This is the U.S. interpretation and understanding of the Afghan scenario. Afghanistan has for more than a decade resolutely repulsed the barbaric attacks of the invaders of 50 kuffaar countries, and now that defeat stares the U.S. and Nato in the face, they paint the Taliban as immature, uneducated and lacking in the art of government.</w:t>
      </w:r>
    </w:p>
    <w:p>
      <w:pPr>
        <w:spacing w:before="0" w:after="120" w:line="300" w:lineRule="exact"/>
        <w:jc w:val="both"/>
      </w:pPr>
      <w:r>
        <w:rPr>
          <w:rFonts w:ascii="Georgia" w:hAnsi="Georgia" w:cs="Georgia" w:eastAsia="Georgia"/>
          <w:b w:val="0"/>
          <w:i w:val="0"/>
          <w:sz w:val="22"/>
        </w:rPr>
        <w:t>Having totally failed to defeat the Taliban, the kuffaar are bereft of any credible assessment and even understanding of their foes who have thoroughly humiliated the superpowers of the world with all their most sophisticated technological arsenals of weaponry of the most destructive kind. The secret underlying the success of the Taliban is that hitherto they have not opted for western enslavement.</w:t>
      </w:r>
    </w:p>
    <w:p>
      <w:pPr>
        <w:spacing w:before="0" w:after="120" w:line="300" w:lineRule="exact"/>
        <w:jc w:val="both"/>
      </w:pPr>
      <w:r>
        <w:rPr>
          <w:rFonts w:ascii="Georgia" w:hAnsi="Georgia" w:cs="Georgia" w:eastAsia="Georgia"/>
          <w:b w:val="0"/>
          <w:i w:val="0"/>
          <w:sz w:val="22"/>
        </w:rPr>
        <w:t>A Muslim is regarded as 'educated' by the West if he abandons Islam and embraces the concepts of western kufr. As long as the Taliban retain their 'primitive' lifestyle and refuse to don the yoke of western enslavement which is the consequence of adopting western political, economic and social institutions, they will remain free. They will be able to proudly hold their heads high in the clouds and bring disgrace and defeat to the enemy.</w:t>
      </w:r>
    </w:p>
    <w:p>
      <w:pPr>
        <w:spacing w:before="0" w:after="120" w:line="300" w:lineRule="exact"/>
        <w:jc w:val="both"/>
      </w:pPr>
      <w:r>
        <w:rPr>
          <w:rFonts w:ascii="Georgia" w:hAnsi="Georgia" w:cs="Georgia" w:eastAsia="Georgia"/>
          <w:b w:val="0"/>
          <w:i w:val="0"/>
          <w:sz w:val="22"/>
        </w:rPr>
        <w:t>Severely rebuking the likes of Iraq, Syria, Libya and Pakistan, the Qur'aan Majeed declares: "What! Do you search for the law of Jaahiliyyah? And whose law is more beautiful than the Law of Allah for a people who have firm faith?" (An'aam, aayat 50) "What! Do you search for honour by them? Verily, all honour belongs to only Allah." (An-Nisaa', aayat 139)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BRUTALITY AND SAVAGERY</w:t>
      </w:r>
    </w:p>
    <w:p>
      <w:pPr>
        <w:spacing w:before="0" w:after="160" w:line="300" w:lineRule="exact"/>
        <w:jc w:val="center"/>
      </w:pPr>
      <w:r>
        <w:rPr>
          <w:rFonts w:ascii="Georgia" w:hAnsi="Georgia" w:cs="Georgia" w:eastAsia="Georgia"/>
          <w:b w:val="0"/>
          <w:i/>
          <w:sz w:val="16"/>
        </w:rPr>
        <w:t>Page 2, 4 of the original. Heading read from the printed headline artwork.</w:t>
      </w:r>
    </w:p>
    <w:p>
      <w:pPr>
        <w:spacing w:before="0" w:after="120" w:line="300" w:lineRule="exact"/>
        <w:jc w:val="both"/>
      </w:pPr>
      <w:r>
        <w:rPr>
          <w:rFonts w:ascii="Georgia" w:hAnsi="Georgia" w:cs="Georgia" w:eastAsia="Georgia"/>
          <w:b w:val="0"/>
          <w:i w:val="0"/>
          <w:sz w:val="22"/>
        </w:rPr>
        <w:t>TO SHAME EVEN BARBARIANS "Every day, through the walls, Mayar could hear NDS agents electrocuting them (Taliban captives at the Kanda- har prison) and beating them with whips. He would sit in his cell and listen to their screams….. In a recent report, the United Nations found about half the prisoners who spend time in NDS custody are brutally tortured.</w:t>
      </w:r>
    </w:p>
    <w:p>
      <w:pPr>
        <w:spacing w:before="0" w:after="120" w:line="300" w:lineRule="exact"/>
        <w:jc w:val="both"/>
      </w:pPr>
      <w:r>
        <w:rPr>
          <w:rFonts w:ascii="Georgia" w:hAnsi="Georgia" w:cs="Georgia" w:eastAsia="Georgia"/>
          <w:b w:val="0"/>
          <w:i w:val="0"/>
          <w:sz w:val="22"/>
        </w:rPr>
        <w:t>Forms of torture reported by prisoners include electric shock, "wrenching" of genitals, rewith him again." (Extract from G.O. Magazine which is an American magazine) moval of toenails, suspension from the wrists by metal chains, and beatings with rubber hoses, braided cables, electric wires, and wooden sticks. The most rampant abuses take place in Kandahar.</w:t>
      </w:r>
    </w:p>
    <w:p>
      <w:pPr>
        <w:spacing w:before="0" w:after="120" w:line="300" w:lineRule="exact"/>
        <w:jc w:val="both"/>
      </w:pPr>
      <w:r>
        <w:rPr>
          <w:rFonts w:ascii="Georgia" w:hAnsi="Georgia" w:cs="Georgia" w:eastAsia="Georgia"/>
          <w:b w:val="0"/>
          <w:i w:val="0"/>
          <w:sz w:val="22"/>
        </w:rPr>
        <w:t>In his case, Rahim (who was one of the escapees in the mass prison break by the Taliban in which they freed more than a thousand prisoners) said that the agents locked them in a hut and beat them for several weeks. "They were beating us on our backs and the bottoms of our feet with a whip," asking us, "What were you doing? What were your activities?" We told them we were ordinary Taliban.</w:t>
      </w:r>
    </w:p>
    <w:p>
      <w:pPr>
        <w:spacing w:before="0" w:after="120" w:line="300" w:lineRule="exact"/>
        <w:jc w:val="both"/>
      </w:pPr>
      <w:r>
        <w:rPr>
          <w:rFonts w:ascii="Georgia" w:hAnsi="Georgia" w:cs="Georgia" w:eastAsia="Georgia"/>
          <w:b w:val="0"/>
          <w:i w:val="0"/>
          <w:sz w:val="22"/>
        </w:rPr>
        <w:t>We told them." "We were with Mullah Manan, and we will be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ABSOLUTE VICTORY"</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Clark, the western analyst based in Kabul, describing the Taliban attack on Camp Bastion, commented: "This war is not so much about fighting a lot of the time – strange as that may sound – it a lot about being seen to be winning. A lot of it is about the war narratives, and this is a blow for NATO and absolutely a victory for the Taliban to get this amount of weaponry destroyed or damaged, and to actually penetrate one of the most highly defended places in the country."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SHAHEED NAATIQ (THE MARTYR WHO SPOKE)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(Naatiq is one who speaks) Hadhrat Aarif Abdur Rahmaan Nuwairi (rahmatullah alayh), a renowned Faqih and Wali, had participated in the Jihaad of Dimyaat. He was martyred in this Jihaad campaign. His killer who was a Christian, said: "After I killed Abdur Rahmaan, I exclaimed: 'O Qissees (i.e. Aalim) of the Muslims! You read in your Book (the Qur'aan), the verse: "Never think of those who are killed in the Path of Allah that they are dead.</w:t>
      </w:r>
    </w:p>
    <w:p>
      <w:pPr>
        <w:spacing w:before="0" w:after="120" w:line="300" w:lineRule="exact"/>
        <w:jc w:val="both"/>
      </w:pPr>
      <w:r>
        <w:rPr>
          <w:rFonts w:ascii="Georgia" w:hAnsi="Georgia" w:cs="Georgia" w:eastAsia="Georgia"/>
          <w:b w:val="0"/>
          <w:i w:val="0"/>
          <w:sz w:val="22"/>
        </w:rPr>
        <w:t>In fact, they are alive, and are being nourished by their Creator…" I said: 'He is your Aalim. As I spoke, the slain Abdur Rahmaan opened his eyes, lifted his head and exclaimed: 'Yes! I am alive and am being nourished by Him.' Then he became silent. When this episode was enacted, kufr departed from my heart and I became a Muslim. I hope that by the blessings of Abdur Rahman who was the cause of my becoming a Muslim, Allah Ta'ala will forgive me." Since Hadhrat Abdur Rahmaan (rahmatullah alayh) spoke after shahaadat, he is called Shaheed Naatiq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108 Scholars have signed a fatwa</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urging Muslims to support the Free Syrian Army. Please comment on this Fatwa. A. The fatwa signed by "108 scholars" is an American 'fatwa'. These very same 'scholars' will not issue a fatwa exhorting Muslims to support the Talibaan, As-Shabaab, the Mujaahideen in Yemen and Chechnya. But because America desperately wants a regime change in Syria to serve its and Israel's interests, the corrupt fatwa has quickly been put together via Saudi agency.</w:t>
      </w:r>
    </w:p>
    <w:p>
      <w:pPr>
        <w:spacing w:before="0" w:after="120" w:line="300" w:lineRule="exact"/>
        <w:jc w:val="both"/>
      </w:pPr>
      <w:r>
        <w:rPr>
          <w:rFonts w:ascii="Georgia" w:hAnsi="Georgia" w:cs="Georgia" w:eastAsia="Georgia"/>
          <w:b w:val="0"/>
          <w:i w:val="0"/>
          <w:sz w:val="22"/>
        </w:rPr>
        <w:t>The 'fatwa' is another example of boot-licking by 'scholars' who sell Islam and the Ummah down the drain for a monetary pittance.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SYMBOL OF DEFEAT FOR THE U.S. AND NATO</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It was built at a massive expense as a symbol of success for the new Afghanistan, but in- stead the KabulKandahar road has become a highway of death that shows what has gone wrong. By Ben Farmer 09 Sept 2012 It is supposed to be a symbol of progress in the new Afghanistan, but as Nato prepares to withdraw its combat troops over the next two years the main road between the country's two largest cities has become instead a symbol of what has gone wrong.</w:t>
      </w:r>
    </w:p>
    <w:p>
      <w:pPr>
        <w:spacing w:before="0" w:after="120" w:line="300" w:lineRule="exact"/>
        <w:jc w:val="both"/>
      </w:pPr>
      <w:r>
        <w:rPr>
          <w:rFonts w:ascii="Georgia" w:hAnsi="Georgia" w:cs="Georgia" w:eastAsia="Georgia"/>
          <w:b w:val="0"/>
          <w:i w:val="0"/>
          <w:sz w:val="22"/>
        </w:rPr>
        <w:t>Rather than providing a secure transport link between the Afghan capital, Kabul, and the country's second city, Kandahar, Highway One has become a highway of death. Opened to great fanfare in 2003, it was hailed as a key element in rebuilding the economic infrastructure of the war -shattered nation. But today its once-pristine asphalt has become as scarred as the country's hopes for peace - a bombcratered, 300-mile long shooting gallery littered with the wrecks of vehicles attacked by Taliban insurgents.</w:t>
      </w:r>
    </w:p>
    <w:p>
      <w:pPr>
        <w:spacing w:before="0" w:after="120" w:line="300" w:lineRule="exact"/>
        <w:jc w:val="both"/>
      </w:pPr>
      <w:r>
        <w:rPr>
          <w:rFonts w:ascii="Georgia" w:hAnsi="Georgia" w:cs="Georgia" w:eastAsia="Georgia"/>
          <w:b w:val="0"/>
          <w:i w:val="0"/>
          <w:sz w:val="22"/>
        </w:rPr>
        <w:t>Thousands of hard-up Afghans still have no choice but to brave its passage every day by car and bus, but for westerners - and anyone else who can afford to avoid it by paying out for a commercial flight ticket - the road is effectively a no-go zone. As well as the threat of shootings, hold-ups and roadside bombs, there is the risk of kidnap: anyone with money, and especially a foreigner, is a tempting target.</w:t>
      </w:r>
    </w:p>
    <w:p>
      <w:pPr>
        <w:spacing w:before="0" w:after="120" w:line="300" w:lineRule="exact"/>
        <w:jc w:val="both"/>
      </w:pPr>
      <w:r>
        <w:rPr>
          <w:rFonts w:ascii="Georgia" w:hAnsi="Georgia" w:cs="Georgia" w:eastAsia="Georgia"/>
          <w:b w:val="0"/>
          <w:i w:val="0"/>
          <w:sz w:val="22"/>
        </w:rPr>
        <w:t>For that reason I had never expected to travel Highway One myself - until The Sunday Telegraph was invited to join an armed government convoy heading down the highway to Ghazni province, 100 miles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away.</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away. The arrangements were made by an Afghan government minister keen for reporters to see how locals in the area had turned against the Taliban. Photographer Jason Howe and I were escorted by heavilyarmed Afghan special forces commandos as we prepared to travel through insurgent country in a large white 4x4 that obviously belonged to the disliked Kabul government.</w:t>
      </w:r>
    </w:p>
    <w:p>
      <w:pPr>
        <w:spacing w:before="0" w:after="120" w:line="300" w:lineRule="exact"/>
        <w:jc w:val="both"/>
      </w:pPr>
      <w:r>
        <w:rPr>
          <w:rFonts w:ascii="Georgia" w:hAnsi="Georgia" w:cs="Georgia" w:eastAsia="Georgia"/>
          <w:b w:val="0"/>
          <w:i w:val="0"/>
          <w:sz w:val="22"/>
        </w:rPr>
        <w:t>As our convoy formed up on the south western outskirts of Kabul, it was clear that I was not the only one feeling apprehensive. "I am going to be truthful: we don't know what's going to happen and there are some very dangerous stretches of road," said Idris, the driver of the Toyota Land Cruiser which was to carry me. Idris, a curly-haired man in his thirties, said he had personally been attacked five times on the road, including one incident where a guard in his car had been shot dead.</w:t>
      </w:r>
    </w:p>
    <w:p>
      <w:pPr>
        <w:spacing w:before="0" w:after="120" w:line="300" w:lineRule="exact"/>
        <w:jc w:val="both"/>
      </w:pPr>
      <w:r>
        <w:rPr>
          <w:rFonts w:ascii="Georgia" w:hAnsi="Georgia" w:cs="Georgia" w:eastAsia="Georgia"/>
          <w:b w:val="0"/>
          <w:i w:val="0"/>
          <w:sz w:val="22"/>
        </w:rPr>
        <w:t>It was not the kind of reassurance I had hoped for. As we waited for our convoy to assemble, he adjusted a pistol in his shoulder holster and cocked the AK-47 rifle nestling by his right knee in the foot well. "If we get attacked though, we'll fight back," he said. Once complete, our convoy consisted of two Land Cruisers and six pick-up trucks full of commandoes, armed with an assortment of machine guns and rocket-propelled grenade launchers.</w:t>
      </w:r>
    </w:p>
    <w:p>
      <w:pPr>
        <w:spacing w:before="0" w:after="120" w:line="300" w:lineRule="exact"/>
        <w:jc w:val="both"/>
      </w:pPr>
      <w:r>
        <w:rPr>
          <w:rFonts w:ascii="Georgia" w:hAnsi="Georgia" w:cs="Georgia" w:eastAsia="Georgia"/>
          <w:b w:val="0"/>
          <w:i w:val="0"/>
          <w:sz w:val="22"/>
        </w:rPr>
        <w:t>With drivers scanning the roadsides and commandos watching the hills, we set off. The road snaking through Wardak, Ghazni and Zabul provinces is a critical artery binding the capital to the south of the country. Linking the seat of government with Kandahar - a city long regarded as the spiritual birthplace of the Taliban movement - it passes through villages, mountains and plains where President Hamid Karzai's administration struggles to exert influence.</w:t>
      </w:r>
    </w:p>
    <w:p>
      <w:pPr>
        <w:spacing w:before="0" w:after="120" w:line="300" w:lineRule="exact"/>
        <w:jc w:val="both"/>
      </w:pPr>
      <w:r>
        <w:rPr>
          <w:rFonts w:ascii="Georgia" w:hAnsi="Georgia" w:cs="Georgia" w:eastAsia="Georgia"/>
          <w:b w:val="0"/>
          <w:i w:val="0"/>
          <w:sz w:val="22"/>
        </w:rPr>
        <w:t>It is also the route taken by vast caravans of Afghan civilian supply lorries ferrying food, fuel and equipment to Nato and Afghan military bases across the south. The road's importance has not been lost on the Taliban, and it has been under relentless attack for at least five years. Statistics for violence on the road are sobering. By the middle of August, there had been 190 bomb attacks along the road in 2012 alone.</w:t>
      </w:r>
    </w:p>
    <w:p>
      <w:pPr>
        <w:spacing w:before="0" w:after="120" w:line="300" w:lineRule="exact"/>
        <w:jc w:val="both"/>
      </w:pPr>
      <w:r>
        <w:rPr>
          <w:rFonts w:ascii="Georgia" w:hAnsi="Georgia" w:cs="Georgia" w:eastAsia="Georgia"/>
          <w:b w:val="0"/>
          <w:i w:val="0"/>
          <w:sz w:val="22"/>
        </w:rPr>
        <w:t>On top of that, there had been another 284 shooting attacks, or nearly one for every mile of road. No proper figures for casualties are available, but the best estimate from police officials is that several dozen people have been killed or wounded travelling the highway this year, and hundreds over the past few years. Our convoy did not have to venture far from Kabul before signs of this bitter struggle were all too clear.</w:t>
      </w:r>
    </w:p>
    <w:p>
      <w:pPr>
        <w:spacing w:before="0" w:after="120" w:line="300" w:lineRule="exact"/>
        <w:jc w:val="both"/>
      </w:pPr>
      <w:r>
        <w:rPr>
          <w:rFonts w:ascii="Georgia" w:hAnsi="Georgia" w:cs="Georgia" w:eastAsia="Georgia"/>
          <w:b w:val="0"/>
          <w:i w:val="0"/>
          <w:sz w:val="22"/>
        </w:rPr>
        <w:t>As the road passes through picturesque villages and farmland, it is lined by hundreds of filled craters left by years of roadside bombs, many of them detonated by remote control. Some are several yards across, and at times they are so close together the traffic must slalom from one side of the road to the other. American soldiers say they have uncovered devices made of 250lbs of home-made explosive - more than enough to obliterate our vehicles and even flip the hulking armoured trucks used by US troops.</w:t>
      </w:r>
    </w:p>
    <w:p>
      <w:pPr>
        <w:spacing w:before="0" w:after="120" w:line="300" w:lineRule="exact"/>
        <w:jc w:val="both"/>
      </w:pPr>
      <w:r>
        <w:rPr>
          <w:rFonts w:ascii="Georgia" w:hAnsi="Georgia" w:cs="Georgia" w:eastAsia="Georgia"/>
          <w:b w:val="0"/>
          <w:i w:val="0"/>
          <w:sz w:val="22"/>
        </w:rPr>
        <w:t>The blast craters have created a cottage industry of road menders who fill them with rubble. Unfortunately, these rubblefilled craters then become prime spots to plant more bombs. Idris' answer to that threat was speed. Each time a patch of rubble loomed, he floored the accelerator and we held our breath as we bumped over it, or screeched around its rim - at one point nearly pitching my photographer colleague from the back of his pickup truck.</w:t>
      </w:r>
    </w:p>
    <w:p>
      <w:pPr>
        <w:spacing w:before="0" w:after="120" w:line="300" w:lineRule="exact"/>
        <w:jc w:val="both"/>
      </w:pPr>
      <w:r>
        <w:rPr>
          <w:rFonts w:ascii="Georgia" w:hAnsi="Georgia" w:cs="Georgia" w:eastAsia="Georgia"/>
          <w:b w:val="0"/>
          <w:i w:val="0"/>
          <w:sz w:val="22"/>
        </w:rPr>
        <w:t>"You have to get across it fast if there's a bomb," Idris explained. "Before the trigger man has time to press the button." At one point we had to leave the road entirely to skirt an American military convoy which was trying to salvage a transporter trailer mangled by a blast. Yet the road is chaotically far from deserted. Minibuses, saloon cars and coaches all jostle for space with the convoys of fuel tankers and container lorries carrying military supplies.</w:t>
      </w:r>
    </w:p>
    <w:p>
      <w:pPr>
        <w:spacing w:before="0" w:after="120" w:line="300" w:lineRule="exact"/>
        <w:jc w:val="both"/>
      </w:pPr>
      <w:r>
        <w:rPr>
          <w:rFonts w:ascii="Georgia" w:hAnsi="Georgia" w:cs="Georgia" w:eastAsia="Georgia"/>
          <w:b w:val="0"/>
          <w:i w:val="0"/>
          <w:sz w:val="22"/>
        </w:rPr>
        <w:t>To try to reduce the risk of attack, many vehciles make the trip on special "convoy days", when the road is flooded with Afghan security guards to try to keep Taliban at bay while trucks pass. Speeding up and down while armed to the teeth, the wildlooking guards are fearsome, but cannot completely prevent the onslaught of attacks. As the road passed through its most dangerous stretch, south of the town of Sydabad, the carcasses of burnt-out tankers lined the sides of the road and twice blocked it.</w:t>
      </w:r>
    </w:p>
    <w:p>
      <w:pPr>
        <w:spacing w:before="0" w:after="120" w:line="300" w:lineRule="exact"/>
        <w:jc w:val="both"/>
      </w:pPr>
      <w:r>
        <w:rPr>
          <w:rFonts w:ascii="Georgia" w:hAnsi="Georgia" w:cs="Georgia" w:eastAsia="Georgia"/>
          <w:b w:val="0"/>
          <w:i w:val="0"/>
          <w:sz w:val="22"/>
        </w:rPr>
        <w:t>This is Taliban heartland: an area where, try as they may, Nato forces have been unable to dislodge the insurgents who inhabit many of the towns and villages near to - and in some cases along - the road. Scorched patches of asphalt showed where other lorries had been incinerated. The commandoes became visibly more tense, peering through their gun sights.</w:t>
      </w:r>
    </w:p>
    <w:p>
      <w:pPr>
        <w:spacing w:before="0" w:after="120" w:line="300" w:lineRule="exact"/>
        <w:jc w:val="both"/>
      </w:pPr>
      <w:r>
        <w:rPr>
          <w:rFonts w:ascii="Georgia" w:hAnsi="Georgia" w:cs="Georgia" w:eastAsia="Georgia"/>
          <w:b w:val="0"/>
          <w:i w:val="0"/>
          <w:sz w:val="22"/>
        </w:rPr>
        <w:t>It is also this area that most Afghan travellers fear the most. For them, the trip has the added risk of Taliban checkpoints where traffic is halted and passengers are scrutinised for links to the government, or foreign organisations. A scrap of paper from a government document, or a suspicious number on a mobile phone, may be all that is required to merit a summary roadside execution, according to those who travel the route regularly.</w:t>
      </w:r>
    </w:p>
    <w:p>
      <w:pPr>
        <w:spacing w:before="0" w:after="120" w:line="300" w:lineRule="exact"/>
        <w:jc w:val="both"/>
      </w:pPr>
      <w:r>
        <w:rPr>
          <w:rFonts w:ascii="Georgia" w:hAnsi="Georgia" w:cs="Georgia" w:eastAsia="Georgia"/>
          <w:b w:val="0"/>
          <w:i w:val="0"/>
          <w:sz w:val="22"/>
        </w:rPr>
        <w:t>Passengers claim that frequently the insurgents appear to have been tipped off about who is heading their way, probably by spies in Kabul's bus stations. The risks meant we were unable to stop and talk to our fellow travellers. But days earlier, I had heard hair-raising tales from the bus drivers who ply the route each day from Kabul's Kandahar bus station.</w:t>
      </w:r>
    </w:p>
    <w:p>
      <w:pPr>
        <w:spacing w:before="0" w:after="120" w:line="300" w:lineRule="exact"/>
        <w:jc w:val="both"/>
      </w:pPr>
      <w:r>
        <w:rPr>
          <w:rFonts w:ascii="Georgia" w:hAnsi="Georgia" w:cs="Georgia" w:eastAsia="Georgia"/>
          <w:b w:val="0"/>
          <w:i w:val="0"/>
          <w:sz w:val="22"/>
        </w:rPr>
        <w:t>Speaking outside his office, Hakimullah Khan, told me during his own eight-year driving career he has been stopped 20 times by Taliban checkpoints that spring up in the middle of the night. Most recently, in April, the first sign of trouble he saw was when his headlights fixed on the insurgents' gun barrels, and by then it was too late to do anything.</w:t>
      </w:r>
    </w:p>
    <w:p>
      <w:pPr>
        <w:spacing w:before="0" w:after="120" w:line="300" w:lineRule="exact"/>
        <w:jc w:val="both"/>
      </w:pPr>
      <w:r>
        <w:rPr>
          <w:rFonts w:ascii="Georgia" w:hAnsi="Georgia" w:cs="Georgia" w:eastAsia="Georgia"/>
          <w:b w:val="0"/>
          <w:i w:val="0"/>
          <w:sz w:val="22"/>
        </w:rPr>
        <w:t>He had no choice but to bring his creaking bus to a halt before the half dozen gunmen, as they raised their assault rifles level with his windscreen. On this occasion, after a cursory search, he and his passengers were allowed on their way - but as Mr Khan knows all too well, there is always a next time. "The road is very dangerous," he said.</w:t>
      </w:r>
    </w:p>
    <w:p>
      <w:pPr>
        <w:spacing w:before="0" w:after="120" w:line="300" w:lineRule="exact"/>
        <w:jc w:val="both"/>
      </w:pPr>
      <w:r>
        <w:rPr>
          <w:rFonts w:ascii="Georgia" w:hAnsi="Georgia" w:cs="Georgia" w:eastAsia="Georgia"/>
          <w:b w:val="0"/>
          <w:i w:val="0"/>
          <w:sz w:val="22"/>
        </w:rPr>
        <w:t>"But it is my job, what can I do?" Thankfully our own trip passed off without any attack. But the scenes we saw along Highway One were a terrifying glimpse of the gauntlet run daily by ordinary Afghans. They show why the road remains a major headache for coalition forces as they try to forge an exit strategy - and are also a glaring sign of the weakness of Mr Karzai's government.</w:t>
      </w:r>
    </w:p>
    <w:p>
      <w:pPr>
        <w:spacing w:before="0" w:after="120" w:line="300" w:lineRule="exact"/>
        <w:jc w:val="both"/>
      </w:pPr>
      <w:r>
        <w:rPr>
          <w:rFonts w:ascii="Georgia" w:hAnsi="Georgia" w:cs="Georgia" w:eastAsia="Georgia"/>
          <w:b w:val="0"/>
          <w:i w:val="0"/>
          <w:sz w:val="22"/>
        </w:rPr>
        <w:t>The counterinsurgency doctrine espoused by Nato commanders prizes freedom of movement for the local populace, yet after 10 years of international military help, the country's main artery remains too perilous for many to use. And soon its security will be entirely in Afghan army hands. "We have to secure that road before we leave," one Nato general in Kabul lamented earlier this year.</w:t>
      </w:r>
    </w:p>
    <w:p>
      <w:pPr>
        <w:spacing w:before="0" w:after="120" w:line="300" w:lineRule="exact"/>
        <w:jc w:val="both"/>
      </w:pPr>
      <w:r>
        <w:rPr>
          <w:rFonts w:ascii="Georgia" w:hAnsi="Georgia" w:cs="Georgia" w:eastAsia="Georgia"/>
          <w:b w:val="0"/>
          <w:i w:val="0"/>
          <w:sz w:val="22"/>
        </w:rPr>
        <w:t>From what I saw during the journey along Highway One, they still have a long way to go.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CAMP BASTION ATTACK: TALIBAN'S VIEW</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Taliban named two units that were involved in the attack: the Khalid Bin Walid group and the Omar Bin Al Khattaab group. "At the outset, the martyrdomseeking Mujahideen entered according to a studied plan and military tac- tic into the centre, and they had divided themselves into several groups. The elements of the Khalid Bin Walid group were commissioned to reach the barracks of the occupation soldiers and surprise them in their beds, and the elements of the Omar Bin Al-Khattaab group were tasked to reach the helipads and to target them and the military vehicles with heavy weapons.</w:t>
      </w:r>
    </w:p>
    <w:p>
      <w:pPr>
        <w:spacing w:before="0" w:after="120" w:line="300" w:lineRule="exact"/>
        <w:jc w:val="both"/>
      </w:pPr>
      <w:r>
        <w:rPr>
          <w:rFonts w:ascii="Georgia" w:hAnsi="Georgia" w:cs="Georgia" w:eastAsia="Georgia"/>
          <w:b w:val="0"/>
          <w:i w:val="0"/>
          <w:sz w:val="22"/>
        </w:rPr>
        <w:t>At the beginning, the Mujahideen used silenced weapons in the attack at the soldiers inside the barracks, where they killed and injured a number of them. The tactical battle lasted until midnight, until the commissioned groups arrived to their spots, then the heavy weapons fight started fiercely and big explosions took place."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AFTER ALL, IT WAS ALLAH'S 'RAG-TAG' ARMY</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In their extremely well-planned, daring attack on one of the world's most fortified bases of the kuffaar superpowers, the Taliban inflicted a stunning blow and wrought massive damage and destruction on the U.S., Nato and Coalition invaders' Camp Bastion base and on its troops. The superb attack has demoralized and bewildered the U.S. and its legions of invaders.</w:t>
      </w:r>
    </w:p>
    <w:p>
      <w:pPr>
        <w:spacing w:before="0" w:after="120" w:line="300" w:lineRule="exact"/>
        <w:jc w:val="both"/>
      </w:pPr>
      <w:r>
        <w:rPr>
          <w:rFonts w:ascii="Georgia" w:hAnsi="Georgia" w:cs="Georgia" w:eastAsia="Georgia"/>
          <w:b w:val="0"/>
          <w:i w:val="0"/>
          <w:sz w:val="22"/>
        </w:rPr>
        <w:t>In order to fully comprehend the magnitude of the attack and its aftermath, the destruction should be kept in view. * Hundreds of millions of dollars of destruction was inflicted on the enemy in a sudden, surprising, concerted and fierce attack by a handful of Taliban Mujahideen. * The heavy fighting lasted several hours, from before midnight until almost Fajr time. * 6 Harrier planes were completely destroyed. 2 Harriers were badly damaged. * 3 Hangers destroyed and 3 badly damaged * 3 Refueling stations destroyed * Whilst the U.S. claims that only two marines were killed, according to the Taliban, many were killed and wounded.</w:t>
      </w:r>
    </w:p>
    <w:p>
      <w:pPr>
        <w:spacing w:before="0" w:after="120" w:line="300" w:lineRule="exact"/>
        <w:jc w:val="both"/>
      </w:pPr>
      <w:r>
        <w:rPr>
          <w:rFonts w:ascii="Georgia" w:hAnsi="Georgia" w:cs="Georgia" w:eastAsia="Georgia"/>
          <w:b w:val="0"/>
          <w:i w:val="0"/>
          <w:sz w:val="22"/>
        </w:rPr>
        <w:t>The extent of the operation confirms the Taliban view. Camp Bastion is located in the middle of a desert region. There are no mountains and jungles to provide cover for the Taliban Mujaahid group who had staged the daring attack on the most fortified base in Afghanistan housing 28,000 U.S., Nato and Coalition army personnel. The report appearing elsewhere in these pages describes the 'state of art 'surveillance and security - the best which the most sophisticated technology of the superpowers had to offer.</w:t>
      </w:r>
    </w:p>
    <w:p>
      <w:pPr>
        <w:spacing w:before="0" w:after="120" w:line="300" w:lineRule="exact"/>
        <w:jc w:val="both"/>
      </w:pPr>
      <w:r>
        <w:rPr>
          <w:rFonts w:ascii="Georgia" w:hAnsi="Georgia" w:cs="Georgia" w:eastAsia="Georgia"/>
          <w:b w:val="0"/>
          <w:i w:val="0"/>
          <w:sz w:val="22"/>
        </w:rPr>
        <w:t>There is no way in which a heavilyarmed group of a couple dozen fighters with heavy weapons, arriving in Toyota pick-up trucks could escape radar and other high-tech surveillance equipment and specially trained troops who were manning all the check posts and surveillance towers which dot the area. The radar can pick up the slightest movement in a radius of more than 30 kilometres.</w:t>
      </w:r>
    </w:p>
    <w:p>
      <w:pPr>
        <w:spacing w:before="0" w:after="120" w:line="300" w:lineRule="exact"/>
        <w:jc w:val="both"/>
      </w:pPr>
      <w:r>
        <w:rPr>
          <w:rFonts w:ascii="Georgia" w:hAnsi="Georgia" w:cs="Georgia" w:eastAsia="Georgia"/>
          <w:b w:val="0"/>
          <w:i w:val="0"/>
          <w:sz w:val="22"/>
        </w:rPr>
        <w:t>But the Taliban attack took place despite such heavy odds loaded against them. The very fact that a small group of Mujahideen penetrated such a heavily fortified base having 28,000 troops, testifies loudly for their morale and determination for shahaadat. They attacked this base with the full understanding that there would be no return for them.</w:t>
      </w:r>
    </w:p>
    <w:p>
      <w:pPr>
        <w:spacing w:before="0" w:after="120" w:line="300" w:lineRule="exact"/>
        <w:jc w:val="both"/>
      </w:pPr>
      <w:r>
        <w:rPr>
          <w:rFonts w:ascii="Georgia" w:hAnsi="Georgia" w:cs="Georgia" w:eastAsia="Georgia"/>
          <w:b w:val="0"/>
          <w:i w:val="0"/>
          <w:sz w:val="22"/>
        </w:rPr>
        <w:t>They courted shahaadat and Allah Ta'ala blessed them to drink from the Cup of Martyrdom. A U.S. defence official described the attack as "complex" which means that it was a coordinated assault using several types of weapons. Clark, an analyst based in Kabul said that the attack was "a huge blow for Nato". Undoubtedly, we can see Allah's Hand of Nusrat underlying the attack on this highly-fortified base of the kuffaar.</w:t>
      </w:r>
    </w:p>
    <w:p>
      <w:pPr>
        <w:spacing w:before="0" w:after="120" w:line="300" w:lineRule="exact"/>
        <w:jc w:val="both"/>
      </w:pPr>
      <w:r>
        <w:rPr>
          <w:rFonts w:ascii="Georgia" w:hAnsi="Georgia" w:cs="Georgia" w:eastAsia="Georgia"/>
          <w:b w:val="0"/>
          <w:i w:val="0"/>
          <w:sz w:val="22"/>
        </w:rPr>
        <w:t>Without Divine Aid, the attack was logistically impossible. Every aspect of this operation of the Taliban testifies to Allah's aid. There is consensus even among western experts that the attack was deadly, powerful and sophisticated in every aspect, and that it had dealt a shattering blow to the forces of the superpowers. After all, it was Allah's "Rag-Tag' Army.</w:t>
      </w:r>
    </w:p>
    <w:p>
      <w:pPr>
        <w:spacing w:before="0" w:after="120" w:line="300" w:lineRule="exact"/>
        <w:jc w:val="both"/>
      </w:pPr>
      <w:r>
        <w:rPr>
          <w:rFonts w:ascii="Georgia" w:hAnsi="Georgia" w:cs="Georgia" w:eastAsia="Georgia"/>
          <w:b w:val="0"/>
          <w:i w:val="0"/>
          <w:sz w:val="22"/>
        </w:rPr>
        <w:t>The Qur'aan Majeed says in this regard: "There were many small groups who defeated large armies with the permission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Shaikh Mughaadari (rahmatullah alayh) was one of those Auliya who executed various divinely-imposed tasks in mysterious ways. He had the power of becoming invisible. He would enter into the cities of the kuffaar to execute duties which Allah Ta'ala imposed on him. Once Allah Ta'ala ordered him to go to a certain city of the kuffaar to meet a Siddeeq.</w:t>
      </w:r>
    </w:p>
    <w:p>
      <w:pPr>
        <w:spacing w:before="0" w:after="120" w:line="300" w:lineRule="exact"/>
        <w:jc w:val="both"/>
      </w:pPr>
      <w:r>
        <w:rPr>
          <w:rFonts w:ascii="Georgia" w:hAnsi="Georgia" w:cs="Georgia" w:eastAsia="Georgia"/>
          <w:b w:val="0"/>
          <w:i w:val="0"/>
          <w:sz w:val="22"/>
        </w:rPr>
        <w:t>(A Siddeeq is a Wali of the highest status. The Siddeeq's rank is close to the status of a Nabi. The Siddeeq of the highest rank was Hadhrat Abu Bakr Siddeeq –Radhiyallahu anhu.) As Shaikh Mughaadari entered the city of the kuffaar, he was arrested. The captor tied him and took him to the bazaar where he sold him as a slave. A man of rank purchased him and dedicated him to be of service to the main church in the city.</w:t>
      </w:r>
    </w:p>
    <w:p>
      <w:pPr>
        <w:spacing w:before="0" w:after="120" w:line="300" w:lineRule="exact"/>
        <w:jc w:val="both"/>
      </w:pPr>
      <w:r>
        <w:rPr>
          <w:rFonts w:ascii="Georgia" w:hAnsi="Georgia" w:cs="Georgia" w:eastAsia="Georgia"/>
          <w:b w:val="0"/>
          <w:i w:val="0"/>
          <w:sz w:val="22"/>
        </w:rPr>
        <w:t>Shaikh Mughaadari remained there. Daily he would clean the church and attended to all the duties which had been imposed on him by the management of the church. One day, there was much activity in the church. New carpets were spread and incense was lit. The church was being adorned. When Shaikh Mughaadari asked the reason for the extra activity and adornment, he was informed that the king comes once a year to pray in this church, and he would be coming on this day.</w:t>
      </w:r>
    </w:p>
    <w:p>
      <w:pPr>
        <w:spacing w:before="0" w:after="120" w:line="300" w:lineRule="exact"/>
        <w:jc w:val="both"/>
      </w:pPr>
      <w:r>
        <w:rPr>
          <w:rFonts w:ascii="Georgia" w:hAnsi="Georgia" w:cs="Georgia" w:eastAsia="Georgia"/>
          <w:b w:val="0"/>
          <w:i w:val="0"/>
          <w:sz w:val="22"/>
        </w:rPr>
        <w:t>The king would remain alone in the church for prayers. Soon the king came and entered. Everyone left and the doors were closed. Meanwhile Shaikh Mughaadari had made himself invisible and remained inside. Shaikh Mughhdari narrated: "When I found the king held the status of the Siddiqeen, I asked: 'What is your spiritual state living among these kuffaar?" The king who was a Siddeeq, said: 'O Abul Hajjaaj!</w:t>
      </w:r>
    </w:p>
    <w:p>
      <w:pPr>
        <w:spacing w:before="0" w:after="120" w:line="300" w:lineRule="exact"/>
        <w:jc w:val="both"/>
      </w:pPr>
      <w:r>
        <w:rPr>
          <w:rFonts w:ascii="Georgia" w:hAnsi="Georgia" w:cs="Georgia" w:eastAsia="Georgia"/>
          <w:b w:val="0"/>
          <w:i w:val="0"/>
          <w:sz w:val="22"/>
        </w:rPr>
        <w:t>I derive great benefit amongst them. My Tauheed and Islam are pure and sincere. No one is aware of it. I consume what is halaal – in which there is no doubt. I am able to benefit Muslims. Even if I was a great king among the Muslims, I would not have been able to benefit them in the way I am presently doing. I am saving them from the evil plots of the kuffaar by being in this guise.</w:t>
      </w:r>
    </w:p>
    <w:p>
      <w:pPr>
        <w:spacing w:before="0" w:after="120" w:line="300" w:lineRule="exact"/>
        <w:jc w:val="both"/>
      </w:pPr>
      <w:r>
        <w:rPr>
          <w:rFonts w:ascii="Georgia" w:hAnsi="Georgia" w:cs="Georgia" w:eastAsia="Georgia"/>
          <w:b w:val="0"/>
          <w:i w:val="0"/>
          <w:sz w:val="22"/>
        </w:rPr>
        <w:t>I create situations which bring about wars between the kuffaar. Insha'Allah, you shall soon witness such upheavals. (i.e. creating wars among the kuffaar nations).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IN CONTROL</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"Say (O Muhammad!): O Allah! Master of Sovereignty, You bestow power (political control) to whomever You wish, and You snatch away sovereignty from whomever You wish. You grant honour to whomever You wish, and You disgrace whomever You wish. In your Hand is all goodness. Verily, You are All-Powerful over all things."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(Aal-e-Imraan, aayat 26) "And, By Him are the keys of the unseen.</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(Aal-e-Imraan, aayat 26) "And, By Him are the keys of the unseen. None knows it besides Him. And, He knows what is in the land and in the ocean. And not a leaf drops (from a tree), but He is aware of it, nor is there a seed in the darkness of the earth (underground) nor anything moist or dry, but it is recorded in a clear book." (Al-An'aam, aayat 59) The aforementioned Qur'aanic verses as well as other aayaat and numerous Ahaadith all testify that Allah Ta'ala is fully in control of the minutest detail and of every atom in His entire creation, of which our universe constitutes an infinitesimal speck.</w:t>
      </w:r>
    </w:p>
    <w:p>
      <w:pPr>
        <w:spacing w:before="0" w:after="120" w:line="300" w:lineRule="exact"/>
        <w:jc w:val="both"/>
      </w:pPr>
      <w:r>
        <w:rPr>
          <w:rFonts w:ascii="Georgia" w:hAnsi="Georgia" w:cs="Georgia" w:eastAsia="Georgia"/>
          <w:b w:val="0"/>
          <w:i w:val="0"/>
          <w:sz w:val="22"/>
        </w:rPr>
        <w:t>There are no accidents in Allah's creation. Everything is in accordance with His planned decrees. Elsewhere on this page appears an article which gives a small glimpse of the mysterious operations of Allah Ta'ala. Nothing – good or bad – happens without the decree of Allah Azza Wa Jal. The rise and fall of empires, rulers, kings and governments, are all designed by Allah Azza Wa Jal down to the minutest detail.</w:t>
      </w:r>
    </w:p>
    <w:p>
      <w:pPr>
        <w:spacing w:before="0" w:after="120" w:line="300" w:lineRule="exact"/>
        <w:jc w:val="both"/>
      </w:pPr>
      <w:r>
        <w:rPr>
          <w:rFonts w:ascii="Georgia" w:hAnsi="Georgia" w:cs="Georgia" w:eastAsia="Georgia"/>
          <w:b w:val="0"/>
          <w:i w:val="0"/>
          <w:sz w:val="22"/>
        </w:rPr>
        <w:t>All the political upheavals which we are observing are all the creations of Allah Ta'ala. There is no other being who appoints rulers on earth besides Allah Azza Wa Jal. Every empire, every superpower, every minipower and every banana republic have their appointed terms. When the term has run out, the divine axe will fall and eliminate the seemingly indestructible superpower, and its paper empire will collapse.</w:t>
      </w:r>
    </w:p>
    <w:p>
      <w:pPr>
        <w:spacing w:before="0" w:after="120" w:line="300" w:lineRule="exact"/>
        <w:jc w:val="both"/>
      </w:pPr>
      <w:r>
        <w:rPr>
          <w:rFonts w:ascii="Georgia" w:hAnsi="Georgia" w:cs="Georgia" w:eastAsia="Georgia"/>
          <w:b w:val="0"/>
          <w:i w:val="0"/>
          <w:sz w:val="22"/>
        </w:rPr>
        <w:t>It will seem that the power was a mere mirage in the desert. Unequivocally stating this fact, the Qur'aan states: "For every nation there is an appointed time. When that appointed time arrives, it shall neither be advanced not delayed by a moment." Today the U.S.A. appears to be in control of the world whilst in reality the decree of Allah Ta'ala is being practically implemented on earth.</w:t>
      </w:r>
    </w:p>
    <w:p>
      <w:pPr>
        <w:spacing w:before="0" w:after="120" w:line="300" w:lineRule="exact"/>
        <w:jc w:val="both"/>
      </w:pPr>
      <w:r>
        <w:rPr>
          <w:rFonts w:ascii="Georgia" w:hAnsi="Georgia" w:cs="Georgia" w:eastAsia="Georgia"/>
          <w:b w:val="0"/>
          <w:i w:val="0"/>
          <w:sz w:val="22"/>
        </w:rPr>
        <w:t>The U.S. together with all other rulers and governments are miniscule cogs in Al- lah's Scheme for us all on earth. A Muslim therefore, with his focus on Allah Ta'ala, is never despondent nor is there any conundrum for him. There is deep divine wisdom in the current world domination of the western kuffaar. They cannot be begrudged for their dominance.</w:t>
      </w:r>
    </w:p>
    <w:p>
      <w:pPr>
        <w:spacing w:before="0" w:after="120" w:line="300" w:lineRule="exact"/>
        <w:jc w:val="both"/>
      </w:pPr>
      <w:r>
        <w:rPr>
          <w:rFonts w:ascii="Georgia" w:hAnsi="Georgia" w:cs="Georgia" w:eastAsia="Georgia"/>
          <w:b w:val="0"/>
          <w:i w:val="0"/>
          <w:sz w:val="22"/>
        </w:rPr>
        <w:t>Allah Ta'ala has placed them in this position of sovereignty and power, and Allah Ta'ala has assigned the Muslim Ummah to the strata of humiliation. Currently, the Ummah deserves nothing better than humiliation and serfdom which Muslims have invited upon themselves by way of their bootlicking and hindlicking of the U.S. and the West in general.</w:t>
      </w:r>
    </w:p>
    <w:p>
      <w:pPr>
        <w:spacing w:before="0" w:after="120" w:line="300" w:lineRule="exact"/>
        <w:jc w:val="both"/>
      </w:pPr>
      <w:r>
        <w:rPr>
          <w:rFonts w:ascii="Georgia" w:hAnsi="Georgia" w:cs="Georgia" w:eastAsia="Georgia"/>
          <w:b w:val="0"/>
          <w:i w:val="0"/>
          <w:sz w:val="22"/>
        </w:rPr>
        <w:t>The drama being enacted in Afghanistan, Iraq, Somalia, Yemen, Chechniya, Libya, Syria, Egypt, the U.S.A. and in all other arenas of the world are inscriptions in the Divine Tapestry which Allah Ta'ala has unfolded. With the gaze on Allah Azza Wa Jal, the Mu'min neither panics nor is bewildered as the affairs of the world unravel. "Verily, Allah does as He pleases."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12 BILLION DOLLARS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In 2010 alone, the U.S. spent 12 billion dollars training the Afghan forces in the hope that these surrogate troops will be able to contain the Taliban aft er the retr eat and withdrawal of U.S., NATO and Coalition forces." Needless to say, all the billions spent are derived from Arab oil wealth.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N.D.S.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N.D.S. The NDS (National Directorate of Security) is Afghanistan's puppet government's spy agency created by the U.S.. Mayar was the Warden of Kandahar Prison at the time of the massive jail break. He and a number of prison guards have been arrested and imprisoned on suspicion of having aided the Taliban to accomplish the jailbreak.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KANDAHAR JAIL BREAKS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Kandahar prison was subjected to several jailbreaks in the recent past. * "The Taliban first tunneled their way out of Sarposa (Kandahar prison) in 2003., when forty one prisoners escaped. After a weeklong search, only a handful were recaptured.. * In 2008 a delivery truck carrying two tons of explosives blew open Sarposa's main gate, allowing some thirty Taliban fighters on motorcycles to swarm the breach with AK-47s and rocket-propelled grenades.</w:t>
      </w:r>
    </w:p>
    <w:p>
      <w:pPr>
        <w:spacing w:before="0" w:after="120" w:line="300" w:lineRule="exact"/>
        <w:jc w:val="both"/>
      </w:pPr>
      <w:r>
        <w:rPr>
          <w:rFonts w:ascii="Georgia" w:hAnsi="Georgia" w:cs="Georgia" w:eastAsia="Georgia"/>
          <w:b w:val="0"/>
          <w:i w:val="0"/>
          <w:sz w:val="22"/>
        </w:rPr>
        <w:t>They killed at last nine guards and released well over a thousand prisoners – some 400 of them insurgents. One witness to the assault told me he was standing across the highway eating a pastry when the bomb blew out all the windows of the nearby shops and turned the air opaque with dust. "There were a lot of Taliban on this side of the road.." the man said.</w:t>
      </w:r>
    </w:p>
    <w:p>
      <w:pPr>
        <w:spacing w:before="0" w:after="120" w:line="300" w:lineRule="exact"/>
        <w:jc w:val="both"/>
      </w:pPr>
      <w:r>
        <w:rPr>
          <w:rFonts w:ascii="Georgia" w:hAnsi="Georgia" w:cs="Georgia" w:eastAsia="Georgia"/>
          <w:b w:val="0"/>
          <w:i w:val="0"/>
          <w:sz w:val="22"/>
        </w:rPr>
        <w:t>"One of them had a machine gun in his hands and was yelling at the prisoners, 'Come out! Come out of the prison?" A fleet of mini-buses waited nearby to ferry the fugitives out of the city, back into the countryside." (G.O.Magazine) After this prison-break, the U.S. and Canada fortified the prison. Numerous security upgrades were constructed.</w:t>
      </w:r>
    </w:p>
    <w:p>
      <w:pPr>
        <w:spacing w:before="0" w:after="120" w:line="300" w:lineRule="exact"/>
        <w:jc w:val="both"/>
      </w:pPr>
      <w:r>
        <w:rPr>
          <w:rFonts w:ascii="Georgia" w:hAnsi="Georgia" w:cs="Georgia" w:eastAsia="Georgia"/>
          <w:b w:val="0"/>
          <w:i w:val="0"/>
          <w:sz w:val="22"/>
        </w:rPr>
        <w:t>The aggressors were so confident of their prison-fortifications that a U.S. official told reporters that "the only chance of another escape was if the enemy (the Taliban) put a nuke on a motorcycle." However, despite the elaborate security upgrades for which the Canadians spent millions of dollars, the Taliban succeeded to stage an even bigger jailbreak, "without a nuke", releasing about 1400 captives.</w:t>
      </w:r>
    </w:p>
    <w:p>
      <w:pPr>
        <w:spacing w:before="0" w:after="120" w:line="300" w:lineRule="exact"/>
        <w:jc w:val="both"/>
      </w:pPr>
      <w:r>
        <w:rPr>
          <w:rFonts w:ascii="Georgia" w:hAnsi="Georgia" w:cs="Georgia" w:eastAsia="Georgia"/>
          <w:b w:val="0"/>
          <w:i w:val="0"/>
          <w:sz w:val="22"/>
        </w:rPr>
        <w:t>Lamenting the loss of their millions, Stephane Dion, a Canadian opposition leader said: "How can we invest in something and it be so poorly run?"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ADMISSIONS AND LAMENTS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 "It's highly unlikely that the Taliban will be defeated militarily before the U.S. departure, nor is there any immediate prospect of a political solution to the conflict." • "Afghan political will aside, whether or not Washington will keep funding Afghanistan's security after most U.S. troops leave is an open question – and one that's hardly been the stuff of presidential-campaign rhetoric." • "Each week brings new stories of U.S. and allied troops killed by the Afghans they've been training.</w:t>
      </w:r>
    </w:p>
    <w:p>
      <w:pPr>
        <w:spacing w:before="0" w:after="120" w:line="300" w:lineRule="exact"/>
        <w:jc w:val="both"/>
      </w:pPr>
      <w:r>
        <w:rPr>
          <w:rFonts w:ascii="Georgia" w:hAnsi="Georgia" w:cs="Georgia" w:eastAsia="Georgia"/>
          <w:b w:val="0"/>
          <w:i w:val="0"/>
          <w:sz w:val="22"/>
        </w:rPr>
        <w:t>Fortytwo coalition troops have been killed in so-called insider attacks this year – 12 in August alone. "The transition to mentoring Afghan forces actually increases the vulnerability of Western troops because it requires embedding smaller groups of NATO troops in Afghan units." (Time Magazine, Sept. 12, 2012)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CONSEQUENCES OF BRUTALITY</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rising number of suicides in the U.S. military, constrained Leon Panetta, the Defence Secretary, to lament when he testified to Congress: "That (the rising rate of suicides) is an epidemic. Something is wrong". Yes, everything with the brutal invasion and the murder of civilians and the horrendous torture of genuine Prisoners of War, is wrong.</w:t>
      </w:r>
    </w:p>
    <w:p>
      <w:pPr>
        <w:spacing w:before="0" w:after="120" w:line="300" w:lineRule="exact"/>
        <w:jc w:val="both"/>
      </w:pPr>
      <w:r>
        <w:rPr>
          <w:rFonts w:ascii="Georgia" w:hAnsi="Georgia" w:cs="Georgia" w:eastAsia="Georgia"/>
          <w:b w:val="0"/>
          <w:i w:val="0"/>
          <w:sz w:val="22"/>
        </w:rPr>
        <w:t>Commenting on the suicides, the U.S. paper, USA TODAY of August 2012) stated: "Suicides have increased across all branches of the military at a rate of about one per day. The problem is worse within the Army, which saw its suicide rate double from 2004 to 2009. Given the sharp increase this year, the Army is poised for its first significant jump in its suicide rate since 2009.</w:t>
      </w:r>
    </w:p>
    <w:p>
      <w:pPr>
        <w:spacing w:before="0" w:after="120" w:line="300" w:lineRule="exact"/>
        <w:jc w:val="both"/>
      </w:pPr>
      <w:r>
        <w:rPr>
          <w:rFonts w:ascii="Georgia" w:hAnsi="Georgia" w:cs="Georgia" w:eastAsia="Georgia"/>
          <w:b w:val="0"/>
          <w:i w:val="0"/>
          <w:sz w:val="22"/>
        </w:rPr>
        <w:t>A total of 38 soldiers either committed suicide or are suspected of doing so in July, the highest one-month tally since the Army began tracking it close- ly. The Army suicide pace this year is surpassing last year, particularly among active-duty soldiers, where there is a 22% increase – 116 deaths this year vs 95 for the same seven months last year….</w:t>
      </w:r>
    </w:p>
    <w:p>
      <w:pPr>
        <w:spacing w:before="0" w:after="120" w:line="300" w:lineRule="exact"/>
        <w:jc w:val="both"/>
      </w:pPr>
      <w:r>
        <w:rPr>
          <w:rFonts w:ascii="Georgia" w:hAnsi="Georgia" w:cs="Georgia" w:eastAsia="Georgia"/>
          <w:b w:val="0"/>
          <w:i w:val="0"/>
          <w:sz w:val="22"/>
        </w:rPr>
        <w:t>In a recent interview with USA TODAY, Gen. Ray Odierno, Army Chief of Staff, said suicides are the most common form of death in the Army." USA TODAY) A significant and wonderful phenomenon is that there is not a single suicide in Taliban and Mujaahideen ranks. The Mujaahideen neither commit suicide nor are driven to insanity and mental derangement by the spell of the Devil which is gripping the forces of the kuffaar.</w:t>
      </w:r>
    </w:p>
    <w:p>
      <w:pPr>
        <w:spacing w:before="0" w:after="120" w:line="300" w:lineRule="exact"/>
        <w:jc w:val="both"/>
      </w:pPr>
      <w:r>
        <w:rPr>
          <w:rFonts w:ascii="Georgia" w:hAnsi="Georgia" w:cs="Georgia" w:eastAsia="Georgia"/>
          <w:b w:val="0"/>
          <w:i w:val="0"/>
          <w:sz w:val="22"/>
        </w:rPr>
        <w:t>Fear for death and the effects of brutality are the actual causes of the suicides and the epidemic of mental diseases which run into tens of thousands of active and veteran troops.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BRITISH-U.S.-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SAUDI NEXUS Q. Please explain briefly the history of Arabic, Abdul Wahhaab, Britain and America. A. The scope of these columns do not permit even a brief summary of the history of Arabia with regard to western domination. It will suffice to say that Britain had armed the Bedouins of the Arabian Peninsula. The tribe of Saud colluded with the British to defeat the Turks who were ruling the Muslim World at that time, including the Arab countries.</w:t>
      </w:r>
    </w:p>
    <w:p>
      <w:pPr>
        <w:spacing w:before="0" w:after="120" w:line="300" w:lineRule="exact"/>
        <w:jc w:val="both"/>
      </w:pPr>
      <w:r>
        <w:rPr>
          <w:rFonts w:ascii="Georgia" w:hAnsi="Georgia" w:cs="Georgia" w:eastAsia="Georgia"/>
          <w:b w:val="0"/>
          <w:i w:val="0"/>
          <w:sz w:val="22"/>
        </w:rPr>
        <w:t>Utilizing the Saudi tribe, Britain dismantled the Khilaafat of the Ottomans. Britain installed King Saud and created Saudi Arabia and all the Gulf States. Thus Saudi Arabia from its inception in the early part of the 1900's was a British satellite, and today it is an American colony. Muhammad Ibn Abdul Wahhaab was the originator of the Salafi sect.</w:t>
      </w:r>
    </w:p>
    <w:p>
      <w:pPr>
        <w:spacing w:before="0" w:after="120" w:line="300" w:lineRule="exact"/>
        <w:jc w:val="both"/>
      </w:pPr>
      <w:r>
        <w:rPr>
          <w:rFonts w:ascii="Georgia" w:hAnsi="Georgia" w:cs="Georgia" w:eastAsia="Georgia"/>
          <w:b w:val="0"/>
          <w:i w:val="0"/>
          <w:sz w:val="22"/>
        </w:rPr>
        <w:t>His daughter married the son of Saud, hence the Salafi movement gained political power via the arms of the British -Saudi alliance. There are substantial differences in belief and practice between the Ahlus Sunnah Wal Jama'ah and the Salafis. Q. When I am released from prison, I want to migrate from the U.S. Which Hanafi Muslim country do AMPLE PROVISIONS When Hadhrat Umar Ibn Khattaab (radhiyallahu anhu), the Second Khalifah, went to Syria where he met the Commander of the army, Hadhrat Abu Ubaidah Ibnul Jarraah (radhiyallahu anhu).</w:t>
      </w:r>
    </w:p>
    <w:p>
      <w:pPr>
        <w:spacing w:before="0" w:after="120" w:line="300" w:lineRule="exact"/>
        <w:jc w:val="both"/>
      </w:pPr>
      <w:r>
        <w:rPr>
          <w:rFonts w:ascii="Georgia" w:hAnsi="Georgia" w:cs="Georgia" w:eastAsia="Georgia"/>
          <w:b w:val="0"/>
          <w:i w:val="0"/>
          <w:sz w:val="22"/>
        </w:rPr>
        <w:t>He (Hadhrat Umar) saw no provisions in his home besides his sword, shield and saddlebags. Hadhrat Umar said to him: "You should acquire some other provisions as well." Hadhrat Abu Ubaidah replied: "O Ameerul Mu'mineen! This is sufficient to convey us to our graves." you recommend? A. There is no stable Muslim land to which one could migrate.</w:t>
      </w:r>
    </w:p>
    <w:p>
      <w:pPr>
        <w:spacing w:before="0" w:after="120" w:line="300" w:lineRule="exact"/>
        <w:jc w:val="both"/>
      </w:pPr>
      <w:r>
        <w:rPr>
          <w:rFonts w:ascii="Georgia" w:hAnsi="Georgia" w:cs="Georgia" w:eastAsia="Georgia"/>
          <w:b w:val="0"/>
          <w:i w:val="0"/>
          <w:sz w:val="22"/>
        </w:rPr>
        <w:t>The only Hanafi land which fights on a Deeni platform is Afghanistan. But migration to that country in the present scenario is not possible. There is no other Muslim country currently where a Muslim could go and settle. No Muslim country will allow a poor Muslim of the Deen to settle in the country, and that is because all Muslim countries are ruled by kaafir governments, fussaaq and fujjaar kings and rulers, all lackeys and slaves of the U.S. and the West in general – all masquerading as Muslims with Muslim names, but with kuffaar hearts.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UMMAH'S DESTRUCTION</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Once Rasulullah (sallallahu alayhi wasallam) came to the Sahaabah and said: "Is there any among you who desires that Allah removes blindness from him and bestows to him the ability of sight? Listen! The person who covets this world and entertains long and distant hopes, Allah blinds his heart. The person who abstains from this world and curtails hopes in it, Allah bestows to him knowledge without him learning, and guidance without having to seek it.</w:t>
      </w:r>
    </w:p>
    <w:p>
      <w:pPr>
        <w:spacing w:before="0" w:after="120" w:line="300" w:lineRule="exact"/>
        <w:jc w:val="both"/>
      </w:pPr>
      <w:r>
        <w:rPr>
          <w:rFonts w:ascii="Georgia" w:hAnsi="Georgia" w:cs="Georgia" w:eastAsia="Georgia"/>
          <w:b w:val="0"/>
          <w:i w:val="0"/>
          <w:sz w:val="22"/>
        </w:rPr>
        <w:t>Listen! There will come people after you whose reign will be sustained by only killing and oppression; they will not enjoy wealth except through pride and miserliness; they will not experience love except through (evil) desires. Listen! Whoever among you experiences such times and exercises patience in poverty despite the ability to acquire prosperity; exercises patience in hatred despite the ability to attain love; exercises patience in humiliation despite the ability to gain honour, and he does all of this solely for the Pleasure of Allah Ta'ala, then Allah Ta'ala will bestow to him the reward of 50 Siddiqeen." (Siddiqeen are the Auliya of the loftiest rank, just below the rank of the Ambiya).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UPHEAVALS IN MUSLIM LANDS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exactly going on in Egypt? What is the standpoint of Muhammad Morse of the Muslim Brotherhood? It was my intention to make hijrat to Egypt, but I am now becoming afraid of developments over there. Things seem to be so confused. Are they also Salafi in Egypt? And what about the fighting and jihad in the other Muslim countries?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conflagration which is overwhelming the Muslim countries is not an Islamic upheaval. All the fighting which is currently taking place in Muslim countries, has worldly objectives. The only exceptions are Afghanistan, Somalia, Mauritania, Chechniya and Yemen. Whilst the Islamic struggle is weak in the latter four countries, it is strong in Afghanistan. In the four countries mentioned, the fight is led by Salafis. But in Afghanistan where the Jihad is the strongest and where wonderful victories have been achieved against the world's coalition of kuffaar forces, the Mujaahideen are Hanafis. The Muslim Brotherhood of Egypt although not Salafi, does not follow any Math-hab, and although the movement was predominantly an Islamic movement a century ago, today it is also westernized. It is not a genuine Islamic movement any longer. Its members lack Islamic spiritual fibre, hence they have to toe the line of the U.S. and dance to its tune. Despite the present Egyptian government's desire to support Hamas, they are unable to assist the Palestinians in any meaningful way. They are unable to even open up the borders between Egypt and Palestine. They fear Israel and the U.S. And, that is because their focus is not on Allah Ta'ala. They lack Taqwa and the spiritual fibre to take on the kuffaar as the small groups of Sahaabah had done, and also how the Taliban had and are meting out shattering rebuffs to the kuffaar super powers of the world. Whilst the army of the kuffaar marches on its stomach, the army of Islam marches on its Imaan. But, Alas! In this era, the armies of Muslims are wholly deficient in Imaan and entirely lacking in the spiritual fibre which blossoms from Taqwa, hence Muslims too are trying to march and fight on their stomachs. Fighting on the stomach is appropriate for the kuffaar. For them there is worldly success in their stomachs and their intestines. But, for Muslims there is only disgrace and defeat in enslavement to the stomach and the flesh. It is for this reason that you will not hear even Mr.Morse of the Ikhwaanul Muslimeen speaking of a Shariah state. They will mumble incoherencies to appease the western kuffaar palate. The Egyptians of Ikhwaanul Muslimeen although not following a specific Math-hab are not as raw and crude as the morally and spiritually barren Salafis of Saudi Arabia. They are more cultured than Ibn Abdul Wahhaab's raw recruits and the followers of Albaani.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DEEDS ARE YOUR RULERS"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R ASULULLAH (sallallahu alayhi wasallam) said: * "Just as you are, so too will rulers be appointed over you." * Hadhrat Isaa (alayhis salaam) supplicated to Allah Ta'ala: "O my Rabb! What is the sign to indicate that you are pleased with Your creation?" Allah Ta'ala said: "I cause the rains to descend when it is time for sowing the seeds, and I withhold the rains when it is time to harvest the crop.</w:t>
      </w:r>
    </w:p>
    <w:p>
      <w:pPr>
        <w:spacing w:before="0" w:after="120" w:line="300" w:lineRule="exact"/>
        <w:jc w:val="both"/>
      </w:pPr>
      <w:r>
        <w:rPr>
          <w:rFonts w:ascii="Georgia" w:hAnsi="Georgia" w:cs="Georgia" w:eastAsia="Georgia"/>
          <w:b w:val="0"/>
          <w:i w:val="0"/>
          <w:sz w:val="22"/>
        </w:rPr>
        <w:t>I appoint benevolent men to rule over them. I assign their monetary affairs to generous persons."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Isaa (alayhis salaam) said: "O my Rabb!</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Nabi Isaa (alayhis salaam) said: "O my Rabb! What is the sign of your wrath on your creation?" Allah Ta'ala said: "I send the rains when they harvest the crops, and I withhold the rains when they sow the seeds. I appoint ignoramuses to rule them, and I assign their monetary affairs to their niggardly ones." * Rasulullah (sallallahu alayhi wasallam) said: "Allah Ta'ala says: 'I am Allah.</w:t>
      </w:r>
    </w:p>
    <w:p>
      <w:pPr>
        <w:spacing w:before="0" w:after="120" w:line="300" w:lineRule="exact"/>
        <w:jc w:val="both"/>
      </w:pPr>
      <w:r>
        <w:rPr>
          <w:rFonts w:ascii="Georgia" w:hAnsi="Georgia" w:cs="Georgia" w:eastAsia="Georgia"/>
          <w:b w:val="0"/>
          <w:i w:val="0"/>
          <w:sz w:val="22"/>
        </w:rPr>
        <w:t>There is no deity except Me. I am the King of kings. The hearts of kings are in My Hands. When the people obey Me, I turn the hearts of the rulers with benevolence and mercy towards them. Verily, when the people disobey Me. I turn the hearts of the rulers with wrath and vengeance towards them. Then they (the rulers) inflict severe punishment on them.</w:t>
      </w:r>
    </w:p>
    <w:p>
      <w:pPr>
        <w:spacing w:before="0" w:after="120" w:line="300" w:lineRule="exact"/>
        <w:jc w:val="both"/>
      </w:pPr>
      <w:r>
        <w:rPr>
          <w:rFonts w:ascii="Georgia" w:hAnsi="Georgia" w:cs="Georgia" w:eastAsia="Georgia"/>
          <w:b w:val="0"/>
          <w:i w:val="0"/>
          <w:sz w:val="22"/>
        </w:rPr>
        <w:t>Therefore do not become involved with cursing the rulers. On the contrary engage yourself with thikr and humility so that I protect you against the tyranny of your rulers." of earthquakes and disfigurement, then He causes prices to soar; He withholds rain, and He appoints the worst of people to be their rulers." * Rasulullah (sallallahu alayhi wasallam) said: 'Verily, Allah Azza Wa Jal says: 'I extract vengeance from those on whom is My Wrath with others on whom is My Wrath.</w:t>
      </w:r>
    </w:p>
    <w:p>
      <w:pPr>
        <w:spacing w:before="0" w:after="120" w:line="300" w:lineRule="exact"/>
        <w:jc w:val="both"/>
      </w:pPr>
      <w:r>
        <w:rPr>
          <w:rFonts w:ascii="Georgia" w:hAnsi="Georgia" w:cs="Georgia" w:eastAsia="Georgia"/>
          <w:b w:val="0"/>
          <w:i w:val="0"/>
          <w:sz w:val="22"/>
        </w:rPr>
        <w:t>Then ultimately I shall cast them all (both groups) into Jahannum" * "Don't revile the rulers. Supplicate to Allah for their rectitude, for verily, their rectitude is linked to your rectitude." (i.e. if you reform yourselves, the rulers will become reformed.) * "I take oath by Him in whose control is my life! Command righteousness and prohibit evil.</w:t>
      </w:r>
    </w:p>
    <w:p>
      <w:pPr>
        <w:spacing w:before="0" w:after="120" w:line="300" w:lineRule="exact"/>
        <w:jc w:val="both"/>
      </w:pPr>
      <w:r>
        <w:rPr>
          <w:rFonts w:ascii="Georgia" w:hAnsi="Georgia" w:cs="Georgia" w:eastAsia="Georgia"/>
          <w:b w:val="0"/>
          <w:i w:val="0"/>
          <w:sz w:val="22"/>
        </w:rPr>
        <w:t>(If you do not) then the vilest among you will be appointed rulers over you. Your pious people will then supplicate, but their duas will not be accepted." Rulers are the reflections of the deeds of the masses. The rulers are mirrors in which the citizens can view their own deeds. A corrupt people will be saddled with tyrannical and corrupt rulers.</w:t>
      </w:r>
    </w:p>
    <w:p>
      <w:pPr>
        <w:spacing w:before="0" w:after="120" w:line="300" w:lineRule="exact"/>
        <w:jc w:val="both"/>
      </w:pPr>
      <w:r>
        <w:rPr>
          <w:rFonts w:ascii="Georgia" w:hAnsi="Georgia" w:cs="Georgia" w:eastAsia="Georgia"/>
          <w:b w:val="0"/>
          <w:i w:val="0"/>
          <w:sz w:val="22"/>
        </w:rPr>
        <w:t>Thus Rasulullah (sallallahu alayhi wasallam) said: "Your deeds are your rulers". Since the rulers are our reflections in the mirror, it is unintelligent to revile our own ugly reflection we see in the mirror. If a beautiful image is desired to be reflected in the mirror, it is necessary for the object in front of the mirror to be beautiful. which was reflected in it.</w:t>
      </w:r>
    </w:p>
    <w:p>
      <w:pPr>
        <w:spacing w:before="0" w:after="120" w:line="300" w:lineRule="exact"/>
        <w:jc w:val="both"/>
      </w:pPr>
      <w:r>
        <w:rPr>
          <w:rFonts w:ascii="Georgia" w:hAnsi="Georgia" w:cs="Georgia" w:eastAsia="Georgia"/>
          <w:b w:val="0"/>
          <w:i w:val="0"/>
          <w:sz w:val="22"/>
        </w:rPr>
        <w:t>This is the condition of people who revile the rulers. They in fact revile themselves in the same way that the buffoon had thrown away the mirror and reviled it. In the Hadith Qudsi, we are instructed to reform ourselves and become obedient servants of Allah Ta'ala. He will then either reform and tenderize the hearts of the tyrannical rulers or replace them with kind, benevolent rulers.</w:t>
      </w:r>
    </w:p>
    <w:p>
      <w:pPr>
        <w:spacing w:before="0" w:after="120" w:line="300" w:lineRule="exact"/>
        <w:jc w:val="both"/>
      </w:pPr>
      <w:r>
        <w:rPr>
          <w:rFonts w:ascii="Georgia" w:hAnsi="Georgia" w:cs="Georgia" w:eastAsia="Georgia"/>
          <w:b w:val="0"/>
          <w:i w:val="0"/>
          <w:sz w:val="22"/>
        </w:rPr>
        <w:t>It is quite obvious from the many Ahaadith of Rasulullah (sallallahu alayhi wasallam) as well as stemming from the Qur'aan-e-Hakeem that in general, cruel and oppressive rulers are the consequences of the evils of the masses, and that the solution for the oppression and tyranny is not vilification of the tyrants. On the contrary, it is selfvilification, soul-searching, regret and repentance.</w:t>
      </w:r>
    </w:p>
    <w:p>
      <w:pPr>
        <w:spacing w:before="0" w:after="120" w:line="300" w:lineRule="exact"/>
        <w:jc w:val="both"/>
      </w:pPr>
      <w:r>
        <w:rPr>
          <w:rFonts w:ascii="Georgia" w:hAnsi="Georgia" w:cs="Georgia" w:eastAsia="Georgia"/>
          <w:b w:val="0"/>
          <w:i w:val="0"/>
          <w:sz w:val="22"/>
        </w:rPr>
        <w:t>Moral reformation and submission to the Shariah of Allah Azza Wa Jal will bring about a peaceful revolution which will see either the change of heart of the rulers or their replacement by benevolent rulers. It is also quiet clear that the basic theme of all the Ahaadith on this subject is self-reformation, for only such reformation is the enduring solution for the tyranny of oppressors.</w:t>
      </w:r>
    </w:p>
    <w:p>
      <w:pPr>
        <w:spacing w:before="0" w:after="120" w:line="300" w:lineRule="exact"/>
        <w:jc w:val="both"/>
      </w:pPr>
      <w:r>
        <w:rPr>
          <w:rFonts w:ascii="Georgia" w:hAnsi="Georgia" w:cs="Georgia" w:eastAsia="Georgia"/>
          <w:b w:val="0"/>
          <w:i w:val="0"/>
          <w:sz w:val="22"/>
        </w:rPr>
        <w:t>However, shaitaan has succeeded in casting the Ummah into the massive deception of believing that the problem is for example Hosni Mubarak, Gadhaafi, Asad and the host of other kuffaar and munaafiqs who are today at the helm of affairs in the lands of Islam. These tyrants are merely the reflections of the moral degradation, bid'ah, fisq, fujoor and kufr in which the Ummah is today wallowing in a drunken stupor.</w:t>
      </w:r>
    </w:p>
    <w:p>
      <w:pPr>
        <w:spacing w:before="0" w:after="120" w:line="300" w:lineRule="exact"/>
        <w:jc w:val="both"/>
      </w:pPr>
      <w:r>
        <w:rPr>
          <w:rFonts w:ascii="Georgia" w:hAnsi="Georgia" w:cs="Georgia" w:eastAsia="Georgia"/>
          <w:b w:val="0"/>
          <w:i w:val="0"/>
          <w:sz w:val="22"/>
        </w:rPr>
        <w:t>Removal and killing of the tyrants without moral reformation and submission to the Sunnah is simply the substitution of one system of tyranny for another system of tyranny. The scenario of substitution of tyrannies comes within the scope of the Had- ith Qudsi (mentioned above) in which Allah Azza Wa Jal says that both groups – the oppressors and the oppressed who replace the former oppressors – are Mabghoodh Alayhim, i.e. the Wrath of Allah Ta'ala has settled on them.</w:t>
      </w:r>
    </w:p>
    <w:p>
      <w:pPr>
        <w:spacing w:before="0" w:after="120" w:line="300" w:lineRule="exact"/>
        <w:jc w:val="both"/>
      </w:pPr>
      <w:r>
        <w:rPr>
          <w:rFonts w:ascii="Georgia" w:hAnsi="Georgia" w:cs="Georgia" w:eastAsia="Georgia"/>
          <w:b w:val="0"/>
          <w:i w:val="0"/>
          <w:sz w:val="22"/>
        </w:rPr>
        <w:t>Both groups of scum will be swept into Jahannum. This is the situation prevailing currently in the Arab lands in the aftermath of the so-called stupid 'Arab Spring'. Both groups are Mabgoodh Alayhim. The other form of punishment mentioned in the Ahaadith for a flagrantly transgressing and rebellious Ummah when their final destruction has not yet been ordained, but is divinely schemed to be gradual and incremental, is drought, scarcity of essential foodstuff, soaring prices, pestilence, infighting, etc.</w:t>
      </w:r>
    </w:p>
    <w:p>
      <w:pPr>
        <w:spacing w:before="0" w:after="120" w:line="300" w:lineRule="exact"/>
        <w:jc w:val="both"/>
      </w:pPr>
      <w:r>
        <w:rPr>
          <w:rFonts w:ascii="Georgia" w:hAnsi="Georgia" w:cs="Georgia" w:eastAsia="Georgia"/>
          <w:b w:val="0"/>
          <w:i w:val="0"/>
          <w:sz w:val="22"/>
        </w:rPr>
        <w:t>Then when the hour dawns for the ultimate decree of annihilation, no respite will be granted.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when We decide to destroy a place (town/city, i.e.</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when We decide to destroy a place (town/city, i.e. its people), we command its affluent ones (that is, we grant them leeway to transgress recklessly). Then they indulge in transgression. Thus the decree (of punishment) is ordained for them. Then We utterly destroy them." "And, when their appointed time (of annihilation) arrives, it will not be delayed a moment nor advanced."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 long as Muslims fail to understand that every particle moves by the direct…</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As long as Muslims fail to understand that every particle moves by the direct intervention and command of Allah Azza Wa Jal and that the oppression which rulers inflict on the populace is the decree of Allah Ta'ala, and the solution for such tyranny is Inaabat ilallaah (Turning to Allah with Repentance), they will remain sinking in an abyss of moral degradation and humiliation to remain the slaves of the western kuffaar.</w:t>
      </w:r>
    </w:p>
    <w:p>
      <w:pPr>
        <w:spacing w:before="0" w:after="120" w:line="300" w:lineRule="exact"/>
        <w:jc w:val="both"/>
      </w:pPr>
      <w:r>
        <w:rPr>
          <w:rFonts w:ascii="Georgia" w:hAnsi="Georgia" w:cs="Georgia" w:eastAsia="Georgia"/>
          <w:b w:val="0"/>
          <w:i w:val="0"/>
          <w:sz w:val="22"/>
        </w:rPr>
        <w:t>"And not a leaf falls (from a tree) but He is aware of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Hadhrat Ali (radhiyallahu anhu) said: "Verily, when Allah Ta'ala becomes wrathful on a…</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 Hadhrat Ali (radhiyallahu anhu) said: "Verily, when Allah Ta'ala becomes wrathful on a nation whose destruction He has not ordained by means A very ugly ignorant man who had never seen a mirror in his life once picked up a broken mirror. When he looked in it, he saw his own ugly face. In disgust he threw the mirror to the ground and exclaimed: "No wonder you have been thrown away!" This buffoon reviled the mirror for his own ugliness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WITH THE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MU'MINEEN" What greater assurance do the Mujahideen need than Allah's assurance? If the alliance is with Allah Ta'ala, then victory is assured. The Qur'aan states: "(O Kuffaar!) Never will your army (your coali- tion, U.S. forces and Nato) avail you in any way even if you are abundant (numerically and militarily), and verily, Allah is with the Mu'mineen."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ATTACK CAUSES HUNDREDS OF MILLIONS OF DOLLARS DAMAGE</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(Report by a Western Source) "It is difficult to argue that this was not one of the jihadists' most effective assaults on a major Coalition base since the war began. Beyond penetrating one of the most secure installations in Afghanistan, the attackers made it to the airfield, took a Marine Attack Squadron offline by destroying six Harriers and badly damaging two more, and killed the squadron commander.</w:t>
      </w:r>
    </w:p>
    <w:p>
      <w:pPr>
        <w:spacing w:before="0" w:after="120" w:line="300" w:lineRule="exact"/>
        <w:jc w:val="both"/>
      </w:pPr>
      <w:r>
        <w:rPr>
          <w:rFonts w:ascii="Georgia" w:hAnsi="Georgia" w:cs="Georgia" w:eastAsia="Georgia"/>
          <w:b w:val="0"/>
          <w:i w:val="0"/>
          <w:sz w:val="22"/>
        </w:rPr>
        <w:t>Estimations of the monetary losses incurred in the attack are unclear, but you can get a ballpark figure. The Harriers are estimated to cost between $20 million to $30 million each. Even if the value has depreciated over the years, there have been investment in upgrades, and the aircraft will need to be replaced. Add in the destruction of the three refueling stations and the hangars, and the cost is significant." (Bill Roggio, Threat Matrix 18 September 2012) Add to this the immense cost of the other substantial unknown damage and destruction which obviously the U.S. and Nato are concealing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(Aayat 19, Al-Anfaal) However, for the acquisition of this ma-ayyat (togetherness and alliance with Allah Ta'ala), the condition is that we must become true Mu'mineen in the true meaning of Imaan. This is lacking, hence the absence of Allah's Nusrat. AMR BIL MA'ROOF Addressing the Sahaabah, Rasulullah (sallallahu alayhi wasallam) said: "Today you are on a clear Law from your Rabb.</w:t>
      </w:r>
    </w:p>
    <w:p>
      <w:pPr>
        <w:spacing w:before="0" w:after="120" w:line="300" w:lineRule="exact"/>
        <w:jc w:val="both"/>
      </w:pPr>
      <w:r>
        <w:rPr>
          <w:rFonts w:ascii="Georgia" w:hAnsi="Georgia" w:cs="Georgia" w:eastAsia="Georgia"/>
          <w:b w:val="0"/>
          <w:i w:val="0"/>
          <w:sz w:val="22"/>
        </w:rPr>
        <w:t>You command goodness, prohibit evil and wage Jihad in the Path of Allah. Afterwards there will develop in you two intoxicants: the intoxicant of (the love for) luxury, and the intoxicant of jahl (ignorance). You will then be diverted from that (clear Law). The love of the dunya will then become rampant among you. When this will be your condition, you will abstain from commanding goodness and from prohibiting evil.</w:t>
      </w:r>
    </w:p>
    <w:p>
      <w:pPr>
        <w:spacing w:before="0" w:after="120" w:line="300" w:lineRule="exact"/>
        <w:jc w:val="both"/>
      </w:pPr>
      <w:r>
        <w:rPr>
          <w:rFonts w:ascii="Georgia" w:hAnsi="Georgia" w:cs="Georgia" w:eastAsia="Georgia"/>
          <w:b w:val="0"/>
          <w:i w:val="0"/>
          <w:sz w:val="22"/>
        </w:rPr>
        <w:t>You will no longer wage jihad in the Path of Allah. At that time the one who proclaims the Kitaab and the Sunnah in private and public, he will be among the AsSaabiqoon Al-Awwaloon (i.e. he will have the status of the illustrious Sahaabah who participated in the Battle of Badr)."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MAGNAMITY AND TOLERATION OF A SULTAN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Sultan Taajuddeen Yaldooz had entrusted his son to an Ustaadh for his Deeni education. One day, in a fit of rage the Ustaadh struck the prince on the head with his whip. The prince collapsed and died. The Ustaadh was miserable with remorse and fear. On receiving the sad news, the Sultan immediately hastened to the maktab where he saw the dead body of his son.</w:t>
      </w:r>
    </w:p>
    <w:p>
      <w:pPr>
        <w:spacing w:before="0" w:after="120" w:line="300" w:lineRule="exact"/>
        <w:jc w:val="both"/>
      </w:pPr>
      <w:r>
        <w:rPr>
          <w:rFonts w:ascii="Georgia" w:hAnsi="Georgia" w:cs="Georgia" w:eastAsia="Georgia"/>
          <w:b w:val="0"/>
          <w:i w:val="0"/>
          <w:sz w:val="22"/>
        </w:rPr>
        <w:t>Observing the miserable state of the Ustaadh, the Sultan said: "Leave immediately before the news of the prince's death reaches his mother. Migrate to some far away place where you can pass the days in concealment. Go before I am petitioned to have you executed for this crime." Shedding tears in profusion and expressing his profound gratitude, the Ustaadh departed as advised by the Sultan.</w:t>
      </w:r>
    </w:p>
    <w:p>
      <w:pPr>
        <w:spacing w:before="0" w:after="120" w:line="300" w:lineRule="exact"/>
        <w:jc w:val="both"/>
      </w:pPr>
      <w:r>
        <w:rPr>
          <w:rFonts w:ascii="Georgia" w:hAnsi="Georgia" w:cs="Georgia" w:eastAsia="Georgia"/>
          <w:b w:val="0"/>
          <w:i w:val="0"/>
          <w:sz w:val="22"/>
        </w:rPr>
        <w:t>The Sultan's honour did not permit punishing the man who was the Ustadh of his son. The Sultan's grief did not overshadow his honour and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 on the Syrian scenario in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Question What is happening in Syria? Please comment on the Syrian scenario in the light of the Shariah. COMMENT: R a s u lullah (sallallahu alayhi wasallam), commenting on the upheavals of Fitnah which will overwhelm people in the ages in proximity of Qiyaamah, said: "Al-qaatilo wal maqtool fin naar" (Both the killer and the killed will be in the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is the present-day Syrian scenario.</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This is the present-day Syrian scenario. All groups embroiled in the Syrian Fitnah come within the purview of this Hadith of Rasulullah (sallallahu alayhi wasallam). The conflagration in Syria is not a Jihad. It is not a fight for the Deen or for establishing the Writ of Allah Azza Wa Jal. Whilst some sincere Muslims have become entwined in the Syrian mess, the fight is KUFR vs KUFR.</w:t>
      </w:r>
    </w:p>
    <w:p>
      <w:pPr>
        <w:spacing w:before="0" w:after="120" w:line="300" w:lineRule="exact"/>
        <w:jc w:val="both"/>
      </w:pPr>
      <w:r>
        <w:rPr>
          <w:rFonts w:ascii="Georgia" w:hAnsi="Georgia" w:cs="Georgia" w:eastAsia="Georgia"/>
          <w:b w:val="0"/>
          <w:i w:val="0"/>
          <w:sz w:val="22"/>
        </w:rPr>
        <w:t>One kufr force is battling to replace the other kufr force. It is simply Fitnah multiplied and compounded. Just now, the kufr forces aligned against the kufr ruling regime of Assad, have appointed the atheist kaafir, George Sabra as their leader. This communist kaafir has been appointed the leader of the so-called Syrian National Council which is a U.S. appointed institution of kufr and baatil set to be the government of Syria in the expected post-Assad period.</w:t>
      </w:r>
    </w:p>
    <w:p>
      <w:pPr>
        <w:spacing w:before="0" w:after="120" w:line="300" w:lineRule="exact"/>
        <w:jc w:val="both"/>
      </w:pPr>
      <w:r>
        <w:rPr>
          <w:rFonts w:ascii="Georgia" w:hAnsi="Georgia" w:cs="Georgia" w:eastAsia="Georgia"/>
          <w:b w:val="0"/>
          <w:i w:val="0"/>
          <w:sz w:val="22"/>
        </w:rPr>
        <w:t>The U.S. and its other kuffaar and fussaaq cohorts (Saudi Arabia, etc.) are the breeders, supporters and sustainers of the Syrian National Council. At the behest of the U.S.A., the atheist has been installed as the leader of the anti -Assad fighting groups. Can any Muslim in his sane brains expect any Islamic consequence in this satanic scenario fully controlled and directed by the U.S.?</w:t>
      </w:r>
    </w:p>
    <w:p>
      <w:pPr>
        <w:spacing w:before="0" w:after="120" w:line="300" w:lineRule="exact"/>
        <w:jc w:val="both"/>
      </w:pPr>
      <w:r>
        <w:rPr>
          <w:rFonts w:ascii="Georgia" w:hAnsi="Georgia" w:cs="Georgia" w:eastAsia="Georgia"/>
          <w:b w:val="0"/>
          <w:i w:val="0"/>
          <w:sz w:val="22"/>
        </w:rPr>
        <w:t>In vile situations of this type, Rasulullah (sallallahu alayhi wasallam) had advocated seclusion. In seclusion Muslims have to repent, reform themselves morally, progress spiritually and adopt Sabr until the arrival of the Divine Decree of Allah Azza Ea Jal. The handful of Salafi 'mujaahideen' who are participating in the Syrian anarchy in the name of Jihad, are plain stupid.</w:t>
      </w:r>
    </w:p>
    <w:p>
      <w:pPr>
        <w:spacing w:before="0" w:after="120" w:line="300" w:lineRule="exact"/>
        <w:jc w:val="both"/>
      </w:pPr>
      <w:r>
        <w:rPr>
          <w:rFonts w:ascii="Georgia" w:hAnsi="Georgia" w:cs="Georgia" w:eastAsia="Georgia"/>
          <w:b w:val="0"/>
          <w:i w:val="0"/>
          <w:sz w:val="22"/>
        </w:rPr>
        <w:t>Since Salafis are spiritually barren, they do not know whether they are going forwards or backwards. They are unable to distinguish right from left, hence they jump into just any puddle and pit of excreta in the name of Jihad. But, after the displacement of the kufr regime of the Assad gang of murderers, the U.S. will quickly ensure that the 'Mujaahideen' who are today being tolerated in Syria, are reined in, disarmed and expelled.</w:t>
      </w:r>
    </w:p>
    <w:p>
      <w:pPr>
        <w:spacing w:before="0" w:after="120" w:line="300" w:lineRule="exact"/>
        <w:jc w:val="both"/>
      </w:pPr>
      <w:r>
        <w:rPr>
          <w:rFonts w:ascii="Georgia" w:hAnsi="Georgia" w:cs="Georgia" w:eastAsia="Georgia"/>
          <w:b w:val="0"/>
          <w:i w:val="0"/>
          <w:sz w:val="22"/>
        </w:rPr>
        <w:t>It will be a repeat Bosnian scenario. When the U.S. had decided to impose peace in the Bosnian-Serb conflagration, the handful of Salafi Mujaahideen who had offered sincere and wonderful service and sacrifice on the battlefield to assist their Bosnian brethren, was disarmed and booted out unceremoniously from the country. The same scenario will prevail in Syria once the Assad gang has been neutralized or exterminated.</w:t>
      </w:r>
    </w:p>
    <w:p>
      <w:pPr>
        <w:spacing w:before="0" w:after="120" w:line="300" w:lineRule="exact"/>
        <w:jc w:val="both"/>
      </w:pPr>
      <w:r>
        <w:rPr>
          <w:rFonts w:ascii="Georgia" w:hAnsi="Georgia" w:cs="Georgia" w:eastAsia="Georgia"/>
          <w:b w:val="0"/>
          <w:i w:val="0"/>
          <w:sz w:val="22"/>
        </w:rPr>
        <w:t>It does not behove Muslims of intelligence to become trapped in the quagmire of kufr excreta – the excreta which is today the Syrian Conflagration.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"OBJECTIONS' OF THE SYRIAN CONFLAGRATION**</w:t>
      </w:r>
    </w:p>
    <w:p>
      <w:pPr>
        <w:spacing w:before="0" w:after="160" w:line="300" w:lineRule="exact"/>
        <w:jc w:val="center"/>
      </w:pPr>
      <w:r>
        <w:rPr>
          <w:rFonts w:ascii="Georgia" w:hAnsi="Georgia" w:cs="Georgia" w:eastAsia="Georgia"/>
          <w:b w:val="0"/>
          <w:i/>
          <w:sz w:val="16"/>
        </w:rPr>
        <w:t>Page 7, 9 of the original. Heading read from the printed headline artwork.</w:t>
      </w:r>
    </w:p>
    <w:p>
      <w:pPr>
        <w:spacing w:before="0" w:after="120" w:line="300" w:lineRule="exact"/>
        <w:jc w:val="both"/>
      </w:pPr>
      <w:r>
        <w:rPr>
          <w:rFonts w:ascii="Georgia" w:hAnsi="Georgia" w:cs="Georgia" w:eastAsia="Georgia"/>
          <w:b w:val="0"/>
          <w:i w:val="0"/>
          <w:sz w:val="22"/>
        </w:rPr>
        <w:t>A Brother has raised some objections against our stance on the Syrian conflagration, which we had published in a recent Al-Haq bulletin. We respond here to his objections. His objections appear in italics. (1)"I definitely do not agree with this. It (i.e. our stance) is trying to portray the current struggle in Syria as a fight between the USA and its "Syrian cohorts" on the one hand and another group of Kaafirs on the other hand." Our stance as explained in the bulletin was that the current scenario is Syria is not a Jihad.</w:t>
      </w:r>
    </w:p>
    <w:p>
      <w:pPr>
        <w:spacing w:before="0" w:after="120" w:line="300" w:lineRule="exact"/>
        <w:jc w:val="both"/>
      </w:pPr>
      <w:r>
        <w:rPr>
          <w:rFonts w:ascii="Georgia" w:hAnsi="Georgia" w:cs="Georgia" w:eastAsia="Georgia"/>
          <w:b w:val="0"/>
          <w:i w:val="0"/>
          <w:sz w:val="22"/>
        </w:rPr>
        <w:t>The prime fighters who had initiated the struggle against the kaafir Syrian regime are secularists who were later joined by numerous secular fussaaq from the military of the regime. Those calling for kufr democracy are pitted against the existing kaafir regime. It is kufr vs kufr. (2) "What it is doing is ignoring the elephant in the room – that this struggle is basically about the 90 per cent Syrian Sunni Muslim majority struggling to overthrow the 10 per cent minority Alawites who have been oppressing and brutalising the Sunnis………" The 'elephant' has not been ignored.</w:t>
      </w:r>
    </w:p>
    <w:p>
      <w:pPr>
        <w:spacing w:before="0" w:after="120" w:line="300" w:lineRule="exact"/>
        <w:jc w:val="both"/>
      </w:pPr>
      <w:r>
        <w:rPr>
          <w:rFonts w:ascii="Georgia" w:hAnsi="Georgia" w:cs="Georgia" w:eastAsia="Georgia"/>
          <w:b w:val="0"/>
          <w:i w:val="0"/>
          <w:sz w:val="22"/>
        </w:rPr>
        <w:t>We agree with the brother's statement. However, the 90% Sunnis vs the 10% Alawites does not make the Syrian struggle a Jihad in the meaning of the Shariah. That the Sunnis have been oppressed and brutalised is not denied. The fight over there is to eliminate the oppression of a brutal kaafir regime. This does not make the struggle a Shar'i Jihad.</w:t>
      </w:r>
    </w:p>
    <w:p>
      <w:pPr>
        <w:spacing w:before="0" w:after="120" w:line="300" w:lineRule="exact"/>
        <w:jc w:val="both"/>
      </w:pPr>
      <w:r>
        <w:rPr>
          <w:rFonts w:ascii="Georgia" w:hAnsi="Georgia" w:cs="Georgia" w:eastAsia="Georgia"/>
          <w:b w:val="0"/>
          <w:i w:val="0"/>
          <w:sz w:val="22"/>
        </w:rPr>
        <w:t>The objective of Jihad in Islam is I'laa Kalimatullaah (Raising the Word of Allah). That is, to establish the Shariah as the supreme Law. The 90% Sunnis – Sunnis by birth – have not declared this to be the objective of their struggle. (3) "In any conflict, third parties will always try to take advantage. So yes, the Western Kuffaar are worried of an Islamist takeover of Syria and are trying to influence events." This averment is not denied.</w:t>
      </w:r>
    </w:p>
    <w:p>
      <w:pPr>
        <w:spacing w:before="0" w:after="120" w:line="300" w:lineRule="exact"/>
        <w:jc w:val="both"/>
      </w:pPr>
      <w:r>
        <w:rPr>
          <w:rFonts w:ascii="Georgia" w:hAnsi="Georgia" w:cs="Georgia" w:eastAsia="Georgia"/>
          <w:b w:val="0"/>
          <w:i w:val="0"/>
          <w:sz w:val="22"/>
        </w:rPr>
        <w:t>But it has no relevance to our stance. Our contention is that the Syrian conflagration is not a Shar'i Jihad because the element of I'laa Kalimatullah is not the objective. (4) "Sanctions have been imposed on the Syrian Muslims, whereas the Nusayris are receiving help and arms from Iran, Russia, Hizbollah of Lebanon, etc. Who will help our Sunni brothers and sisters?" Who has imposed sanctions on the Syrian Muslims fighting the kaafir Nusayri regime?</w:t>
      </w:r>
    </w:p>
    <w:p>
      <w:pPr>
        <w:spacing w:before="0" w:after="120" w:line="300" w:lineRule="exact"/>
        <w:jc w:val="both"/>
      </w:pPr>
      <w:r>
        <w:rPr>
          <w:rFonts w:ascii="Georgia" w:hAnsi="Georgia" w:cs="Georgia" w:eastAsia="Georgia"/>
          <w:b w:val="0"/>
          <w:i w:val="0"/>
          <w:sz w:val="22"/>
        </w:rPr>
        <w:t>The U.S., Turkey, the Gulf States, etc. are all aiding the Sunnis. In fact, the Intelligence outfits of the U.S. and Britain are counselling, guiding and planning the war for the Sunnis in the same way as they had planned and directed the war for the Afghans during the era of the Soviet occupation. Despite the Sunnis receiving substantial aid from the West and Arab states, our stance does not rail against such aid.</w:t>
      </w:r>
    </w:p>
    <w:p>
      <w:pPr>
        <w:spacing w:before="0" w:after="120" w:line="300" w:lineRule="exact"/>
        <w:jc w:val="both"/>
      </w:pPr>
      <w:r>
        <w:rPr>
          <w:rFonts w:ascii="Georgia" w:hAnsi="Georgia" w:cs="Georgia" w:eastAsia="Georgia"/>
          <w:b w:val="0"/>
          <w:i w:val="0"/>
          <w:sz w:val="22"/>
        </w:rPr>
        <w:t>On the contrary, it is our supplication that the brutal regime of Assad be destroyed. The next system of kufr, viz., western democracy, which will take its place, is the lesser of the evils, and it will provide temporary relief and breathing space for Muslims. But, the fact remains that the struggle is not a true Shar'i Jihad. (5) "Despite, all the propaganda and rhetoric, the Muslims of Syria are not receiving any arms They only have light arms which they already possessed or captured from the Syrian army." Tell this story to the baboons, and see if they believe it.</w:t>
      </w:r>
    </w:p>
    <w:p>
      <w:pPr>
        <w:spacing w:before="0" w:after="120" w:line="300" w:lineRule="exact"/>
        <w:jc w:val="both"/>
      </w:pPr>
      <w:r>
        <w:rPr>
          <w:rFonts w:ascii="Georgia" w:hAnsi="Georgia" w:cs="Georgia" w:eastAsia="Georgia"/>
          <w:b w:val="0"/>
          <w:i w:val="0"/>
          <w:sz w:val="22"/>
        </w:rPr>
        <w:t>It is just as preposterous as the then claim that the Afghan Mujahideen were not receiving U.S. and I.S aid and training on a massive scale. (6) "Otherwise had they received armaments like anti-tank missiles, antiaircraft missiles, etc., the 90% majority would have overthrown this minority a long time back." This issue is irrelevant to our stance.</w:t>
      </w:r>
    </w:p>
    <w:p>
      <w:pPr>
        <w:spacing w:before="0" w:after="120" w:line="300" w:lineRule="exact"/>
        <w:jc w:val="both"/>
      </w:pPr>
      <w:r>
        <w:rPr>
          <w:rFonts w:ascii="Georgia" w:hAnsi="Georgia" w:cs="Georgia" w:eastAsia="Georgia"/>
          <w:b w:val="0"/>
          <w:i w:val="0"/>
          <w:sz w:val="22"/>
        </w:rPr>
        <w:t>Whether they receive heavy weapons or not, does not alter the equation. The fact remains that the struggle is not a Shar'i Jihad. Furthermore, when the US. considers the time opportune, it will twist the arm of the stupid nations comprising the silly body called U.N., obtain a resolution to instruct Nato to bomb Assad into Hell – a re-enactment of the Gadhafi scenario.</w:t>
      </w:r>
    </w:p>
    <w:p>
      <w:pPr>
        <w:spacing w:before="0" w:after="120" w:line="300" w:lineRule="exact"/>
        <w:jc w:val="both"/>
      </w:pPr>
      <w:r>
        <w:rPr>
          <w:rFonts w:ascii="Georgia" w:hAnsi="Georgia" w:cs="Georgia" w:eastAsia="Georgia"/>
          <w:b w:val="0"/>
          <w:i w:val="0"/>
          <w:sz w:val="22"/>
        </w:rPr>
        <w:t>(7) "Rather it would suit the west, if the Nusayri remain in power. They (i.e. the Nusayri regime) make a lot of noise against Israel but never do anything real. It is all a smokescreen to divert attention from the real issue – A Nusayri minority rules over Syria using genocide and terror as the tools – it is Taqiy- ya." We differ with this view which is untenable.</w:t>
      </w:r>
    </w:p>
    <w:p>
      <w:pPr>
        <w:spacing w:before="0" w:after="120" w:line="300" w:lineRule="exact"/>
        <w:jc w:val="both"/>
      </w:pPr>
      <w:r>
        <w:rPr>
          <w:rFonts w:ascii="Georgia" w:hAnsi="Georgia" w:cs="Georgia" w:eastAsia="Georgia"/>
          <w:b w:val="0"/>
          <w:i w:val="0"/>
          <w:sz w:val="22"/>
        </w:rPr>
        <w:t>The kaafir Nusayri regime, apart from Hamas, poses the only viable threat to Israel. It is via the Nusayri regime that Iran has been supplying and equipping Hizbollah who had dealt Israel a shattering blow, more than just bloodying its nose. Israel had to retreat in defeat from Lebanon when it was pitted against the Shiah Hizbollah. The West is plotting the destruction of Hizbollah, and the first step for achieving this objective is to eliminate the kaafir Assad regime.</w:t>
      </w:r>
    </w:p>
    <w:p>
      <w:pPr>
        <w:spacing w:before="0" w:after="120" w:line="300" w:lineRule="exact"/>
        <w:jc w:val="both"/>
      </w:pPr>
      <w:r>
        <w:rPr>
          <w:rFonts w:ascii="Georgia" w:hAnsi="Georgia" w:cs="Georgia" w:eastAsia="Georgia"/>
          <w:b w:val="0"/>
          <w:i w:val="0"/>
          <w:sz w:val="22"/>
        </w:rPr>
        <w:t>Furthermore, whilst the Nusayri regime "makes a lot of noise against Israel", all the other socalled Muslim countries are in a haraam, filthy, obscene embrace with Israel. All of them are colluding with Israel in varying degrees. The Gulf States and Saudi Arabia are aiding the Syrian Muslims in view of the shared objective with the U.S., namely, the destruction of Iran and Hizbollah.</w:t>
      </w:r>
    </w:p>
    <w:p>
      <w:pPr>
        <w:spacing w:before="0" w:after="120" w:line="300" w:lineRule="exact"/>
        <w:jc w:val="both"/>
      </w:pPr>
      <w:r>
        <w:rPr>
          <w:rFonts w:ascii="Georgia" w:hAnsi="Georgia" w:cs="Georgia" w:eastAsia="Georgia"/>
          <w:b w:val="0"/>
          <w:i w:val="0"/>
          <w:sz w:val="22"/>
        </w:rPr>
        <w:t>The Gulf States entertain a morbid fear for Iran. At al costs, Saudi Arabia desires the destruction of Iran so that it poses no threat to the Saudi regime. Surely, one cannot be so naïve as to believe that the fujjaar rulers of the Gulf States would support a genuine Jihad whose objective is the establishment of a true Islamic State modelled along the lines of Khilaafat.</w:t>
      </w:r>
    </w:p>
    <w:p>
      <w:pPr>
        <w:spacing w:before="0" w:after="120" w:line="300" w:lineRule="exact"/>
        <w:jc w:val="both"/>
      </w:pPr>
      <w:r>
        <w:rPr>
          <w:rFonts w:ascii="Georgia" w:hAnsi="Georgia" w:cs="Georgia" w:eastAsia="Georgia"/>
          <w:b w:val="0"/>
          <w:i w:val="0"/>
          <w:sz w:val="22"/>
        </w:rPr>
        <w:t>These evil rulers of Saudi Arabia and the Gulf States would all unite with the U.S. and Israel to prevent the establishment of Khilaafat. There is no 'smokescreen' in the Syrian scenario. Everything is as clear as daylight. The West is fully involved in the Syrian conflagration. (8) "This western interference happened in any conflict involving Muslims.</w:t>
      </w:r>
    </w:p>
    <w:p>
      <w:pPr>
        <w:spacing w:before="0" w:after="120" w:line="300" w:lineRule="exact"/>
        <w:jc w:val="both"/>
      </w:pPr>
      <w:r>
        <w:rPr>
          <w:rFonts w:ascii="Georgia" w:hAnsi="Georgia" w:cs="Georgia" w:eastAsia="Georgia"/>
          <w:b w:val="0"/>
          <w:i w:val="0"/>
          <w:sz w:val="22"/>
        </w:rPr>
        <w:t>During the Soviet occupation of Afghanistan, the Mujahideen were valiantly doing Jihad, yet there was always American interference and "help". The Americans supplied billions of dollars in money and arms to the mujahideen. Shall we now say there was no Afghan Jihad but an Afghan conflagration? US vs USSR war? Shall we belittle the Afghan Jihad as a Kaafir vs Kaafir war?" Whilst even the Afghan war against the Soviets is justifiably belittled, it is different from the Syrian conflagration.</w:t>
      </w:r>
    </w:p>
    <w:p>
      <w:pPr>
        <w:spacing w:before="0" w:after="120" w:line="300" w:lineRule="exact"/>
        <w:jc w:val="both"/>
      </w:pPr>
      <w:r>
        <w:rPr>
          <w:rFonts w:ascii="Georgia" w:hAnsi="Georgia" w:cs="Georgia" w:eastAsia="Georgia"/>
          <w:b w:val="0"/>
          <w:i w:val="0"/>
          <w:sz w:val="22"/>
        </w:rPr>
        <w:t>The Afghans are largely 'primitive' in terms of the western kuffaar concept of life. In other words, they constituted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ABOUT the majority, the Qur'aan Majeed states: * "Verily, Allah is most Munificent to mankind, but the majority of mankind is ungrateful." * "And, if you should follow the majority on earth, they will mislead you from the Path of Allah." * "The majority of mankind knows not." * "The majority of people have no Imaan." * "The majority of people are faasiqoon." * "The majority among you detests the Haqq." * "The majority of you are jaahil." * "Their majority follows nothing but conjecture." * "Their majority is kaafiroon." * "In fact, their majority does not know the Haqq, hence they turn away (from it)." * "Their majority abhors the Haqq." * "Their majority are liars." The majority almost always comes within the scope of one of the aforementioned Qur'aanic epithets.</w:t>
      </w:r>
    </w:p>
    <w:p>
      <w:pPr>
        <w:spacing w:before="0" w:after="120" w:line="300" w:lineRule="exact"/>
        <w:jc w:val="both"/>
      </w:pPr>
      <w:r>
        <w:rPr>
          <w:rFonts w:ascii="Georgia" w:hAnsi="Georgia" w:cs="Georgia" w:eastAsia="Georgia"/>
          <w:b w:val="0"/>
          <w:i w:val="0"/>
          <w:sz w:val="22"/>
        </w:rPr>
        <w:t>In terms of the Shariah, 'majority' is not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daleel (proof/evidence).</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daleel (proof/evidence). An act does not become a Shar'i law on the basis of 'majority'. If a majority view is in conflict with Shar'i daleel it will be mardood (rejected). When people who follow their vain desires and worldly objectives are bereft of Shar'i proofs, they seek to save their position with the dumb majority.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BOUNTY OF THE BREATHER IN THE AFTERMATH OF THE UPHEAVALS IN THE MUSLIM LANDS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"And by Him are the keys of the Ghaib (Unseen and Unknown to man). No one knows it except He. He knows what is in the earth and in the ocean. And, not a leaf drops (from a tree), but He (Allah) is aware of it. Nor is there a seed in the darkness of the earth (underground), nor anything moist or dry, but it is in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Mu’mineen in war. Allah is Power-</w:t>
      </w:r>
    </w:p>
    <w:p>
      <w:pPr>
        <w:spacing w:before="0" w:after="160" w:line="300" w:lineRule="exact"/>
        <w:jc w:val="center"/>
      </w:pPr>
      <w:r>
        <w:rPr>
          <w:rFonts w:ascii="Georgia" w:hAnsi="Georgia" w:cs="Georgia" w:eastAsia="Georgia"/>
          <w:b w:val="0"/>
          <w:i/>
          <w:sz w:val="16"/>
        </w:rPr>
        <w:t>Page 8, 9 of the original</w:t>
      </w:r>
    </w:p>
    <w:p>
      <w:pPr>
        <w:spacing w:before="0" w:after="120" w:line="300" w:lineRule="exact"/>
        <w:jc w:val="both"/>
      </w:pPr>
      <w:r>
        <w:rPr>
          <w:rFonts w:ascii="Georgia" w:hAnsi="Georgia" w:cs="Georgia" w:eastAsia="Georgia"/>
          <w:b w:val="0"/>
          <w:i w:val="0"/>
          <w:sz w:val="22"/>
        </w:rPr>
        <w:t>clear record." (Aayat 59, Al-Anaam) In Allah's creation there are no accidents and no mishaps. Everything down to the infinitesimal particle and atom operate within the knowledge of Allah Azza Wa Jal and with His direct intervention. Even the leaf which changes direction in a breeze is with the command of Allah Ta'ala. The tumultuous political upheavals sweeping through the Muslim world and the symbiotic alignment of the variegated pro-and anti-Islamic forces, to confront a common enemy (Assad of Syria) are not flukes of life.</w:t>
      </w:r>
    </w:p>
    <w:p>
      <w:pPr>
        <w:spacing w:before="0" w:after="120" w:line="300" w:lineRule="exact"/>
        <w:jc w:val="both"/>
      </w:pPr>
      <w:r>
        <w:rPr>
          <w:rFonts w:ascii="Georgia" w:hAnsi="Georgia" w:cs="Georgia" w:eastAsia="Georgia"/>
          <w:b w:val="0"/>
          <w:i w:val="0"/>
          <w:sz w:val="22"/>
        </w:rPr>
        <w:t>What has transpired in Tunisia, Egypt, Libya, and the current conflagration in Syria is the Divine Decree. In these upheavals are chastisement, admonition and lessons for Muslims who still possess the capacity of reflection as Allah Ta'ala says in the Qur'aan Majeed: "Take lesson, O People of Intelligence." Although the struggles by the majorities in the various Muslim countries are not Islamic and have no Deeni objectives, nevertheless, the internecine killing and the elimination of the Devils such as Hosni Mubarak, Gadhafi and Assad have drastically changed the political landscape, and have developed a climate favourable for the flourishing of Islam if the minority force of the Deen who has formed a fragile alliance with the enemies of Islam leading the struggle, understands and takes advantage of the bounty of the Breather which Allah Ta'ala has granted them.</w:t>
      </w:r>
    </w:p>
    <w:p>
      <w:pPr>
        <w:spacing w:before="0" w:after="120" w:line="300" w:lineRule="exact"/>
        <w:jc w:val="both"/>
      </w:pPr>
      <w:r>
        <w:rPr>
          <w:rFonts w:ascii="Georgia" w:hAnsi="Georgia" w:cs="Georgia" w:eastAsia="Georgia"/>
          <w:b w:val="0"/>
          <w:i w:val="0"/>
          <w:sz w:val="22"/>
        </w:rPr>
        <w:t>In the prevailing chaos, the proponents of the Deen have been favoured with breathing space and a latitude for spreading the Sunnah which was brutally suppressed by the former shayaateeni rulers. The former tyrannical regimes of kufr are being replaced by another kufr system called democracy which in its initial phase allows breathing space and a considerable degree of freedom to operate.</w:t>
      </w:r>
    </w:p>
    <w:p>
      <w:pPr>
        <w:spacing w:before="0" w:after="120" w:line="300" w:lineRule="exact"/>
        <w:jc w:val="both"/>
      </w:pPr>
      <w:r>
        <w:rPr>
          <w:rFonts w:ascii="Georgia" w:hAnsi="Georgia" w:cs="Georgia" w:eastAsia="Georgia"/>
          <w:b w:val="0"/>
          <w:i w:val="0"/>
          <w:sz w:val="22"/>
        </w:rPr>
        <w:t>With the passage of time the much vaunted slogan of freedom which is flaunted by these 'democracies' will erode. The systems structured on the ruins of the displaced tyrannies will turn direction and become just as oppressive as the kufr regimes of Hosni &amp; Co. Muslims of intelligence should now utilize the breathing space and the relative freedom to embark on massive Deeni educational and Islaahi (moral reformatory) projects and programs to revolutionize the morality and thinking of the Muslim masses.</w:t>
      </w:r>
    </w:p>
    <w:p>
      <w:pPr>
        <w:spacing w:before="0" w:after="120" w:line="300" w:lineRule="exact"/>
        <w:jc w:val="both"/>
      </w:pPr>
      <w:r>
        <w:rPr>
          <w:rFonts w:ascii="Georgia" w:hAnsi="Georgia" w:cs="Georgia" w:eastAsia="Georgia"/>
          <w:b w:val="0"/>
          <w:i w:val="0"/>
          <w:sz w:val="22"/>
        </w:rPr>
        <w:t>Whilst there is little hope of reforming the masses of adults whose hearts have become incorrigibly kufricized, the effort should be directed to the children who will constitute the Ummah of tomorrow. If the million who had sealed the fate of Hosni Mubarak in Tahreer Square had been Islamic personnel, today Egypt would have become a genuine Islamic state.</w:t>
      </w:r>
    </w:p>
    <w:p>
      <w:pPr>
        <w:spacing w:before="0" w:after="120" w:line="300" w:lineRule="exact"/>
        <w:jc w:val="both"/>
      </w:pPr>
      <w:r>
        <w:rPr>
          <w:rFonts w:ascii="Georgia" w:hAnsi="Georgia" w:cs="Georgia" w:eastAsia="Georgia"/>
          <w:b w:val="0"/>
          <w:i w:val="0"/>
          <w:sz w:val="22"/>
        </w:rPr>
        <w:t>Alas! They all, or at least them. Therefore Divine Power is unattainable and incomprehensible to them. The Sahaabah having understood this secret, spurned all and everything and reposed their trust solely on Allah Azza Wa Jal. There is no need to dilate on the successes and victories which stemmed in the wake of the Divine Power which the Sahaabah had har- the vast majority, were all fussaaq, fujjaar and even zanadiqah masquerading as Muslims.</w:t>
      </w:r>
    </w:p>
    <w:p>
      <w:pPr>
        <w:spacing w:before="0" w:after="120" w:line="300" w:lineRule="exact"/>
        <w:jc w:val="both"/>
      </w:pPr>
      <w:r>
        <w:rPr>
          <w:rFonts w:ascii="Georgia" w:hAnsi="Georgia" w:cs="Georgia" w:eastAsia="Georgia"/>
          <w:b w:val="0"/>
          <w:i w:val="0"/>
          <w:sz w:val="22"/>
        </w:rPr>
        <w:t>In the decades prior to Hosni Mubarak and during his oppressive reign, there was no Deeni effort. The Ikhwaanul Muslimeen (The Muslim Brotherhood), an ostensibly Islamic outfit, had no Islamic or Deeni agenda. The objective at the inception of this organization was Islamic, but in practical life, even the superficial façade of Islam faded into oblivion.</w:t>
      </w:r>
    </w:p>
    <w:p>
      <w:pPr>
        <w:spacing w:before="0" w:after="120" w:line="300" w:lineRule="exact"/>
        <w:jc w:val="both"/>
      </w:pPr>
      <w:r>
        <w:rPr>
          <w:rFonts w:ascii="Georgia" w:hAnsi="Georgia" w:cs="Georgia" w:eastAsia="Georgia"/>
          <w:b w:val="0"/>
          <w:i w:val="0"/>
          <w:sz w:val="22"/>
        </w:rPr>
        <w:t>In common with religiously inclined Salafis who struggle in the name of Islam with their Jihad movements, the Ikhwaanul Muslimneen has a lopsided or an upside down philosophy. Their belief is to first achieve political control, then impose Islamic law on the unwilling masses by force and coercion. This is a massive deception which portrays the stupidity and total lack of understanding of these Islamic forces.</w:t>
      </w:r>
    </w:p>
    <w:p>
      <w:pPr>
        <w:spacing w:before="0" w:after="120" w:line="300" w:lineRule="exact"/>
        <w:jc w:val="both"/>
      </w:pPr>
      <w:r>
        <w:rPr>
          <w:rFonts w:ascii="Georgia" w:hAnsi="Georgia" w:cs="Georgia" w:eastAsia="Georgia"/>
          <w:b w:val="0"/>
          <w:i w:val="0"/>
          <w:sz w:val="22"/>
        </w:rPr>
        <w:t>The reason for their lack of wisdom and understanding is that all of them - the Ikhwaan and the Salafis – are deviates. They are ghair muqallideen. Having rejected the Taqleed of the Four Math-habs, they have effectively expelled themselves from the fold of the Ahlus Sunnah Wal Jama'ah. Thus, they do not know whether they are moving forward or backward.</w:t>
      </w:r>
    </w:p>
    <w:p>
      <w:pPr>
        <w:spacing w:before="0" w:after="120" w:line="300" w:lineRule="exact"/>
        <w:jc w:val="both"/>
      </w:pPr>
      <w:r>
        <w:rPr>
          <w:rFonts w:ascii="Georgia" w:hAnsi="Georgia" w:cs="Georgia" w:eastAsia="Georgia"/>
          <w:b w:val="0"/>
          <w:i w:val="0"/>
          <w:sz w:val="22"/>
        </w:rPr>
        <w:t>Precisely for this reason are they met by failure upon failure – defeat after defeat. Since they have alienated themselves from the Sunnah, they, in bewilderment, align themselves with just any force which shares the common objective of eliminating a common foe. Thus we see the U.S. in alignment in Syria with the very outfits which are listed as 'terrorists', simply because the U.S. and Israel are the enemies of Assad and so are the Salafis and the Ikhwanis, and all Muslims.</w:t>
      </w:r>
    </w:p>
    <w:p>
      <w:pPr>
        <w:spacing w:before="0" w:after="120" w:line="300" w:lineRule="exact"/>
        <w:jc w:val="both"/>
      </w:pPr>
      <w:r>
        <w:rPr>
          <w:rFonts w:ascii="Georgia" w:hAnsi="Georgia" w:cs="Georgia" w:eastAsia="Georgia"/>
          <w:b w:val="0"/>
          <w:i w:val="0"/>
          <w:sz w:val="22"/>
        </w:rPr>
        <w:t>But, this alliance is extremely fragile and a temporary phenomenon which will soon evaporate when the U.S. has achieved its desired goal. But the ghair muqallideen are blind to this reality, and that is because their rejection of the Four Mathhabs of the Sunnah has fossilized their thinking rendering them incapable of deriving lesson and for correct utilization of the bounty of the Breather bestowed to them by Allah Ta'ala.</w:t>
      </w:r>
    </w:p>
    <w:p>
      <w:pPr>
        <w:spacing w:before="0" w:after="120" w:line="300" w:lineRule="exact"/>
        <w:jc w:val="both"/>
      </w:pPr>
      <w:r>
        <w:rPr>
          <w:rFonts w:ascii="Georgia" w:hAnsi="Georgia" w:cs="Georgia" w:eastAsia="Georgia"/>
          <w:b w:val="0"/>
          <w:i w:val="0"/>
          <w:sz w:val="22"/>
        </w:rPr>
        <w:t>Their ignorance is indeed profound. It is a shocking stupidity to expect a country to become Islamic and to embrace the Shariah and the Sunnah when 99% of the masses are fussaaq, fujjaar and zanadiqah who cherish an inveterate aversion for the Shariah despite professing to be Muslims. The entire civil service, army, air force, navy, the security establishments and the masses on the ground being rabidly anti-Shariah, will not allow a nascent Islamic state to germinate and flourish.</w:t>
      </w:r>
    </w:p>
    <w:p>
      <w:pPr>
        <w:spacing w:before="0" w:after="120" w:line="300" w:lineRule="exact"/>
        <w:jc w:val="both"/>
      </w:pPr>
      <w:r>
        <w:rPr>
          <w:rFonts w:ascii="Georgia" w:hAnsi="Georgia" w:cs="Georgia" w:eastAsia="Georgia"/>
          <w:b w:val="0"/>
          <w:i w:val="0"/>
          <w:sz w:val="22"/>
        </w:rPr>
        <w:t>At every step and level of government the efforts of pious rulers even if they happen to be Saints, will be frustrated and sabotaged by the 'Muslim' enemies of Islam. The Islamic rulers will be held ransom by this conglomeration of evil forces. For victory against the forces of kufr, the vital requisite is Taqwa. In this re- gard, the Qur'aan Majeed declares: "Allah has promised those who have Imaan and practise righteous deeds among you that most assuredly He will (politically) establish them on earth (i.e. make them the rulers) just as He had established as rulers those before them…" For genuine success and victory over the kuffaar, alliances with the kuffaar and with so-called Muslim outfits inimical to the Shariah, are neither necessary nor appropriate.</w:t>
      </w:r>
    </w:p>
    <w:p>
      <w:pPr>
        <w:spacing w:before="0" w:after="120" w:line="300" w:lineRule="exact"/>
        <w:jc w:val="both"/>
      </w:pPr>
      <w:r>
        <w:rPr>
          <w:rFonts w:ascii="Georgia" w:hAnsi="Georgia" w:cs="Georgia" w:eastAsia="Georgia"/>
          <w:b w:val="0"/>
          <w:i w:val="0"/>
          <w:sz w:val="22"/>
        </w:rPr>
        <w:t>On the contrary, these very forces with whom the Salafis and Ikhwaanis strike up temporary marriages, will hound, hunt and destroy them (i.e. the Islamic groups) once they have achieved their objective. That is precisely what had happened to the Mujaahideen in Bosnia and Pakistan after the termination of the Jihad against the Soviets. The fundamental need is to develop Imaan by adorning it with Taqwa.</w:t>
      </w:r>
    </w:p>
    <w:p>
      <w:pPr>
        <w:spacing w:before="0" w:after="120" w:line="300" w:lineRule="exact"/>
        <w:jc w:val="both"/>
      </w:pPr>
      <w:r>
        <w:rPr>
          <w:rFonts w:ascii="Georgia" w:hAnsi="Georgia" w:cs="Georgia" w:eastAsia="Georgia"/>
          <w:b w:val="0"/>
          <w:i w:val="0"/>
          <w:sz w:val="22"/>
        </w:rPr>
        <w:t>Then, the plots and the might of the kuffaar will become ineffective. Allah Ta'ala confirming this truth, states in the Qur'aan: "If you have Sabr and Taqwa, then never will their plots harm you in the least bit." Muslims who have the Deen at heart, require the Nusrat of Allah Azza Wa Jal, not the temporary aid of kuffaar and fussaaq agencies – aid which come with strings of kufr.</w:t>
      </w:r>
    </w:p>
    <w:p>
      <w:pPr>
        <w:spacing w:before="0" w:after="120" w:line="300" w:lineRule="exact"/>
        <w:jc w:val="both"/>
      </w:pPr>
      <w:r>
        <w:rPr>
          <w:rFonts w:ascii="Georgia" w:hAnsi="Georgia" w:cs="Georgia" w:eastAsia="Georgia"/>
          <w:b w:val="0"/>
          <w:i w:val="0"/>
          <w:sz w:val="22"/>
        </w:rPr>
        <w:t>The Qur'aan Majeed says: "If you aid (the Deen of) Allah, He will aid you, and He will plant your feet firmly (against your enemies)." When Muslims, lacking in Taqwa and spiritual fibre such as the Salafis and Ikhwaanis, turn to the enemies of Islam for aid, they beguile themselves, believing that their hallucinated mirages of establishing an Islamic State or a Khilaafate will be achieved once the current system of kufr tyranny has been nessed.</w:t>
      </w:r>
    </w:p>
    <w:p>
      <w:pPr>
        <w:spacing w:before="0" w:after="120" w:line="300" w:lineRule="exact"/>
        <w:jc w:val="both"/>
      </w:pPr>
      <w:r>
        <w:rPr>
          <w:rFonts w:ascii="Georgia" w:hAnsi="Georgia" w:cs="Georgia" w:eastAsia="Georgia"/>
          <w:b w:val="0"/>
          <w:i w:val="0"/>
          <w:sz w:val="22"/>
        </w:rPr>
        <w:t>When Muslims are bereft of Taqwa and A'maal-e-Saalihah, their Aqeeedah of Tauheed is a dead belief such as the emaciated Tauheed which Salafis trumpet. Although they v er y vocifer ou s ly scream their Aqeedah of Tauheed, in practical life this Aqeedah is missing. When there is no reliance on Allah Azza Wa Jal, the eyes dwell on others for aid.</w:t>
      </w:r>
    </w:p>
    <w:p>
      <w:pPr>
        <w:spacing w:before="0" w:after="120" w:line="300" w:lineRule="exact"/>
        <w:jc w:val="both"/>
      </w:pPr>
      <w:r>
        <w:rPr>
          <w:rFonts w:ascii="Georgia" w:hAnsi="Georgia" w:cs="Georgia" w:eastAsia="Georgia"/>
          <w:b w:val="0"/>
          <w:i w:val="0"/>
          <w:sz w:val="22"/>
        </w:rPr>
        <w:t>Desperation drives the spiritually emaciated Islamic forces to strike up just any alliance of convenience with just anyone regardless of the partners in the relationship being the enemies of the Deen and of Allah Ta'ala. This is the type of corrupt alliance the Mujaahideen had struck up in Tunisia, Libya, Egypt and now in Syria. As long as there is a bait of material aid, a variety of factors is presented to justify the corrupt alliance.</w:t>
      </w:r>
    </w:p>
    <w:p>
      <w:pPr>
        <w:spacing w:before="0" w:after="120" w:line="300" w:lineRule="exact"/>
        <w:jc w:val="both"/>
      </w:pPr>
      <w:r>
        <w:rPr>
          <w:rFonts w:ascii="Georgia" w:hAnsi="Georgia" w:cs="Georgia" w:eastAsia="Georgia"/>
          <w:b w:val="0"/>
          <w:i w:val="0"/>
          <w:sz w:val="22"/>
        </w:rPr>
        <w:t>If there had been life in their Aqeedah, they would have remembered and understood the meaning of the aayat: "Say (O Muhammad!) Never will there befall us (any calamity) except what Allah has ordained for us. He is our Protector. And, on Allah should the Mu'mineen repose trust." (Aayat 52, Taubah) And, they have forgotten the aayat: "Do not become cowardly nor grieve.</w:t>
      </w:r>
    </w:p>
    <w:p>
      <w:pPr>
        <w:spacing w:before="0" w:after="120" w:line="300" w:lineRule="exact"/>
        <w:jc w:val="both"/>
      </w:pPr>
      <w:r>
        <w:rPr>
          <w:rFonts w:ascii="Georgia" w:hAnsi="Georgia" w:cs="Georgia" w:eastAsia="Georgia"/>
          <w:b w:val="0"/>
          <w:i w:val="0"/>
          <w:sz w:val="22"/>
        </w:rPr>
        <w:t>You will be victorious if indeed you are Mu'mineen." (Aayat 83, Aal-eImraan). The problem is that we are not the type of Mu'mineen mentioned in this aayat and in many other verses of the Qur'aan Majeed. There is no doubt in the Pledge of Allah Ta'ala. He states in His glorious Qur'aan: "Most certainly, We have recorded in the Zaboor after (recording it) in the Thikr, that verily, My Saalih (Pious) servants shall inherit the earth." (Aayat 105, AlAmbiya).</w:t>
      </w:r>
    </w:p>
    <w:p>
      <w:pPr>
        <w:spacing w:before="0" w:after="120" w:line="300" w:lineRule="exact"/>
        <w:jc w:val="both"/>
      </w:pPr>
      <w:r>
        <w:rPr>
          <w:rFonts w:ascii="Georgia" w:hAnsi="Georgia" w:cs="Georgia" w:eastAsia="Georgia"/>
          <w:b w:val="0"/>
          <w:i w:val="0"/>
          <w:sz w:val="22"/>
        </w:rPr>
        <w:t>"Musa said to his people: 'Seek aid from Allah and adopt Sabr. Verily, the earth belongs to only Allah. He bestows it to whomever He desires from His servants. And, the ultimate victory is for the Muttaqeen." (Aayat 128, AlA'raaf) Thus, the need is to develop true Taqwa, and this is possible only by Islaah -e-Nafs (moral reformation), obedience to the Shariah and adoption of the Sunnah in every detail of life.</w:t>
      </w:r>
    </w:p>
    <w:p>
      <w:pPr>
        <w:spacing w:before="0" w:after="120" w:line="300" w:lineRule="exact"/>
        <w:jc w:val="both"/>
      </w:pPr>
      <w:r>
        <w:rPr>
          <w:rFonts w:ascii="Georgia" w:hAnsi="Georgia" w:cs="Georgia" w:eastAsia="Georgia"/>
          <w:b w:val="0"/>
          <w:i w:val="0"/>
          <w:sz w:val="22"/>
        </w:rPr>
        <w:t>Allah mentions explicitly and emphatically that "Victory is for the Muttaqeen". It is this Taqwa which is lacking in the Mujaahideen which has confused them and made them rudderless, seeking aid from kuffaar and fussaaq. This sad state of affairs is the lot of all Mujaahideen wherever they are fighting in the Name of Islam with the Say (O Muhammad!) O Allah, The King of Sovereignty!</w:t>
      </w:r>
    </w:p>
    <w:p>
      <w:pPr>
        <w:spacing w:before="0" w:after="120" w:line="300" w:lineRule="exact"/>
        <w:jc w:val="both"/>
      </w:pPr>
      <w:r>
        <w:rPr>
          <w:rFonts w:ascii="Georgia" w:hAnsi="Georgia" w:cs="Georgia" w:eastAsia="Georgia"/>
          <w:b w:val="0"/>
          <w:i w:val="0"/>
          <w:sz w:val="22"/>
        </w:rPr>
        <w:t>You bestow sovereignty to whomever You desire, And You snatch away sover- eignty from whomever You desire." (Qur'aan) eliminated. They little understand that they themselves are in line for elimination by the very evil forces whom they had temporarily embraced. Emphasizing the need for His Nusrat, Allah Ta'ala says in the Qur'aan: "If Allah helps you, there will be none to vanquish you.</w:t>
      </w:r>
    </w:p>
    <w:p>
      <w:pPr>
        <w:spacing w:before="0" w:after="120" w:line="300" w:lineRule="exact"/>
        <w:jc w:val="both"/>
      </w:pPr>
      <w:r>
        <w:rPr>
          <w:rFonts w:ascii="Georgia" w:hAnsi="Georgia" w:cs="Georgia" w:eastAsia="Georgia"/>
          <w:b w:val="0"/>
          <w:i w:val="0"/>
          <w:sz w:val="22"/>
        </w:rPr>
        <w:t>And, if He withholds aid from you, then who is there to aid you besides Him?" (Aayat 160, Aal-e-Imraan) The Islamic groups (Ikhwaanis and Salafis) participating in the turmoil, look askance at Islam's enemies for support. Just as the Mujaahideen during the Soviet occupation of Afghanistan relied heavily on U.S. aid, so too do the current Islamic groups in the Arab states rely on U.S. and Nato aid to achieve their goals, hence the deformed and corrupt alliance with enemies, satanists, fussaaq and fujjaar.</w:t>
      </w:r>
    </w:p>
    <w:p>
      <w:pPr>
        <w:spacing w:before="0" w:after="120" w:line="300" w:lineRule="exact"/>
        <w:jc w:val="both"/>
      </w:pPr>
      <w:r>
        <w:rPr>
          <w:rFonts w:ascii="Georgia" w:hAnsi="Georgia" w:cs="Georgia" w:eastAsia="Georgia"/>
          <w:b w:val="0"/>
          <w:i w:val="0"/>
          <w:sz w:val="22"/>
        </w:rPr>
        <w:t>Everyone is awed by the U.S., and seeks the aid of the cardboard superpowers. But, Allah Ta'ala says emphatically that if He denies aid, then there is no power to grant aid. Their lack of Taqwa has spiritually blinded "And, there is no aid except from Allah, The Mighty, The Wise." (Qur'aan) of this era: "And, sufficient is Allah for the Mu'mineen in war.</w:t>
      </w:r>
    </w:p>
    <w:p>
      <w:pPr>
        <w:spacing w:before="0" w:after="120" w:line="300" w:lineRule="exact"/>
        <w:jc w:val="both"/>
      </w:pPr>
      <w:r>
        <w:rPr>
          <w:rFonts w:ascii="Georgia" w:hAnsi="Georgia" w:cs="Georgia" w:eastAsia="Georgia"/>
          <w:b w:val="0"/>
          <w:i w:val="0"/>
          <w:sz w:val="22"/>
        </w:rPr>
        <w:t>Allah is Powerful and Mighty." (Aayat 25, Ahzaab). Whilst verbally no Muslim dares express doubt in this firm declaration of Allah Ta'ala, the hearts lack confidence in the Divine Promise. When Allah Ta'ala says that He suffices for the Mu'mineen in battle, what need is there then for corrupt alliances with His enemies? He reminds Muslims time and again of the successes and victories which He had bestowed to them – victories which they achieved without any alliances with the kuffaar – victories despite the paucity of their numbers and relative lack of military equipment.</w:t>
      </w:r>
    </w:p>
    <w:p>
      <w:pPr>
        <w:spacing w:before="0" w:after="120" w:line="300" w:lineRule="exact"/>
        <w:jc w:val="both"/>
      </w:pPr>
      <w:r>
        <w:rPr>
          <w:rFonts w:ascii="Georgia" w:hAnsi="Georgia" w:cs="Georgia" w:eastAsia="Georgia"/>
          <w:b w:val="0"/>
          <w:i w:val="0"/>
          <w:sz w:val="22"/>
        </w:rPr>
        <w:t>Reminding the Mu'mineen of the objective of establishing an Islamic state. Whilst the Salafi Mujaahideen and the Hanafi Taalibaan still adhere to the objective of an Islamic state for which they are waging Jihad, the Ikhwaanis have abandoned their original goal and objective. But the Mujaahideen are not acquiring the true measure of success, namely, outright victory, due to lack of Taqwa and because they embrace the enemies of Islam in alliances instead of reliance on only Allah Ta'ala.</w:t>
      </w:r>
    </w:p>
    <w:p>
      <w:pPr>
        <w:spacing w:before="0" w:after="120" w:line="300" w:lineRule="exact"/>
        <w:jc w:val="both"/>
      </w:pPr>
      <w:r>
        <w:rPr>
          <w:rFonts w:ascii="Georgia" w:hAnsi="Georgia" w:cs="Georgia" w:eastAsia="Georgia"/>
          <w:b w:val="0"/>
          <w:i w:val="0"/>
          <w:sz w:val="22"/>
        </w:rPr>
        <w:t>But such reliance is a dream in the absence of the Taqwa which stems from Ittiba Sunnat-eRasool (Obedience to the Sunnah of the Messenger). It is most significant for us that Nabi Musa (alayhis salaam) commanded his Ummah to obey Allah Ta'ala, engage in Salaat and adopt Sabr. In response to their complaints, he instructed adoption of the spiritual dimension.</w:t>
      </w:r>
    </w:p>
    <w:p>
      <w:pPr>
        <w:spacing w:before="0" w:after="120" w:line="300" w:lineRule="exact"/>
        <w:jc w:val="both"/>
      </w:pPr>
      <w:r>
        <w:rPr>
          <w:rFonts w:ascii="Georgia" w:hAnsi="Georgia" w:cs="Georgia" w:eastAsia="Georgia"/>
          <w:b w:val="0"/>
          <w:i w:val="0"/>
          <w:sz w:val="22"/>
        </w:rPr>
        <w:t>Tafseerul Mazhari, commenting on the aayat in which Allah Ta'ala commands: "Do not become cowardly (i.e. in Jihaad), says: "You will be victorious with the Help of Allah Ta'ala which has been promised for the Saaliheen Mu'mineen." Who and what are Saaliheen Mu'mineen? Study the lives of the Sahaabah for understanding this concept which the zanadiqah of our time say belongs to the 'ice/stone / camel age'.</w:t>
      </w:r>
    </w:p>
    <w:p>
      <w:pPr>
        <w:spacing w:before="0" w:after="120" w:line="300" w:lineRule="exact"/>
        <w:jc w:val="both"/>
      </w:pPr>
      <w:r>
        <w:rPr>
          <w:rFonts w:ascii="Georgia" w:hAnsi="Georgia" w:cs="Georgia" w:eastAsia="Georgia"/>
          <w:b w:val="0"/>
          <w:i w:val="0"/>
          <w:sz w:val="22"/>
        </w:rPr>
        <w:t>If Muslims become true Muttaqeen, there will be no need to fear the plots and satanic conspiracies of the kuffaar. There will be no need for forming temporary alliances with them. Allah Ta'ala says: "And, if they plot to deceive you, then verily, sufficient for you is Allah. It is He who has aided you with His help and with the Mu'mineen." (Aayat 62, Anfaal) This is Allah's directive to Rasulullah (sallallahu alayhi wasallam).</w:t>
      </w:r>
    </w:p>
    <w:p>
      <w:pPr>
        <w:spacing w:before="0" w:after="120" w:line="300" w:lineRule="exact"/>
        <w:jc w:val="both"/>
      </w:pPr>
      <w:r>
        <w:rPr>
          <w:rFonts w:ascii="Georgia" w:hAnsi="Georgia" w:cs="Georgia" w:eastAsia="Georgia"/>
          <w:b w:val="0"/>
          <w:i w:val="0"/>
          <w:sz w:val="22"/>
        </w:rPr>
        <w:t>Allah Ta'ala clarifies that among the ways of His Aid is the Mu'mineen with whom He had aided Rasulullah (sallallahu alayhi wasallam). He aids the Mujaahideen with Mu'mineen. There is no need to look askance at the kaafireen for aid as the Salafi Mujaahideen and even the Taalibaan Mujaahideen are doing. Victory is not with the aid of the U.S. nor with the fujjaar of the IS of Pakistan.</w:t>
      </w:r>
    </w:p>
    <w:p>
      <w:pPr>
        <w:spacing w:before="0" w:after="120" w:line="300" w:lineRule="exact"/>
        <w:jc w:val="both"/>
      </w:pPr>
      <w:r>
        <w:rPr>
          <w:rFonts w:ascii="Georgia" w:hAnsi="Georgia" w:cs="Georgia" w:eastAsia="Georgia"/>
          <w:b w:val="0"/>
          <w:i w:val="0"/>
          <w:sz w:val="22"/>
        </w:rPr>
        <w:t>Lack of Taqwa makes the following aayat meaningless to the Mujaahideen victory He gave them, Allah Ta'ala says: "He bestowed to you their lands, their homes, their wealth and such a land wherein you had not set foot. And, Allah has power over all things." (Aayat 27, Ahzaab) Now, O Salafi Mujaahideen, and O Taalibaan Mujaahideen! Do you have any doubt in all these Divine Promises?</w:t>
      </w:r>
    </w:p>
    <w:p>
      <w:pPr>
        <w:spacing w:before="0" w:after="120" w:line="300" w:lineRule="exact"/>
        <w:jc w:val="both"/>
      </w:pPr>
      <w:r>
        <w:rPr>
          <w:rFonts w:ascii="Georgia" w:hAnsi="Georgia" w:cs="Georgia" w:eastAsia="Georgia"/>
          <w:b w:val="0"/>
          <w:i w:val="0"/>
          <w:sz w:val="22"/>
        </w:rPr>
        <w:t>Whilst you will say that you have no doubt, it is clear that you lack understanding of the secret underlying the achievement of the much desired victory over the forces of kufr and oppression. If Allah Ta'ala wills, the morale will be extinguished from the hearts of the kuffaar and they will be overcome with morbid fear for you. The Qur'aan says in this matter: "He cast fear (and awe for you) in their hearts.</w:t>
      </w:r>
    </w:p>
    <w:p>
      <w:pPr>
        <w:spacing w:before="0" w:after="120" w:line="300" w:lineRule="exact"/>
        <w:jc w:val="both"/>
      </w:pPr>
      <w:r>
        <w:rPr>
          <w:rFonts w:ascii="Georgia" w:hAnsi="Georgia" w:cs="Georgia" w:eastAsia="Georgia"/>
          <w:b w:val="0"/>
          <w:i w:val="0"/>
          <w:sz w:val="22"/>
        </w:rPr>
        <w:t>Thus, you killed a party (of them) and took prisoner a party." (Aayat 26, Ahzaab) The hearts of men and every atom in the universe function by His direct command and intervention. The solution for the defeats of the Mujaahideen is to acquire Divine Power, not the aid of the cardboard 'super' powers. The 'power' of the U.S. and Nato will vanish into oblivion the day the Mujaahideen succeed in the acquisition of Divine Power (the Nusrat of Allah Azza Wa Jal).</w:t>
      </w:r>
    </w:p>
    <w:p>
      <w:pPr>
        <w:spacing w:before="0" w:after="120" w:line="300" w:lineRule="exact"/>
        <w:jc w:val="both"/>
      </w:pPr>
      <w:r>
        <w:rPr>
          <w:rFonts w:ascii="Georgia" w:hAnsi="Georgia" w:cs="Georgia" w:eastAsia="Georgia"/>
          <w:b w:val="0"/>
          <w:i w:val="0"/>
          <w:sz w:val="22"/>
        </w:rPr>
        <w:t>"If Allah aids you, then there will be no one to conquer you." (Aayat 160, Aal-e-Imraan) "And, there is no aid except from Allah, The Mighty, The Wise." (Aayat 126, Aal-e-Imraan) "Thus, you (O Mu'mineen!) did not kill them. But Allah killed them.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Islamic community in the world.</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only Islamic community in the world. Their lifestyle in general was Islamic. They were engaged in a defensive Jihad to oust a brutal occupying kaafir nation. Although they too, at that time, did not have I'laa-e-Kalimatullah as the objective, their struggle was a defensive Jihad to eliminate a brutal atheist who had interfered with their Deeni lifestyle.</w:t>
      </w:r>
    </w:p>
    <w:p>
      <w:pPr>
        <w:spacing w:before="0" w:after="120" w:line="300" w:lineRule="exact"/>
        <w:jc w:val="both"/>
      </w:pPr>
      <w:r>
        <w:rPr>
          <w:rFonts w:ascii="Georgia" w:hAnsi="Georgia" w:cs="Georgia" w:eastAsia="Georgia"/>
          <w:b w:val="0"/>
          <w:i w:val="0"/>
          <w:sz w:val="22"/>
        </w:rPr>
        <w:t>The war against the USSR was not a Talibaan-led war. The declared objective of today's Talibaan is the establishment of a Shar'i state. From the U.S.'s perspective, it was undoubtedly a war between the U.S. and the USSR with the Afghans being the foot soldiers. The 'billions of dollars' of U.S. aid speak volumes for the confirmation of this fact.</w:t>
      </w:r>
    </w:p>
    <w:p>
      <w:pPr>
        <w:spacing w:before="0" w:after="120" w:line="300" w:lineRule="exact"/>
        <w:jc w:val="both"/>
      </w:pPr>
      <w:r>
        <w:rPr>
          <w:rFonts w:ascii="Georgia" w:hAnsi="Georgia" w:cs="Georgia" w:eastAsia="Georgia"/>
          <w:b w:val="0"/>
          <w:i w:val="0"/>
          <w:sz w:val="22"/>
        </w:rPr>
        <w:t>The alliance with the U.S. kuffaar and the Pakistani I.S. fujjaar did not bode good for the Afghan Mujahideen. Furthermore the corrupt motives of the motley of un-Islamic groups comprising the Mujaahideen had its horrendous sequel the moment the Soviets had to flee from Afghanistan. What was the outcome? The Afghan 'mujahideen' after the retreat of the Soviets, killed more Afghans than the Russians had in the 15 year long war.</w:t>
      </w:r>
    </w:p>
    <w:p>
      <w:pPr>
        <w:spacing w:before="0" w:after="120" w:line="300" w:lineRule="exact"/>
        <w:jc w:val="both"/>
      </w:pPr>
      <w:r>
        <w:rPr>
          <w:rFonts w:ascii="Georgia" w:hAnsi="Georgia" w:cs="Georgia" w:eastAsia="Georgia"/>
          <w:b w:val="0"/>
          <w:i w:val="0"/>
          <w:sz w:val="22"/>
        </w:rPr>
        <w:t>From the very inception of taking power, these 'mujahideen' set about to destroy Afghanistan and perpetrate genocide of their own Muslim people on a scale which left even the Soviets aghast. They had relied on U.S. kuffaar aid. Their struggle was not purely for the sake of Allah Ta'ala, hence the rotten consequences at the end of the tunnel.</w:t>
      </w:r>
    </w:p>
    <w:p>
      <w:pPr>
        <w:spacing w:before="0" w:after="120" w:line="300" w:lineRule="exact"/>
        <w:jc w:val="both"/>
      </w:pPr>
      <w:r>
        <w:rPr>
          <w:rFonts w:ascii="Georgia" w:hAnsi="Georgia" w:cs="Georgia" w:eastAsia="Georgia"/>
          <w:b w:val="0"/>
          <w:i w:val="0"/>
          <w:sz w:val="22"/>
        </w:rPr>
        <w:t>In contrast, the Syrian struggle was initiated by secularists. Whilst Sunni by birth, they lack the Sunnah in entirety. (9) "What about the struggle in Palestine? There is Hamas which is not receiving help from any Muslim country, so in desperation they will take help from anybody they can get; they go to Iran, Russia, etc. Is this another Kaafir vs Kaafir war?" Yes, even the struggle of the Palestinians is not for the sake of Allah Ta'ala.</w:t>
      </w:r>
    </w:p>
    <w:p>
      <w:pPr>
        <w:spacing w:before="0" w:after="120" w:line="300" w:lineRule="exact"/>
        <w:jc w:val="both"/>
      </w:pPr>
      <w:r>
        <w:rPr>
          <w:rFonts w:ascii="Georgia" w:hAnsi="Georgia" w:cs="Georgia" w:eastAsia="Georgia"/>
          <w:b w:val="0"/>
          <w:i w:val="0"/>
          <w:sz w:val="22"/>
        </w:rPr>
        <w:t>That is why, after 60 years of Israeli brutality, they are still at the mercy of the kuffaar – at the mercy of Israel, Iran and Russia. They lack in Imaani fibre, hence they do not understand the meaning of Allah's promises in the Qur'aan. They lack Islamic understanding, hence they are constrained to turn to the kuffaar for succour. The objective of Hamas is not Islam, hence the struggle is not a Jihad.</w:t>
      </w:r>
    </w:p>
    <w:p>
      <w:pPr>
        <w:spacing w:before="0" w:after="120" w:line="300" w:lineRule="exact"/>
        <w:jc w:val="both"/>
      </w:pPr>
      <w:r>
        <w:rPr>
          <w:rFonts w:ascii="Georgia" w:hAnsi="Georgia" w:cs="Georgia" w:eastAsia="Georgia"/>
          <w:b w:val="0"/>
          <w:i w:val="0"/>
          <w:sz w:val="22"/>
        </w:rPr>
        <w:t>It is for land and power. Hamas has been in charge of Gaza for a couple of years. Why has it not established a Shar'i state? If the objective is not a pure Islamic State, the struggle will not be a Jihad. (10) "How about Chechnya? There used to be reports the Chechens were receiving help from the west? Is this another Kaafir vs Kaafir war?" In Chechnya, as far as we are aware, the Mujahideen are all Salafis.</w:t>
      </w:r>
    </w:p>
    <w:p>
      <w:pPr>
        <w:spacing w:before="0" w:after="120" w:line="300" w:lineRule="exact"/>
        <w:jc w:val="both"/>
      </w:pPr>
      <w:r>
        <w:rPr>
          <w:rFonts w:ascii="Georgia" w:hAnsi="Georgia" w:cs="Georgia" w:eastAsia="Georgia"/>
          <w:b w:val="0"/>
          <w:i w:val="0"/>
          <w:sz w:val="22"/>
        </w:rPr>
        <w:t>The stated objective of the Salafis is the established of an Islamic State. They are not fighting for land and material gains. The Chechen struggle is therefore a true Jihad, albeit emaciated on account of lack of Taqwa. See the article, The Upheavals in the Muslim Lands, elsewhere in these pages. You have failed to understand the purport of our stance.</w:t>
      </w:r>
    </w:p>
    <w:p>
      <w:pPr>
        <w:spacing w:before="0" w:after="120" w:line="300" w:lineRule="exact"/>
        <w:jc w:val="both"/>
      </w:pPr>
      <w:r>
        <w:rPr>
          <w:rFonts w:ascii="Georgia" w:hAnsi="Georgia" w:cs="Georgia" w:eastAsia="Georgia"/>
          <w:b w:val="0"/>
          <w:i w:val="0"/>
          <w:sz w:val="22"/>
        </w:rPr>
        <w:t>We are not saying that a Jihad is negated by accepting aid from the kuffaar. What we are saying is that without Taqwa, there will be no outright victory. Without Taqwa, the Mujahideen will strike up fragile alliances with the kuffaar, and become entrapped in their conspiracies. (11) "Also, what should all these people do? Stop doing Jihad against their oppressors?</w:t>
      </w:r>
    </w:p>
    <w:p>
      <w:pPr>
        <w:spacing w:before="0" w:after="120" w:line="300" w:lineRule="exact"/>
        <w:jc w:val="both"/>
      </w:pPr>
      <w:r>
        <w:rPr>
          <w:rFonts w:ascii="Georgia" w:hAnsi="Georgia" w:cs="Georgia" w:eastAsia="Georgia"/>
          <w:b w:val="0"/>
          <w:i w:val="0"/>
          <w:sz w:val="22"/>
        </w:rPr>
        <w:t>Continue bearing the brutal oppression simply because the USA is trying to intervene in their struggle? Is this allowed in Islam?" No, they should not stop from Jihad. Jihad is a fundamental of Islam. It is integral to Islam. It cannot be separated from Islam. Denial of Jihad is kufr. They should unfurl the Flag of true Jihad. But Jihad has an Islamic objective, and that is to establish the Law of Allah Ta'ala.</w:t>
      </w:r>
    </w:p>
    <w:p>
      <w:pPr>
        <w:spacing w:before="0" w:after="120" w:line="300" w:lineRule="exact"/>
        <w:jc w:val="both"/>
      </w:pPr>
      <w:r>
        <w:rPr>
          <w:rFonts w:ascii="Georgia" w:hAnsi="Georgia" w:cs="Georgia" w:eastAsia="Georgia"/>
          <w:b w:val="0"/>
          <w:i w:val="0"/>
          <w:sz w:val="22"/>
        </w:rPr>
        <w:t>Those who are waging Jihad should declare their objective, and fight for this objective. They should morally reform themselves and cultivate roohaaniyat (spiritual power). The way is the Sunnah. They should not look askance at the U.S. You have contended that the Syrian Muslims are fighting with captured weapons. With these 'captured' weapons they have gained substantial successes.</w:t>
      </w:r>
    </w:p>
    <w:p>
      <w:pPr>
        <w:spacing w:before="0" w:after="120" w:line="300" w:lineRule="exact"/>
        <w:jc w:val="both"/>
      </w:pPr>
      <w:r>
        <w:rPr>
          <w:rFonts w:ascii="Georgia" w:hAnsi="Georgia" w:cs="Georgia" w:eastAsia="Georgia"/>
          <w:b w:val="0"/>
          <w:i w:val="0"/>
          <w:sz w:val="22"/>
        </w:rPr>
        <w:t>Now, they should only turn their direction and focus to Allah Azza Wa Jal, and transform their struggle into a truly Islamic Jihad, and Allah's aid will miraculously be at hand. Allah Ta'ala says: "No one knows the armies of Allah, but He." However, with extreme deficiency of Imaan, total lack of A'maal-eSaalihah and beliefs of kufr, Divine Aid cannot be expected.</w:t>
      </w:r>
    </w:p>
    <w:p>
      <w:pPr>
        <w:spacing w:before="0" w:after="120" w:line="300" w:lineRule="exact"/>
        <w:jc w:val="both"/>
      </w:pPr>
      <w:r>
        <w:rPr>
          <w:rFonts w:ascii="Georgia" w:hAnsi="Georgia" w:cs="Georgia" w:eastAsia="Georgia"/>
          <w:b w:val="0"/>
          <w:i w:val="0"/>
          <w:sz w:val="22"/>
        </w:rPr>
        <w:t>The need is to morally reform and spiritually progress, then Allah Azza Wa Jal will of His Own Accord re-enact the circumstances which coalesced in the Battle of Badr. (12) "As regards, the appointment of George Sabra as the president of the SNC, yes, he is a Christian and Communist. But remember Syria has many religious minorities, and the SNC is simply trying to allay the fears of the minorities that they will not be abused after the Muslims take control of Syria.</w:t>
      </w:r>
    </w:p>
    <w:p>
      <w:pPr>
        <w:spacing w:before="0" w:after="120" w:line="300" w:lineRule="exact"/>
        <w:jc w:val="both"/>
      </w:pPr>
      <w:r>
        <w:rPr>
          <w:rFonts w:ascii="Georgia" w:hAnsi="Georgia" w:cs="Georgia" w:eastAsia="Georgia"/>
          <w:b w:val="0"/>
          <w:i w:val="0"/>
          <w:sz w:val="22"/>
        </w:rPr>
        <w:t>Previously the head of the SNC was a Sunni Kurd – so they keep on rotating the presidency." This is typical logic stemming from a secular mind bereft of Taqwa. The secularist does not understand the meaning and the objective of Islam, hence such utterly baseless arguments to justify conflicts with the Shariah. The non-Muslim citizens of an Islamic State, the Dhimmis, are not abused in a truly Islamic land.</w:t>
      </w:r>
    </w:p>
    <w:p>
      <w:pPr>
        <w:spacing w:before="0" w:after="120" w:line="300" w:lineRule="exact"/>
        <w:jc w:val="both"/>
      </w:pPr>
      <w:r>
        <w:rPr>
          <w:rFonts w:ascii="Georgia" w:hAnsi="Georgia" w:cs="Georgia" w:eastAsia="Georgia"/>
          <w:b w:val="0"/>
          <w:i w:val="0"/>
          <w:sz w:val="22"/>
        </w:rPr>
        <w:t>There is no need and no permissibility to appoint as a head an enemy of Allah – one who denies the very existence of Allah Azza Wa Jal, for assuring and placating the non-Muslim minorities. Other means of assurance should be devised. An alliance with such najaasat is not permissible. It is lack of trust on Allah Ta'ala which constrains Muslims to cultivate such corrupt alliances and to embrace even the enemies of Allah Ta'ala.</w:t>
      </w:r>
    </w:p>
    <w:p>
      <w:pPr>
        <w:spacing w:before="0" w:after="120" w:line="300" w:lineRule="exact"/>
        <w:jc w:val="both"/>
      </w:pPr>
      <w:r>
        <w:rPr>
          <w:rFonts w:ascii="Georgia" w:hAnsi="Georgia" w:cs="Georgia" w:eastAsia="Georgia"/>
          <w:b w:val="0"/>
          <w:i w:val="0"/>
          <w:sz w:val="22"/>
        </w:rPr>
        <w:t>If Muslims submit fully to Allah Ta'ala, an alliance with kuffaar will never even cross their minds. Even if the atheist is a mere figurehead, it is not permissible to install him as the head of a Muslim Council waging Jihad or of any other Muslim body. Your argument is bereft of goodness and Islamic credibility. (13) "Iran and the apologists have been trying to portray the Syrian struggle as a fight between the "heroic" Iran axis on the one hand and the west on the other.</w:t>
      </w:r>
    </w:p>
    <w:p>
      <w:pPr>
        <w:spacing w:before="0" w:after="120" w:line="300" w:lineRule="exact"/>
        <w:jc w:val="both"/>
      </w:pPr>
      <w:r>
        <w:rPr>
          <w:rFonts w:ascii="Georgia" w:hAnsi="Georgia" w:cs="Georgia" w:eastAsia="Georgia"/>
          <w:b w:val="0"/>
          <w:i w:val="0"/>
          <w:sz w:val="22"/>
        </w:rPr>
        <w:t>It is trying to obfuscate the Syrian Jihad. This article (i.e. Al-Haq's bulletin) is doing the same." Regardless of the perpetration and propaganda of Iran. The facts on the ground are relevant. Iranian attempts of 'obfuscation' are like womanish prattle. Such prattle of the enemies cannot turn the direction of a true Jihad. The facts on the battlefield are of decisive import.</w:t>
      </w:r>
    </w:p>
    <w:p>
      <w:pPr>
        <w:spacing w:before="0" w:after="120" w:line="300" w:lineRule="exact"/>
        <w:jc w:val="both"/>
      </w:pPr>
      <w:r>
        <w:rPr>
          <w:rFonts w:ascii="Georgia" w:hAnsi="Georgia" w:cs="Georgia" w:eastAsia="Georgia"/>
          <w:b w:val="0"/>
          <w:i w:val="0"/>
          <w:sz w:val="22"/>
        </w:rPr>
        <w:t>In conclusion, it should be understood that our stance simply is that a struggle which does not have I'laa-eKalimatullaah as its objective is not Jihad, and that as long as Muslims to not become Muslims in the true meaning of the word, they will remain the underdogs of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MISGUIDED DIAGNOSIS OF THE UMMAH'S DISEASE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DISCUSSING THE sorry degenerate state of the Ummah, Hadhrat Maulana Ashraf Ali Thanvi (rahmatullah alayh) commented: "Throughout the world we observe avalanches and mountains of hardship and misfortune continuously descending and crashing upon Muslims. Despite this calamitous situation, the causes and the remedy have not occurred to anyone.</w:t>
      </w:r>
    </w:p>
    <w:p>
      <w:pPr>
        <w:spacing w:before="0" w:after="120" w:line="300" w:lineRule="exact"/>
        <w:jc w:val="both"/>
      </w:pPr>
      <w:r>
        <w:rPr>
          <w:rFonts w:ascii="Georgia" w:hAnsi="Georgia" w:cs="Georgia" w:eastAsia="Georgia"/>
          <w:b w:val="0"/>
          <w:i w:val="0"/>
          <w:sz w:val="22"/>
        </w:rPr>
        <w:t>Those who attempt to devise some remedy for this state of degradation and plan to salvage the situation are confronted with utter and total failure because they have failed to diagnose the disease. An erroneous diagnosis results in an erroneous prescription of a remedy. Hence, the disease instead of curing deteriorates more and more. The natural consequence of such erroneous, misguided and unprincipled plans and schemes devised to extricate the Ummah from the morass of degradation is nothing other than the deterioration of the disease.</w:t>
      </w:r>
    </w:p>
    <w:p>
      <w:pPr>
        <w:spacing w:before="0" w:after="120" w:line="300" w:lineRule="exact"/>
        <w:jc w:val="both"/>
      </w:pPr>
      <w:r>
        <w:rPr>
          <w:rFonts w:ascii="Georgia" w:hAnsi="Georgia" w:cs="Georgia" w:eastAsia="Georgia"/>
          <w:b w:val="0"/>
          <w:i w:val="0"/>
          <w:sz w:val="22"/>
        </w:rPr>
        <w:t>However, it is seen that failure upon failure does not deter the misguided diagnosers who intransigently believe in the rectitude of their prescriptions of error. The cause of this practical ignorance and misguidance is intellectual ignorance. These practitioners do not fully acknowledge the Divine declarations of the Qur'aan and Ahadith which have pinpointed the root causes of the calamities which have overtaken the Ummah with such disastrous consequences as we behold.</w:t>
      </w:r>
    </w:p>
    <w:p>
      <w:pPr>
        <w:spacing w:before="0" w:after="120" w:line="300" w:lineRule="exact"/>
        <w:jc w:val="both"/>
      </w:pPr>
      <w:r>
        <w:rPr>
          <w:rFonts w:ascii="Georgia" w:hAnsi="Georgia" w:cs="Georgia" w:eastAsia="Georgia"/>
          <w:b w:val="0"/>
          <w:i w:val="0"/>
          <w:sz w:val="22"/>
        </w:rPr>
        <w:t>They proclaim that they have Imaan in them. What then is the meaning of their partial acknowledgement? Imaan in Allah and His Rasool means to acknowledge them and believe them to be truthful in every aspect, every statement and deed. But, partial acceptance of some statements and rejection of some fall within the scope of the following aayat: "What!</w:t>
      </w:r>
    </w:p>
    <w:p>
      <w:pPr>
        <w:spacing w:before="0" w:after="120" w:line="300" w:lineRule="exact"/>
        <w:jc w:val="both"/>
      </w:pPr>
      <w:r>
        <w:rPr>
          <w:rFonts w:ascii="Georgia" w:hAnsi="Georgia" w:cs="Georgia" w:eastAsia="Georgia"/>
          <w:b w:val="0"/>
          <w:i w:val="0"/>
          <w:sz w:val="22"/>
        </w:rPr>
        <w:t>Do you believe in part of the Book and reject part of the Book?" Whoever will believe in the correctness of Rasulullah's (sallallahu alayhi wasallam) diagnosis and practise in accordance with his prescription will acknowledge the efficacy and swiftness of cure of such divine remedies. He will be convinced of the efficacy of such remedies and wholeheartedly submit to the divine treatment.</w:t>
      </w:r>
    </w:p>
    <w:p>
      <w:pPr>
        <w:spacing w:before="0" w:after="120" w:line="300" w:lineRule="exact"/>
        <w:jc w:val="both"/>
      </w:pPr>
      <w:r>
        <w:rPr>
          <w:rFonts w:ascii="Georgia" w:hAnsi="Georgia" w:cs="Georgia" w:eastAsia="Georgia"/>
          <w:b w:val="0"/>
          <w:i w:val="0"/>
          <w:sz w:val="22"/>
        </w:rPr>
        <w:t>Rasulullah (sallallahu alayhi wasallam) conveyed his Message to mankind with the greatest of affection and clarity. There exists not the slightest ambiguity in it. Now, application of the prescription offered by Rasulullah (sallallahu alayhi wasallam) depends on the fortune and misfortune of people. Those who decide to accept the prescription will be fortunate and successful while those who reject it will be encumbered with misfortune and failure.</w:t>
      </w:r>
    </w:p>
    <w:p>
      <w:pPr>
        <w:spacing w:before="0" w:after="120" w:line="300" w:lineRule="exact"/>
        <w:jc w:val="both"/>
      </w:pPr>
      <w:r>
        <w:rPr>
          <w:rFonts w:ascii="Georgia" w:hAnsi="Georgia" w:cs="Georgia" w:eastAsia="Georgia"/>
          <w:b w:val="0"/>
          <w:i w:val="0"/>
          <w:sz w:val="22"/>
        </w:rPr>
        <w:t>Whoever in the past did accept and utilise the divine prescription had attained rectitude, success and prosperity. Since it has been established beyond doubt that prosperity and success are confined to the prescriptions of Rasulullah (sallallahu alayhi wasallam), it devolves as a necessary obligation upon our Muslim brethren who are informed of the disease, but uninformed of the prescription, to abandon permanently their neglect, ignorance and indolence.</w:t>
      </w:r>
    </w:p>
    <w:p>
      <w:pPr>
        <w:spacing w:before="0" w:after="120" w:line="300" w:lineRule="exact"/>
        <w:jc w:val="both"/>
      </w:pPr>
      <w:r>
        <w:rPr>
          <w:rFonts w:ascii="Georgia" w:hAnsi="Georgia" w:cs="Georgia" w:eastAsia="Georgia"/>
          <w:b w:val="0"/>
          <w:i w:val="0"/>
          <w:sz w:val="22"/>
        </w:rPr>
        <w:t>It is incumbent upon them to utilise these divine and proven prescriptions so that they attain all forms of prosperity and success in abundance in both this world and the Aakhirah." The cure for the Ummah is the Shariah and the Sunnah, and nothing other than this.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A SHARIAH STATE TODAY POSSIBLE?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99% OF THE Ummah in this era of corruption wallows in kufr, fitnah, fisq and fujoor. The Ummah's indulgence in these evils is not restricted to evil deeds, but extends to fundamental beliefs (Aqaa-id). The Ummah today comes fully within the purview of the following Hadith narrated by Hadhrat Abdullah Ibn Umar (radhiyallahu anhu): "There will dawn an age over the people when they will assemble in their Musaajid and perform Salaat whilst not a single one of them will be a Mu'min." By verbal profession and in some rituals they will be 'Muslim', but their hearts will be devoid of true Imaan.</w:t>
      </w:r>
    </w:p>
    <w:p>
      <w:pPr>
        <w:spacing w:before="0" w:after="120" w:line="300" w:lineRule="exact"/>
        <w:jc w:val="both"/>
      </w:pPr>
      <w:r>
        <w:rPr>
          <w:rFonts w:ascii="Georgia" w:hAnsi="Georgia" w:cs="Georgia" w:eastAsia="Georgia"/>
          <w:b w:val="0"/>
          <w:i w:val="0"/>
          <w:sz w:val="22"/>
        </w:rPr>
        <w:t>They will not be Mu'min. Not even in outward appearance will they be Muslim. They will recite Laa ilaha il lallaahu Muhammadur Rasulullah whilst they will harbour in their breasts an implacable aversion for the Law of that Kalimah. They will abhor and despise the Sunnah and denounce the sacred Shariah attributing it to the 'fabrications' of the Fuqaha and Ulama.</w:t>
      </w:r>
    </w:p>
    <w:p>
      <w:pPr>
        <w:spacing w:before="0" w:after="120" w:line="300" w:lineRule="exact"/>
        <w:jc w:val="both"/>
      </w:pPr>
      <w:r>
        <w:rPr>
          <w:rFonts w:ascii="Georgia" w:hAnsi="Georgia" w:cs="Georgia" w:eastAsia="Georgia"/>
          <w:b w:val="0"/>
          <w:i w:val="0"/>
          <w:sz w:val="22"/>
        </w:rPr>
        <w:t>In a scenario of this kind where 99% of the Ummah is masquerading as 'Muslim', it is a total impossibility to establish an Islamic State – a State which will be governed strictly according to the Qur'aan and Sunnah. The masses will simply not allow the Shariah to flourish. At every turn and step, the irreligious and anti- Islam population of a country will create impediments for an Islamic government and sabotage the Islamic institutions of the State.</w:t>
      </w:r>
    </w:p>
    <w:p>
      <w:pPr>
        <w:spacing w:before="0" w:after="120" w:line="300" w:lineRule="exact"/>
        <w:jc w:val="both"/>
      </w:pPr>
      <w:r>
        <w:rPr>
          <w:rFonts w:ascii="Georgia" w:hAnsi="Georgia" w:cs="Georgia" w:eastAsia="Georgia"/>
          <w:b w:val="0"/>
          <w:i w:val="0"/>
          <w:sz w:val="22"/>
        </w:rPr>
        <w:t>The entire civil service, security establishment, military, navy, air force and every department and wrung of society of any Muslim country are averse to the Shariah. In fact, the masses insanely mired in the evil of westernization, view the Shariah as a social menace. A pious Khalifah will not be able to proceed one step forward without being obstructed.</w:t>
      </w:r>
    </w:p>
    <w:p>
      <w:pPr>
        <w:spacing w:before="0" w:after="120" w:line="300" w:lineRule="exact"/>
        <w:jc w:val="both"/>
      </w:pPr>
      <w:r>
        <w:rPr>
          <w:rFonts w:ascii="Georgia" w:hAnsi="Georgia" w:cs="Georgia" w:eastAsia="Georgia"/>
          <w:b w:val="0"/>
          <w:i w:val="0"/>
          <w:sz w:val="22"/>
        </w:rPr>
        <w:t>Any alliance or coalition with irreligious organizations and political parties will be fragile and will most assuredly end in tumultuous upheaval to unseat and destroy the Islamic State. The current conflict in which Egypt is burning is an excellent example testifying to the veracity of what has been said above. A variety of groups, all with their own ideas and agendas, had united to end the tyrannical regime of Hosni Mubarak, and the Ikhwaanul Muslimeen under Mohammed Mursi, the President, managed to form the government.</w:t>
      </w:r>
    </w:p>
    <w:p>
      <w:pPr>
        <w:spacing w:before="0" w:after="120" w:line="300" w:lineRule="exact"/>
        <w:jc w:val="both"/>
      </w:pPr>
      <w:r>
        <w:rPr>
          <w:rFonts w:ascii="Georgia" w:hAnsi="Georgia" w:cs="Georgia" w:eastAsia="Georgia"/>
          <w:b w:val="0"/>
          <w:i w:val="0"/>
          <w:sz w:val="22"/>
        </w:rPr>
        <w:t>Now hell has erupted in Egypt. Muslims are killing Muslims. The very same coalition of variegated forces who had successfully terminated the kufr regime of Hosni Mubarak, are now determined to re-enact the Tahreer Square conflagration to oust the Ikhwaanul Muslimeen although the latter has not even proposed the establishment of an Islamic state.</w:t>
      </w:r>
    </w:p>
    <w:p>
      <w:pPr>
        <w:spacing w:before="0" w:after="120" w:line="300" w:lineRule="exact"/>
        <w:jc w:val="both"/>
      </w:pPr>
      <w:r>
        <w:rPr>
          <w:rFonts w:ascii="Georgia" w:hAnsi="Georgia" w:cs="Georgia" w:eastAsia="Georgia"/>
          <w:b w:val="0"/>
          <w:i w:val="0"/>
          <w:sz w:val="22"/>
        </w:rPr>
        <w:t>Of a rotten conglomeration of kuffaar and fussaaq, the Ikhwaan are still the best. But the forces of evil have unleashed a reign of anarchy to remove this so-called Islamic movement, Ikhwaanul Muslimeen. The report, Fiery Protests in Egypt, on this page, should adequately illustrate the correctness of what has been explained in this article.</w:t>
      </w:r>
    </w:p>
    <w:p>
      <w:pPr>
        <w:spacing w:before="0" w:after="120" w:line="300" w:lineRule="exact"/>
        <w:jc w:val="both"/>
      </w:pPr>
      <w:r>
        <w:rPr>
          <w:rFonts w:ascii="Georgia" w:hAnsi="Georgia" w:cs="Georgia" w:eastAsia="Georgia"/>
          <w:b w:val="0"/>
          <w:i w:val="0"/>
          <w:sz w:val="22"/>
        </w:rPr>
        <w:t>It is the imperative obligation of genuine Islamic groups to create a social climate in which the Shariah will flourish. This is achievable only by emulating the Sunnah of Hudaibiyyah which will allow the seed of Imaan to germinate and grow.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Fiery protests in Egypt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OUTRAGE AS 'NEW PHARAOH' MURSI PLACES HIMSELF ABOVE THE LAW Samer al-Atrush in CAIRO PROTESTERS torched Muslim Brotherhood offices yesterday, Egypt's state media said, as supporters and opponents of President Mohamed Mursi staged rival rallies across Egypt a day after he assumed sweeping powers. The offices of the Freedom and Justice Party (FJP), the Muslim Brotherhood's political arm, were set ablaze in the canal cities of Ismailiya and Port Said, state television said.</w:t>
      </w:r>
    </w:p>
    <w:p>
      <w:pPr>
        <w:spacing w:before="0" w:after="120" w:line="300" w:lineRule="exact"/>
        <w:jc w:val="both"/>
      </w:pPr>
      <w:r>
        <w:rPr>
          <w:rFonts w:ascii="Georgia" w:hAnsi="Georgia" w:cs="Georgia" w:eastAsia="Georgia"/>
          <w:b w:val="0"/>
          <w:i w:val="0"/>
          <w:sz w:val="22"/>
        </w:rPr>
        <w:t>An FJP official said the party's office was also stormed in the Mediterranean city of Alexandria, where clashes broke out between rival demonstrators. In Cairo, an array of liberal and secular groups, including activists at the forefront of the protest movement that forced veteran strongman Hosni Mubarak from power early last year, planned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march on Tahrir Square, Cairo's iconic protest hub, to demonstrate against the "new…</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to march on Tahrir Square, Cairo's iconic protest hub, to demonstrate against the "new pharaoh". Mursi's backers, led by the powerful Muslim Brotherhood, gathered outside the presidential palace in north Cairo in a show of support for his decision to temporarily place his decisions above judicial oversight. "The people support the president's decisions," the crowd chanted.</w:t>
      </w:r>
    </w:p>
    <w:p>
      <w:pPr>
        <w:spacing w:before="0" w:after="120" w:line="300" w:lineRule="exact"/>
        <w:jc w:val="both"/>
      </w:pPr>
      <w:r>
        <w:rPr>
          <w:rFonts w:ascii="Georgia" w:hAnsi="Georgia" w:cs="Georgia" w:eastAsia="Georgia"/>
          <w:b w:val="0"/>
          <w:i w:val="0"/>
          <w:sz w:val="22"/>
        </w:rPr>
        <w:t>On Thursday, the president undercut a hostile judiciary that had been considering whether to scrap an Islamistdominated panel drawing up a new constitution, stripping judges of the right to rule on the case or to challenge his decrees. The decision effectively places the president above judicial oversight until a new constitution is ratified.</w:t>
      </w:r>
    </w:p>
    <w:p>
      <w:pPr>
        <w:spacing w:before="0" w:after="120" w:line="300" w:lineRule="exact"/>
        <w:jc w:val="both"/>
      </w:pPr>
      <w:r>
        <w:rPr>
          <w:rFonts w:ascii="Georgia" w:hAnsi="Georgia" w:cs="Georgia" w:eastAsia="Georgia"/>
          <w:b w:val="0"/>
          <w:i w:val="0"/>
          <w:sz w:val="22"/>
        </w:rPr>
        <w:t>Muri's - opponents poured into Tahrir Square after the main weekly Muslim prayers. They were expected to be joined by leading secular politicians Mohamed ElBaradei, a former UN nuclear watchdog chief, and Amr Mussa, a former foreign minister and Arab League chief. "This is a coup against legitimacy ... We are calling on all Egyptians to protest in all of Egypt's squares on Friday," said Sameh Ashour, head of the lawyers' syndicate, in a joint news conference with ElBaradei and Mussa.</w:t>
      </w:r>
    </w:p>
    <w:p>
      <w:pPr>
        <w:spacing w:before="0" w:after="120" w:line="300" w:lineRule="exact"/>
        <w:jc w:val="both"/>
      </w:pPr>
      <w:r>
        <w:rPr>
          <w:rFonts w:ascii="Georgia" w:hAnsi="Georgia" w:cs="Georgia" w:eastAsia="Georgia"/>
          <w:b w:val="0"/>
          <w:i w:val="0"/>
          <w:sz w:val="22"/>
        </w:rPr>
        <w:t>ElBaradei denounced Mursi as a "new pharaoh", the same term of derision used against Mubarak when he was in power. "Mursi is a 'temporary' dictator," read the banner headline in yesterday's edition of independent daily Al-Masry Youm. The Islamist president assumed his sweeping new powers in a decree read out by his spokesman, Yasser Ali, on state television on Thursday.</w:t>
      </w:r>
    </w:p>
    <w:p>
      <w:pPr>
        <w:spacing w:before="0" w:after="120" w:line="300" w:lineRule="exact"/>
        <w:jc w:val="both"/>
      </w:pPr>
      <w:r>
        <w:rPr>
          <w:rFonts w:ascii="Georgia" w:hAnsi="Georgia" w:cs="Georgia" w:eastAsia="Georgia"/>
          <w:b w:val="0"/>
          <w:i w:val="0"/>
          <w:sz w:val="22"/>
        </w:rPr>
        <w:t>"The president can issue any decision or measure to protect the revolution," it said. "The constitutional declarations, decisions and laws issued by the president are final and not subject to appeal." Mursi also sacked prosecutorgeneral Abdel Meguid Mahmud, whom he failed to oust last month, amid strong misgivings among the president's supporters about the failure to secure convictions of more members of the old regime.</w:t>
      </w:r>
    </w:p>
    <w:p>
      <w:pPr>
        <w:spacing w:before="0" w:after="120" w:line="300" w:lineRule="exact"/>
        <w:jc w:val="both"/>
      </w:pPr>
      <w:r>
        <w:rPr>
          <w:rFonts w:ascii="Georgia" w:hAnsi="Georgia" w:cs="Georgia" w:eastAsia="Georgia"/>
          <w:b w:val="0"/>
          <w:i w:val="0"/>
          <w:sz w:val="22"/>
        </w:rPr>
        <w:t>Mursi appointed Talaat Ibrahim Abdallah to replace Mahmud and, within minutes of the announcement, the new prosecutor was shown on television being sworn in. Abdallah later pledged to "work day and night to achieve the goals of the revolution". In his pronouncement, the president also ordered "new investigations and retrials" in cases involving the deaths of protesters, a decision that could net military top brass and other former Mubarak regime officials.</w:t>
      </w:r>
    </w:p>
    <w:p>
      <w:pPr>
        <w:spacing w:before="0" w:after="120" w:line="300" w:lineRule="exact"/>
        <w:jc w:val="both"/>
      </w:pPr>
      <w:r>
        <w:rPr>
          <w:rFonts w:ascii="Georgia" w:hAnsi="Georgia" w:cs="Georgia" w:eastAsia="Georgia"/>
          <w:b w:val="0"/>
          <w:i w:val="0"/>
          <w:sz w:val="22"/>
        </w:rPr>
        <w:t>The declaration is aimed at "cleansing state institutions" and "destroying the infrastructure of the old regime," the president's spokesman said. © Sapa-AFP (The Weekend Post 24-Nov-12)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MILITARY SUICIDES "OUT OF CONTROL"</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 DIVINE PUNISHMENT FOR THE U.S. BRUTALITY Every 80 minutes, a U.S. soldier who had participated in the Iraqi and Afghanistan war, takes his life. So far, it has been reported that 6,500 veterans had committed suicide. For every U.S. soldier killed in the war, 25 commit suicide. The News Herald reports: "According to a Pentagon report, more American service members have killed themselves in the first six months of 2012 than in the first six months of any of the previous 11 years.</w:t>
      </w:r>
    </w:p>
    <w:p>
      <w:pPr>
        <w:spacing w:before="0" w:after="120" w:line="300" w:lineRule="exact"/>
        <w:jc w:val="both"/>
      </w:pPr>
      <w:r>
        <w:rPr>
          <w:rFonts w:ascii="Georgia" w:hAnsi="Georgia" w:cs="Georgia" w:eastAsia="Georgia"/>
          <w:b w:val="0"/>
          <w:i w:val="0"/>
          <w:sz w:val="22"/>
        </w:rPr>
        <w:t>The Associated Press reported 154 service members killed themselves in the first 155 days of 2012 alone. The number of deaths by suicide is 50 percent higher than combat deaths in Afghanistan during the same time period and an 18 percent increase over active service member suicides in the first six months of 2011. And, while only 1 percent of Americans have served in the wars in Afghanistan and Iraq, veterans of these conflicts represent 20 percent of all suicides in the United States, the VA reported." Libby Busbee, the mother of a 23 year old soldier who killed himself in front of her, sadly lamented: "He didn't leave the war behind.</w:t>
      </w:r>
    </w:p>
    <w:p>
      <w:pPr>
        <w:spacing w:before="0" w:after="120" w:line="300" w:lineRule="exact"/>
        <w:jc w:val="both"/>
      </w:pPr>
      <w:r>
        <w:rPr>
          <w:rFonts w:ascii="Georgia" w:hAnsi="Georgia" w:cs="Georgia" w:eastAsia="Georgia"/>
          <w:b w:val="0"/>
          <w:i w:val="0"/>
          <w:sz w:val="22"/>
        </w:rPr>
        <w:t>He saw horrible things – his friends dying. The people over there (i.e. the Talibaan) were constantly attacking them. He even said the kids would be with them when they attacked." Her son was in the U.S. Army Special Forces, airborne and Army Rangers. The mother said: "He told me how he picked up the body parts and loaded them onto a helicopter so their families would have something to bury.</w:t>
      </w:r>
    </w:p>
    <w:p>
      <w:pPr>
        <w:spacing w:before="0" w:after="120" w:line="300" w:lineRule="exact"/>
        <w:jc w:val="both"/>
      </w:pPr>
      <w:r>
        <w:rPr>
          <w:rFonts w:ascii="Georgia" w:hAnsi="Georgia" w:cs="Georgia" w:eastAsia="Georgia"/>
          <w:b w:val="0"/>
          <w:i w:val="0"/>
          <w:sz w:val="22"/>
        </w:rPr>
        <w:t>He had tried to commit suicide in Pesh Valley in Afghanistan. On his return home, he couldn't be in the dark at all. He'd flip out in the dark. He was sleepwalking and they gave him 400 milligrams of Seroquel. They gave him Paxil, Klonopins. They had him on a lot of stuff.." The U.S. has lost the war in Iraq and Afghanistan in every sphere.</w:t>
      </w:r>
    </w:p>
    <w:p>
      <w:pPr>
        <w:spacing w:before="0" w:after="120" w:line="300" w:lineRule="exact"/>
        <w:jc w:val="both"/>
      </w:pPr>
      <w:r>
        <w:rPr>
          <w:rFonts w:ascii="Georgia" w:hAnsi="Georgia" w:cs="Georgia" w:eastAsia="Georgia"/>
          <w:b w:val="0"/>
          <w:i w:val="0"/>
          <w:sz w:val="22"/>
        </w:rPr>
        <w:t>The consequences of its brutality and oppression will haunt the U.S. for many years to come. It is indeed remarkable that not a single Mujahid has taken in his own life in all the years of the war. The Muslim Mujahid has a wonderful objective in front of him, his morale is always high, and he courts death more than what the U.S. troops cherish life.</w:t>
      </w:r>
    </w:p>
    <w:p>
      <w:pPr>
        <w:spacing w:before="0" w:after="120" w:line="300" w:lineRule="exact"/>
        <w:jc w:val="both"/>
      </w:pPr>
      <w:r>
        <w:rPr>
          <w:rFonts w:ascii="Georgia" w:hAnsi="Georgia" w:cs="Georgia" w:eastAsia="Georgia"/>
          <w:b w:val="0"/>
          <w:i w:val="0"/>
          <w:sz w:val="22"/>
        </w:rPr>
        <w:t>While his eyes are focused on Jannat, the kuffaar forces see only hell all around them, hence the consequences of insanity culminating in suicide. This is Allah's punishment for their zulm.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petuates even with kufr, but not with</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 FAMOUS ADAGE of Islam says: "Al-Mulk yabqa ma-al kufr, laa yabqa ma-az zulm." That is: "An empire perpetuates even with kufr, but not with zulm (oppression)." Allah Ta'ala, in His Wisdom, has created the earth as a temporary abode for both Mu'min and kaafir. Whilst the commission of kufr will destroy an Islamic empire, it will not have the same consequence for the empire of the kuffaar.</w:t>
      </w:r>
    </w:p>
    <w:p>
      <w:pPr>
        <w:spacing w:before="0" w:after="120" w:line="300" w:lineRule="exact"/>
        <w:jc w:val="both"/>
      </w:pPr>
      <w:r>
        <w:rPr>
          <w:rFonts w:ascii="Georgia" w:hAnsi="Georgia" w:cs="Georgia" w:eastAsia="Georgia"/>
          <w:b w:val="0"/>
          <w:i w:val="0"/>
          <w:sz w:val="22"/>
        </w:rPr>
        <w:t>Whereas kufr and fisq are death knells for Muslims and will bring about the downfall and eventual destruction of Muslim political power, it is zulm (oppression/injustice) and immorality which bring about the collapse and ultimate demise of the empire and power of the kuffaar. Since the world is life's goal for the kuffaar, they are not punished here on earth for their kufr.</w:t>
      </w:r>
    </w:p>
    <w:p>
      <w:pPr>
        <w:spacing w:before="0" w:after="120" w:line="300" w:lineRule="exact"/>
        <w:jc w:val="both"/>
      </w:pPr>
      <w:r>
        <w:rPr>
          <w:rFonts w:ascii="Georgia" w:hAnsi="Georgia" w:cs="Georgia" w:eastAsia="Georgia"/>
          <w:b w:val="0"/>
          <w:i w:val="0"/>
          <w:sz w:val="22"/>
        </w:rPr>
        <w:t>The everlasting perdition in Jahannum will be the chastisement for their kufr. If Muslims too embark on zulm, it will swiftly bring about the demise of their political power. And, this is precisely what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has happened to the Islamic Empire which had endured for many centuries.</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has happened to the Islamic Empire which had endured for many centuries. The U.S. had gained its superpower status on the foundations of morality and justice which are its constitutional precepts. The founders of the U.S.A. had enshrined belief in the Almighty as a cardinal imperative. In Kentucky, the law states: "The safety and security of the Commonwealth cannot be achieved apart from reliance upon Almighty God as set forth in the public speeches and proclamations of American Presidents, including Abraham Lincoln's historic March 30, 1863 presidential proclamation urging Americans to pray and fast during the most dangerous hours in American history, and the text of President John F.Kennedy's November 22, 1963 national security speech which concluded: 'For as was written long ago: 'Except the Lord keep the city, the watchman waketh but in vain." According to the law, plaques praising the power of Almighty God are to be installed outside the state Homeland Security building.</w:t>
      </w:r>
    </w:p>
    <w:p>
      <w:pPr>
        <w:spacing w:before="0" w:after="120" w:line="300" w:lineRule="exact"/>
        <w:jc w:val="both"/>
      </w:pPr>
      <w:r>
        <w:rPr>
          <w:rFonts w:ascii="Georgia" w:hAnsi="Georgia" w:cs="Georgia" w:eastAsia="Georgia"/>
          <w:b w:val="0"/>
          <w:i w:val="0"/>
          <w:sz w:val="22"/>
        </w:rPr>
        <w:t>Failing to comply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carries a 12 month jail sentence.</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carries a 12 month jail sentence. The plaques inscription reads: "The safety and security of the Commonwealth cannot be achieved apart from reliance upon Almighty God." The atheist organization of America has now applied to the U.S. Supreme Court to review the law. However, the power of the U.S. is fading, having been undermined by its oppression and the increasing immorality and obscenity wracking its society.</w:t>
      </w:r>
    </w:p>
    <w:p>
      <w:pPr>
        <w:spacing w:before="0" w:after="120" w:line="300" w:lineRule="exact"/>
        <w:jc w:val="both"/>
      </w:pPr>
      <w:r>
        <w:rPr>
          <w:rFonts w:ascii="Georgia" w:hAnsi="Georgia" w:cs="Georgia" w:eastAsia="Georgia"/>
          <w:b w:val="0"/>
          <w:i w:val="0"/>
          <w:sz w:val="22"/>
        </w:rPr>
        <w:t>Both elements (justice and morality) on which American power was structured have been severely eroded and are in the process of vanishing. Along with the corruption the demise of the American empire is being enacted. For the U.S., the writing on the wall is conspicuous.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HAMAS 'VICTORY' FROM THE ISLAMIC PERSPECTIVE</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Whilst Hamas has announced 'victory', and Israel laments its first real defeat in Gaza, the garishness of the much celebrated 'victory' in Gaza in the light of Islam is not cause for tripudiation. The small success of Hamas is a pyrrhic 'victory'. There will be no true and lasting victory for Hamas or for any Islamic Jihad movement as long as the objective is not Ridha-e-Ilaahi (The Pleasure of Allah) and the elevation of His Law, the Shariah.</w:t>
      </w:r>
    </w:p>
    <w:p>
      <w:pPr>
        <w:spacing w:before="0" w:after="120" w:line="300" w:lineRule="exact"/>
        <w:jc w:val="both"/>
      </w:pPr>
      <w:r>
        <w:rPr>
          <w:rFonts w:ascii="Georgia" w:hAnsi="Georgia" w:cs="Georgia" w:eastAsia="Georgia"/>
          <w:b w:val="0"/>
          <w:i w:val="0"/>
          <w:sz w:val="22"/>
        </w:rPr>
        <w:t>The forces of kufr will always steer the course of Muslim events as long as the focus of Muslims is not on only Allah Ta'ala. Such a focus will be true only if Muslims understand the need to be clad with the straitjacket of the Shariah. For Muslims there is only one Path – Siraatul Mustaqeem. Deviation from this Straight Pathway brings in its wake nothing but degeneration, defeat and disgrace.</w:t>
      </w:r>
    </w:p>
    <w:p>
      <w:pPr>
        <w:spacing w:before="0" w:after="120" w:line="300" w:lineRule="exact"/>
        <w:jc w:val="both"/>
      </w:pPr>
      <w:r>
        <w:rPr>
          <w:rFonts w:ascii="Georgia" w:hAnsi="Georgia" w:cs="Georgia" w:eastAsia="Georgia"/>
          <w:b w:val="0"/>
          <w:i w:val="0"/>
          <w:sz w:val="22"/>
        </w:rPr>
        <w:t>The declared goal of Hamas is unattainable without the Aid of Allah Azza Wa Jal, and such Nusrat is the product of Imaan and A'maal Saalihah in the manner handed to the Ummah by the Sahaabah. Hamas has miserably failed to harness Divine Power, hence its almost total reliance is on Iran and Shiah Hizbullah. But when the Mu'min diverts his gaze from His Creator and searches for aid and honour from phantoms, Allah Ta'ala casts him to the phantoms.</w:t>
      </w:r>
    </w:p>
    <w:p>
      <w:pPr>
        <w:spacing w:before="0" w:after="120" w:line="300" w:lineRule="exact"/>
        <w:jc w:val="both"/>
      </w:pPr>
      <w:r>
        <w:rPr>
          <w:rFonts w:ascii="Georgia" w:hAnsi="Georgia" w:cs="Georgia" w:eastAsia="Georgia"/>
          <w:b w:val="0"/>
          <w:i w:val="0"/>
          <w:sz w:val="22"/>
        </w:rPr>
        <w:t>Having become the bonded maid of Iran, Hamas has further slipped and deviated from Siraatul Mustaqeem. Its 'victories' will be hollow and shortlived. An alliance with Iran in which Iran is the dictating partner, bodes evil for Hamas. Such a partnership demands compromise in the Deen and the sacrifice of Truth. Allah Ta'ala, in accord with His invariable Sunnah stated in the aayat: "Never will you find for the Sunnah of Allah a change", has given Hamas an opportunity for the implementation of its earlier declared Islamic ideals.</w:t>
      </w:r>
    </w:p>
    <w:p>
      <w:pPr>
        <w:spacing w:before="0" w:after="120" w:line="300" w:lineRule="exact"/>
        <w:jc w:val="both"/>
      </w:pPr>
      <w:r>
        <w:rPr>
          <w:rFonts w:ascii="Georgia" w:hAnsi="Georgia" w:cs="Georgia" w:eastAsia="Georgia"/>
          <w:b w:val="0"/>
          <w:i w:val="0"/>
          <w:sz w:val="22"/>
        </w:rPr>
        <w:t>When the opportunity is abused by betrayal and transgression, then He shall snatch away from Hamas the limited power He has hitherto bestowed to them. In this regard, the Qur'aan Hakeem states: "Perhaps soon will your Rabb destroy your enemy and grant you power in the land. Then He will watch how you fare." (Aayat 129, Al-A'raaf) Hamas has betrayed the Trust which Allah Ta'ala had bestowed to it.</w:t>
      </w:r>
    </w:p>
    <w:p>
      <w:pPr>
        <w:spacing w:before="0" w:after="120" w:line="300" w:lineRule="exact"/>
        <w:jc w:val="both"/>
      </w:pPr>
      <w:r>
        <w:rPr>
          <w:rFonts w:ascii="Georgia" w:hAnsi="Georgia" w:cs="Georgia" w:eastAsia="Georgia"/>
          <w:b w:val="0"/>
          <w:i w:val="0"/>
          <w:sz w:val="22"/>
        </w:rPr>
        <w:t>It has allowed itself to be deflected from the Path of the Deen. It is pursuing materi- alistic ideals and flirting with the enemies of the Deen. Its inceptional objective of an Islamic state has been assigned into the realm of oblivion. Instead of actively establishing an Islamic state, Hamas has brutally suppressed and eliminated the Islamists – those who had been clamouring for the implementation of the Shariah by the Hamas government.</w:t>
      </w:r>
    </w:p>
    <w:p>
      <w:pPr>
        <w:spacing w:before="0" w:after="120" w:line="300" w:lineRule="exact"/>
        <w:jc w:val="both"/>
      </w:pPr>
      <w:r>
        <w:rPr>
          <w:rFonts w:ascii="Georgia" w:hAnsi="Georgia" w:cs="Georgia" w:eastAsia="Georgia"/>
          <w:b w:val="0"/>
          <w:i w:val="0"/>
          <w:sz w:val="22"/>
        </w:rPr>
        <w:t>Hamas will therefore not find for the Sunnah of Allah a change. That Divine Sunnah demands destruction of the traitor as He warns in the aayat: "If you do good, you do so for yourselves, and if you do evil, it is (likewise) for yourselves. (Aayat 7, Bani Israaeel) "If you return (to your treachery and evil), then We too shall return (with Our chastisement)." (Aayat 8, Bani Israaeel) A recent manifestation of these Qur'aanic warnings is to be found in the Talibaan.</w:t>
      </w:r>
    </w:p>
    <w:p>
      <w:pPr>
        <w:spacing w:before="0" w:after="120" w:line="300" w:lineRule="exact"/>
        <w:jc w:val="both"/>
      </w:pPr>
      <w:r>
        <w:rPr>
          <w:rFonts w:ascii="Georgia" w:hAnsi="Georgia" w:cs="Georgia" w:eastAsia="Georgia"/>
          <w:b w:val="0"/>
          <w:i w:val="0"/>
          <w:sz w:val="22"/>
        </w:rPr>
        <w:t>Allah Ta'ala had bestowed to the Talibaan the opportunity of Istikhlaaf fil Ardh (political power in the land). The previous kufr regime of Rabbaani was removed and Allah Ta'ala propelled the Talibaan into power as the rulers of Afghanistan. But, the Talibaan failed to honour the Amaanat. To punish them, Allah Ta'ala sent a force from His Armies, viz. the U.S.A. with its coalition, to depose and expel the Talibaan.</w:t>
      </w:r>
    </w:p>
    <w:p>
      <w:pPr>
        <w:spacing w:before="0" w:after="120" w:line="300" w:lineRule="exact"/>
        <w:jc w:val="both"/>
      </w:pPr>
      <w:r>
        <w:rPr>
          <w:rFonts w:ascii="Georgia" w:hAnsi="Georgia" w:cs="Georgia" w:eastAsia="Georgia"/>
          <w:b w:val="0"/>
          <w:i w:val="0"/>
          <w:sz w:val="22"/>
        </w:rPr>
        <w:t>It should be well understood that the U.S. by itself is a cardboard 'superpower'. By itself it is impotent. But, Allah Ta'ala had harnessed the U.S. to inflict punishment on the Talibaan. The kuffaar armies too are part of the Junood (Armies) of Allah Azza Wa Jal. The Qur'aan explicitly confirms this fact. Hamas should therefore take note and heed the Divine Warnings.</w:t>
      </w:r>
    </w:p>
    <w:p>
      <w:pPr>
        <w:spacing w:before="0" w:after="120" w:line="300" w:lineRule="exact"/>
        <w:jc w:val="both"/>
      </w:pPr>
      <w:r>
        <w:rPr>
          <w:rFonts w:ascii="Georgia" w:hAnsi="Georgia" w:cs="Georgia" w:eastAsia="Georgia"/>
          <w:b w:val="0"/>
          <w:i w:val="0"/>
          <w:sz w:val="22"/>
        </w:rPr>
        <w:t>Only Allah Ta'ala cloaks nations with political power, and only He strips them of such power. "He bestows dominion to whoever He wills and He snatches away dominion from whoever He wills."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MURDEROUS SHIAH-SUNNI ANARCHY IN PAKISTAN</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"Fasaad (anarchy) has appeared in the land and the ocean as a consequence of what the hands of men have earned." (Qur'aan) Shiah-Sunni anarchy in which even women and children are recklessly and wantonly maimed and killed has reached appalling levels of brutality. Bombs are cowardly placed in proximity of the places of worship of both groups and in market places with the intent of achieving maximum destruction and human casualties.</w:t>
      </w:r>
    </w:p>
    <w:p>
      <w:pPr>
        <w:spacing w:before="0" w:after="120" w:line="300" w:lineRule="exact"/>
        <w:jc w:val="both"/>
      </w:pPr>
      <w:r>
        <w:rPr>
          <w:rFonts w:ascii="Georgia" w:hAnsi="Georgia" w:cs="Georgia" w:eastAsia="Georgia"/>
          <w:b w:val="0"/>
          <w:i w:val="0"/>
          <w:sz w:val="22"/>
        </w:rPr>
        <w:t>Although the anarchists revelling in their acts of murder, claim to be executing their satanic misdeeds in the name of the Deen, they lack the haziest idea of what the Deen is and what the Deen stands for. Aljazeera reporting a recent bombing in which many Shiahs were killed and numerous others injured, says: "Security forces were on high alert over fears of large-scale attacks on the minority sect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across the country after an attack occurred in the city of Dera Ismail Khan in Pakistan's…</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across the country after an attack occurred in the city of Dera Ismail Khan in Pakistan's northwest. The Pakistan Taliban claimed responsibility for the attacks in a telephone call to AFP news agency. 'We carried out the attack against the Shiah community,', spokesman Ehsanullah Ehsan told AFP by telephone from an undisclosed location after the explosion' He said the group had dispatched more than 20 suicide bombers across the country for attacks against the minority community.</w:t>
      </w:r>
    </w:p>
    <w:p>
      <w:pPr>
        <w:spacing w:before="0" w:after="120" w:line="300" w:lineRule="exact"/>
        <w:jc w:val="both"/>
      </w:pPr>
      <w:r>
        <w:rPr>
          <w:rFonts w:ascii="Georgia" w:hAnsi="Georgia" w:cs="Georgia" w:eastAsia="Georgia"/>
          <w:b w:val="0"/>
          <w:i w:val="0"/>
          <w:sz w:val="22"/>
        </w:rPr>
        <w:t>"We have 20-25 fidayeen (suicide bombers) in the country to launch bomb blasts and suicide attacks. The government can make whatever security arrangements it wants but it cannot stop our attacks.", Ehsan said. City police chief Khalid Suhail said the dead were all children aged between six and eleven years. Hardline Sunnis (evil, murderous juhalaAl Haq) have threatened more attacks as the Shiah mourning month of Muharram comes to a climax. ……..Pakistani intelligence officials say extremists groups led by Lashkar-e-Jhangvi have intensified their bombings and shootings of Shiahs in the hope of triggering conflict that would pave the way for a Sunni theocracy is US allied Pakistan.</w:t>
      </w:r>
    </w:p>
    <w:p>
      <w:pPr>
        <w:spacing w:before="0" w:after="120" w:line="300" w:lineRule="exact"/>
        <w:jc w:val="both"/>
      </w:pPr>
      <w:r>
        <w:rPr>
          <w:rFonts w:ascii="Georgia" w:hAnsi="Georgia" w:cs="Georgia" w:eastAsia="Georgia"/>
          <w:b w:val="0"/>
          <w:i w:val="0"/>
          <w:sz w:val="22"/>
        </w:rPr>
        <w:t>The schism between Sunnis and Shiahs developed after the Prophet Muhammad died in 632 when his followers could not agree on a successor. (This is incorrect. After an initial difference, the Sahaabah united on the appointment of Hadhrat Abu Bakr –radhiyallahu anhu – as the Khalifah – AlHaq) Emotions over the issue are highly potent in modern times, pushing some countries, including Iraq, to the brink of civil war." (End of Aljazeera's report) A grossly false picture of the anarchy is being portrayed.</w:t>
      </w:r>
    </w:p>
    <w:p>
      <w:pPr>
        <w:spacing w:before="0" w:after="120" w:line="300" w:lineRule="exact"/>
        <w:jc w:val="both"/>
      </w:pPr>
      <w:r>
        <w:rPr>
          <w:rFonts w:ascii="Georgia" w:hAnsi="Georgia" w:cs="Georgia" w:eastAsia="Georgia"/>
          <w:b w:val="0"/>
          <w:i w:val="0"/>
          <w:sz w:val="22"/>
        </w:rPr>
        <w:t>The anarchy in Pakistan is the devilish work of the sinister forces of the West, primarily the U.S.A. Sight should not be lost of the fact that for centuries Sunnis and Shiahs have harmoniously coexisted in Pakistan, Iraq and in most Muslim lands without the hideous spectre of murder and destruction taking place today in Pakistan and Iraq.</w:t>
      </w:r>
    </w:p>
    <w:p>
      <w:pPr>
        <w:spacing w:before="0" w:after="120" w:line="300" w:lineRule="exact"/>
        <w:jc w:val="both"/>
      </w:pPr>
      <w:r>
        <w:rPr>
          <w:rFonts w:ascii="Georgia" w:hAnsi="Georgia" w:cs="Georgia" w:eastAsia="Georgia"/>
          <w:b w:val="0"/>
          <w:i w:val="0"/>
          <w:sz w:val="22"/>
        </w:rPr>
        <w:t>The Sunni-Shiah antagonism throughout the history of Islam was confined to the academic level. Most of the Mughal kings in India were Shiahs. Shiah communities lived peacefully side by side with Sunnis. The Tehrik-e-Talibaan-ePakistan is a sinister foreign created group of anarchists who operate as so-called 'hardline Sunnis' when in reality they are U.S. mercenaries created to foment violence and destabilise Pakistan to ensure two U.S. objectives: balkanisation of the country and perpetual U.S. presence – a presence which is assured by the internecine anarchy and violence of the population.</w:t>
      </w:r>
    </w:p>
    <w:p>
      <w:pPr>
        <w:spacing w:before="0" w:after="120" w:line="300" w:lineRule="exact"/>
        <w:jc w:val="both"/>
      </w:pPr>
      <w:r>
        <w:rPr>
          <w:rFonts w:ascii="Georgia" w:hAnsi="Georgia" w:cs="Georgia" w:eastAsia="Georgia"/>
          <w:b w:val="0"/>
          <w:i w:val="0"/>
          <w:sz w:val="22"/>
        </w:rPr>
        <w:t>The Pakistan 'Talibaan' are a group distinct and separate from the Talibaan of Afghanistan. In fact, the Pakistan 'Talibaan' have created many obstacles for the Afghan Talibaan. It is not the policy of the Afghan Talibaan to fight the Pakistani armed forces who provide a measure of support and aid to them. Fighting the Pakistani army in the current scenario is in the interests of the U.S. invaders.</w:t>
      </w:r>
    </w:p>
    <w:p>
      <w:pPr>
        <w:spacing w:before="0" w:after="120" w:line="300" w:lineRule="exact"/>
        <w:jc w:val="both"/>
      </w:pPr>
      <w:r>
        <w:rPr>
          <w:rFonts w:ascii="Georgia" w:hAnsi="Georgia" w:cs="Georgia" w:eastAsia="Georgia"/>
          <w:b w:val="0"/>
          <w:i w:val="0"/>
          <w:sz w:val="22"/>
        </w:rPr>
        <w:t>Furthermore, despite the belief of the Ahlus Sunnah Wal Jama'ah that Shiahs are not Muslims, the murder, brutality and destruction which the Pakistani so-called Talibaan are perpetrating against them are not permissible in terms of the Shariah. When the Talibaan in Afghanistan had assumed the reins of government, they did not unleash a reign of tyranny on the Shiah minority nor on the Sikh minority in Afghanistan.</w:t>
      </w:r>
    </w:p>
    <w:p>
      <w:pPr>
        <w:spacing w:before="0" w:after="120" w:line="300" w:lineRule="exact"/>
        <w:jc w:val="both"/>
      </w:pPr>
      <w:r>
        <w:rPr>
          <w:rFonts w:ascii="Georgia" w:hAnsi="Georgia" w:cs="Georgia" w:eastAsia="Georgia"/>
          <w:b w:val="0"/>
          <w:i w:val="0"/>
          <w:sz w:val="22"/>
        </w:rPr>
        <w:t>The Shiahs continued to enjoy their freedom as they had for centuries. If there is perhaps a Sunni group in Pakistan who believes that its acts of violence against Shiahs is acceptable in the Shariah, then it will be a misguided group of miscreants.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Obama Topples Top Coup Leader After Washington Gunbattle</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By: Sorcha Faal, and as reported to her Western Subscribers The Main Intelligence Directorate (GRU) is reporting today that President Barack Obama has accelerated the purge of US Military officers involved in a coup against his regime by the 'firing in disgrace" of former Four-Star Army General and current Director of the Central Intelligence Agency (CIA) David Petraeus yesterday.</w:t>
      </w:r>
    </w:p>
    <w:p>
      <w:pPr>
        <w:spacing w:before="0" w:after="120" w:line="300" w:lineRule="exact"/>
        <w:jc w:val="both"/>
      </w:pPr>
      <w:r>
        <w:rPr>
          <w:rFonts w:ascii="Georgia" w:hAnsi="Georgia" w:cs="Georgia" w:eastAsia="Georgia"/>
          <w:b w:val="0"/>
          <w:i w:val="0"/>
          <w:sz w:val="22"/>
        </w:rPr>
        <w:t>According to this report, after his refusal to meet at the White House with Obama this past week, US Federal Forces loyal to the President stopped General Petraeus' vehicle in DuPont Circle in Washington D.C. yesterday (Friday) morning whereupon a short gun battle ensued (Washington D.C. police are reporting this incident as an attempted robbery).</w:t>
      </w:r>
    </w:p>
    <w:p>
      <w:pPr>
        <w:spacing w:before="0" w:after="120" w:line="300" w:lineRule="exact"/>
        <w:jc w:val="both"/>
      </w:pPr>
      <w:r>
        <w:rPr>
          <w:rFonts w:ascii="Georgia" w:hAnsi="Georgia" w:cs="Georgia" w:eastAsia="Georgia"/>
          <w:b w:val="0"/>
          <w:i w:val="0"/>
          <w:sz w:val="22"/>
        </w:rPr>
        <w:t>General Petraeus was, then, apprehended, brought before Obama and forced to resign in disgrace over his supposedly admitting to an extramarital affair. General Petraeus's toppling follows similar attacks by the Obama regime in the past 3 weeks that has seen the unprecedented ouster of many top US Military leaders including Rear Admiral Charles M.</w:t>
      </w:r>
    </w:p>
    <w:p>
      <w:pPr>
        <w:spacing w:before="0" w:after="120" w:line="300" w:lineRule="exact"/>
        <w:jc w:val="both"/>
      </w:pPr>
      <w:r>
        <w:rPr>
          <w:rFonts w:ascii="Georgia" w:hAnsi="Georgia" w:cs="Georgia" w:eastAsia="Georgia"/>
          <w:b w:val="0"/>
          <w:i w:val="0"/>
          <w:sz w:val="22"/>
        </w:rPr>
        <w:t>Gaouette, US Army General Carter Ham, Brigadier General Jeffery A. Sinclair, and US Navy Commander Joseph E. Darlak, all of whom we had previously reported on in our reports "Obama Coup Plot Slams Into Russia" and "Obama Fires Top Admiral As Coup Plot Fears Grows." GRU analysts in this report say that Obama's moves against his rebellious military most closely resembles those actions taken by President Franklin Roosevelt in 1933 against those involved in what is now referred to as "The Business Plot" engineered by wealthy American businessmen who were plotting to create a fascist veterans' organization and use it in a coup d'etat to overthrow the US government.</w:t>
      </w:r>
    </w:p>
    <w:p>
      <w:pPr>
        <w:spacing w:before="0" w:after="120" w:line="300" w:lineRule="exact"/>
        <w:jc w:val="both"/>
      </w:pPr>
      <w:r>
        <w:rPr>
          <w:rFonts w:ascii="Georgia" w:hAnsi="Georgia" w:cs="Georgia" w:eastAsia="Georgia"/>
          <w:b w:val="0"/>
          <w:i w:val="0"/>
          <w:sz w:val="22"/>
        </w:rPr>
        <w:t>Under great pressure to jail and charge with treason many top US Military officers after the failed 1933 coup attempt, this report says, Roosevelt, instead, opted to simply oust those Generals and other high-ranking officers in order to spare his country the turmoil such a revelation would cause among the American people. Most ominous, however, in this report is it, likewise, comparing Obama's ouster of General Petraeus to the 1961 firing of CIA Director Allen Dulles (1893-1969) by President John F.</w:t>
      </w:r>
    </w:p>
    <w:p>
      <w:pPr>
        <w:spacing w:before="0" w:after="120" w:line="300" w:lineRule="exact"/>
        <w:jc w:val="both"/>
      </w:pPr>
      <w:r>
        <w:rPr>
          <w:rFonts w:ascii="Georgia" w:hAnsi="Georgia" w:cs="Georgia" w:eastAsia="Georgia"/>
          <w:b w:val="0"/>
          <w:i w:val="0"/>
          <w:sz w:val="22"/>
        </w:rPr>
        <w:t>Kennedy (19171963). Though never proven, it is believed by many that Dulles ordered the assassination of Kennedy after a cryptic assassination directive was found in a leaked document in 2009, and in what can only be termed as ironic, Dulles was a central member of the Warren Commission investigation into Kennedy's assassination that blamed this shocking murder on a "lone gunman.</w:t>
      </w:r>
    </w:p>
    <w:p>
      <w:pPr>
        <w:spacing w:before="0" w:after="120" w:line="300" w:lineRule="exact"/>
        <w:jc w:val="both"/>
      </w:pPr>
      <w:r>
        <w:rPr>
          <w:rFonts w:ascii="Georgia" w:hAnsi="Georgia" w:cs="Georgia" w:eastAsia="Georgia"/>
          <w:b w:val="0"/>
          <w:i w:val="0"/>
          <w:sz w:val="22"/>
        </w:rPr>
        <w:t>" Unbeknown to General Petraeus, or the other coup-plotters, this report continues, Obama had ordered the Federal Bureau of Investigation (FBI) to begin conducting covert human and electronic surveillance against hundreds of US Military officers when this coup plot was discovered. The coups "master plan ", this GRU report says, was for US Republican Presidential nominee Mitt Romney to be assassinated just prior to the 6 November election whereupon General Petraeus would become the Republican candidate under their party's rules allowing him to be put into Romney's place by a majority of State Representatives as allowed under RNC party rules.</w:t>
      </w:r>
    </w:p>
    <w:p>
      <w:pPr>
        <w:spacing w:before="0" w:after="120" w:line="300" w:lineRule="exact"/>
        <w:jc w:val="both"/>
      </w:pPr>
      <w:r>
        <w:rPr>
          <w:rFonts w:ascii="Georgia" w:hAnsi="Georgia" w:cs="Georgia" w:eastAsia="Georgia"/>
          <w:b w:val="0"/>
          <w:i w:val="0"/>
          <w:sz w:val="22"/>
        </w:rPr>
        <w:t>If such a scenario were allowed to occur, this report continues, General Petraeus would have most certainly became the next President of The United States due to his unprecedented popularity with the American people. Important to note is that the only US mainstream media outlet attempting to report on this coup attempt was the magazine GQ, who in an article this past week, written by Marc Ambinder, detailed the massive security forces ordered by Obama to be put around both himself and Romney during the final weeks of the election and the many assassination attempts that were, likewise, foiled.</w:t>
      </w:r>
    </w:p>
    <w:p>
      <w:pPr>
        <w:spacing w:before="0" w:after="120" w:line="300" w:lineRule="exact"/>
        <w:jc w:val="both"/>
      </w:pPr>
      <w:r>
        <w:rPr>
          <w:rFonts w:ascii="Georgia" w:hAnsi="Georgia" w:cs="Georgia" w:eastAsia="Georgia"/>
          <w:b w:val="0"/>
          <w:i w:val="0"/>
          <w:sz w:val="22"/>
        </w:rPr>
        <w:t>Unfortunately for Ambinder, however, are the many attacks he is currently undergoing for his daring to "lift the lid" on these coup plots and the pressure he's under to release the sources for his information. In a response to these attacks against him via Twitter about his sources Ambinder cryptically stated, "There was that guy who shot at the White House from across the ellipse, and then the soldiers arrested for plotting the assassination of the president and others.</w:t>
      </w:r>
    </w:p>
    <w:p>
      <w:pPr>
        <w:spacing w:before="0" w:after="120" w:line="300" w:lineRule="exact"/>
        <w:jc w:val="both"/>
      </w:pPr>
      <w:r>
        <w:rPr>
          <w:rFonts w:ascii="Georgia" w:hAnsi="Georgia" w:cs="Georgia" w:eastAsia="Georgia"/>
          <w:b w:val="0"/>
          <w:i w:val="0"/>
          <w:sz w:val="22"/>
        </w:rPr>
        <w:t>" This GRU report further states that Obama had his "hand forced " this week when General Petraeus ordered the CIA to begin releasing information damaging to his regime, including a timeline on the Benghazi Libya attack that conflicted with the White House, and previously kept secret information on an Ameri- can drone fired upon by Iran in the week prior to the election.</w:t>
      </w:r>
    </w:p>
    <w:p>
      <w:pPr>
        <w:spacing w:before="0" w:after="120" w:line="300" w:lineRule="exact"/>
        <w:jc w:val="both"/>
      </w:pPr>
      <w:r>
        <w:rPr>
          <w:rFonts w:ascii="Georgia" w:hAnsi="Georgia" w:cs="Georgia" w:eastAsia="Georgia"/>
          <w:b w:val="0"/>
          <w:i w:val="0"/>
          <w:sz w:val="22"/>
        </w:rPr>
        <w:t>Should the true stories about either, or both, of these events been made known to the American people prior to the election, this report says, Obama could have been defeated. However, due to the complicity of the propaganda US media the full facts regarding them have yet to become fully known. General Petraeus's main downfall, this report says, was due to emails obtained by the FBI written by his loyal confidant and biographer Paula Broadwell detailing "critical elements " of this coup-plot.</w:t>
      </w:r>
    </w:p>
    <w:p>
      <w:pPr>
        <w:spacing w:before="0" w:after="120" w:line="300" w:lineRule="exact"/>
        <w:jc w:val="both"/>
      </w:pPr>
      <w:r>
        <w:rPr>
          <w:rFonts w:ascii="Georgia" w:hAnsi="Georgia" w:cs="Georgia" w:eastAsia="Georgia"/>
          <w:b w:val="0"/>
          <w:i w:val="0"/>
          <w:sz w:val="22"/>
        </w:rPr>
        <w:t>Most important to note about the FBI's obtaining of these emails, however, was that they were not recovered from Broadwell, but were, instead, obtained from the Russian Defense Ministry, and as we had previously reported on, and led to President Putin's firing of Defense Minster Anatoly Serdyukov this past week. To the most important context surrounding this historic battle between an American President and the US Military we had previously detailed in our 22 July report titled "Obama Plan To Shatter "Permanent War Economy" Panics Global Elites", and which the first move to do so was made by Obama within hours of his winning his reelection when he notified the United Nations that The United States would now back an international treaty to regulate the $70 billion global conventional arms trade.</w:t>
      </w:r>
    </w:p>
    <w:p>
      <w:pPr>
        <w:spacing w:before="0" w:after="120" w:line="300" w:lineRule="exact"/>
        <w:jc w:val="both"/>
      </w:pPr>
      <w:r>
        <w:rPr>
          <w:rFonts w:ascii="Georgia" w:hAnsi="Georgia" w:cs="Georgia" w:eastAsia="Georgia"/>
          <w:b w:val="0"/>
          <w:i w:val="0"/>
          <w:sz w:val="22"/>
        </w:rPr>
        <w:t>As Obama has now become only the second US President in over half a century, since Kennedy, to battle against the American Military-IndustrialComplex, the outcome is far from certain, this GRU report conclusion warns, as the US Military and their defense allies show no signs of surrendering. November 10, 2012 © WhatDoesItMean.Com. Freebase content licensed under CC-BY and GFDL.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