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0" w:after="120" w:line="300" w:lineRule="exact"/>
        <w:jc w:val="center"/>
      </w:pPr>
      <w:r>
        <w:rPr>
          <w:rFonts w:ascii="Georgia" w:hAnsi="Georgia" w:cs="Georgia" w:eastAsia="Georgia"/>
          <w:b/>
          <w:i w:val="0"/>
          <w:color w:val="1F3864"/>
          <w:sz w:val="40"/>
        </w:rPr>
        <w:t>Al-Haq Bulletin No. 41</w:t>
      </w:r>
    </w:p>
    <w:p>
      <w:pPr>
        <w:spacing w:before="0" w:after="40" w:line="300" w:lineRule="exact"/>
        <w:jc w:val="center"/>
      </w:pPr>
      <w:r>
        <w:rPr>
          <w:rFonts w:ascii="Georgia" w:hAnsi="Georgia" w:cs="Georgia" w:eastAsia="Georgia"/>
          <w:b w:val="0"/>
          <w:i/>
          <w:sz w:val="24"/>
        </w:rPr>
        <w:t>The Majlis · Voice of Islam</w:t>
      </w:r>
    </w:p>
    <w:p>
      <w:pPr>
        <w:spacing w:before="0" w:after="360" w:line="300" w:lineRule="exact"/>
        <w:jc w:val="center"/>
      </w:pPr>
      <w:r>
        <w:rPr>
          <w:rFonts w:ascii="Georgia" w:hAnsi="Georgia" w:cs="Georgia" w:eastAsia="Georgia"/>
          <w:b w:val="0"/>
          <w:i w:val="0"/>
          <w:sz w:val="22"/>
        </w:rPr>
        <w:t>Mujlisul Ulama of South Africa</w:t>
      </w:r>
    </w:p>
    <w:p>
      <w:pPr>
        <w:spacing w:before="200" w:after="200" w:line="300" w:lineRule="exact"/>
        <w:jc w:val="center"/>
        <w:pBdr>
          <w:bottom w:val="single" w:sz="6" w:space="1" w:color="888888"/>
        </w:pBdr>
      </w:pPr>
    </w:p>
    <w:p>
      <w:pPr>
        <w:spacing w:before="200" w:after="80" w:line="300" w:lineRule="exact"/>
        <w:jc w:val="left"/>
      </w:pPr>
      <w:r>
        <w:rPr>
          <w:rFonts w:ascii="Georgia" w:hAnsi="Georgia" w:cs="Georgia" w:eastAsia="Georgia"/>
          <w:b/>
          <w:i w:val="0"/>
          <w:sz w:val="22"/>
        </w:rPr>
        <w:t>About this conversion</w:t>
      </w:r>
    </w:p>
    <w:p>
      <w:pPr>
        <w:spacing w:before="0" w:after="80" w:line="300" w:lineRule="exact"/>
        <w:jc w:val="left"/>
      </w:pPr>
      <w:r>
        <w:rPr>
          <w:rFonts w:ascii="Georgia" w:hAnsi="Georgia" w:cs="Georgia" w:eastAsia="Georgia"/>
          <w:b w:val="0"/>
          <w:i w:val="0"/>
          <w:sz w:val="18"/>
        </w:rPr>
        <w:t>The PDF of this issue is the authoritative original. It is the Majlis's own typesetting and it is exact. This edition is a machine conversion of it, made so the issue can be read on a Kindle and searched. Where the two differ, the PDF is correct.</w:t>
      </w:r>
    </w:p>
    <w:p>
      <w:pPr>
        <w:spacing w:before="0" w:after="80" w:line="300" w:lineRule="exact"/>
        <w:jc w:val="left"/>
      </w:pPr>
      <w:r>
        <w:rPr>
          <w:rFonts w:ascii="Georgia" w:hAnsi="Georgia" w:cs="Georgia" w:eastAsia="Georgia"/>
          <w:b w:val="0"/>
          <w:i w:val="0"/>
          <w:sz w:val="18"/>
        </w:rPr>
        <w:t>Nothing has been reworded, added or removed. Articles that the printed issue split across pages with a "Continued on page" marker have been joined into one continuous read, and the marker removed. 6 were joined in this issue.</w:t>
      </w:r>
    </w:p>
    <w:p>
      <w:pPr>
        <w:spacing w:before="0" w:after="80" w:line="300" w:lineRule="exact"/>
        <w:jc w:val="left"/>
      </w:pPr>
      <w:r>
        <w:rPr>
          <w:rFonts w:ascii="Georgia" w:hAnsi="Georgia" w:cs="Georgia" w:eastAsia="Georgia"/>
          <w:b w:val="0"/>
          <w:i w:val="0"/>
          <w:sz w:val="18"/>
        </w:rPr>
        <w:t>Headings: 4 read from the PDF's own text, 38 read from the printed headline artwork, 0 taken from the Majlis's running head, and 19 where no printed headline could be recovered. The last group is marked under each such heading and is NOT a Majlis headline.</w:t>
      </w:r>
    </w:p>
    <w:p>
      <w:pPr>
        <w:spacing w:before="0" w:after="80" w:line="300" w:lineRule="exact"/>
        <w:jc w:val="left"/>
      </w:pPr>
      <w:r>
        <w:rPr>
          <w:rFonts w:ascii="Georgia" w:hAnsi="Georgia" w:cs="Georgia" w:eastAsia="Georgia"/>
          <w:b w:val="0"/>
          <w:i w:val="0"/>
          <w:sz w:val="18"/>
        </w:rPr>
        <w:t>The PDF's text layer uses non-standard quote characters; 381 of them were folded to ordinary quotes and apostrophes. No letter was changed.</w:t>
      </w:r>
    </w:p>
    <w:p>
      <w:pPr>
        <w:spacing w:before="0" w:after="80" w:line="300" w:lineRule="exact"/>
        <w:jc w:val="left"/>
      </w:pPr>
      <w:r>
        <w:rPr>
          <w:rFonts w:ascii="Georgia" w:hAnsi="Georgia" w:cs="Georgia" w:eastAsia="Georgia"/>
          <w:b w:val="0"/>
          <w:i w:val="0"/>
          <w:sz w:val="18"/>
        </w:rPr>
        <w:t>Measured against the PDF: 99.24% of the original's words are present and 96.22% of this edition's five-word sequences occur verbatim in it.</w:t>
      </w:r>
    </w:p>
    <w:p>
      <w:r>
        <w:br w:type="page"/>
      </w:r>
    </w:p>
    <w:p>
      <w:pPr>
        <w:spacing w:before="0" w:after="200" w:line="300" w:lineRule="exact"/>
        <w:jc w:val="center"/>
      </w:pPr>
      <w:r>
        <w:rPr>
          <w:rFonts w:ascii="Georgia" w:hAnsi="Georgia" w:cs="Georgia" w:eastAsia="Georgia"/>
          <w:b/>
          <w:i w:val="0"/>
          <w:color w:val="1F3864"/>
          <w:sz w:val="28"/>
        </w:rPr>
        <w:t>Contents</w:t>
      </w:r>
    </w:p>
    <w:p>
      <w:pPr>
        <w:spacing w:before="0" w:after="40" w:line="300" w:lineRule="exact"/>
        <w:jc w:val="left"/>
      </w:pPr>
      <w:r>
        <w:rPr>
          <w:rFonts w:ascii="Georgia" w:hAnsi="Georgia" w:cs="Georgia" w:eastAsia="Georgia"/>
          <w:b w:val="0"/>
          <w:i w:val="0"/>
          <w:sz w:val="20"/>
        </w:rPr>
        <w:t>1. THE BAND OF HAQ "There will ever remain a band from my Ummah fighting on the Haq until… (page 1) [no printed headline]</w:t>
      </w:r>
    </w:p>
    <w:p>
      <w:pPr>
        <w:spacing w:before="0" w:after="40" w:line="300" w:lineRule="exact"/>
        <w:jc w:val="left"/>
      </w:pPr>
      <w:r>
        <w:rPr>
          <w:rFonts w:ascii="Georgia" w:hAnsi="Georgia" w:cs="Georgia" w:eastAsia="Georgia"/>
          <w:b w:val="0"/>
          <w:i w:val="0"/>
          <w:sz w:val="20"/>
        </w:rPr>
        <w:t>2. BRUTAL MASSACRE OF MUSLIMS IN BURMA (page 1)</w:t>
      </w:r>
    </w:p>
    <w:p>
      <w:pPr>
        <w:spacing w:before="0" w:after="40" w:line="300" w:lineRule="exact"/>
        <w:jc w:val="left"/>
      </w:pPr>
      <w:r>
        <w:rPr>
          <w:rFonts w:ascii="Georgia" w:hAnsi="Georgia" w:cs="Georgia" w:eastAsia="Georgia"/>
          <w:b w:val="0"/>
          <w:i w:val="0"/>
          <w:sz w:val="20"/>
        </w:rPr>
        <w:t>3. by Britain. (page 1) [no printed headline]</w:t>
      </w:r>
    </w:p>
    <w:p>
      <w:pPr>
        <w:spacing w:before="0" w:after="40" w:line="300" w:lineRule="exact"/>
        <w:jc w:val="left"/>
      </w:pPr>
      <w:r>
        <w:rPr>
          <w:rFonts w:ascii="Georgia" w:hAnsi="Georgia" w:cs="Georgia" w:eastAsia="Georgia"/>
          <w:b w:val="0"/>
          <w:i w:val="0"/>
          <w:sz w:val="20"/>
        </w:rPr>
        <w:t>4. THE FUTILITY OF BLAMING THE DEVILS (page 1)</w:t>
      </w:r>
    </w:p>
    <w:p>
      <w:pPr>
        <w:spacing w:before="0" w:after="40" w:line="300" w:lineRule="exact"/>
        <w:jc w:val="left"/>
      </w:pPr>
      <w:r>
        <w:rPr>
          <w:rFonts w:ascii="Georgia" w:hAnsi="Georgia" w:cs="Georgia" w:eastAsia="Georgia"/>
          <w:b w:val="0"/>
          <w:i w:val="0"/>
          <w:sz w:val="20"/>
        </w:rPr>
        <w:t>5. PAKISTANIS PROTEST MUSLIM SLAUGHTER IN BURMA (page 1)</w:t>
      </w:r>
    </w:p>
    <w:p>
      <w:pPr>
        <w:spacing w:before="0" w:after="40" w:line="300" w:lineRule="exact"/>
        <w:jc w:val="left"/>
      </w:pPr>
      <w:r>
        <w:rPr>
          <w:rFonts w:ascii="Georgia" w:hAnsi="Georgia" w:cs="Georgia" w:eastAsia="Georgia"/>
          <w:b w:val="0"/>
          <w:i w:val="0"/>
          <w:sz w:val="20"/>
        </w:rPr>
        <w:t>6. it will not accept Rohingya Muslims as it is not interested in more refugees. (page 1) [no printed headline]</w:t>
      </w:r>
    </w:p>
    <w:p>
      <w:pPr>
        <w:spacing w:before="0" w:after="40" w:line="300" w:lineRule="exact"/>
        <w:jc w:val="left"/>
      </w:pPr>
      <w:r>
        <w:rPr>
          <w:rFonts w:ascii="Georgia" w:hAnsi="Georgia" w:cs="Georgia" w:eastAsia="Georgia"/>
          <w:b w:val="0"/>
          <w:i w:val="0"/>
          <w:sz w:val="20"/>
        </w:rPr>
        <w:t>7. THE HOLLOW MUMBLING OF THE UN (page 2)</w:t>
      </w:r>
    </w:p>
    <w:p>
      <w:pPr>
        <w:spacing w:before="0" w:after="40" w:line="300" w:lineRule="exact"/>
        <w:jc w:val="left"/>
      </w:pPr>
      <w:r>
        <w:rPr>
          <w:rFonts w:ascii="Georgia" w:hAnsi="Georgia" w:cs="Georgia" w:eastAsia="Georgia"/>
          <w:b w:val="0"/>
          <w:i w:val="0"/>
          <w:sz w:val="20"/>
        </w:rPr>
        <w:t>8. BANNING THE QUR'AAN (page 2)</w:t>
      </w:r>
    </w:p>
    <w:p>
      <w:pPr>
        <w:spacing w:before="0" w:after="40" w:line="300" w:lineRule="exact"/>
        <w:jc w:val="left"/>
      </w:pPr>
      <w:r>
        <w:rPr>
          <w:rFonts w:ascii="Georgia" w:hAnsi="Georgia" w:cs="Georgia" w:eastAsia="Georgia"/>
          <w:b w:val="0"/>
          <w:i w:val="0"/>
          <w:sz w:val="20"/>
        </w:rPr>
        <w:t>9. THE ARMIES OF ALLAH (page 2)</w:t>
      </w:r>
    </w:p>
    <w:p>
      <w:pPr>
        <w:spacing w:before="0" w:after="40" w:line="300" w:lineRule="exact"/>
        <w:jc w:val="left"/>
      </w:pPr>
      <w:r>
        <w:rPr>
          <w:rFonts w:ascii="Georgia" w:hAnsi="Georgia" w:cs="Georgia" w:eastAsia="Georgia"/>
          <w:b w:val="0"/>
          <w:i w:val="0"/>
          <w:sz w:val="20"/>
        </w:rPr>
        <w:t>10. no need for Muslims to be in possession of similar weapons. (page 2) [no printed headline]</w:t>
      </w:r>
    </w:p>
    <w:p>
      <w:pPr>
        <w:spacing w:before="0" w:after="40" w:line="300" w:lineRule="exact"/>
        <w:jc w:val="left"/>
      </w:pPr>
      <w:r>
        <w:rPr>
          <w:rFonts w:ascii="Georgia" w:hAnsi="Georgia" w:cs="Georgia" w:eastAsia="Georgia"/>
          <w:b w:val="0"/>
          <w:i w:val="0"/>
          <w:sz w:val="20"/>
        </w:rPr>
        <w:t>11. SLAUGHTER OF MUSLIMS IN BURMA (page 2, 9)</w:t>
      </w:r>
    </w:p>
    <w:p>
      <w:pPr>
        <w:spacing w:before="0" w:after="40" w:line="300" w:lineRule="exact"/>
        <w:jc w:val="left"/>
      </w:pPr>
      <w:r>
        <w:rPr>
          <w:rFonts w:ascii="Georgia" w:hAnsi="Georgia" w:cs="Georgia" w:eastAsia="Georgia"/>
          <w:b w:val="0"/>
          <w:i w:val="0"/>
          <w:sz w:val="20"/>
        </w:rPr>
        <w:t>12. AN EPISODE IN A U.S. KANGAROO COURT (page 2)</w:t>
      </w:r>
    </w:p>
    <w:p>
      <w:pPr>
        <w:spacing w:before="0" w:after="40" w:line="300" w:lineRule="exact"/>
        <w:jc w:val="left"/>
      </w:pPr>
      <w:r>
        <w:rPr>
          <w:rFonts w:ascii="Georgia" w:hAnsi="Georgia" w:cs="Georgia" w:eastAsia="Georgia"/>
          <w:b w:val="0"/>
          <w:i w:val="0"/>
          <w:sz w:val="20"/>
        </w:rPr>
        <w:t>13. Whilst a valid Jihad is being waged against the U.S. (page 2) [no printed headline]</w:t>
      </w:r>
    </w:p>
    <w:p>
      <w:pPr>
        <w:spacing w:before="0" w:after="40" w:line="300" w:lineRule="exact"/>
        <w:jc w:val="left"/>
      </w:pPr>
      <w:r>
        <w:rPr>
          <w:rFonts w:ascii="Georgia" w:hAnsi="Georgia" w:cs="Georgia" w:eastAsia="Georgia"/>
          <w:b w:val="0"/>
          <w:i w:val="0"/>
          <w:sz w:val="20"/>
        </w:rPr>
        <w:t>14. MASSIVE DECEPTION OF THE U.S. MILITARY LEADERS (page 3)</w:t>
      </w:r>
    </w:p>
    <w:p>
      <w:pPr>
        <w:spacing w:before="0" w:after="40" w:line="300" w:lineRule="exact"/>
        <w:jc w:val="left"/>
      </w:pPr>
      <w:r>
        <w:rPr>
          <w:rFonts w:ascii="Georgia" w:hAnsi="Georgia" w:cs="Georgia" w:eastAsia="Georgia"/>
          <w:b w:val="0"/>
          <w:i w:val="0"/>
          <w:sz w:val="20"/>
        </w:rPr>
        <w:t>15. Afghan campaign and to react to the growth of the Taliban, the al-Qaeda sanctuary in… (page 3) [no printed headline]</w:t>
      </w:r>
    </w:p>
    <w:p>
      <w:pPr>
        <w:spacing w:before="0" w:after="40" w:line="300" w:lineRule="exact"/>
        <w:jc w:val="left"/>
      </w:pPr>
      <w:r>
        <w:rPr>
          <w:rFonts w:ascii="Georgia" w:hAnsi="Georgia" w:cs="Georgia" w:eastAsia="Georgia"/>
          <w:b w:val="0"/>
          <w:i w:val="0"/>
          <w:sz w:val="20"/>
        </w:rPr>
        <w:t>16. reportedly deprived hundreds of thousands more of their psychological and emotional… (page 3) [no printed headline]</w:t>
      </w:r>
    </w:p>
    <w:p>
      <w:pPr>
        <w:spacing w:before="0" w:after="40" w:line="300" w:lineRule="exact"/>
        <w:jc w:val="left"/>
      </w:pPr>
      <w:r>
        <w:rPr>
          <w:rFonts w:ascii="Georgia" w:hAnsi="Georgia" w:cs="Georgia" w:eastAsia="Georgia"/>
          <w:b w:val="0"/>
          <w:i w:val="0"/>
          <w:sz w:val="20"/>
        </w:rPr>
        <w:t>17. * THE JIHAD IN YEMEN (page 3)</w:t>
      </w:r>
    </w:p>
    <w:p>
      <w:pPr>
        <w:spacing w:before="0" w:after="40" w:line="300" w:lineRule="exact"/>
        <w:jc w:val="left"/>
      </w:pPr>
      <w:r>
        <w:rPr>
          <w:rFonts w:ascii="Georgia" w:hAnsi="Georgia" w:cs="Georgia" w:eastAsia="Georgia"/>
          <w:b w:val="0"/>
          <w:i w:val="0"/>
          <w:sz w:val="20"/>
        </w:rPr>
        <w:t>18. THE ARMIES OF ALLAH (page 3)</w:t>
      </w:r>
    </w:p>
    <w:p>
      <w:pPr>
        <w:spacing w:before="0" w:after="40" w:line="300" w:lineRule="exact"/>
        <w:jc w:val="left"/>
      </w:pPr>
      <w:r>
        <w:rPr>
          <w:rFonts w:ascii="Georgia" w:hAnsi="Georgia" w:cs="Georgia" w:eastAsia="Georgia"/>
          <w:b w:val="0"/>
          <w:i w:val="0"/>
          <w:sz w:val="20"/>
        </w:rPr>
        <w:t>19. U.S. KANGAROO COURTS (page 3)</w:t>
      </w:r>
    </w:p>
    <w:p>
      <w:pPr>
        <w:spacing w:before="0" w:after="40" w:line="300" w:lineRule="exact"/>
        <w:jc w:val="left"/>
      </w:pPr>
      <w:r>
        <w:rPr>
          <w:rFonts w:ascii="Georgia" w:hAnsi="Georgia" w:cs="Georgia" w:eastAsia="Georgia"/>
          <w:b w:val="0"/>
          <w:i w:val="0"/>
          <w:sz w:val="20"/>
        </w:rPr>
        <w:t>20. Sheikh Khalid Mohammed's lawyer, David Nevin, said that everything is being done to… (page 3) [no printed headline]</w:t>
      </w:r>
    </w:p>
    <w:p>
      <w:pPr>
        <w:spacing w:before="0" w:after="40" w:line="300" w:lineRule="exact"/>
        <w:jc w:val="left"/>
      </w:pPr>
      <w:r>
        <w:rPr>
          <w:rFonts w:ascii="Georgia" w:hAnsi="Georgia" w:cs="Georgia" w:eastAsia="Georgia"/>
          <w:b w:val="0"/>
          <w:i w:val="0"/>
          <w:sz w:val="20"/>
        </w:rPr>
        <w:t>21. THE ATTACK ON KABUL (page 3)</w:t>
      </w:r>
    </w:p>
    <w:p>
      <w:pPr>
        <w:spacing w:before="0" w:after="40" w:line="300" w:lineRule="exact"/>
        <w:jc w:val="left"/>
      </w:pPr>
      <w:r>
        <w:rPr>
          <w:rFonts w:ascii="Georgia" w:hAnsi="Georgia" w:cs="Georgia" w:eastAsia="Georgia"/>
          <w:b w:val="0"/>
          <w:i w:val="0"/>
          <w:sz w:val="20"/>
        </w:rPr>
        <w:t>22. ANARCHY IN THE ARAB LANDS (page 3)</w:t>
      </w:r>
    </w:p>
    <w:p>
      <w:pPr>
        <w:spacing w:before="0" w:after="40" w:line="300" w:lineRule="exact"/>
        <w:jc w:val="left"/>
      </w:pPr>
      <w:r>
        <w:rPr>
          <w:rFonts w:ascii="Georgia" w:hAnsi="Georgia" w:cs="Georgia" w:eastAsia="Georgia"/>
          <w:b w:val="0"/>
          <w:i w:val="0"/>
          <w:sz w:val="20"/>
        </w:rPr>
        <w:t>23. DRONES - NOT INVINCIBLE (page 3, 11)</w:t>
      </w:r>
    </w:p>
    <w:p>
      <w:pPr>
        <w:spacing w:before="0" w:after="40" w:line="300" w:lineRule="exact"/>
        <w:jc w:val="left"/>
      </w:pPr>
      <w:r>
        <w:rPr>
          <w:rFonts w:ascii="Georgia" w:hAnsi="Georgia" w:cs="Georgia" w:eastAsia="Georgia"/>
          <w:b w:val="0"/>
          <w:i w:val="0"/>
          <w:sz w:val="20"/>
        </w:rPr>
        <w:t>24. U.S. DESPERATE FOR BAILING OUT (page 3)</w:t>
      </w:r>
    </w:p>
    <w:p>
      <w:pPr>
        <w:spacing w:before="0" w:after="40" w:line="300" w:lineRule="exact"/>
        <w:jc w:val="left"/>
      </w:pPr>
      <w:r>
        <w:rPr>
          <w:rFonts w:ascii="Georgia" w:hAnsi="Georgia" w:cs="Georgia" w:eastAsia="Georgia"/>
          <w:b w:val="0"/>
          <w:i w:val="0"/>
          <w:sz w:val="20"/>
        </w:rPr>
        <w:t>25. THE PLOT IS TO ELIMINATE ISLAM (page 4, 12)</w:t>
      </w:r>
    </w:p>
    <w:p>
      <w:pPr>
        <w:spacing w:before="0" w:after="40" w:line="300" w:lineRule="exact"/>
        <w:jc w:val="left"/>
      </w:pPr>
      <w:r>
        <w:rPr>
          <w:rFonts w:ascii="Georgia" w:hAnsi="Georgia" w:cs="Georgia" w:eastAsia="Georgia"/>
          <w:b w:val="0"/>
          <w:i w:val="0"/>
          <w:sz w:val="20"/>
        </w:rPr>
        <w:t>26. THE TALIBAN - MAINTAINING THE MOMENTUM (page 4)</w:t>
      </w:r>
    </w:p>
    <w:p>
      <w:pPr>
        <w:spacing w:before="0" w:after="40" w:line="300" w:lineRule="exact"/>
        <w:jc w:val="left"/>
      </w:pPr>
      <w:r>
        <w:rPr>
          <w:rFonts w:ascii="Georgia" w:hAnsi="Georgia" w:cs="Georgia" w:eastAsia="Georgia"/>
          <w:b w:val="0"/>
          <w:i w:val="0"/>
          <w:sz w:val="20"/>
        </w:rPr>
        <w:t>27. THE WORLD IS A TRIAL (page 4)</w:t>
      </w:r>
    </w:p>
    <w:p>
      <w:pPr>
        <w:spacing w:before="0" w:after="40" w:line="300" w:lineRule="exact"/>
        <w:jc w:val="left"/>
      </w:pPr>
      <w:r>
        <w:rPr>
          <w:rFonts w:ascii="Georgia" w:hAnsi="Georgia" w:cs="Georgia" w:eastAsia="Georgia"/>
          <w:b w:val="0"/>
          <w:i w:val="0"/>
          <w:sz w:val="20"/>
        </w:rPr>
        <w:t>28. SAUDI ARABIA (page 4)</w:t>
      </w:r>
    </w:p>
    <w:p>
      <w:pPr>
        <w:spacing w:before="0" w:after="40" w:line="300" w:lineRule="exact"/>
        <w:jc w:val="left"/>
      </w:pPr>
      <w:r>
        <w:rPr>
          <w:rFonts w:ascii="Georgia" w:hAnsi="Georgia" w:cs="Georgia" w:eastAsia="Georgia"/>
          <w:b w:val="0"/>
          <w:i w:val="0"/>
          <w:sz w:val="20"/>
        </w:rPr>
        <w:t>29. U.S.A. (page 4) [no printed headline]</w:t>
      </w:r>
    </w:p>
    <w:p>
      <w:pPr>
        <w:spacing w:before="0" w:after="40" w:line="300" w:lineRule="exact"/>
        <w:jc w:val="left"/>
      </w:pPr>
      <w:r>
        <w:rPr>
          <w:rFonts w:ascii="Georgia" w:hAnsi="Georgia" w:cs="Georgia" w:eastAsia="Georgia"/>
          <w:b w:val="0"/>
          <w:i w:val="0"/>
          <w:sz w:val="20"/>
        </w:rPr>
        <w:t>30. BACK HOME IN A COFFIN (page 4)</w:t>
      </w:r>
    </w:p>
    <w:p>
      <w:pPr>
        <w:spacing w:before="0" w:after="40" w:line="300" w:lineRule="exact"/>
        <w:jc w:val="left"/>
      </w:pPr>
      <w:r>
        <w:rPr>
          <w:rFonts w:ascii="Georgia" w:hAnsi="Georgia" w:cs="Georgia" w:eastAsia="Georgia"/>
          <w:b w:val="0"/>
          <w:i w:val="0"/>
          <w:sz w:val="20"/>
        </w:rPr>
        <w:t>31. U.S.A. TORTURE (page 4)</w:t>
      </w:r>
    </w:p>
    <w:p>
      <w:pPr>
        <w:spacing w:before="0" w:after="40" w:line="300" w:lineRule="exact"/>
        <w:jc w:val="left"/>
      </w:pPr>
      <w:r>
        <w:rPr>
          <w:rFonts w:ascii="Georgia" w:hAnsi="Georgia" w:cs="Georgia" w:eastAsia="Georgia"/>
          <w:b w:val="0"/>
          <w:i w:val="0"/>
          <w:sz w:val="20"/>
        </w:rPr>
        <w:t>32. U.S. FORCES DEFEATED (page 4)</w:t>
      </w:r>
    </w:p>
    <w:p>
      <w:pPr>
        <w:spacing w:before="0" w:after="40" w:line="300" w:lineRule="exact"/>
        <w:jc w:val="left"/>
      </w:pPr>
      <w:r>
        <w:rPr>
          <w:rFonts w:ascii="Georgia" w:hAnsi="Georgia" w:cs="Georgia" w:eastAsia="Georgia"/>
          <w:b w:val="0"/>
          <w:i w:val="0"/>
          <w:sz w:val="20"/>
        </w:rPr>
        <w:t>33. TALIBAN ASSAULT ON FOB SALERNO BASE (page 5)</w:t>
      </w:r>
    </w:p>
    <w:p>
      <w:pPr>
        <w:spacing w:before="0" w:after="40" w:line="300" w:lineRule="exact"/>
        <w:jc w:val="left"/>
      </w:pPr>
      <w:r>
        <w:rPr>
          <w:rFonts w:ascii="Georgia" w:hAnsi="Georgia" w:cs="Georgia" w:eastAsia="Georgia"/>
          <w:b w:val="0"/>
          <w:i w:val="0"/>
          <w:sz w:val="20"/>
        </w:rPr>
        <w:t>34. TALIBAN ATTACKS IN THE HEART OF THE ENEMY (page 5)</w:t>
      </w:r>
    </w:p>
    <w:p>
      <w:pPr>
        <w:spacing w:before="0" w:after="40" w:line="300" w:lineRule="exact"/>
        <w:jc w:val="left"/>
      </w:pPr>
      <w:r>
        <w:rPr>
          <w:rFonts w:ascii="Georgia" w:hAnsi="Georgia" w:cs="Georgia" w:eastAsia="Georgia"/>
          <w:b w:val="0"/>
          <w:i w:val="0"/>
          <w:sz w:val="20"/>
        </w:rPr>
        <w:t>35. BUDDHIST ANIMOSITY FOR ISLAM (page 5)</w:t>
      </w:r>
    </w:p>
    <w:p>
      <w:pPr>
        <w:spacing w:before="0" w:after="40" w:line="300" w:lineRule="exact"/>
        <w:jc w:val="left"/>
      </w:pPr>
      <w:r>
        <w:rPr>
          <w:rFonts w:ascii="Georgia" w:hAnsi="Georgia" w:cs="Georgia" w:eastAsia="Georgia"/>
          <w:b w:val="0"/>
          <w:i w:val="0"/>
          <w:sz w:val="20"/>
        </w:rPr>
        <w:t>36. PALESTINE AND KASHMIR (page 5)</w:t>
      </w:r>
    </w:p>
    <w:p>
      <w:pPr>
        <w:spacing w:before="0" w:after="40" w:line="300" w:lineRule="exact"/>
        <w:jc w:val="left"/>
      </w:pPr>
      <w:r>
        <w:rPr>
          <w:rFonts w:ascii="Georgia" w:hAnsi="Georgia" w:cs="Georgia" w:eastAsia="Georgia"/>
          <w:b w:val="0"/>
          <w:i w:val="0"/>
          <w:sz w:val="20"/>
        </w:rPr>
        <w:t>37. GUNMAN KILLS 3 NATO TROOPS (page 5)</w:t>
      </w:r>
    </w:p>
    <w:p>
      <w:pPr>
        <w:spacing w:before="0" w:after="40" w:line="300" w:lineRule="exact"/>
        <w:jc w:val="left"/>
      </w:pPr>
      <w:r>
        <w:rPr>
          <w:rFonts w:ascii="Georgia" w:hAnsi="Georgia" w:cs="Georgia" w:eastAsia="Georgia"/>
          <w:b w:val="0"/>
          <w:i w:val="0"/>
          <w:sz w:val="20"/>
        </w:rPr>
        <w:t>38. TALIBAN ELIMINATING A U.S. BASE (page 6, 7)</w:t>
      </w:r>
    </w:p>
    <w:p>
      <w:pPr>
        <w:spacing w:before="0" w:after="40" w:line="300" w:lineRule="exact"/>
        <w:jc w:val="left"/>
      </w:pPr>
      <w:r>
        <w:rPr>
          <w:rFonts w:ascii="Georgia" w:hAnsi="Georgia" w:cs="Georgia" w:eastAsia="Georgia"/>
          <w:b w:val="0"/>
          <w:i w:val="0"/>
          <w:sz w:val="20"/>
        </w:rPr>
        <w:t>39. THE CURRENT STATUS OF THE AFGHAN JIHAD (page 7)</w:t>
      </w:r>
    </w:p>
    <w:p>
      <w:pPr>
        <w:spacing w:before="0" w:after="40" w:line="300" w:lineRule="exact"/>
        <w:jc w:val="left"/>
      </w:pPr>
      <w:r>
        <w:rPr>
          <w:rFonts w:ascii="Georgia" w:hAnsi="Georgia" w:cs="Georgia" w:eastAsia="Georgia"/>
          <w:b w:val="0"/>
          <w:i w:val="0"/>
          <w:sz w:val="20"/>
        </w:rPr>
        <w:t>40. also been harnessed to achieve the American goal which is to establish anarchy in Syria… (page 7) [no printed headline]</w:t>
      </w:r>
    </w:p>
    <w:p>
      <w:pPr>
        <w:spacing w:before="0" w:after="40" w:line="300" w:lineRule="exact"/>
        <w:jc w:val="left"/>
      </w:pPr>
      <w:r>
        <w:rPr>
          <w:rFonts w:ascii="Georgia" w:hAnsi="Georgia" w:cs="Georgia" w:eastAsia="Georgia"/>
          <w:b w:val="0"/>
          <w:i w:val="0"/>
          <w:sz w:val="20"/>
        </w:rPr>
        <w:t>41. BEWARE OF THE UNIVERSAL PUNISHMENT (page 8)</w:t>
      </w:r>
    </w:p>
    <w:p>
      <w:pPr>
        <w:spacing w:before="0" w:after="40" w:line="300" w:lineRule="exact"/>
        <w:jc w:val="left"/>
      </w:pPr>
      <w:r>
        <w:rPr>
          <w:rFonts w:ascii="Georgia" w:hAnsi="Georgia" w:cs="Georgia" w:eastAsia="Georgia"/>
          <w:b w:val="0"/>
          <w:i w:val="0"/>
          <w:sz w:val="20"/>
        </w:rPr>
        <w:t>42. which causes the abstainers to acquiesce with the flagrant transgressors, thus displaying… (page 8) [no printed headline]</w:t>
      </w:r>
    </w:p>
    <w:p>
      <w:pPr>
        <w:spacing w:before="0" w:after="40" w:line="300" w:lineRule="exact"/>
        <w:jc w:val="left"/>
      </w:pPr>
      <w:r>
        <w:rPr>
          <w:rFonts w:ascii="Georgia" w:hAnsi="Georgia" w:cs="Georgia" w:eastAsia="Georgia"/>
          <w:b w:val="0"/>
          <w:i w:val="0"/>
          <w:sz w:val="20"/>
        </w:rPr>
        <w:t>43. MUJAAHIDEEN ACTIVITIES IN AFGHANISTAN (page 8, 9)</w:t>
      </w:r>
    </w:p>
    <w:p>
      <w:pPr>
        <w:spacing w:before="0" w:after="40" w:line="300" w:lineRule="exact"/>
        <w:jc w:val="left"/>
      </w:pPr>
      <w:r>
        <w:rPr>
          <w:rFonts w:ascii="Georgia" w:hAnsi="Georgia" w:cs="Georgia" w:eastAsia="Georgia"/>
          <w:b w:val="0"/>
          <w:i w:val="0"/>
          <w:sz w:val="20"/>
        </w:rPr>
        <w:t>44. MONUMENTS OF SHIRK DESTROYED (page 9)</w:t>
      </w:r>
    </w:p>
    <w:p>
      <w:pPr>
        <w:spacing w:before="0" w:after="40" w:line="300" w:lineRule="exact"/>
        <w:jc w:val="left"/>
      </w:pPr>
      <w:r>
        <w:rPr>
          <w:rFonts w:ascii="Georgia" w:hAnsi="Georgia" w:cs="Georgia" w:eastAsia="Georgia"/>
          <w:b w:val="0"/>
          <w:i w:val="0"/>
          <w:sz w:val="20"/>
        </w:rPr>
        <w:t>45. SYRIA - THE U.S. CONSPIRACY (page 10)</w:t>
      </w:r>
    </w:p>
    <w:p>
      <w:pPr>
        <w:spacing w:before="0" w:after="40" w:line="300" w:lineRule="exact"/>
        <w:jc w:val="left"/>
      </w:pPr>
      <w:r>
        <w:rPr>
          <w:rFonts w:ascii="Georgia" w:hAnsi="Georgia" w:cs="Georgia" w:eastAsia="Georgia"/>
          <w:b w:val="0"/>
          <w:i w:val="0"/>
          <w:sz w:val="20"/>
        </w:rPr>
        <w:t>46. I'm afraid what we're going to see in Syria is the same thing we see in Iraq, the Kurds… (page 10) [no printed headline]</w:t>
      </w:r>
    </w:p>
    <w:p>
      <w:pPr>
        <w:spacing w:before="0" w:after="40" w:line="300" w:lineRule="exact"/>
        <w:jc w:val="left"/>
      </w:pPr>
      <w:r>
        <w:rPr>
          <w:rFonts w:ascii="Georgia" w:hAnsi="Georgia" w:cs="Georgia" w:eastAsia="Georgia"/>
          <w:b w:val="0"/>
          <w:i w:val="0"/>
          <w:sz w:val="20"/>
        </w:rPr>
        <w:t>47. TALIBAN CHEERS REOPENING OF NATO SUPPLY LINE (page 10)</w:t>
      </w:r>
    </w:p>
    <w:p>
      <w:pPr>
        <w:spacing w:before="0" w:after="40" w:line="300" w:lineRule="exact"/>
        <w:jc w:val="left"/>
      </w:pPr>
      <w:r>
        <w:rPr>
          <w:rFonts w:ascii="Georgia" w:hAnsi="Georgia" w:cs="Georgia" w:eastAsia="Georgia"/>
          <w:b w:val="0"/>
          <w:i w:val="0"/>
          <w:sz w:val="20"/>
        </w:rPr>
        <w:t>48. CHINA RESTRICTS RAMADHAAN FASTING FOR MUSLIMS (page 11)</w:t>
      </w:r>
    </w:p>
    <w:p>
      <w:pPr>
        <w:spacing w:before="0" w:after="40" w:line="300" w:lineRule="exact"/>
        <w:jc w:val="left"/>
      </w:pPr>
      <w:r>
        <w:rPr>
          <w:rFonts w:ascii="Georgia" w:hAnsi="Georgia" w:cs="Georgia" w:eastAsia="Georgia"/>
          <w:b w:val="0"/>
          <w:i w:val="0"/>
          <w:sz w:val="20"/>
        </w:rPr>
        <w:t>49. COPTIC-MUSLIM CLASHES IN EGYPT (page 11, 12)</w:t>
      </w:r>
    </w:p>
    <w:p>
      <w:pPr>
        <w:spacing w:before="0" w:after="40" w:line="300" w:lineRule="exact"/>
        <w:jc w:val="left"/>
      </w:pPr>
      <w:r>
        <w:rPr>
          <w:rFonts w:ascii="Georgia" w:hAnsi="Georgia" w:cs="Georgia" w:eastAsia="Georgia"/>
          <w:b w:val="0"/>
          <w:i w:val="0"/>
          <w:sz w:val="20"/>
        </w:rPr>
        <w:t>50. "AMERICA VERY PREPARED FOR WAR" (page 11)</w:t>
      </w:r>
    </w:p>
    <w:p>
      <w:pPr>
        <w:spacing w:before="0" w:after="40" w:line="300" w:lineRule="exact"/>
        <w:jc w:val="left"/>
      </w:pPr>
      <w:r>
        <w:rPr>
          <w:rFonts w:ascii="Georgia" w:hAnsi="Georgia" w:cs="Georgia" w:eastAsia="Georgia"/>
          <w:b w:val="0"/>
          <w:i w:val="0"/>
          <w:sz w:val="20"/>
        </w:rPr>
        <w:t>51. Press TV: Scot Rickard I'd like to bring you in on that and that is the fact that police… (page 11) [no printed headline]</w:t>
      </w:r>
    </w:p>
    <w:p>
      <w:pPr>
        <w:spacing w:before="0" w:after="40" w:line="300" w:lineRule="exact"/>
        <w:jc w:val="left"/>
      </w:pPr>
      <w:r>
        <w:rPr>
          <w:rFonts w:ascii="Georgia" w:hAnsi="Georgia" w:cs="Georgia" w:eastAsia="Georgia"/>
          <w:b w:val="0"/>
          <w:i w:val="0"/>
          <w:sz w:val="20"/>
        </w:rPr>
        <w:t>52. DRONES - NOT INVINCIBLE (page 11)</w:t>
      </w:r>
    </w:p>
    <w:p>
      <w:pPr>
        <w:spacing w:before="0" w:after="40" w:line="300" w:lineRule="exact"/>
        <w:jc w:val="left"/>
      </w:pPr>
      <w:r>
        <w:rPr>
          <w:rFonts w:ascii="Georgia" w:hAnsi="Georgia" w:cs="Georgia" w:eastAsia="Georgia"/>
          <w:b w:val="0"/>
          <w:i w:val="0"/>
          <w:sz w:val="20"/>
        </w:rPr>
        <w:t>53. The two centuries of the United States that we've existed, we've trained our country to… (page 11) [no printed headline]</w:t>
      </w:r>
    </w:p>
    <w:p>
      <w:pPr>
        <w:spacing w:before="0" w:after="40" w:line="300" w:lineRule="exact"/>
        <w:jc w:val="left"/>
      </w:pPr>
      <w:r>
        <w:rPr>
          <w:rFonts w:ascii="Georgia" w:hAnsi="Georgia" w:cs="Georgia" w:eastAsia="Georgia"/>
          <w:b w:val="0"/>
          <w:i w:val="0"/>
          <w:sz w:val="20"/>
        </w:rPr>
        <w:t>54. They'll make Assad look like a choirboy. (page 11) [no printed headline]</w:t>
      </w:r>
    </w:p>
    <w:p>
      <w:pPr>
        <w:spacing w:before="0" w:after="40" w:line="300" w:lineRule="exact"/>
        <w:jc w:val="left"/>
      </w:pPr>
      <w:r>
        <w:rPr>
          <w:rFonts w:ascii="Georgia" w:hAnsi="Georgia" w:cs="Georgia" w:eastAsia="Georgia"/>
          <w:b w:val="0"/>
          <w:i w:val="0"/>
          <w:sz w:val="20"/>
        </w:rPr>
        <w:t>55. But our government is hijacked and our complete political system is hijacked by a… (page 11) [no printed headline]</w:t>
      </w:r>
    </w:p>
    <w:p>
      <w:pPr>
        <w:spacing w:before="0" w:after="40" w:line="300" w:lineRule="exact"/>
        <w:jc w:val="left"/>
      </w:pPr>
      <w:r>
        <w:rPr>
          <w:rFonts w:ascii="Georgia" w:hAnsi="Georgia" w:cs="Georgia" w:eastAsia="Georgia"/>
          <w:b w:val="0"/>
          <w:i w:val="0"/>
          <w:sz w:val="20"/>
        </w:rPr>
        <w:t>56. The school systems were started by [American education reformer] Horace Mann. (page 11) [no printed headline]</w:t>
      </w:r>
    </w:p>
    <w:p>
      <w:pPr>
        <w:spacing w:before="0" w:after="40" w:line="300" w:lineRule="exact"/>
        <w:jc w:val="left"/>
      </w:pPr>
      <w:r>
        <w:rPr>
          <w:rFonts w:ascii="Georgia" w:hAnsi="Georgia" w:cs="Georgia" w:eastAsia="Georgia"/>
          <w:b w:val="0"/>
          <w:i w:val="0"/>
          <w:sz w:val="20"/>
        </w:rPr>
        <w:t>57. Every Western country has based their school systems on the Prussian military and you're… (page 11) [no printed headline]</w:t>
      </w:r>
    </w:p>
    <w:p>
      <w:pPr>
        <w:spacing w:before="0" w:after="40" w:line="300" w:lineRule="exact"/>
        <w:jc w:val="left"/>
      </w:pPr>
      <w:r>
        <w:rPr>
          <w:rFonts w:ascii="Georgia" w:hAnsi="Georgia" w:cs="Georgia" w:eastAsia="Georgia"/>
          <w:b w:val="0"/>
          <w:i w:val="0"/>
          <w:sz w:val="20"/>
        </w:rPr>
        <w:t>58. That the U.S.A. (page 11) [no printed headline]</w:t>
      </w:r>
    </w:p>
    <w:p>
      <w:pPr>
        <w:spacing w:before="0" w:after="40" w:line="300" w:lineRule="exact"/>
        <w:jc w:val="left"/>
      </w:pPr>
      <w:r>
        <w:rPr>
          <w:rFonts w:ascii="Georgia" w:hAnsi="Georgia" w:cs="Georgia" w:eastAsia="Georgia"/>
          <w:b w:val="0"/>
          <w:i w:val="0"/>
          <w:sz w:val="20"/>
        </w:rPr>
        <w:t>59. JIHAD IN DAGESTAN (page 12)</w:t>
      </w:r>
    </w:p>
    <w:p>
      <w:pPr>
        <w:spacing w:before="0" w:after="40" w:line="300" w:lineRule="exact"/>
        <w:jc w:val="left"/>
      </w:pPr>
      <w:r>
        <w:rPr>
          <w:rFonts w:ascii="Georgia" w:hAnsi="Georgia" w:cs="Georgia" w:eastAsia="Georgia"/>
          <w:b w:val="0"/>
          <w:i w:val="0"/>
          <w:sz w:val="20"/>
        </w:rPr>
        <w:t>60. NIGERIA: BOKOMO HARAAM (page 12)</w:t>
      </w:r>
    </w:p>
    <w:p>
      <w:pPr>
        <w:spacing w:before="0" w:after="40" w:line="300" w:lineRule="exact"/>
        <w:jc w:val="left"/>
      </w:pPr>
      <w:r>
        <w:rPr>
          <w:rFonts w:ascii="Georgia" w:hAnsi="Georgia" w:cs="Georgia" w:eastAsia="Georgia"/>
          <w:b w:val="0"/>
          <w:i w:val="0"/>
          <w:sz w:val="20"/>
        </w:rPr>
        <w:t>61. U.S. IMPERIALISM (page 12)</w:t>
      </w:r>
    </w:p>
    <w:p>
      <w:r>
        <w:br w:type="page"/>
      </w:r>
    </w:p>
    <w:p>
      <w:pPr>
        <w:pStyle w:val="Heading1"/>
        <w:spacing w:before="360" w:after="200" w:line="300" w:lineRule="exact"/>
        <w:jc w:val="center"/>
      </w:pPr>
      <w:r>
        <w:rPr>
          <w:rFonts w:ascii="Georgia" w:hAnsi="Georgia" w:cs="Georgia" w:eastAsia="Georgia"/>
          <w:b/>
          <w:i w:val="0"/>
          <w:color w:val="1F3864"/>
          <w:sz w:val="32"/>
        </w:rPr>
        <w:t>THE BAND OF HAQ "There will ever remain a band from my Ummah fighting on the Haq until…</w:t>
      </w:r>
    </w:p>
    <w:p>
      <w:pPr>
        <w:spacing w:before="0" w:after="160" w:line="300" w:lineRule="exact"/>
        <w:jc w:val="center"/>
      </w:pPr>
      <w:r>
        <w:rPr>
          <w:rFonts w:ascii="Georgia" w:hAnsi="Georgia" w:cs="Georgia" w:eastAsia="Georgia"/>
          <w:b w:val="0"/>
          <w:i/>
          <w:sz w:val="16"/>
        </w:rPr>
        <w:t>Page 1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THE BAND OF HAQ "There will ever remain a band from my Ummah fighting on the Haq until the Day of Qiyaamah. Those who oppose them and those who do not aid them, will not be able to harm them." (Hadith)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BRUTAL MASSACRE OF MUSLIMS IN BURMA</w:t>
      </w:r>
    </w:p>
    <w:p>
      <w:pPr>
        <w:spacing w:before="0" w:after="160" w:line="300" w:lineRule="exact"/>
        <w:jc w:val="center"/>
      </w:pPr>
      <w:r>
        <w:rPr>
          <w:rFonts w:ascii="Georgia" w:hAnsi="Georgia" w:cs="Georgia" w:eastAsia="Georgia"/>
          <w:b w:val="0"/>
          <w:i/>
          <w:sz w:val="16"/>
        </w:rPr>
        <w:t>Page 1 of the original. Heading read from the printed headline artwork.</w:t>
      </w:r>
    </w:p>
    <w:p>
      <w:pPr>
        <w:spacing w:before="0" w:after="120" w:line="300" w:lineRule="exact"/>
        <w:jc w:val="both"/>
      </w:pPr>
      <w:r>
        <w:rPr>
          <w:rFonts w:ascii="Georgia" w:hAnsi="Georgia" w:cs="Georgia" w:eastAsia="Georgia"/>
          <w:b w:val="0"/>
          <w:i w:val="0"/>
          <w:sz w:val="22"/>
        </w:rPr>
        <w:t>T HE HUNDREDS OF dead and savaged bodies of Muslim men, women and children piled up in heaps and spread out like carpets portray the horror and savagery of the evil Buddhists of Burma (Myanmar). The recent mass slaughter of Muslims in that evil land of Buddhist idolatry is reminiscent of the genocide and decimation of the Muslim population of Arakan perpetrated by the Buddhists with the active connivance of the security forces of Burma.</w:t>
      </w:r>
    </w:p>
    <w:p>
      <w:pPr>
        <w:spacing w:before="0" w:after="120" w:line="300" w:lineRule="exact"/>
        <w:jc w:val="both"/>
      </w:pPr>
      <w:r>
        <w:rPr>
          <w:rFonts w:ascii="Georgia" w:hAnsi="Georgia" w:cs="Georgia" w:eastAsia="Georgia"/>
          <w:b w:val="0"/>
          <w:i w:val="0"/>
          <w:sz w:val="22"/>
        </w:rPr>
        <w:t>Arakan, now a province in west Burma, which at one time was a separate independent Muslim country ruled by Sultans was handed over to Burma</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by Britain.</w:t>
      </w:r>
    </w:p>
    <w:p>
      <w:pPr>
        <w:spacing w:before="0" w:after="160" w:line="300" w:lineRule="exact"/>
        <w:jc w:val="center"/>
      </w:pPr>
      <w:r>
        <w:rPr>
          <w:rFonts w:ascii="Georgia" w:hAnsi="Georgia" w:cs="Georgia" w:eastAsia="Georgia"/>
          <w:b w:val="0"/>
          <w:i/>
          <w:sz w:val="16"/>
        </w:rPr>
        <w:t>Page 1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by Britain. From that time onwards, the Muslim population of Arakan was subjected to systematic decimation. Tens of thousands of Arakanese Muslims are languishing in refugee camps on the border area of Bangladesh and elsewhere. They live in extreme poverty and squalor. Over the decades the greater part of the Arakanese population, those who had escaped the mass slaughter, has fled and the Arakanese Muslims are scattered in many countries.</w:t>
      </w:r>
    </w:p>
    <w:p>
      <w:pPr>
        <w:spacing w:before="0" w:after="120" w:line="300" w:lineRule="exact"/>
        <w:jc w:val="both"/>
      </w:pPr>
      <w:r>
        <w:rPr>
          <w:rFonts w:ascii="Georgia" w:hAnsi="Georgia" w:cs="Georgia" w:eastAsia="Georgia"/>
          <w:b w:val="0"/>
          <w:i w:val="0"/>
          <w:sz w:val="22"/>
        </w:rPr>
        <w:t>The very recent massacres were orchestrated by the Burmese authorities in June 2012 and the slaughter is still continuing into this month of July. To- wards the end of June, about 700 Rohingya (Arakanese Muslims) have been brutally murdered, and approximately 1200 are missing while almost 100,000 have been displaced, having fled from their homes.</w:t>
      </w:r>
    </w:p>
    <w:p>
      <w:pPr>
        <w:spacing w:before="0" w:after="120" w:line="300" w:lineRule="exact"/>
        <w:jc w:val="both"/>
      </w:pPr>
      <w:r>
        <w:rPr>
          <w:rFonts w:ascii="Georgia" w:hAnsi="Georgia" w:cs="Georgia" w:eastAsia="Georgia"/>
          <w:b w:val="0"/>
          <w:i w:val="0"/>
          <w:sz w:val="22"/>
        </w:rPr>
        <w:t>The plight of the Rohingya Muslims has been aggravated by the callous attitude and cruel treatment of the Bangladesh government who has closed its borders. Bangladeshi army personnel are chasing the fleeing Muslims back into Burma to be at the mercy of the satanic Buddhist idolaters who are being aided by the Burmese military in the brutal slaughter of the Arakanese Muslims.</w:t>
      </w:r>
    </w:p>
    <w:p>
      <w:pPr>
        <w:spacing w:before="0" w:after="120" w:line="300" w:lineRule="exact"/>
        <w:jc w:val="both"/>
      </w:pPr>
      <w:r>
        <w:rPr>
          <w:rFonts w:ascii="Georgia" w:hAnsi="Georgia" w:cs="Georgia" w:eastAsia="Georgia"/>
          <w:b w:val="0"/>
          <w:i w:val="0"/>
          <w:sz w:val="22"/>
        </w:rPr>
        <w:t>Muslims have been killed and their bodies thrown out from the upper floors of buildings. Even babies have not been spared. In horror scenes, Muslims with their hands tied behind their backs have been summarily shot. The bodies of dozens of shot Muslim males with their hands tied behind their backs lay in rows, spread out like carpets, for the public to view.</w:t>
      </w:r>
    </w:p>
    <w:p>
      <w:pPr>
        <w:spacing w:before="0" w:after="120" w:line="300" w:lineRule="exact"/>
        <w:jc w:val="both"/>
      </w:pPr>
      <w:r>
        <w:rPr>
          <w:rFonts w:ascii="Georgia" w:hAnsi="Georgia" w:cs="Georgia" w:eastAsia="Georgia"/>
          <w:b w:val="0"/>
          <w:i w:val="0"/>
          <w:sz w:val="22"/>
        </w:rPr>
        <w:t>"O Allah! Reform the Ummah of Muhammad O Allah! Have mercy on the Ummah of Muhammad O Allah! Remove the calamities from the Ummah of Muhammad" (A Masnoon Dua)</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FUTILITY OF BLAMING THE DEVILS</w:t>
      </w:r>
    </w:p>
    <w:p>
      <w:pPr>
        <w:spacing w:before="0" w:after="160" w:line="300" w:lineRule="exact"/>
        <w:jc w:val="center"/>
      </w:pPr>
      <w:r>
        <w:rPr>
          <w:rFonts w:ascii="Georgia" w:hAnsi="Georgia" w:cs="Georgia" w:eastAsia="Georgia"/>
          <w:b w:val="0"/>
          <w:i/>
          <w:sz w:val="16"/>
        </w:rPr>
        <w:t>Page 1 of the original. Heading read from the printed headline artwork.</w:t>
      </w:r>
    </w:p>
    <w:p>
      <w:pPr>
        <w:spacing w:before="0" w:after="120" w:line="300" w:lineRule="exact"/>
        <w:jc w:val="both"/>
      </w:pPr>
      <w:r>
        <w:rPr>
          <w:rFonts w:ascii="Georgia" w:hAnsi="Georgia" w:cs="Georgia" w:eastAsia="Georgia"/>
          <w:b w:val="0"/>
          <w:i w:val="0"/>
          <w:sz w:val="22"/>
        </w:rPr>
        <w:t>THE BURMESE MILITARY government, the Burmese female campaigner for democracy, viz., Aung San Su Kyi, Dalai Lama (the god of the Buddhist mushrikeen), the U.S.A., Britain, United Nations and all the governments at the helm in Muslim countries are all shayaateen and kuffaar of the same breed. Our Sages say: 'Al-Kufru millatun waahidatun.' (Kufr is a single breed.).</w:t>
      </w:r>
    </w:p>
    <w:p>
      <w:pPr>
        <w:spacing w:before="0" w:after="120" w:line="300" w:lineRule="exact"/>
        <w:jc w:val="both"/>
      </w:pPr>
      <w:r>
        <w:rPr>
          <w:rFonts w:ascii="Georgia" w:hAnsi="Georgia" w:cs="Georgia" w:eastAsia="Georgia"/>
          <w:b w:val="0"/>
          <w:i w:val="0"/>
          <w:sz w:val="22"/>
        </w:rPr>
        <w:t>Whether it is white or black kufr, brown or yellow kufr, democratic or socialistic kufr or kufr of whatever hue and form, it (kufr) is one single breed of Satanism whose primary adversary is Islam. All the kufr nations of the world, which include all the governments and rulers of Muslim countries, including the Saudi king, the so-called Custodian of the Two Holy Cities, are the Devils who have united in a global conspiracy to extinguish Islam and eliminate the Ummah, or at a minimum enslave Muslims to the western ideology of life to ensure their permanent subservience to the kufr and immoral cults of the West.</w:t>
      </w:r>
    </w:p>
    <w:p>
      <w:pPr>
        <w:spacing w:before="0" w:after="120" w:line="300" w:lineRule="exact"/>
        <w:jc w:val="both"/>
      </w:pPr>
      <w:r>
        <w:rPr>
          <w:rFonts w:ascii="Georgia" w:hAnsi="Georgia" w:cs="Georgia" w:eastAsia="Georgia"/>
          <w:b w:val="0"/>
          <w:i w:val="0"/>
          <w:sz w:val="22"/>
        </w:rPr>
        <w:t>Whilst this is the long term objective of the plot against Islam and the Ummah, it is futile for Muslims to blame any of these devils for the plight and misery of the Ummah. These shayaateen are the creations of Allah Ta'ala, and they have embarked on a mission chalked out and decreed for them by Allah Ta'ala. They will continue with their pillage, plunder and rape of the Muslim Ummah to the degree and limit ordained by Allah Ta'ala.</w:t>
      </w:r>
    </w:p>
    <w:p>
      <w:pPr>
        <w:spacing w:before="0" w:after="120" w:line="300" w:lineRule="exact"/>
        <w:jc w:val="both"/>
      </w:pPr>
      <w:r>
        <w:rPr>
          <w:rFonts w:ascii="Georgia" w:hAnsi="Georgia" w:cs="Georgia" w:eastAsia="Georgia"/>
          <w:b w:val="0"/>
          <w:i w:val="0"/>
          <w:sz w:val="22"/>
        </w:rPr>
        <w:t>Therefore, instead of wasting time and brains reviling the devils who are merely executing their obligations of Satanism for which they are in existence, Muslims need to look at themselves. They need to embark on deep soulsearching to ascertain the causes of the lamentable plight in which the Ummah is floundering with no succour and help visible on the dark and gloomy horizon of misery.</w:t>
      </w:r>
    </w:p>
    <w:p>
      <w:pPr>
        <w:spacing w:before="0" w:after="120" w:line="300" w:lineRule="exact"/>
        <w:jc w:val="both"/>
      </w:pPr>
      <w:r>
        <w:rPr>
          <w:rFonts w:ascii="Georgia" w:hAnsi="Georgia" w:cs="Georgia" w:eastAsia="Georgia"/>
          <w:b w:val="0"/>
          <w:i w:val="0"/>
          <w:sz w:val="22"/>
        </w:rPr>
        <w:t>The Qur'aan Majeed warns Muslims of bitter punishment for reckless sin, transgression and rebellion against Him. Such punishment, the Qur'aan says, also comes in the form of kuffaar domination – kuffaar who will mercilessly rape, pillage and plunder the Ummah – its men, women and children. Rasulullah (sallallahu alayhi wasallam) has warned us that when we, the Nation of Islam in general, and its Ulama in particular, abandon the command of Amr Bil Ma'roof Nahy Anil Munkar (Commanding virtue and prohibiting vice), then Allah Azza Wa Jal will impose such vile and brutal rulers over us, who will show no respect to our seniors nor mercy to our little ones.</w:t>
      </w:r>
    </w:p>
    <w:p>
      <w:pPr>
        <w:spacing w:before="0" w:after="120" w:line="300" w:lineRule="exact"/>
        <w:jc w:val="both"/>
      </w:pPr>
      <w:r>
        <w:rPr>
          <w:rFonts w:ascii="Georgia" w:hAnsi="Georgia" w:cs="Georgia" w:eastAsia="Georgia"/>
          <w:b w:val="0"/>
          <w:i w:val="0"/>
          <w:sz w:val="22"/>
        </w:rPr>
        <w:t>Scenes of this category of punishment have been enacted for the world to view in recent times, and this enactment is on going, the most recent of which is the slaughter of the Arakanese Muslims. The rulers and governments which have been imposed on the Ummah today are in fact the reflection of the deeds and attitudes of the Muslim Nation of the world.</w:t>
      </w:r>
    </w:p>
    <w:p>
      <w:pPr>
        <w:spacing w:before="0" w:after="120" w:line="300" w:lineRule="exact"/>
        <w:jc w:val="both"/>
      </w:pPr>
      <w:r>
        <w:rPr>
          <w:rFonts w:ascii="Georgia" w:hAnsi="Georgia" w:cs="Georgia" w:eastAsia="Georgia"/>
          <w:b w:val="0"/>
          <w:i w:val="0"/>
          <w:sz w:val="22"/>
        </w:rPr>
        <w:t>Rasulullah (sallallahu alayhi wasallam) said: "Rulers will be appointed over you according to your deeds." Hadhrat Ka'b Ahbaar (rahmatullah alayh) said: "In every age Allah appoints over the people rulers in accordance with their deeds. If Allah intends goodness for the people, He appoints pious rulers over them, and if He intends ruin for them, He appoints evil rulers over them." The failure, defeat, suffering and humiliation which are overwhelming the Ummah all over the world are the direct consequences of gross disobedience, transgression, immorality and treason committed against Allah Ta'ala.</w:t>
      </w:r>
    </w:p>
    <w:p>
      <w:pPr>
        <w:spacing w:before="0" w:after="120" w:line="300" w:lineRule="exact"/>
        <w:jc w:val="both"/>
      </w:pPr>
      <w:r>
        <w:rPr>
          <w:rFonts w:ascii="Georgia" w:hAnsi="Georgia" w:cs="Georgia" w:eastAsia="Georgia"/>
          <w:b w:val="0"/>
          <w:i w:val="0"/>
          <w:sz w:val="22"/>
        </w:rPr>
        <w:t>This is the cause for our heartrending problems. The U.S.A. with its entourage of shayaateen are not the cause of our plight. On the contrary, they are the consequence – the Divine Punishment – for the high treason of this fallen, miserable, degraded Ummah who in bygone times was the beacon of guidance for mankind.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PAKISTANIS PROTEST MUSLIM SLAUGHTER IN BURMA</w:t>
      </w:r>
    </w:p>
    <w:p>
      <w:pPr>
        <w:spacing w:before="0" w:after="160" w:line="300" w:lineRule="exact"/>
        <w:jc w:val="center"/>
      </w:pPr>
      <w:r>
        <w:rPr>
          <w:rFonts w:ascii="Georgia" w:hAnsi="Georgia" w:cs="Georgia" w:eastAsia="Georgia"/>
          <w:b w:val="0"/>
          <w:i/>
          <w:sz w:val="16"/>
        </w:rPr>
        <w:t>Page 1 of the original. Heading read from the printed headline artwork.</w:t>
      </w:r>
    </w:p>
    <w:p>
      <w:pPr>
        <w:spacing w:before="0" w:after="120" w:line="300" w:lineRule="exact"/>
        <w:jc w:val="both"/>
      </w:pPr>
      <w:r>
        <w:rPr>
          <w:rFonts w:ascii="Georgia" w:hAnsi="Georgia" w:cs="Georgia" w:eastAsia="Georgia"/>
          <w:b w:val="0"/>
          <w:i w:val="0"/>
          <w:sz w:val="22"/>
        </w:rPr>
        <w:t>"Hundreds of Pakistanis have taken to the streets of Baluchistan's provincial capital of Quetta to condemn the massacre of Myanmarese Rohingya Muslims, Press TV reports. The protestors held placards bearing slogans against the persecution of Muslims in Myanmar. The leaders of Pakistan's Tehrik-eInsaf activists (PTI) said the killings of innocent Rohingya Muslims in Myanmar continue amid the silence of the UN and other Human Rights organizations.</w:t>
      </w:r>
    </w:p>
    <w:p>
      <w:pPr>
        <w:spacing w:before="0" w:after="120" w:line="300" w:lineRule="exact"/>
        <w:jc w:val="both"/>
      </w:pPr>
      <w:r>
        <w:rPr>
          <w:rFonts w:ascii="Georgia" w:hAnsi="Georgia" w:cs="Georgia" w:eastAsia="Georgia"/>
          <w:b w:val="0"/>
          <w:i w:val="0"/>
          <w:sz w:val="22"/>
        </w:rPr>
        <w:t>They said a large number of Muslims have been killed or burned alive, and several villages have been destroyed. The UN says decades of discrimination have left the Rohingyas stateless, with Myanmar implementing restrictions on their movement and withholding land rights, education and public services. Large groups of Rohingyas have already sailed to neighboring Bangladesh, many of whom have died during the journey.</w:t>
      </w:r>
    </w:p>
    <w:p>
      <w:pPr>
        <w:spacing w:before="0" w:after="120" w:line="300" w:lineRule="exact"/>
        <w:jc w:val="both"/>
      </w:pPr>
      <w:r>
        <w:rPr>
          <w:rFonts w:ascii="Georgia" w:hAnsi="Georgia" w:cs="Georgia" w:eastAsia="Georgia"/>
          <w:b w:val="0"/>
          <w:i w:val="0"/>
          <w:sz w:val="22"/>
        </w:rPr>
        <w:t>The Bangladeshi government, however, deports Rohingyas calling them illegal migrants and the UN refugee center says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it will not accept Rohingya Muslims as it is not interested in more refugees.</w:t>
      </w:r>
    </w:p>
    <w:p>
      <w:pPr>
        <w:spacing w:before="0" w:after="160" w:line="300" w:lineRule="exact"/>
        <w:jc w:val="center"/>
      </w:pPr>
      <w:r>
        <w:rPr>
          <w:rFonts w:ascii="Georgia" w:hAnsi="Georgia" w:cs="Georgia" w:eastAsia="Georgia"/>
          <w:b w:val="0"/>
          <w:i/>
          <w:sz w:val="16"/>
        </w:rPr>
        <w:t>Page 1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it will not accept Rohingya Muslims as it is not interested in more refugees. The government of Myanmar refuses to recognize Rohingyas, who it claims are not natives and classifies them as illegal migrants, although they have lived in the country for generations (centuries). DA/G H N/AZ" In a country of almost 200 million 'Muslims', famous or notorious for its street protests, a handful of a few hundred persons, came on to the streets to display their solidarity and concern for the Rohingya Muslims being massacred brutally in Burma.</w:t>
      </w:r>
    </w:p>
    <w:p>
      <w:pPr>
        <w:spacing w:before="0" w:after="120" w:line="300" w:lineRule="exact"/>
        <w:jc w:val="both"/>
      </w:pPr>
      <w:r>
        <w:rPr>
          <w:rFonts w:ascii="Georgia" w:hAnsi="Georgia" w:cs="Georgia" w:eastAsia="Georgia"/>
          <w:b w:val="0"/>
          <w:i w:val="0"/>
          <w:sz w:val="22"/>
        </w:rPr>
        <w:t>This is indicative of the dead Imaan of the Muslim Ummah of Napakistan (The Impure Land). For stupid and haraam political objectives, hundreds of thousands demonstrate in the streets, but the hearts are dead and impervious when Muslims elsewhere are being butchered mercilessly, yet Rasulullah (sallallahu alayhi wasallam) said: "All Muslims are like one person.</w:t>
      </w:r>
    </w:p>
    <w:p>
      <w:pPr>
        <w:spacing w:before="0" w:after="120" w:line="300" w:lineRule="exact"/>
        <w:jc w:val="both"/>
      </w:pPr>
      <w:r>
        <w:rPr>
          <w:rFonts w:ascii="Georgia" w:hAnsi="Georgia" w:cs="Georgia" w:eastAsia="Georgia"/>
          <w:b w:val="0"/>
          <w:i w:val="0"/>
          <w:sz w:val="22"/>
        </w:rPr>
        <w:t>If the eye pains, the whole body is affected. If the head pains, the whole body is affected.". Infinitely superior and more effective than streetprotests, is to make fervent dua individually in the late hours of the night when the world is asleep.</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HOLLOW MUMBLING OF THE UN</w:t>
      </w:r>
    </w:p>
    <w:p>
      <w:pPr>
        <w:spacing w:before="0" w:after="160" w:line="300" w:lineRule="exact"/>
        <w:jc w:val="center"/>
      </w:pPr>
      <w:r>
        <w:rPr>
          <w:rFonts w:ascii="Georgia" w:hAnsi="Georgia" w:cs="Georgia" w:eastAsia="Georgia"/>
          <w:b w:val="0"/>
          <w:i/>
          <w:sz w:val="16"/>
        </w:rPr>
        <w:t>Page 2 of the original. Heading read from the printed headline artwork.</w:t>
      </w:r>
    </w:p>
    <w:p>
      <w:pPr>
        <w:spacing w:before="0" w:after="120" w:line="300" w:lineRule="exact"/>
        <w:jc w:val="both"/>
      </w:pPr>
      <w:r>
        <w:rPr>
          <w:rFonts w:ascii="Georgia" w:hAnsi="Georgia" w:cs="Georgia" w:eastAsia="Georgia"/>
          <w:b w:val="0"/>
          <w:i w:val="0"/>
          <w:sz w:val="22"/>
        </w:rPr>
        <w:t>The hypocrisy of the U.S.A. rubber stamp appendage, the United Nations, is always portrayed in its dubious mumblings to create the impression of its concern for the oppressed. But its whisperings are nothing other than hypocritical lip-service to appease the stupid and the gullible. The BBC News reports: "UN human rights chief Navi Pillay has called for an independent investigation following claims of abuses by security forces in Burma's Rakhine state.</w:t>
      </w:r>
    </w:p>
    <w:p>
      <w:pPr>
        <w:spacing w:before="0" w:after="120" w:line="300" w:lineRule="exact"/>
        <w:jc w:val="both"/>
      </w:pPr>
      <w:r>
        <w:rPr>
          <w:rFonts w:ascii="Georgia" w:hAnsi="Georgia" w:cs="Georgia" w:eastAsia="Georgia"/>
          <w:b w:val="0"/>
          <w:i w:val="0"/>
          <w:sz w:val="22"/>
        </w:rPr>
        <w:t>Ms Pillay said forces sent to quash violence in the northern state were reported to be targeting Muslims…….. "We have been receiving a stream of reports from independent sources alleging discriminatory and arbitrary responses by security forces, and even their instigation and involvement in clashes," Ms Pillay, the UN High Commissioner for Human Rights, said.</w:t>
      </w:r>
    </w:p>
    <w:p>
      <w:pPr>
        <w:spacing w:before="0" w:after="120" w:line="300" w:lineRule="exact"/>
        <w:jc w:val="both"/>
      </w:pPr>
      <w:r>
        <w:rPr>
          <w:rFonts w:ascii="Georgia" w:hAnsi="Georgia" w:cs="Georgia" w:eastAsia="Georgia"/>
          <w:b w:val="0"/>
          <w:i w:val="0"/>
          <w:sz w:val="22"/>
        </w:rPr>
        <w:t>"Reports indicate that the initial swift response of the authorities to the communal violence may have turned into a crackdown targeting Muslims, in particular members of the Rohingya community."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BANNING THE QUR'AAN</w:t>
      </w:r>
    </w:p>
    <w:p>
      <w:pPr>
        <w:spacing w:before="0" w:after="160" w:line="300" w:lineRule="exact"/>
        <w:jc w:val="center"/>
      </w:pPr>
      <w:r>
        <w:rPr>
          <w:rFonts w:ascii="Georgia" w:hAnsi="Georgia" w:cs="Georgia" w:eastAsia="Georgia"/>
          <w:b w:val="0"/>
          <w:i/>
          <w:sz w:val="16"/>
        </w:rPr>
        <w:t>Page 2 of the original. Heading read from the printed headline artwork.</w:t>
      </w:r>
    </w:p>
    <w:p>
      <w:pPr>
        <w:spacing w:before="0" w:after="120" w:line="300" w:lineRule="exact"/>
        <w:jc w:val="both"/>
      </w:pPr>
      <w:r>
        <w:rPr>
          <w:rFonts w:ascii="Georgia" w:hAnsi="Georgia" w:cs="Georgia" w:eastAsia="Georgia"/>
          <w:b w:val="0"/>
          <w:i w:val="0"/>
          <w:sz w:val="22"/>
        </w:rPr>
        <w:t>The U.S.A. puppet government of Kerzai in Afghanistan has introduced measures to ban the recitation of certain Aayaat which do not find favour with the U.S. slave-master. Lutfullah Mashai, a representative of the Ministry of Hajj, displaying the evil intent of the Kufr government installed by the U.S.A., said that the Ulama should refrain from reciting in the Musaajid such Qur'aanic verses which castigate the Yahood and Nasaara.</w:t>
      </w:r>
    </w:p>
    <w:p>
      <w:pPr>
        <w:spacing w:before="0" w:after="120" w:line="300" w:lineRule="exact"/>
        <w:jc w:val="both"/>
      </w:pPr>
      <w:r>
        <w:rPr>
          <w:rFonts w:ascii="Georgia" w:hAnsi="Georgia" w:cs="Georgia" w:eastAsia="Georgia"/>
          <w:b w:val="0"/>
          <w:i w:val="0"/>
          <w:sz w:val="22"/>
        </w:rPr>
        <w:t>The Ulama have in effect been ordered to conceal certain Qur'aanic aayat in the same way as the Ulama of Bani Israaeel used to conceal and even remove certain verses from the Tauraah and Injeel. Another Munaafiq representative of the surrogate government, Daje ul Haq Aabed said that the Imaams of the Musaajid should not say anything contrary to the 'national interests', and anyone who is caught doing so will be apprehended and indicted for crime and punished.</w:t>
      </w:r>
    </w:p>
    <w:p>
      <w:pPr>
        <w:spacing w:before="0" w:after="120" w:line="300" w:lineRule="exact"/>
        <w:jc w:val="both"/>
      </w:pPr>
      <w:r>
        <w:rPr>
          <w:rFonts w:ascii="Georgia" w:hAnsi="Georgia" w:cs="Georgia" w:eastAsia="Georgia"/>
          <w:b w:val="0"/>
          <w:i w:val="0"/>
          <w:sz w:val="22"/>
        </w:rPr>
        <w:t>A substantial portion of the Qur'aan Majeed is in conflict with the so-called 'national interest' as interpreted by the munaafiqeen appointed by the U.S.A. to head the surrogate government in Afghanistan. These corrupt munaafiqeen will soon discover that their U.S. master will not be able to protect them from Allah's Punishment.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ARMIES OF ALLAH</w:t>
      </w:r>
    </w:p>
    <w:p>
      <w:pPr>
        <w:spacing w:before="0" w:after="160" w:line="300" w:lineRule="exact"/>
        <w:jc w:val="center"/>
      </w:pPr>
      <w:r>
        <w:rPr>
          <w:rFonts w:ascii="Georgia" w:hAnsi="Georgia" w:cs="Georgia" w:eastAsia="Georgia"/>
          <w:b w:val="0"/>
          <w:i/>
          <w:sz w:val="16"/>
        </w:rPr>
        <w:t>Page 2 of the original. Heading read from the printed headline artwork.</w:t>
      </w:r>
    </w:p>
    <w:p>
      <w:pPr>
        <w:spacing w:before="0" w:after="120" w:line="300" w:lineRule="exact"/>
        <w:jc w:val="both"/>
      </w:pPr>
      <w:r>
        <w:rPr>
          <w:rFonts w:ascii="Georgia" w:hAnsi="Georgia" w:cs="Georgia" w:eastAsia="Georgia"/>
          <w:b w:val="0"/>
          <w:i w:val="0"/>
          <w:sz w:val="22"/>
        </w:rPr>
        <w:t>"And, no one knows the armies of Allah except He." (Al-Muddath-thir, Aayat 31) Ta'ala are innumerable. At His command, an army of insects can destroy all the armies of the super powers. The insects, the wind, rain, earthquakes, floods and a myriad of other creations are constantly at the beck and command of Allah Azza Wa Jal. They all operate in complete subservience to Allah Ta'ala.</w:t>
      </w:r>
    </w:p>
    <w:p>
      <w:pPr>
        <w:spacing w:before="0" w:after="120" w:line="300" w:lineRule="exact"/>
        <w:jc w:val="both"/>
      </w:pPr>
      <w:r>
        <w:rPr>
          <w:rFonts w:ascii="Georgia" w:hAnsi="Georgia" w:cs="Georgia" w:eastAsia="Georgia"/>
          <w:b w:val="0"/>
          <w:i w:val="0"/>
          <w:sz w:val="22"/>
        </w:rPr>
        <w:t>For the destruction of the nuclear arsenals of the super powers, there is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no need for Muslims to be in possession of similar weapons.</w:t>
      </w:r>
    </w:p>
    <w:p>
      <w:pPr>
        <w:spacing w:before="0" w:after="160" w:line="300" w:lineRule="exact"/>
        <w:jc w:val="center"/>
      </w:pPr>
      <w:r>
        <w:rPr>
          <w:rFonts w:ascii="Georgia" w:hAnsi="Georgia" w:cs="Georgia" w:eastAsia="Georgia"/>
          <w:b w:val="0"/>
          <w:i/>
          <w:sz w:val="16"/>
        </w:rPr>
        <w:t>Page 2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no need for Muslims to be in possession of similar weapons. What Muslims require is the Nusrat (Aid) of Allah Ta'ala. But this Nusrat is being denied on account of the high treason which the greater part of the Ummah is committing. Reporting a small action of a tiny army of Allah Ta'ala, the BBC News says: "At least 19 Indian paramilitary troops were swarmed and badly stung by bees while on a counter-insurgency operation against Maoist rebels in Chhattisgarh state.</w:t>
      </w:r>
    </w:p>
    <w:p>
      <w:pPr>
        <w:spacing w:before="0" w:after="120" w:line="300" w:lineRule="exact"/>
        <w:jc w:val="both"/>
      </w:pPr>
      <w:r>
        <w:rPr>
          <w:rFonts w:ascii="Georgia" w:hAnsi="Georgia" w:cs="Georgia" w:eastAsia="Georgia"/>
          <w:b w:val="0"/>
          <w:i w:val="0"/>
          <w:sz w:val="22"/>
        </w:rPr>
        <w:t>The troops were clearing landmines in the dense forests of Narayanpur district when they were attacked. Four of the soldiers were in "real bad state" with serious swelling on their faces and hands", police said. Officials said that on Sunday afternoon a storm in the area is believed to have knocked a tree or a branch onto a bee hive while the paramilitary police were combing the area for landmines.</w:t>
      </w:r>
    </w:p>
    <w:p>
      <w:pPr>
        <w:spacing w:before="0" w:after="120" w:line="300" w:lineRule="exact"/>
        <w:jc w:val="both"/>
      </w:pPr>
      <w:r>
        <w:rPr>
          <w:rFonts w:ascii="Georgia" w:hAnsi="Georgia" w:cs="Georgia" w:eastAsia="Georgia"/>
          <w:b w:val="0"/>
          <w:i w:val="0"/>
          <w:sz w:val="22"/>
        </w:rPr>
        <w:t>Insects and reptiles pose a major problem for the security forces deployed against the Maoists in the forests. According to rough estimates, malaria and insects kill as many security personnel as die in combat against Maoist rebels." Any one from the armies of Allah Ta'ala is capable of destroying the might and power of the entire world of kuffaar put together.</w:t>
      </w:r>
    </w:p>
    <w:p>
      <w:pPr>
        <w:spacing w:before="0" w:after="120" w:line="300" w:lineRule="exact"/>
        <w:jc w:val="both"/>
      </w:pPr>
      <w:r>
        <w:rPr>
          <w:rFonts w:ascii="Georgia" w:hAnsi="Georgia" w:cs="Georgia" w:eastAsia="Georgia"/>
          <w:b w:val="0"/>
          <w:i w:val="0"/>
          <w:sz w:val="22"/>
        </w:rPr>
        <w:t>To destroy Nimrood, the tyrant who had claimed godhood, Allah Ta'ala sent a onelegged mosquito to enter via his nostril. The mosquito obeying the command of Allah Ta'ala, lodged itself in the brain of the tyrant, devouring it and causing excruciating pain to Nimrood. Thus he perished in humiliation. None of the enactments in nature are accidental.</w:t>
      </w:r>
    </w:p>
    <w:p>
      <w:pPr>
        <w:spacing w:before="0" w:after="120" w:line="300" w:lineRule="exact"/>
        <w:jc w:val="both"/>
      </w:pPr>
      <w:r>
        <w:rPr>
          <w:rFonts w:ascii="Georgia" w:hAnsi="Georgia" w:cs="Georgia" w:eastAsia="Georgia"/>
          <w:b w:val="0"/>
          <w:i w:val="0"/>
          <w:sz w:val="22"/>
        </w:rPr>
        <w:t>The storm, the knocking down of the beehive, the attack of the bees on the troops, etc. are all the effects of Allah's command and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SLAUGHTER OF MUSLIMS IN BURMA</w:t>
      </w:r>
    </w:p>
    <w:p>
      <w:pPr>
        <w:spacing w:before="0" w:after="160" w:line="300" w:lineRule="exact"/>
        <w:jc w:val="center"/>
      </w:pPr>
      <w:r>
        <w:rPr>
          <w:rFonts w:ascii="Georgia" w:hAnsi="Georgia" w:cs="Georgia" w:eastAsia="Georgia"/>
          <w:b w:val="0"/>
          <w:i/>
          <w:sz w:val="16"/>
        </w:rPr>
        <w:t>Page 2, 9 of the original. Heading read from the printed headline artwork.</w:t>
      </w:r>
    </w:p>
    <w:p>
      <w:pPr>
        <w:spacing w:before="0" w:after="120" w:line="300" w:lineRule="exact"/>
        <w:jc w:val="both"/>
      </w:pPr>
      <w:r>
        <w:rPr>
          <w:rFonts w:ascii="Georgia" w:hAnsi="Georgia" w:cs="Georgia" w:eastAsia="Georgia"/>
          <w:b w:val="0"/>
          <w:i w:val="0"/>
          <w:sz w:val="22"/>
        </w:rPr>
        <w:t>(By Islaah Publications) "After reading and watching helplessly the recent massacre of minority Burmese Muslims by the Buddhist majority, let not another hypocrite sing that phoney and repugnant 'song' about Buddhists being "peaceful." In June 2012, hundreds Burmese Muslims have been butchered, and many more injured and made homeless in Burma as a result religious intolerance by the Buddhist majority.</w:t>
      </w:r>
    </w:p>
    <w:p>
      <w:pPr>
        <w:spacing w:before="0" w:after="120" w:line="300" w:lineRule="exact"/>
        <w:jc w:val="both"/>
      </w:pPr>
      <w:r>
        <w:rPr>
          <w:rFonts w:ascii="Georgia" w:hAnsi="Georgia" w:cs="Georgia" w:eastAsia="Georgia"/>
          <w:b w:val="0"/>
          <w:i w:val="0"/>
          <w:sz w:val="22"/>
        </w:rPr>
        <w:t>The Burmese military government, far from trying to resolve the problem and pro- tect the minority, has been silently conniving with the rioters by creating greater hardships for the Muslim minority. The reason of this June 2012 riot is unknown except for the periodical outbursts of the Burmese Buddhists to show their might and vent their anger on the helpless minority.</w:t>
      </w:r>
    </w:p>
    <w:p>
      <w:pPr>
        <w:spacing w:before="0" w:after="120" w:line="300" w:lineRule="exact"/>
        <w:jc w:val="both"/>
      </w:pPr>
      <w:r>
        <w:rPr>
          <w:rFonts w:ascii="Georgia" w:hAnsi="Georgia" w:cs="Georgia" w:eastAsia="Georgia"/>
          <w:b w:val="0"/>
          <w:i w:val="0"/>
          <w:sz w:val="22"/>
        </w:rPr>
        <w:t>It is commonly accepted that the June 2012 massacre of Burmese Muslims was intentionally orchestrated by the rioters in collaboration with the government. Yet the world, including the UN, is conveniently silent. The brazenly hypocritical and unscrupulous woman, Aung San Suu Kyi, is very prompt at accusing the Burmese military of human rights violations when she is under house arrest.</w:t>
      </w:r>
    </w:p>
    <w:p>
      <w:pPr>
        <w:spacing w:before="0" w:after="120" w:line="300" w:lineRule="exact"/>
        <w:jc w:val="both"/>
      </w:pPr>
      <w:r>
        <w:rPr>
          <w:rFonts w:ascii="Georgia" w:hAnsi="Georgia" w:cs="Georgia" w:eastAsia="Georgia"/>
          <w:b w:val="0"/>
          <w:i w:val="0"/>
          <w:sz w:val="22"/>
        </w:rPr>
        <w:t>But she finds nothing wrong when the military helps the Buddhist mobs to murder the innocent Muslim minority of her country. As in India, anti-Muslim riots are nothing unusual in Burma. Violence in Burma against Muslims have been erupting periodically since the 1920s based simply on religious intolerance by the Buddhist majority. The Muslims of Burma mainly belong to the Arakan state in western Burma.</w:t>
      </w:r>
    </w:p>
    <w:p>
      <w:pPr>
        <w:spacing w:before="0" w:after="120" w:line="300" w:lineRule="exact"/>
        <w:jc w:val="both"/>
      </w:pPr>
      <w:r>
        <w:rPr>
          <w:rFonts w:ascii="Georgia" w:hAnsi="Georgia" w:cs="Georgia" w:eastAsia="Georgia"/>
          <w:b w:val="0"/>
          <w:i w:val="0"/>
          <w:sz w:val="22"/>
        </w:rPr>
        <w:t>They are known as Rohingya or Burmese Muslims. The term "Rohingya" has been derived from the Arabic word "Raham" meaning sympathy. Muslim settlements began being established in the Arakan province of Burma since the arrival of the Arabs in the 8th century. Presently about 800,000 Rohingya live in Burma. The United Nations describes them as "one of the world's most persecuted minorities." Yet it has never bothered to help them.</w:t>
      </w:r>
    </w:p>
    <w:p>
      <w:pPr>
        <w:spacing w:before="0" w:after="120" w:line="300" w:lineRule="exact"/>
        <w:jc w:val="both"/>
      </w:pPr>
      <w:r>
        <w:rPr>
          <w:rFonts w:ascii="Georgia" w:hAnsi="Georgia" w:cs="Georgia" w:eastAsia="Georgia"/>
          <w:b w:val="0"/>
          <w:i w:val="0"/>
          <w:sz w:val="22"/>
        </w:rPr>
        <w:t>Religious freedom for Muslims in Burma has been systematically curbed. In the post 9/11 era, random accusations of "terrorism" against Muslims have become a common form of persecution and harassment by Burmese Buddhists. Burmese Government does not consider Rohingya Muslims as citizens and they are hated by the Buddhist majority. Rohingya Muslims in Burma have long demanded recognition as an indigenous ethnic group with full citizenship by birthright.</w:t>
      </w:r>
    </w:p>
    <w:p>
      <w:pPr>
        <w:spacing w:before="0" w:after="120" w:line="300" w:lineRule="exact"/>
        <w:jc w:val="both"/>
      </w:pPr>
      <w:r>
        <w:rPr>
          <w:rFonts w:ascii="Georgia" w:hAnsi="Georgia" w:cs="Georgia" w:eastAsia="Georgia"/>
          <w:b w:val="0"/>
          <w:i w:val="0"/>
          <w:sz w:val="22"/>
        </w:rPr>
        <w:t>But the Government regards them as illegal immigrants from neighboring Bangladesh and denies them citizenship. "Nobel Prize winner," Aung San Suu Kyi, does not consider Muslims as citizens. Speaking at London School of Economics meeting on June 2012 during her visit to the UK, she said "Rohingya Muslims should not be considered citizens." Later during her press conference at Downing Street, she did not condemn the killings of Rohingya Muslims taking place in Burma.</w:t>
      </w:r>
    </w:p>
    <w:p>
      <w:pPr>
        <w:spacing w:before="0" w:after="120" w:line="300" w:lineRule="exact"/>
        <w:jc w:val="both"/>
      </w:pPr>
      <w:r>
        <w:rPr>
          <w:rFonts w:ascii="Georgia" w:hAnsi="Georgia" w:cs="Georgia" w:eastAsia="Georgia"/>
          <w:b w:val="0"/>
          <w:i w:val="0"/>
          <w:sz w:val="22"/>
        </w:rPr>
        <w:t>Instead, she simply said that this "ethnic conflict should be investigated and dealt with wisdom." It wasn't just an insufficient response but a very shocking one from someone supposed to have won a "Noble Peace Prize." The notorious master hypocrite and undercover CIA agent, Dalai Lama, continues to globe trot without mentioning a single word of the dangerously growing Buddhist intolerance in Burma, Thailand, Tibet and across the world.</w:t>
      </w:r>
    </w:p>
    <w:p>
      <w:pPr>
        <w:spacing w:before="0" w:after="120" w:line="300" w:lineRule="exact"/>
        <w:jc w:val="both"/>
      </w:pPr>
      <w:r>
        <w:rPr>
          <w:rFonts w:ascii="Georgia" w:hAnsi="Georgia" w:cs="Georgia" w:eastAsia="Georgia"/>
          <w:b w:val="0"/>
          <w:i w:val="0"/>
          <w:sz w:val="22"/>
        </w:rPr>
        <w:t>Such intolerance and persecution invariably result in resistance by the oppressed. Many Muslims have joined armed resistance groups, fighting for greater freedom in Burma. On June 3rd 2012, eight Muslims returning to Rangoon in a bus after visiting a Masjid in the Arakan province were attacked by a mob of hundreds of Buddhists and slaughtered brutally.</w:t>
      </w:r>
    </w:p>
    <w:p>
      <w:pPr>
        <w:spacing w:before="0" w:after="120" w:line="300" w:lineRule="exact"/>
        <w:jc w:val="both"/>
      </w:pPr>
      <w:r>
        <w:rPr>
          <w:rFonts w:ascii="Georgia" w:hAnsi="Georgia" w:cs="Georgia" w:eastAsia="Georgia"/>
          <w:b w:val="0"/>
          <w:i w:val="0"/>
          <w:sz w:val="22"/>
        </w:rPr>
        <w:t>An eye-witness reported that after the mass murder "the culprits were celebrating triumph spitting and tossing wine and alcohol on the dead bodies lying on the road." "These innocent people have been killed like animals," said Abu Tahay, of the National Democratic Party for Development, which represents the country's much-persecuted stateless Muslim Rohingya community.</w:t>
      </w:r>
    </w:p>
    <w:p>
      <w:pPr>
        <w:spacing w:before="0" w:after="120" w:line="300" w:lineRule="exact"/>
        <w:jc w:val="both"/>
      </w:pPr>
      <w:r>
        <w:rPr>
          <w:rFonts w:ascii="Georgia" w:hAnsi="Georgia" w:cs="Georgia" w:eastAsia="Georgia"/>
          <w:b w:val="0"/>
          <w:i w:val="0"/>
          <w:sz w:val="22"/>
        </w:rPr>
        <w:t>The Rohingya Muslims of Burma have continued to suffer from human rights violations under the Burmese junta since 1970s. Over the years thousands of Rohingya refugees have fled to neighbouring countries like Thailand, Indonesia and Bangladesh etc. Even as refugees they have been facing hardships and have suffered persecution by the Thai government.</w:t>
      </w:r>
    </w:p>
    <w:p>
      <w:pPr>
        <w:spacing w:before="0" w:after="120" w:line="300" w:lineRule="exact"/>
        <w:jc w:val="both"/>
      </w:pPr>
      <w:r>
        <w:rPr>
          <w:rFonts w:ascii="Georgia" w:hAnsi="Georgia" w:cs="Georgia" w:eastAsia="Georgia"/>
          <w:b w:val="0"/>
          <w:i w:val="0"/>
          <w:sz w:val="22"/>
        </w:rPr>
        <w:t>In February 2009, a group of 5 boats packed with Burmese Rohingya Muslims were taken out and abandoned in the open sea by the Thai army. Four of these boats sank in a storm and one was washed ashore near the Indonesian islands. The few survivors who were rescued by Indonesian authorities told horrific stories of being captured and beaten by the Thai military and then abandoned at open sea.</w:t>
      </w:r>
    </w:p>
    <w:p>
      <w:pPr>
        <w:spacing w:before="0" w:after="120" w:line="300" w:lineRule="exact"/>
        <w:jc w:val="both"/>
      </w:pPr>
      <w:r>
        <w:rPr>
          <w:rFonts w:ascii="Georgia" w:hAnsi="Georgia" w:cs="Georgia" w:eastAsia="Georgia"/>
          <w:b w:val="0"/>
          <w:i w:val="0"/>
          <w:sz w:val="22"/>
        </w:rPr>
        <w:t>Being "peaceful" or "humble" (as claimed by their biased supporters) is a far cry concerning the Burmese Buddhists. Their vindictive temperament prowls for vendetta, waiting to use even the most insignificant occurrence as an excuse to perpetrate violence on Burmese Muslims. At any time, if there's some ethnic disturbance between Muslims and Buddhists/Hindus in any other country, the Burmese Buddhists waste no time going on a murderous spry killing the Muslim minority in Burma.</w:t>
      </w:r>
    </w:p>
    <w:p>
      <w:pPr>
        <w:spacing w:before="0" w:after="120" w:line="300" w:lineRule="exact"/>
        <w:jc w:val="both"/>
      </w:pPr>
      <w:r>
        <w:rPr>
          <w:rFonts w:ascii="Georgia" w:hAnsi="Georgia" w:cs="Georgia" w:eastAsia="Georgia"/>
          <w:b w:val="0"/>
          <w:i w:val="0"/>
          <w:sz w:val="22"/>
        </w:rPr>
        <w:t>If there is the slightest of trouble between Muslims and non-Muslims in Indonesia, it's taken as a pretext to kill Muslims in Burma by Buddhist mobs. The destruction of the statues in Bamiyan (Afghanistan), created an immediate excuse to commit violence against Muslims in Burma in 2001. The firebrand Buddhist monks demanded a Muslim masjid to be destroyed in retaliation.</w:t>
      </w:r>
    </w:p>
    <w:p>
      <w:pPr>
        <w:spacing w:before="0" w:after="120" w:line="300" w:lineRule="exact"/>
        <w:jc w:val="both"/>
      </w:pPr>
      <w:r>
        <w:rPr>
          <w:rFonts w:ascii="Georgia" w:hAnsi="Georgia" w:cs="Georgia" w:eastAsia="Georgia"/>
          <w:b w:val="0"/>
          <w:i w:val="0"/>
          <w:sz w:val="22"/>
        </w:rPr>
        <w:t>Mobs of Buddhists led by monks, vandalized Muslim-owned businesses and property in Burma, and attacked and killed Muslims in Muslim communities. Gruesome images of murdered Rohingya Muslims in the recent June 2012 riots in Burma have been circulated on websites, resulting in protests in several Muslim countries and by various human rights activists around the world demanding justice &amp; protection in Burma for the minority, but has fallen on deaf ears as usual, getting little or no coverage from mainstream news channels."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AN EPISODE IN A U.S. KANGAROO COURT</w:t>
      </w:r>
    </w:p>
    <w:p>
      <w:pPr>
        <w:spacing w:before="0" w:after="160" w:line="300" w:lineRule="exact"/>
        <w:jc w:val="center"/>
      </w:pPr>
      <w:r>
        <w:rPr>
          <w:rFonts w:ascii="Georgia" w:hAnsi="Georgia" w:cs="Georgia" w:eastAsia="Georgia"/>
          <w:b w:val="0"/>
          <w:i/>
          <w:sz w:val="16"/>
        </w:rPr>
        <w:t>Page 2 of the original. Heading read from the printed headline artwork.</w:t>
      </w:r>
    </w:p>
    <w:p>
      <w:pPr>
        <w:spacing w:before="0" w:after="120" w:line="300" w:lineRule="exact"/>
        <w:jc w:val="both"/>
      </w:pPr>
      <w:r>
        <w:rPr>
          <w:rFonts w:ascii="Georgia" w:hAnsi="Georgia" w:cs="Georgia" w:eastAsia="Georgia"/>
          <w:b w:val="0"/>
          <w:i w:val="0"/>
          <w:sz w:val="22"/>
        </w:rPr>
        <w:t>In a U.S. military kangaroo court where some Muslims are being tried after having been subjected to years of brutal torture in Guantanamo torture facility, one of the defence lawyers, a female, appeared with a headscarf. Reporting the incident, as explained by Santa Barbara, AlJazeera states: "A defendant lawyer, Cheryl Bormann, appeared in the court room with a headscarf and Islamic-style dress, claiming to show respect for her client's religious faith, even though she is not a Muslim.</w:t>
      </w:r>
    </w:p>
    <w:p>
      <w:pPr>
        <w:spacing w:before="0" w:after="120" w:line="300" w:lineRule="exact"/>
        <w:jc w:val="both"/>
      </w:pPr>
      <w:r>
        <w:rPr>
          <w:rFonts w:ascii="Georgia" w:hAnsi="Georgia" w:cs="Georgia" w:eastAsia="Georgia"/>
          <w:b w:val="0"/>
          <w:i w:val="0"/>
          <w:sz w:val="22"/>
        </w:rPr>
        <w:t>Furthermore, she re- quested the court to order other women to follow her example, at least in dressing modestly, so that the defendants do not have to avert their eyes "for fear of committing a sin under their faith". She particularly blamed one of the female prosecutors whom she contended was dressing inappropriately, as she was wearing a skirt.</w:t>
      </w:r>
    </w:p>
    <w:p>
      <w:pPr>
        <w:spacing w:before="0" w:after="120" w:line="300" w:lineRule="exact"/>
        <w:jc w:val="both"/>
      </w:pPr>
      <w:r>
        <w:rPr>
          <w:rFonts w:ascii="Georgia" w:hAnsi="Georgia" w:cs="Georgia" w:eastAsia="Georgia"/>
          <w:b w:val="0"/>
          <w:i w:val="0"/>
          <w:sz w:val="22"/>
        </w:rPr>
        <w:t>The US Military Commissions at Guantanamo are under strict scrutiny by liberal lawyers due to various genuine problems, but no one expected such a demand."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Whilst a valid Jihad is being waged against the U.S.</w:t>
      </w:r>
    </w:p>
    <w:p>
      <w:pPr>
        <w:spacing w:before="0" w:after="160" w:line="300" w:lineRule="exact"/>
        <w:jc w:val="center"/>
      </w:pPr>
      <w:r>
        <w:rPr>
          <w:rFonts w:ascii="Georgia" w:hAnsi="Georgia" w:cs="Georgia" w:eastAsia="Georgia"/>
          <w:b w:val="0"/>
          <w:i/>
          <w:sz w:val="16"/>
        </w:rPr>
        <w:t>Page 2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Whilst a valid Jihad is being waged against the U.S. and Nato invaders in Afghanistan, the conflagration which has engulfed Syria, Iraq, Egypt and Libya is total anarchy and chaos. Killing and plunder are the order of the day, especially in Syria currently. The upheavals in these lands have no Deeni base. The objective of the so-called Free Syrian Army battling the brutal regime of the tyrant, Assad, is only to topple the present kaafir regime, and to substitute it with another kufr regime.</w:t>
      </w:r>
    </w:p>
    <w:p>
      <w:pPr>
        <w:spacing w:before="0" w:after="120" w:line="300" w:lineRule="exact"/>
        <w:jc w:val="both"/>
      </w:pPr>
      <w:r>
        <w:rPr>
          <w:rFonts w:ascii="Georgia" w:hAnsi="Georgia" w:cs="Georgia" w:eastAsia="Georgia"/>
          <w:b w:val="0"/>
          <w:i w:val="0"/>
          <w:sz w:val="22"/>
        </w:rPr>
        <w:t>Colonel Nimah of the Free Syrian Army told BBC News: "The jihadist ideology contradicts with what the FSA is fighting for." The FSA is fighting for the illegitimate creature called "American democracy". The same scenarios which are prevailing in Iraq, Libya, Egypt and Tunisia will be the ultimate consequence of the destruction of the villainous, barbaric regime of Assad.</w:t>
      </w:r>
    </w:p>
    <w:p>
      <w:pPr>
        <w:spacing w:before="0" w:after="120" w:line="300" w:lineRule="exact"/>
        <w:jc w:val="both"/>
      </w:pPr>
      <w:r>
        <w:rPr>
          <w:rFonts w:ascii="Georgia" w:hAnsi="Georgia" w:cs="Georgia" w:eastAsia="Georgia"/>
          <w:b w:val="0"/>
          <w:i w:val="0"/>
          <w:sz w:val="22"/>
        </w:rPr>
        <w:t>Whilst many Arab Mujaahideen have filtered into Syria and are fighting alongside the FSA, their motives of Jihad will not yield the desired fruit. Baatil and Haq cannot strike a compromise. Kufr and Imaan are poles apart. The one is the antithesis of the other. Whilst these forces with antagonistic ideologies may strike up a temporary alliance in the face of the common enemy (Assad), the pact is doomed to fail with the Mujaahideen suffering the same fate as they had in Bosnia and Iraq.</w:t>
      </w:r>
    </w:p>
    <w:p>
      <w:pPr>
        <w:spacing w:before="0" w:after="120" w:line="300" w:lineRule="exact"/>
        <w:jc w:val="both"/>
      </w:pPr>
      <w:r>
        <w:rPr>
          <w:rFonts w:ascii="Georgia" w:hAnsi="Georgia" w:cs="Georgia" w:eastAsia="Georgia"/>
          <w:b w:val="0"/>
          <w:i w:val="0"/>
          <w:sz w:val="22"/>
        </w:rPr>
        <w:t>Currently, the U.S.A and the western powers are tolerating the presence of the Mujaahideen in Syria since the objective of the West is to eliminate Assad, and to achieve this aim, the Arab Mujaahideen are being tolerated and used. Joining forces with kuffaar (viz. the FSA in this case) is not Islamically logical. After the elimination of Assad, the FSA with its western backers and supporters will first turn their sights on the Arab Mujaahideen who will be hounded, rounded up, killed and expelled on the Al-Qaidah pretext.</w:t>
      </w:r>
    </w:p>
    <w:p>
      <w:pPr>
        <w:spacing w:before="0" w:after="120" w:line="300" w:lineRule="exact"/>
        <w:jc w:val="both"/>
      </w:pPr>
      <w:r>
        <w:rPr>
          <w:rFonts w:ascii="Georgia" w:hAnsi="Georgia" w:cs="Georgia" w:eastAsia="Georgia"/>
          <w:b w:val="0"/>
          <w:i w:val="0"/>
          <w:sz w:val="22"/>
        </w:rPr>
        <w:t>The ta'leem of Islam is conspicuous. Jihad is only for the sake of Allah Ta'ala – to establish the Deen on earth, and to endeavour to achieve salvation for humanity in the Hereafter. There is no other motive for Jihad. Muslims, therefore, have only two options – Jihad or Sabr. If they have the power to wage Jihad, then this option is Waajib.</w:t>
      </w:r>
    </w:p>
    <w:p>
      <w:pPr>
        <w:spacing w:before="0" w:after="120" w:line="300" w:lineRule="exact"/>
        <w:jc w:val="both"/>
      </w:pPr>
      <w:r>
        <w:rPr>
          <w:rFonts w:ascii="Georgia" w:hAnsi="Georgia" w:cs="Georgia" w:eastAsia="Georgia"/>
          <w:b w:val="0"/>
          <w:i w:val="0"/>
          <w:sz w:val="22"/>
        </w:rPr>
        <w:t>If they lack this power, then the next option is Sabr. During the Sabr option, it is Waajib to concentrate on moral reformation and spiritual progress. When the greater part of the Ummah has achieved a substantial degree of morality and spirituality, then Allah Ta'ala will create the appropriate circumstances for the domination of Islam. And for this achievement the aid of kuffaar and fussaaq regimes and forces is not required.</w:t>
      </w:r>
    </w:p>
    <w:p>
      <w:pPr>
        <w:spacing w:before="0" w:after="120" w:line="300" w:lineRule="exact"/>
        <w:jc w:val="both"/>
      </w:pPr>
      <w:r>
        <w:rPr>
          <w:rFonts w:ascii="Georgia" w:hAnsi="Georgia" w:cs="Georgia" w:eastAsia="Georgia"/>
          <w:b w:val="0"/>
          <w:i w:val="0"/>
          <w:sz w:val="22"/>
        </w:rPr>
        <w:t>The only requisite is the Nusrat (Aid) of Allah Azza Wa Jal - Aid which Allah Ta'ala is currently withholding from the Ummah on account of the high treason of transgression in which the Ummah is grounded.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MASSIVE DECEPTION OF THE U.S. MILITARY LEADERS</w:t>
      </w:r>
    </w:p>
    <w:p>
      <w:pPr>
        <w:spacing w:before="0" w:after="160" w:line="300" w:lineRule="exact"/>
        <w:jc w:val="center"/>
      </w:pPr>
      <w:r>
        <w:rPr>
          <w:rFonts w:ascii="Georgia" w:hAnsi="Georgia" w:cs="Georgia" w:eastAsia="Georgia"/>
          <w:b w:val="0"/>
          <w:i/>
          <w:sz w:val="16"/>
        </w:rPr>
        <w:t>Page 3 of the original. Heading read from the printed headline artwork.</w:t>
      </w:r>
    </w:p>
    <w:p>
      <w:pPr>
        <w:spacing w:before="0" w:after="120" w:line="300" w:lineRule="exact"/>
        <w:jc w:val="both"/>
      </w:pPr>
      <w:r>
        <w:rPr>
          <w:rFonts w:ascii="Georgia" w:hAnsi="Georgia" w:cs="Georgia" w:eastAsia="Georgia"/>
          <w:b w:val="0"/>
          <w:i w:val="0"/>
          <w:sz w:val="22"/>
        </w:rPr>
        <w:t>(Extracts from an 84-page detailed re- port on the huge failure of the U.S. in Afghanistan prepared by a serving Lieutenant-Colonel in the U.S. Army) * "In June 2010, the Acting Minister of Interior told the press that only 9 of Afghanistan's 364 districts were considered safe." * "No ISAF nation provides meaningful transparency and reporting to its legislature and people." * "In the overview of his report, Cordesman (an ardent supporter and friend of the U.S.A. – Al-Haq) wrote: "The first report in this series of highlights of some of the metrics that reflect a consistent failure to properly resource the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Afghan campaign and to react to the growth of the Taliban, the al-Qaeda sanctuary in…</w:t>
      </w:r>
    </w:p>
    <w:p>
      <w:pPr>
        <w:spacing w:before="0" w:after="160" w:line="300" w:lineRule="exact"/>
        <w:jc w:val="center"/>
      </w:pPr>
      <w:r>
        <w:rPr>
          <w:rFonts w:ascii="Georgia" w:hAnsi="Georgia" w:cs="Georgia" w:eastAsia="Georgia"/>
          <w:b w:val="0"/>
          <w:i/>
          <w:sz w:val="16"/>
        </w:rPr>
        <w:t>Page 3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Afghan campaign and to react to the growth of the Taliban, the al-Qaeda sanctuary in Pakistan, and the failure of the Afghan government. These failures were driven in party by the lack of unity and realism in ISAF….They also, however, were driven by political decisions to ignore or understate Taliban and insurgent gains from 2001 to 2009, to ignore the problems caused by weak and corrupt Afghan governance, to understate the risks posed by sanctuaries in Pakistan, and to spin the value of tactical ISAF victories while ignoring the steady growth of Taliban influence and control." * "In fact, despite the fact we had 94,000 to 100,000 American military personnel on the ground in Afghanistan from May 2010 through December 2011, the violence continued to rise at almost the same rate it had risen since 2005 all the way through the summer of 2011." * "The senior military leaders have been remarkably successful in achieving their desires; but as a result, our country has squandered almost a full decade in which it might have made noteworthy advancements in its force structure, has continued pursuing a military strategy that has proven to be an abysmal failure during a time when effective outcomes night have been found, worst of all, has cost the lives and limbs of tens of thousands of American Service Members – and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reportedly deprived hundreds of thousands more of their psychological and emotional…</w:t>
      </w:r>
    </w:p>
    <w:p>
      <w:pPr>
        <w:spacing w:before="0" w:after="160" w:line="300" w:lineRule="exact"/>
        <w:jc w:val="center"/>
      </w:pPr>
      <w:r>
        <w:rPr>
          <w:rFonts w:ascii="Georgia" w:hAnsi="Georgia" w:cs="Georgia" w:eastAsia="Georgia"/>
          <w:b w:val="0"/>
          <w:i/>
          <w:sz w:val="16"/>
        </w:rPr>
        <w:t>Page 3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reportedly deprived hundreds of thousands more of their psychological and emotional wellbeing." (Emphasis ours – Al-Haq) This information reveals the extent of American losses. They have lost tens of thousands of their men according to this senior U.S. military personnel. As much as they are labouring to conceal the magnitude of their losses, they have failed. – Al-Haq * "….Thus over the next three years there were no more than 5 or 6% troops deployed, yet the number of insurgent attacks, the number of IEDs, the number of US wounded and US killed all continued to rise on a month-by-month comparison until this past summer."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 THE JIHAD IN YEMEN</w:t>
      </w:r>
    </w:p>
    <w:p>
      <w:pPr>
        <w:spacing w:before="0" w:after="160" w:line="300" w:lineRule="exact"/>
        <w:jc w:val="center"/>
      </w:pPr>
      <w:r>
        <w:rPr>
          <w:rFonts w:ascii="Georgia" w:hAnsi="Georgia" w:cs="Georgia" w:eastAsia="Georgia"/>
          <w:b w:val="0"/>
          <w:i/>
          <w:sz w:val="16"/>
        </w:rPr>
        <w:t>Page 3 of the original. Heading read from the printed headline artwork.</w:t>
      </w:r>
    </w:p>
    <w:p>
      <w:pPr>
        <w:spacing w:before="0" w:after="120" w:line="300" w:lineRule="exact"/>
        <w:jc w:val="both"/>
      </w:pPr>
      <w:r>
        <w:rPr>
          <w:rFonts w:ascii="Georgia" w:hAnsi="Georgia" w:cs="Georgia" w:eastAsia="Georgia"/>
          <w:b w:val="0"/>
          <w:i w:val="0"/>
          <w:sz w:val="22"/>
        </w:rPr>
        <w:t>The situation in Yemen is unclear. Several months ago the Mujaahideen had made substantial gains. The town of Jaar which the Mujaahideen had captured and renamed Waqaar last year, has been retaken by the enemies of the Deen. The Mujaahideen appear to have suffered other losses as well. May Allah Ta'ala send His aid to the Mujaahideen.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ARMIES OF ALLAH</w:t>
      </w:r>
    </w:p>
    <w:p>
      <w:pPr>
        <w:spacing w:before="0" w:after="160" w:line="300" w:lineRule="exact"/>
        <w:jc w:val="center"/>
      </w:pPr>
      <w:r>
        <w:rPr>
          <w:rFonts w:ascii="Georgia" w:hAnsi="Georgia" w:cs="Georgia" w:eastAsia="Georgia"/>
          <w:b w:val="0"/>
          <w:i/>
          <w:sz w:val="16"/>
        </w:rPr>
        <w:t>Page 3 of the original. Heading read from the printed headline artwork.</w:t>
      </w:r>
    </w:p>
    <w:p>
      <w:pPr>
        <w:spacing w:before="0" w:after="120" w:line="300" w:lineRule="exact"/>
        <w:jc w:val="both"/>
      </w:pPr>
      <w:r>
        <w:rPr>
          <w:rFonts w:ascii="Georgia" w:hAnsi="Georgia" w:cs="Georgia" w:eastAsia="Georgia"/>
          <w:b w:val="0"/>
          <w:i w:val="0"/>
          <w:sz w:val="22"/>
        </w:rPr>
        <w:t>direct intervention. In this regard the Qur'aan Majeed states: "By Him are the keys of the unseen realms. No one, but He is aware of it. And, He Knows what is in the land and the ocean, and not a leaf drops (from a tree), but He is aware of it, and there is not a seed in the darkness of the earth nor anything moist or dry, but it is (recorded) in a clear book." (Al-An'aam, Aayat 59) So, remember and understand that there are absolutely no accidents in Allah's creation.</w:t>
      </w:r>
    </w:p>
    <w:p>
      <w:pPr>
        <w:spacing w:before="0" w:after="120" w:line="300" w:lineRule="exact"/>
        <w:jc w:val="both"/>
      </w:pPr>
      <w:r>
        <w:rPr>
          <w:rFonts w:ascii="Georgia" w:hAnsi="Georgia" w:cs="Georgia" w:eastAsia="Georgia"/>
          <w:b w:val="0"/>
          <w:i w:val="0"/>
          <w:sz w:val="22"/>
        </w:rPr>
        <w:t>Even the worm under the sand eats and crawls by Allah's command. How then can all the momentous upheavals occurring around us be events beyond the decree of Allah Azza Wa Jal? "And, only the people of intelligence derive lesson." (Qur'aan)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U.S. KANGAROO COURTS</w:t>
      </w:r>
    </w:p>
    <w:p>
      <w:pPr>
        <w:spacing w:before="0" w:after="160" w:line="300" w:lineRule="exact"/>
        <w:jc w:val="center"/>
      </w:pPr>
      <w:r>
        <w:rPr>
          <w:rFonts w:ascii="Georgia" w:hAnsi="Georgia" w:cs="Georgia" w:eastAsia="Georgia"/>
          <w:b w:val="0"/>
          <w:i/>
          <w:sz w:val="16"/>
        </w:rPr>
        <w:t>Page 3 of the original. Heading read from the printed headline artwork.</w:t>
      </w:r>
    </w:p>
    <w:p>
      <w:pPr>
        <w:spacing w:before="0" w:after="120" w:line="300" w:lineRule="exact"/>
        <w:jc w:val="both"/>
      </w:pPr>
      <w:r>
        <w:rPr>
          <w:rFonts w:ascii="Georgia" w:hAnsi="Georgia" w:cs="Georgia" w:eastAsia="Georgia"/>
          <w:b w:val="0"/>
          <w:i w:val="0"/>
          <w:sz w:val="22"/>
        </w:rPr>
        <w:t>EXTENSION OF GUANTANAMO TORTURE FACILITY The U.S. military tribunal at Guantanamo Bay cannever be termed a court of law by any civilized standards. The kangaroo tribunal forbids the five Muslims on trial from mentioning the years of torture they had endured at the Guantanamo torture site. The defense lawyers have claimed that the 'court' is censoring the evidence.</w:t>
      </w:r>
    </w:p>
    <w:p>
      <w:pPr>
        <w:spacing w:before="0" w:after="120" w:line="300" w:lineRule="exact"/>
        <w:jc w:val="both"/>
      </w:pPr>
      <w:r>
        <w:rPr>
          <w:rFonts w:ascii="Georgia" w:hAnsi="Georgia" w:cs="Georgia" w:eastAsia="Georgia"/>
          <w:b w:val="0"/>
          <w:i w:val="0"/>
          <w:sz w:val="22"/>
        </w:rPr>
        <w:t>They complained of the "assembly line justice" protected by a "veil of secrecy".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Sheikh Khalid Mohammed's lawyer, David Nevin, said that everything is being done to…</w:t>
      </w:r>
    </w:p>
    <w:p>
      <w:pPr>
        <w:spacing w:before="0" w:after="160" w:line="300" w:lineRule="exact"/>
        <w:jc w:val="center"/>
      </w:pPr>
      <w:r>
        <w:rPr>
          <w:rFonts w:ascii="Georgia" w:hAnsi="Georgia" w:cs="Georgia" w:eastAsia="Georgia"/>
          <w:b w:val="0"/>
          <w:i/>
          <w:sz w:val="16"/>
        </w:rPr>
        <w:t>Page 3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Sheikh Khalid Mohammed's lawyer, David Nevin, said that everything is being done to prevent the tribunal from being fair. Under rules of the kangaroo tribunal, lawyers are not allowed to discuss torture with their clients. Mr. Nevin described this as a form of "thought police". James Connell who represents one of the detainees said: "These men have endured years of inhumane treatment and torture.</w:t>
      </w:r>
    </w:p>
    <w:p>
      <w:pPr>
        <w:spacing w:before="0" w:after="120" w:line="300" w:lineRule="exact"/>
        <w:jc w:val="both"/>
      </w:pPr>
      <w:r>
        <w:rPr>
          <w:rFonts w:ascii="Georgia" w:hAnsi="Georgia" w:cs="Georgia" w:eastAsia="Georgia"/>
          <w:b w:val="0"/>
          <w:i w:val="0"/>
          <w:sz w:val="22"/>
        </w:rPr>
        <w:t>This treatment has had serious long-term effects and will ultimately infect every aspect of this military commission tribunal."</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ATTACK ON KABUL</w:t>
      </w:r>
    </w:p>
    <w:p>
      <w:pPr>
        <w:spacing w:before="0" w:after="160" w:line="300" w:lineRule="exact"/>
        <w:jc w:val="center"/>
      </w:pPr>
      <w:r>
        <w:rPr>
          <w:rFonts w:ascii="Georgia" w:hAnsi="Georgia" w:cs="Georgia" w:eastAsia="Georgia"/>
          <w:b w:val="0"/>
          <w:i/>
          <w:sz w:val="16"/>
        </w:rPr>
        <w:t>Page 3 of the original. Heading read from the printed headline artwork.</w:t>
      </w:r>
    </w:p>
    <w:p>
      <w:pPr>
        <w:spacing w:before="0" w:after="120" w:line="300" w:lineRule="exact"/>
        <w:jc w:val="both"/>
      </w:pPr>
      <w:r>
        <w:rPr>
          <w:rFonts w:ascii="Georgia" w:hAnsi="Georgia" w:cs="Georgia" w:eastAsia="Georgia"/>
          <w:b w:val="0"/>
          <w:i w:val="0"/>
          <w:sz w:val="22"/>
        </w:rPr>
        <w:t>(By Lindsey German of Stop the War Coalition) "Has anyone told the media that the NATO forces are losing the war in Afghanistan?" "The capital city, Kabul, supposedly the safest place in the country was faced with a sustained and deadly attack on Sunday which lasted 18 hours and attacked among other places the parliament building, the German and British embassies and NATO headquarters.</w:t>
      </w:r>
    </w:p>
    <w:p>
      <w:pPr>
        <w:spacing w:before="0" w:after="120" w:line="300" w:lineRule="exact"/>
        <w:jc w:val="both"/>
      </w:pPr>
      <w:r>
        <w:rPr>
          <w:rFonts w:ascii="Georgia" w:hAnsi="Georgia" w:cs="Georgia" w:eastAsia="Georgia"/>
          <w:b w:val="0"/>
          <w:i w:val="0"/>
          <w:sz w:val="22"/>
        </w:rPr>
        <w:t>"This was the worst attack in 11 years of war. Dozens of fighters managed to evade elaborate security systems, highly paid western security guards, Afghan army and police, NATO forces, and high levels of electronic surveillance to hole up in a high rise building as their base. ……The Taliban has been confident enough to suspend talk with the occupiers in recent months and to show that it can go on the offensive.</w:t>
      </w:r>
    </w:p>
    <w:p>
      <w:pPr>
        <w:spacing w:before="0" w:after="120" w:line="300" w:lineRule="exact"/>
        <w:jc w:val="both"/>
      </w:pPr>
      <w:r>
        <w:rPr>
          <w:rFonts w:ascii="Georgia" w:hAnsi="Georgia" w:cs="Georgia" w:eastAsia="Georgia"/>
          <w:b w:val="0"/>
          <w:i w:val="0"/>
          <w:sz w:val="22"/>
        </w:rPr>
        <w:t>It does so against a background not of a stabilizing situation but one which is unraveling for NATO. Protests at the burning of the Koran by US soldiers and the murder of 17 Afghan civilians by a US staff sergeant have seen growing opposition to the occupation across wide sections of Afghan society. One aspect of this has been the growing attacks on NATO by Afghan soldiers – the people who are supposed to be their allies and who they are training to replace them by 2014.</w:t>
      </w:r>
    </w:p>
    <w:p>
      <w:pPr>
        <w:spacing w:before="0" w:after="120" w:line="300" w:lineRule="exact"/>
        <w:jc w:val="both"/>
      </w:pPr>
      <w:r>
        <w:rPr>
          <w:rFonts w:ascii="Georgia" w:hAnsi="Georgia" w:cs="Georgia" w:eastAsia="Georgia"/>
          <w:b w:val="0"/>
          <w:i w:val="0"/>
          <w:sz w:val="22"/>
        </w:rPr>
        <w:t>One in 5 of all US soldiers killed this year have died at the hands of the Afghan security forces. Events not going to plan? The plan is not worth the paper it's written on. The surge was meant to weaken Taliban forces so that when they came to the negotiating table they would be more compliant. In fact it is the NATO forces who are on the defensive and NATO governments who are looking for a way out.</w:t>
      </w:r>
    </w:p>
    <w:p>
      <w:pPr>
        <w:spacing w:before="0" w:after="120" w:line="300" w:lineRule="exact"/>
        <w:jc w:val="both"/>
      </w:pPr>
      <w:r>
        <w:rPr>
          <w:rFonts w:ascii="Georgia" w:hAnsi="Georgia" w:cs="Georgia" w:eastAsia="Georgia"/>
          <w:b w:val="0"/>
          <w:i w:val="0"/>
          <w:sz w:val="22"/>
        </w:rPr>
        <w:t>The whole strategy is based on replacing occupying forces with Afghan forces. Few seriously believe that it is working. Meanwhile governments are beginning to bail out. The Australian prime minister has announced an earlier than planned withdrawal for Australian troops."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ANARCHY IN THE ARAB LANDS</w:t>
      </w:r>
    </w:p>
    <w:p>
      <w:pPr>
        <w:spacing w:before="0" w:after="160" w:line="300" w:lineRule="exact"/>
        <w:jc w:val="center"/>
      </w:pPr>
      <w:r>
        <w:rPr>
          <w:rFonts w:ascii="Georgia" w:hAnsi="Georgia" w:cs="Georgia" w:eastAsia="Georgia"/>
          <w:b w:val="0"/>
          <w:i/>
          <w:sz w:val="16"/>
        </w:rPr>
        <w:t>Page 3 of the original. Heading read from the printed headline artwork.</w:t>
      </w:r>
    </w:p>
    <w:p>
      <w:pPr>
        <w:spacing w:before="0" w:after="120" w:line="300" w:lineRule="exact"/>
        <w:jc w:val="both"/>
      </w:pPr>
      <w:r>
        <w:rPr>
          <w:rFonts w:ascii="Georgia" w:hAnsi="Georgia" w:cs="Georgia" w:eastAsia="Georgia"/>
          <w:b w:val="0"/>
          <w:i w:val="0"/>
          <w:sz w:val="22"/>
        </w:rPr>
        <w:t>Without roohaaniyat (the spirituality stemming from healthy Imaan), there will never be any success for Muslims. As long as Muslims reject the Deen of Allah Ta'ala, they will remain bogged down in humiliation and defeat, suc- ceeding only in killing their own kind and remaining the slaves of the Western nations. This is the lamentable scenery in all the Muslim countries, especially the Arab lands.</w:t>
      </w:r>
    </w:p>
    <w:p>
      <w:pPr>
        <w:spacing w:before="0" w:after="120" w:line="300" w:lineRule="exact"/>
        <w:jc w:val="both"/>
      </w:pPr>
      <w:r>
        <w:rPr>
          <w:rFonts w:ascii="Georgia" w:hAnsi="Georgia" w:cs="Georgia" w:eastAsia="Georgia"/>
          <w:b w:val="0"/>
          <w:i w:val="0"/>
          <w:sz w:val="22"/>
        </w:rPr>
        <w:t>The one glimmer of hope is the Taliban in Afghanistan.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DRONES - NOT INVINCIBLE</w:t>
      </w:r>
    </w:p>
    <w:p>
      <w:pPr>
        <w:spacing w:before="0" w:after="160" w:line="300" w:lineRule="exact"/>
        <w:jc w:val="center"/>
      </w:pPr>
      <w:r>
        <w:rPr>
          <w:rFonts w:ascii="Georgia" w:hAnsi="Georgia" w:cs="Georgia" w:eastAsia="Georgia"/>
          <w:b w:val="0"/>
          <w:i/>
          <w:sz w:val="16"/>
        </w:rPr>
        <w:t>Page 3, 11 of the original. Heading read from the printed headline artwork.</w:t>
      </w:r>
    </w:p>
    <w:p>
      <w:pPr>
        <w:spacing w:before="0" w:after="120" w:line="300" w:lineRule="exact"/>
        <w:jc w:val="both"/>
      </w:pPr>
      <w:r>
        <w:rPr>
          <w:rFonts w:ascii="Georgia" w:hAnsi="Georgia" w:cs="Georgia" w:eastAsia="Georgia"/>
          <w:b w:val="0"/>
          <w:i w:val="0"/>
          <w:sz w:val="22"/>
        </w:rPr>
        <w:t>Not so long ago, an unmanned U.S. drone took off from the America's Shindand Air Base in Afghanistan, and headed towards Iran on a spying mission. It had the ability to fly undetected by radar. It reached its destination 140 miles into Iranian airspace, at an altitude of 50,000 feet where it would hover silently undetected for hours. However, before the drone could accomplish its mission, something went badly wrong.</w:t>
      </w:r>
    </w:p>
    <w:p>
      <w:pPr>
        <w:spacing w:before="0" w:after="120" w:line="300" w:lineRule="exact"/>
        <w:jc w:val="both"/>
      </w:pPr>
      <w:r>
        <w:rPr>
          <w:rFonts w:ascii="Georgia" w:hAnsi="Georgia" w:cs="Georgia" w:eastAsia="Georgia"/>
          <w:b w:val="0"/>
          <w:i w:val="0"/>
          <w:sz w:val="22"/>
        </w:rPr>
        <w:t>The drone began transmitting inaccurate signals to its base. Then the signals vanished and the base lost all contact with the drone. The Americans were thrown into consternation. What had happened to their drone? Had the drone crashed into Iran? Had the Iranians hacked into the drone's brain, piloting it down? The U.S. failed to solve the mystery.</w:t>
      </w:r>
    </w:p>
    <w:p>
      <w:pPr>
        <w:spacing w:before="0" w:after="120" w:line="300" w:lineRule="exact"/>
        <w:jc w:val="both"/>
      </w:pPr>
      <w:r>
        <w:rPr>
          <w:rFonts w:ascii="Georgia" w:hAnsi="Georgia" w:cs="Georgia" w:eastAsia="Georgia"/>
          <w:b w:val="0"/>
          <w:i w:val="0"/>
          <w:sz w:val="22"/>
        </w:rPr>
        <w:t>The mystery was solved about ten days later when the drone, intact, was put on display by Iran. The drone did not crash nor was it shot down. The Iranians had succeeded hacking into the encrypted brain of the drone, bringing it down to land safely.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U.S. DESPERATE FOR BAILING OUT</w:t>
      </w:r>
    </w:p>
    <w:p>
      <w:pPr>
        <w:spacing w:before="0" w:after="160" w:line="300" w:lineRule="exact"/>
        <w:jc w:val="center"/>
      </w:pPr>
      <w:r>
        <w:rPr>
          <w:rFonts w:ascii="Georgia" w:hAnsi="Georgia" w:cs="Georgia" w:eastAsia="Georgia"/>
          <w:b w:val="0"/>
          <w:i/>
          <w:sz w:val="16"/>
        </w:rPr>
        <w:t>Page 3 of the original. Heading read from the printed headline artwork.</w:t>
      </w:r>
    </w:p>
    <w:p>
      <w:pPr>
        <w:spacing w:before="0" w:after="120" w:line="300" w:lineRule="exact"/>
        <w:jc w:val="both"/>
      </w:pPr>
      <w:r>
        <w:rPr>
          <w:rFonts w:ascii="Georgia" w:hAnsi="Georgia" w:cs="Georgia" w:eastAsia="Georgia"/>
          <w:b w:val="0"/>
          <w:i w:val="0"/>
          <w:sz w:val="22"/>
        </w:rPr>
        <w:t>The sheer desperation of the U.S.A. has constrained it to organize the biggest NATO summit in history. The summit of more than 50 countries to forge an exit strategy from Afghanistan was convened in Chicago after more than ten years of war which sees the U.S., NATO and the coalition forces on the losing side. Although the NATO organization has numerous issues on its agenda, Afghanistan dominated the summit.</w:t>
      </w:r>
    </w:p>
    <w:p>
      <w:pPr>
        <w:spacing w:before="0" w:after="120" w:line="300" w:lineRule="exact"/>
        <w:jc w:val="both"/>
      </w:pPr>
      <w:r>
        <w:rPr>
          <w:rFonts w:ascii="Georgia" w:hAnsi="Georgia" w:cs="Georgia" w:eastAsia="Georgia"/>
          <w:b w:val="0"/>
          <w:i w:val="0"/>
          <w:sz w:val="22"/>
        </w:rPr>
        <w:t>The emphasis was to forge a unified exit strategy to avoid chaos and total humiliation – to ensure that the flight from Afghanistan does not appear to be a humiliating defeat for the superpowers. "Pakistan's cooperation, however, is seen as key to the success of the international mission on Afghanistan, as US -led Nato forces fight a fierce Taliban insurgency.</w:t>
      </w:r>
    </w:p>
    <w:p>
      <w:pPr>
        <w:spacing w:before="0" w:after="120" w:line="300" w:lineRule="exact"/>
        <w:jc w:val="both"/>
      </w:pPr>
      <w:r>
        <w:rPr>
          <w:rFonts w:ascii="Georgia" w:hAnsi="Georgia" w:cs="Georgia" w:eastAsia="Georgia"/>
          <w:b w:val="0"/>
          <w:i w:val="0"/>
          <w:sz w:val="22"/>
        </w:rPr>
        <w:t>"We can't solve the problems in Afghanistan without the positive engagement of Pakistan," Nato secretary general Anders Fogh Rasmussen said." (The Herald) Whilst the effort to formulate an exit strategy is taking place, others members of the U.S. Coalition such as Australia and France, are unilaterally withdrawing all their troops well before the planned U.S. withdrawal in 2014.</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PLOT IS TO ELIMINATE ISLAM</w:t>
      </w:r>
    </w:p>
    <w:p>
      <w:pPr>
        <w:spacing w:before="0" w:after="160" w:line="300" w:lineRule="exact"/>
        <w:jc w:val="center"/>
      </w:pPr>
      <w:r>
        <w:rPr>
          <w:rFonts w:ascii="Georgia" w:hAnsi="Georgia" w:cs="Georgia" w:eastAsia="Georgia"/>
          <w:b w:val="0"/>
          <w:i/>
          <w:sz w:val="16"/>
        </w:rPr>
        <w:t>Page 4, 12 of the original. Heading read from the printed headline artwork.</w:t>
      </w:r>
    </w:p>
    <w:p>
      <w:pPr>
        <w:spacing w:before="0" w:after="120" w:line="300" w:lineRule="exact"/>
        <w:jc w:val="both"/>
      </w:pPr>
      <w:r>
        <w:rPr>
          <w:rFonts w:ascii="Georgia" w:hAnsi="Georgia" w:cs="Georgia" w:eastAsia="Georgia"/>
          <w:b w:val="0"/>
          <w:i w:val="0"/>
          <w:sz w:val="22"/>
        </w:rPr>
        <w:t>Although the Western plot is to eliminate Islam and obliterate Makkah and Madinah, it is a conspiracy which will not succeed. Allah Ta'ala says in the Qur'aan Majeed: "They conspire to extinguish the Noor of Allah (i.e. Islam) with their mouths whilst Allah will complete His Noor even though the kaafiroon ab- hor it." Regarding this Western plot, Associated Press in Washington reports: "A course for US military officers has been teaching that America's enemy is Islam in general and suggesting that the country might ultimately have to obliterate the Islamic holy cities of Mecca and Medina without regard for civilian deaths, following second world war precedents of the nuclear attack on Hiroshima.</w:t>
      </w:r>
    </w:p>
    <w:p>
      <w:pPr>
        <w:spacing w:before="0" w:after="120" w:line="300" w:lineRule="exact"/>
        <w:jc w:val="both"/>
      </w:pPr>
      <w:r>
        <w:rPr>
          <w:rFonts w:ascii="Georgia" w:hAnsi="Georgia" w:cs="Georgia" w:eastAsia="Georgia"/>
          <w:b w:val="0"/>
          <w:i w:val="0"/>
          <w:sz w:val="22"/>
        </w:rPr>
        <w:t>The Pentagon suspended the course in late April when a student objected to the material. The FBI also changed some agent training last year after discovering that it, too, was critical of Islam. "They hate everything you stand for and will never coexist with you, unless you submit," the instructor, Lieutenant Colonel Mathew Dooley, said in a presentation last July for the course at Joint Forces Staff College in Norfolk, Virginia…….</w:t>
      </w:r>
    </w:p>
    <w:p>
      <w:pPr>
        <w:spacing w:before="0" w:after="120" w:line="300" w:lineRule="exact"/>
        <w:jc w:val="both"/>
      </w:pPr>
      <w:r>
        <w:rPr>
          <w:rFonts w:ascii="Georgia" w:hAnsi="Georgia" w:cs="Georgia" w:eastAsia="Georgia"/>
          <w:b w:val="0"/>
          <w:i w:val="0"/>
          <w:sz w:val="22"/>
        </w:rPr>
        <w:t>Dooley also presumed, for the purposes of his theoretical war plan, that the Geneva conventions that set standards of armed conflict, are "no longer relevant". He adds: "This would leave open the option once again of taking war to a civilian population wherever necessary (the historical precedents of Dresden, Tokyo, Hiroshima, Nagasaki being applicable to the Mecca and Medina destruction decision point." His war plan suggests possible outcomes such as "Saudi Arabia threatened with starvation….Islam reduced to cult status." …………………In what he termed a model for a campaign to force a transformation of Islam, Dooley called for "a direct ideo- logical and philosophical confrontation with Islam", with the presumption that Islam is an ideology rather than just a religion.</w:t>
      </w:r>
    </w:p>
    <w:p>
      <w:pPr>
        <w:spacing w:before="0" w:after="120" w:line="300" w:lineRule="exact"/>
        <w:jc w:val="both"/>
      </w:pPr>
      <w:r>
        <w:rPr>
          <w:rFonts w:ascii="Georgia" w:hAnsi="Georgia" w:cs="Georgia" w:eastAsia="Georgia"/>
          <w:b w:val="0"/>
          <w:i w:val="0"/>
          <w:sz w:val="22"/>
        </w:rPr>
        <w:t>(In fact, this confrontation has existed from the very inception of Islam. – Al-Haq) The course on Islam had been taught since 2004, but was not part of the required core curriculum. It was offered five times a year, with about 20 students each time. ……… In his July 2011 presentation on "counterjihad", Dooley asserted that the rise of what he called "military Islam / Islamist resurgence" compels the US to consider extreme measures, "unconstrained by fears of political incorrectness." (End of AP report) In an attempt at damage control, a U.S. official, Dempsey said: "that the material in the Norfolk course was counter to American appreciation for religious freedom and cultural awareness." Despite Dempsey's refutation of Dooley's views, the hatred for Islam in the hearts of the kuffaar is an established fact confirmed by the Qur'aan.</w:t>
      </w:r>
    </w:p>
    <w:p>
      <w:pPr>
        <w:spacing w:before="0" w:after="120" w:line="300" w:lineRule="exact"/>
        <w:jc w:val="both"/>
      </w:pPr>
      <w:r>
        <w:rPr>
          <w:rFonts w:ascii="Georgia" w:hAnsi="Georgia" w:cs="Georgia" w:eastAsia="Georgia"/>
          <w:b w:val="0"/>
          <w:i w:val="0"/>
          <w:sz w:val="22"/>
        </w:rPr>
        <w:t>Allah Ta'ala says in this regard: "Verily, hatred (for you Muslims) has been disgorged from their mouths, but what their hearts conceal (for you) is worse." The conspiracy to extinguish the Noor of Allah and eliminate Islam began simultaneously with the propagation of Tauheed by Rasulullah (sallallahu alayhi wasallam). This plot continued through the centuries in a variety of forms – the efforts of the Mushrikeen of Arabia, the Persians, the Romans, the Crusaders, the U.S.A. in the present age, etc. have all failed, and all new plots to achieve this objective are doomed to fail.</w:t>
      </w:r>
    </w:p>
    <w:p>
      <w:pPr>
        <w:spacing w:before="0" w:after="120" w:line="300" w:lineRule="exact"/>
        <w:jc w:val="both"/>
      </w:pPr>
      <w:r>
        <w:rPr>
          <w:rFonts w:ascii="Georgia" w:hAnsi="Georgia" w:cs="Georgia" w:eastAsia="Georgia"/>
          <w:b w:val="0"/>
          <w:i w:val="0"/>
          <w:sz w:val="22"/>
        </w:rPr>
        <w:t>So what the U.S.A. is considering about obliterating Makkah and Madinah is stale news. There is no surprise in such plots which are constantly hatched by the enemies of Islam. Our concern should only be the ruin and destruction which Muslims themselves are causing to Islam and to themselves by their gross disobedience and treason against Allah Ta'ala.</w:t>
      </w:r>
    </w:p>
    <w:p>
      <w:pPr>
        <w:spacing w:before="0" w:after="120" w:line="300" w:lineRule="exact"/>
        <w:jc w:val="both"/>
      </w:pPr>
      <w:r>
        <w:rPr>
          <w:rFonts w:ascii="Georgia" w:hAnsi="Georgia" w:cs="Georgia" w:eastAsia="Georgia"/>
          <w:b w:val="0"/>
          <w:i w:val="0"/>
          <w:sz w:val="22"/>
        </w:rPr>
        <w:t>As far as the plots of the kuffaar are concerned, the Qur'aan Majeed assures us: "If you have Sabr and adopt Taqwa, then never ever will their plot harm you in any way." Muslims need to cultivate Taqwa and the fundamental requisite for this is to adopt the Sunnah and follow the Shariah meticulously, and to abandon the modernist versions of Islam – versions which are zindaqah (heresy or kufr).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TALIBAN - MAINTAINING THE MOMENTUM</w:t>
      </w:r>
    </w:p>
    <w:p>
      <w:pPr>
        <w:spacing w:before="0" w:after="160" w:line="300" w:lineRule="exact"/>
        <w:jc w:val="center"/>
      </w:pPr>
      <w:r>
        <w:rPr>
          <w:rFonts w:ascii="Georgia" w:hAnsi="Georgia" w:cs="Georgia" w:eastAsia="Georgia"/>
          <w:b w:val="0"/>
          <w:i/>
          <w:sz w:val="16"/>
        </w:rPr>
        <w:t>Page 4 of the original. Heading read from the printed headline artwork.</w:t>
      </w:r>
    </w:p>
    <w:p>
      <w:pPr>
        <w:spacing w:before="0" w:after="120" w:line="300" w:lineRule="exact"/>
        <w:jc w:val="both"/>
      </w:pPr>
      <w:r>
        <w:rPr>
          <w:rFonts w:ascii="Georgia" w:hAnsi="Georgia" w:cs="Georgia" w:eastAsia="Georgia"/>
          <w:b w:val="0"/>
          <w:i w:val="0"/>
          <w:sz w:val="22"/>
        </w:rPr>
        <w:t>BBC NEWS reports: "The Taliban have stepped up attacks on US and Afghan forces, and there has been no respite in the fighting despite the advent of Ramadan……. Meanwhile Taliban attacks against US and Afghan forces over April, May and June – the beginning of the traditional fighting season – have increased by 11% compared with the same period last year.</w:t>
      </w:r>
    </w:p>
    <w:p>
      <w:pPr>
        <w:spacing w:before="0" w:after="120" w:line="300" w:lineRule="exact"/>
        <w:jc w:val="both"/>
      </w:pPr>
      <w:r>
        <w:rPr>
          <w:rFonts w:ascii="Georgia" w:hAnsi="Georgia" w:cs="Georgia" w:eastAsia="Georgia"/>
          <w:b w:val="0"/>
          <w:i w:val="0"/>
          <w:sz w:val="22"/>
        </w:rPr>
        <w:t>Most dangerous is the Taliban revival and re-emergence in Hel- mand and Kandahar, southern provinces that were supposed to have been swept clean by a massive US marine offensive over the past two years. Moreover, there has been no respite in fighting for the traditional month of Ramadan, when Muslims fast from sunrise (from Subh Saadiq, about 90 minutes before sunrise –Al-Haq) to sunset.</w:t>
      </w:r>
    </w:p>
    <w:p>
      <w:pPr>
        <w:spacing w:before="0" w:after="120" w:line="300" w:lineRule="exact"/>
        <w:jc w:val="both"/>
      </w:pPr>
      <w:r>
        <w:rPr>
          <w:rFonts w:ascii="Georgia" w:hAnsi="Georgia" w:cs="Georgia" w:eastAsia="Georgia"/>
          <w:b w:val="0"/>
          <w:i w:val="0"/>
          <w:sz w:val="22"/>
        </w:rPr>
        <w:t>We have seen even more suicide attacks this year instead. …………. Meanwhile, as US forces focus on the transition to Afghan forces which we are repeatedly told is going extremely well, Taliban attacks have increased. ……….The US and Nato have so far failed to put greater emphasis on these other political challenges, which will affect Afghanistan's future in the months ahead.</w:t>
      </w:r>
    </w:p>
    <w:p>
      <w:pPr>
        <w:spacing w:before="0" w:after="120" w:line="300" w:lineRule="exact"/>
        <w:jc w:val="both"/>
      </w:pPr>
      <w:r>
        <w:rPr>
          <w:rFonts w:ascii="Georgia" w:hAnsi="Georgia" w:cs="Georgia" w:eastAsia="Georgia"/>
          <w:b w:val="0"/>
          <w:i w:val="0"/>
          <w:sz w:val="22"/>
        </w:rPr>
        <w:t>The US needs to quickly reopen talks with the Taliban and start helping the Afghan government deal with this extraordinary set of problems."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WORLD IS A TRIAL</w:t>
      </w:r>
    </w:p>
    <w:p>
      <w:pPr>
        <w:spacing w:before="0" w:after="160" w:line="300" w:lineRule="exact"/>
        <w:jc w:val="center"/>
      </w:pPr>
      <w:r>
        <w:rPr>
          <w:rFonts w:ascii="Georgia" w:hAnsi="Georgia" w:cs="Georgia" w:eastAsia="Georgia"/>
          <w:b w:val="0"/>
          <w:i/>
          <w:sz w:val="16"/>
        </w:rPr>
        <w:t>Page 4 of the original</w:t>
      </w:r>
    </w:p>
    <w:p>
      <w:pPr>
        <w:spacing w:before="0" w:after="120" w:line="300" w:lineRule="exact"/>
        <w:jc w:val="both"/>
      </w:pPr>
      <w:r>
        <w:rPr>
          <w:rFonts w:ascii="Georgia" w:hAnsi="Georgia" w:cs="Georgia" w:eastAsia="Georgia"/>
          <w:b w:val="0"/>
          <w:i w:val="0"/>
          <w:sz w:val="22"/>
        </w:rPr>
        <w:t>"The life of this world is nothing but provisions of deception. Most certainly, you will be tried in your wealth and your lives. And, most certainly, you shall hear many hurtful things from those who have been given the Kitaab be- fore you (i.e. the Yahood and Nasaara) and the Mushrikeen. If you have Sabr and adopt Taqwa, then (know) that this is from the momentous attributes." (Aal-e-Imraan, 185 and 186)</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SAUDI ARABIA</w:t>
      </w:r>
    </w:p>
    <w:p>
      <w:pPr>
        <w:spacing w:before="0" w:after="160" w:line="300" w:lineRule="exact"/>
        <w:jc w:val="center"/>
      </w:pPr>
      <w:r>
        <w:rPr>
          <w:rFonts w:ascii="Georgia" w:hAnsi="Georgia" w:cs="Georgia" w:eastAsia="Georgia"/>
          <w:b w:val="0"/>
          <w:i/>
          <w:sz w:val="16"/>
        </w:rPr>
        <w:t>Page 4 of the original. Heading read from the printed headline artwork.</w:t>
      </w:r>
    </w:p>
    <w:p>
      <w:pPr>
        <w:spacing w:before="0" w:after="120" w:line="300" w:lineRule="exact"/>
        <w:jc w:val="both"/>
      </w:pPr>
      <w:r>
        <w:rPr>
          <w:rFonts w:ascii="Georgia" w:hAnsi="Georgia" w:cs="Georgia" w:eastAsia="Georgia"/>
          <w:b w:val="0"/>
          <w:i w:val="0"/>
          <w:sz w:val="22"/>
        </w:rPr>
        <w:t>Abolishing Amr Bil Ma'roof Increasingly bowing to American pressure to modernize and immoralize the land, the Saudi king sacked Sheikh Abdul Muhsin al-Ubaikan who is regarded to be "one of his most hardline advisers". Since the sheikh is opposed to the king's haraam liberal policies regarding Amr Bil Ma'roof Nahy Anil Munkar and the Shariah's strict code of Hijaab, he was dispensed by the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U.S.A.</w:t>
      </w:r>
    </w:p>
    <w:p>
      <w:pPr>
        <w:spacing w:before="0" w:after="160" w:line="300" w:lineRule="exact"/>
        <w:jc w:val="center"/>
      </w:pPr>
      <w:r>
        <w:rPr>
          <w:rFonts w:ascii="Georgia" w:hAnsi="Georgia" w:cs="Georgia" w:eastAsia="Georgia"/>
          <w:b w:val="0"/>
          <w:i/>
          <w:sz w:val="16"/>
        </w:rPr>
        <w:t>Page 4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U.S.A. surrogate king. The sheikh severely criticized the modernists for corrupting Muslim society with their conspiracy of gender equality. The head of the Department of Amr Bil Ma'roof Nahy Anil Munkar was also dismissed by the king, and replaced with a modernist. Strict orders have been issued to the Department of Amr Bil Ma'roof to refrain from executing the demands of this sacred Office.</w:t>
      </w:r>
    </w:p>
    <w:p>
      <w:pPr>
        <w:spacing w:before="0" w:after="120" w:line="300" w:lineRule="exact"/>
        <w:jc w:val="both"/>
      </w:pPr>
      <w:r>
        <w:rPr>
          <w:rFonts w:ascii="Georgia" w:hAnsi="Georgia" w:cs="Georgia" w:eastAsia="Georgia"/>
          <w:b w:val="0"/>
          <w:i w:val="0"/>
          <w:sz w:val="22"/>
        </w:rPr>
        <w:t>Effectively, Amr Bil Ma'roof has been abolished in Saudi Arabia. The Department of Amr Bil Ma'roof is no longer permitted to prevent music, semi-nudity, and haraam acts perpetrated flagrantly whereas in former days, this sacred department had wide powers for enforcing the Shariah. The Saudi king and his henchmen will yet realize that the U.S.A. will not be able to protect them from the Athaab of Allah Ta'ala.</w:t>
      </w:r>
    </w:p>
    <w:p>
      <w:pPr>
        <w:spacing w:before="0" w:after="120" w:line="300" w:lineRule="exact"/>
        <w:jc w:val="both"/>
      </w:pPr>
      <w:r>
        <w:rPr>
          <w:rFonts w:ascii="Georgia" w:hAnsi="Georgia" w:cs="Georgia" w:eastAsia="Georgia"/>
          <w:b w:val="0"/>
          <w:i w:val="0"/>
          <w:sz w:val="22"/>
        </w:rPr>
        <w:t>America will also give the king the boot when it is time for implementing the plot of replacing the Saudi regime with another haraam U.S.A. puppet 'democracy' comprising of modernists fussaaq and fujjaar who are lying in wait in the shadows in London and elsewhere to step in when the present Saudi regime collapses into its doom. Tyrants obsessed with power believe that nothing can unseat them.</w:t>
      </w:r>
    </w:p>
    <w:p>
      <w:pPr>
        <w:spacing w:before="0" w:after="120" w:line="300" w:lineRule="exact"/>
        <w:jc w:val="both"/>
      </w:pPr>
      <w:r>
        <w:rPr>
          <w:rFonts w:ascii="Georgia" w:hAnsi="Georgia" w:cs="Georgia" w:eastAsia="Georgia"/>
          <w:b w:val="0"/>
          <w:i w:val="0"/>
          <w:sz w:val="22"/>
        </w:rPr>
        <w:t>They refuse to heed the lessons of history. No empire endures forever. The Qur'aan Majeed said: "For every nation there is an appointed time (for its termination). When their appointed time arrives, it will neither be advanced nor delayed a moment." Everything operates according to precision in Allah's creation. There are no accidents.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BACK HOME IN A COFFIN</w:t>
      </w:r>
    </w:p>
    <w:p>
      <w:pPr>
        <w:spacing w:before="0" w:after="160" w:line="300" w:lineRule="exact"/>
        <w:jc w:val="center"/>
      </w:pPr>
      <w:r>
        <w:rPr>
          <w:rFonts w:ascii="Georgia" w:hAnsi="Georgia" w:cs="Georgia" w:eastAsia="Georgia"/>
          <w:b w:val="0"/>
          <w:i/>
          <w:sz w:val="16"/>
        </w:rPr>
        <w:t>Page 4 of the original</w:t>
      </w:r>
    </w:p>
    <w:p>
      <w:pPr>
        <w:spacing w:before="0" w:after="120" w:line="300" w:lineRule="exact"/>
        <w:jc w:val="both"/>
      </w:pPr>
      <w:r>
        <w:rPr>
          <w:rFonts w:ascii="Georgia" w:hAnsi="Georgia" w:cs="Georgia" w:eastAsia="Georgia"/>
          <w:b w:val="0"/>
          <w:i w:val="0"/>
          <w:sz w:val="22"/>
        </w:rPr>
        <w:t>"Jonathan (one of those eliminated by the Taliban in the battle of Wanat) was around (in the U.S.A.) for two great weeks in May. Dave (his father) spent a lot of time with his son. The Sunday before Jon left, the priest at their church blessed him before the congregation. Six weeks later he was back in another church, in a coffin." – Vanity Fair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U.S.A. TORTURE</w:t>
      </w:r>
    </w:p>
    <w:p>
      <w:pPr>
        <w:spacing w:before="0" w:after="160" w:line="300" w:lineRule="exact"/>
        <w:jc w:val="center"/>
      </w:pPr>
      <w:r>
        <w:rPr>
          <w:rFonts w:ascii="Georgia" w:hAnsi="Georgia" w:cs="Georgia" w:eastAsia="Georgia"/>
          <w:b w:val="0"/>
          <w:i/>
          <w:sz w:val="16"/>
        </w:rPr>
        <w:t>Page 4 of the original. Heading read from the printed headline artwork.</w:t>
      </w:r>
    </w:p>
    <w:p>
      <w:pPr>
        <w:spacing w:before="0" w:after="120" w:line="300" w:lineRule="exact"/>
        <w:jc w:val="both"/>
      </w:pPr>
      <w:r>
        <w:rPr>
          <w:rFonts w:ascii="Georgia" w:hAnsi="Georgia" w:cs="Georgia" w:eastAsia="Georgia"/>
          <w:b w:val="0"/>
          <w:i w:val="0"/>
          <w:sz w:val="22"/>
        </w:rPr>
        <w:t>The BBC News reports: "Secret CIA video tapes of warterboarding Abu Zubaydah show him vomiting and screaming, the BBC learned. The tapes were destroyed by the head of the CIA's Counterterrorism Center, Jose Rodriquez. The CIA tapes are likely to become central to the trial of Khlaid Sheikh Mohammed. … His "torture at the hands of his CIA interrogators at a secret "black site" to which he had been rendered, included being deprived of sleep for over a week, standing naked, wearing only a nappy, and being waterboarded 183 times.</w:t>
      </w:r>
    </w:p>
    <w:p>
      <w:pPr>
        <w:spacing w:before="0" w:after="120" w:line="300" w:lineRule="exact"/>
        <w:jc w:val="both"/>
      </w:pPr>
      <w:r>
        <w:rPr>
          <w:rFonts w:ascii="Georgia" w:hAnsi="Georgia" w:cs="Georgia" w:eastAsia="Georgia"/>
          <w:b w:val="0"/>
          <w:i w:val="0"/>
          <w:sz w:val="22"/>
        </w:rPr>
        <w:t>Waterboarding is simulated drowning. The detainee is stripped naked and strapped onto a board in a horizontal position with feet higher than his head. Water is then dripped into a cloth covering the nose and mouth which makes the detainee choke and temporarily stop breathing. "It's not a pretty sight when you are waterboarding anybody or using any of these techniques, let's be perfectly honest," Rodriquez admitted.</w:t>
      </w:r>
    </w:p>
    <w:p>
      <w:pPr>
        <w:spacing w:before="0" w:after="120" w:line="300" w:lineRule="exact"/>
        <w:jc w:val="both"/>
      </w:pPr>
      <w:r>
        <w:rPr>
          <w:rFonts w:ascii="Georgia" w:hAnsi="Georgia" w:cs="Georgia" w:eastAsia="Georgia"/>
          <w:b w:val="0"/>
          <w:i w:val="0"/>
          <w:sz w:val="22"/>
        </w:rPr>
        <w:t>Rodriquez knew that the tapes were potentially a ticking time bomb and wanted to destroy them. He waited three years with increasing exasperation at the apparent unwillingness of anybody on high to take responsibility for authorizing their destruction. Then when news of the CIA's black sites leaked, he ordered the 92 tapes to be minced in an industrial shredder.</w:t>
      </w:r>
    </w:p>
    <w:p>
      <w:pPr>
        <w:spacing w:before="0" w:after="120" w:line="300" w:lineRule="exact"/>
        <w:jc w:val="both"/>
      </w:pPr>
      <w:r>
        <w:rPr>
          <w:rFonts w:ascii="Georgia" w:hAnsi="Georgia" w:cs="Georgia" w:eastAsia="Georgia"/>
          <w:b w:val="0"/>
          <w:i w:val="0"/>
          <w:sz w:val="22"/>
        </w:rPr>
        <w:t>"As Jose said, the heat from destroying the tapes is nothing compared to what it would be if the tapes got onto the public domain – he said that out of context they would make us look terrible – it would be devastating to us. All in the room agreed."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U.S. FORCES DEFEATED</w:t>
      </w:r>
    </w:p>
    <w:p>
      <w:pPr>
        <w:spacing w:before="0" w:after="160" w:line="300" w:lineRule="exact"/>
        <w:jc w:val="center"/>
      </w:pPr>
      <w:r>
        <w:rPr>
          <w:rFonts w:ascii="Georgia" w:hAnsi="Georgia" w:cs="Georgia" w:eastAsia="Georgia"/>
          <w:b w:val="0"/>
          <w:i/>
          <w:sz w:val="16"/>
        </w:rPr>
        <w:t>Page 4 of the original</w:t>
      </w:r>
    </w:p>
    <w:p>
      <w:pPr>
        <w:spacing w:before="0" w:after="120" w:line="300" w:lineRule="exact"/>
        <w:jc w:val="both"/>
      </w:pPr>
      <w:r>
        <w:rPr>
          <w:rFonts w:ascii="Georgia" w:hAnsi="Georgia" w:cs="Georgia" w:eastAsia="Georgia"/>
          <w:b w:val="0"/>
          <w:i w:val="0"/>
          <w:sz w:val="22"/>
        </w:rPr>
        <w:t>An all-day heavy fighting took place in Kajaki district. U.S. troops were dropped by helicopters in Azan Nawa area on Thursday night 6 June, 2012. After suffering heavy casualties, more troops landed by helicopters near Gandumrez bazaar. After sustaining heavy casualties during the battle with the Tali- ban Mujaahideen, the ISAF terrorists destroyed 13 vehicles and 16 motorbikes of civilians, and extracted revenge from shopowners in the bazaar, before fleeing from the scene of the battle.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TALIBAN ASSAULT ON FOB SALERNO BASE</w:t>
      </w:r>
    </w:p>
    <w:p>
      <w:pPr>
        <w:spacing w:before="0" w:after="160" w:line="300" w:lineRule="exact"/>
        <w:jc w:val="center"/>
      </w:pPr>
      <w:r>
        <w:rPr>
          <w:rFonts w:ascii="Georgia" w:hAnsi="Georgia" w:cs="Georgia" w:eastAsia="Georgia"/>
          <w:b w:val="0"/>
          <w:i/>
          <w:sz w:val="16"/>
        </w:rPr>
        <w:t>Page 5 of the original. Heading read from the printed headline artwork.</w:t>
      </w:r>
    </w:p>
    <w:p>
      <w:pPr>
        <w:spacing w:before="0" w:after="120" w:line="300" w:lineRule="exact"/>
        <w:jc w:val="both"/>
      </w:pPr>
      <w:r>
        <w:rPr>
          <w:rFonts w:ascii="Georgia" w:hAnsi="Georgia" w:cs="Georgia" w:eastAsia="Georgia"/>
          <w:b w:val="0"/>
          <w:i w:val="0"/>
          <w:sz w:val="22"/>
        </w:rPr>
        <w:t>(Report by the western source, The Long War Journal" "FOB Salerno is the largest (U.S.) base in southeastern Afghanistan. It is highly fortified, and hosts extensive surveillance assets and a US rotary wing task force. The attack on FOB Salerno resulted in the deaths of seven civilian contractors and one US soldier inside the base; (a gross understatement – Al-Haq) scores more soldiers were said to have been wounded in the attack.</w:t>
      </w:r>
    </w:p>
    <w:p>
      <w:pPr>
        <w:spacing w:before="0" w:after="120" w:line="300" w:lineRule="exact"/>
        <w:jc w:val="both"/>
      </w:pPr>
      <w:r>
        <w:rPr>
          <w:rFonts w:ascii="Georgia" w:hAnsi="Georgia" w:cs="Georgia" w:eastAsia="Georgia"/>
          <w:b w:val="0"/>
          <w:i w:val="0"/>
          <w:sz w:val="22"/>
        </w:rPr>
        <w:t>The Haqqani Network fighters were able to penetrate within 50 to 60 metres before being gunned down during a firefight. The base also suffered heavy damage; photos of the aftermath show the caved-in roof of the FOB's largest dining facility and the wreckage of the demolished post exchange. An RC-East spokesman told The Long Journal that the damage to the facilities resulted from the large blast wave that followed the initial car bomb.</w:t>
      </w:r>
    </w:p>
    <w:p>
      <w:pPr>
        <w:spacing w:before="0" w:after="120" w:line="300" w:lineRule="exact"/>
        <w:jc w:val="both"/>
      </w:pPr>
      <w:r>
        <w:rPr>
          <w:rFonts w:ascii="Georgia" w:hAnsi="Georgia" w:cs="Georgia" w:eastAsia="Georgia"/>
          <w:b w:val="0"/>
          <w:i w:val="0"/>
          <w:sz w:val="22"/>
        </w:rPr>
        <w:t>The shorter video summary of the assault that was released on Liveleak shows the Haqqami Network fighters preparing for the assault, and the suicide bomber just before he left to attack the US base. The heavily-armed fighters, who are dressed in US Army digital camouflage uniforms and sneakers, are seen entering a white minivan. The suicide bomber is seen laughing and smiling as he stands by a flatbed truck that is packed with explosives.</w:t>
      </w:r>
    </w:p>
    <w:p>
      <w:pPr>
        <w:spacing w:before="0" w:after="120" w:line="300" w:lineRule="exact"/>
        <w:jc w:val="both"/>
      </w:pPr>
      <w:r>
        <w:rPr>
          <w:rFonts w:ascii="Georgia" w:hAnsi="Georgia" w:cs="Georgia" w:eastAsia="Georgia"/>
          <w:b w:val="0"/>
          <w:i w:val="0"/>
          <w:sz w:val="22"/>
        </w:rPr>
        <w:t>He then poses with a bouquet of flowers in the cab of the truck and delivers a message before driving off to strike Salerno. The footage cuts to a long shot of the truck driving toward the perimeter of FOB Salerno. The suicide bomber detonates at the edge of the base, next to a row of HESCO barriers. The huge explosion sends dust and debris high into the air, and subsequent footage shows a massive shock wave.</w:t>
      </w:r>
    </w:p>
    <w:p>
      <w:pPr>
        <w:spacing w:before="0" w:after="120" w:line="300" w:lineRule="exact"/>
        <w:jc w:val="both"/>
      </w:pPr>
      <w:r>
        <w:rPr>
          <w:rFonts w:ascii="Georgia" w:hAnsi="Georgia" w:cs="Georgia" w:eastAsia="Georgia"/>
          <w:b w:val="0"/>
          <w:i w:val="0"/>
          <w:sz w:val="22"/>
        </w:rPr>
        <w:t>Haqqani Network fighters are heard shouting "Allaahu Akbar," or "Allah is greatest", as the bomb detonates. "……The white minivan packed with the assault team drives up to the perimeter of the base. The minivan stops, the Haqqani fighters dressed in US army uniforms exit, and then calmly walk onto the base through a breach in the wall. The sound of gunfire is heard as the white minivan, now empty, begins to emit black smoke….Various camera images show smoke over the base, accompanied by the sound of sirens and an enormous small arms engagement.</w:t>
      </w:r>
    </w:p>
    <w:p>
      <w:pPr>
        <w:spacing w:before="0" w:after="120" w:line="300" w:lineRule="exact"/>
        <w:jc w:val="both"/>
      </w:pPr>
      <w:r>
        <w:rPr>
          <w:rFonts w:ascii="Georgia" w:hAnsi="Georgia" w:cs="Georgia" w:eastAsia="Georgia"/>
          <w:b w:val="0"/>
          <w:i w:val="0"/>
          <w:sz w:val="22"/>
        </w:rPr>
        <w:t>US helicopters are seen circling overhead as the firefight rages. …..the 10 members of the assault team are shown outside the van, holding their weapons and a white flag of the Taliban, just prior to the assault."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TALIBAN ATTACKS IN THE HEART OF THE ENEMY</w:t>
      </w:r>
    </w:p>
    <w:p>
      <w:pPr>
        <w:spacing w:before="0" w:after="160" w:line="300" w:lineRule="exact"/>
        <w:jc w:val="center"/>
      </w:pPr>
      <w:r>
        <w:rPr>
          <w:rFonts w:ascii="Georgia" w:hAnsi="Georgia" w:cs="Georgia" w:eastAsia="Georgia"/>
          <w:b w:val="0"/>
          <w:i/>
          <w:sz w:val="16"/>
        </w:rPr>
        <w:t>Page 5 of the original. Heading read from the printed headline artwork.</w:t>
      </w:r>
    </w:p>
    <w:p>
      <w:pPr>
        <w:spacing w:before="0" w:after="120" w:line="300" w:lineRule="exact"/>
        <w:jc w:val="both"/>
      </w:pPr>
      <w:r>
        <w:rPr>
          <w:rFonts w:ascii="Georgia" w:hAnsi="Georgia" w:cs="Georgia" w:eastAsia="Georgia"/>
          <w:b w:val="0"/>
          <w:i w:val="0"/>
          <w:sz w:val="22"/>
        </w:rPr>
        <w:t>(EXTRACTS FROM A REPORT BY A WESTERNER, JIM LOBE) TALIBAN ATTACKS WEAKEN US, NATO POSITION "Sunday's well-orchestrated attacks by Taliban forces on Kabul and three provincial capitals in eastern Afghanistan could further shake ebbing public confidence in the U.S. and its allies that their strategy for securing Afghanistan is working. Billed as the opening of the Taliban's spring offensive, the attacks also raise new questions about the timing and pace of the planned U.S. withdrawal from the country, as well as the fate of a longer-term strategic agreement that is currently being negotiated between Kabul and Washington. …..</w:t>
      </w:r>
    </w:p>
    <w:p>
      <w:pPr>
        <w:spacing w:before="0" w:after="120" w:line="300" w:lineRule="exact"/>
        <w:jc w:val="both"/>
      </w:pPr>
      <w:r>
        <w:rPr>
          <w:rFonts w:ascii="Georgia" w:hAnsi="Georgia" w:cs="Georgia" w:eastAsia="Georgia"/>
          <w:b w:val="0"/>
          <w:i w:val="0"/>
          <w:sz w:val="22"/>
        </w:rPr>
        <w:t>The attacks, which most analysts have said bore the hallmarks of the Taliban's Pakistan-based Haqqani faction, included three discrete assaults in Kabul, and two in Jalalabad, one in Gardez, and another in Pul-e-Alam in the eastern part of the country where the U.S. has tried to built up its forces over the last several months. Altogether, only 39 Taliban fighters took part in the attacks, but, as noted by officials in Washington, each assault must have required help from dozens of others who provided intelligence, weapons and ammunition, logistics, and other forms of support in order for such a complex operation to be carried out.</w:t>
      </w:r>
    </w:p>
    <w:p>
      <w:pPr>
        <w:spacing w:before="0" w:after="120" w:line="300" w:lineRule="exact"/>
        <w:jc w:val="both"/>
      </w:pPr>
      <w:r>
        <w:rPr>
          <w:rFonts w:ascii="Georgia" w:hAnsi="Georgia" w:cs="Georgia" w:eastAsia="Georgia"/>
          <w:b w:val="0"/>
          <w:i w:val="0"/>
          <w:sz w:val="22"/>
        </w:rPr>
        <w:t>In Kabul, considered the safest city in the country, the attacks brought normal life and commerce to a halt for as much as 18 hours. While the Afghan army and the police bore the brunt of the fighting – 11 servicemen were killed - the battle in Kabul was brought to an end only after several U.S. helicopter gunships repeatedly strafed construction sites occupied by the insurgents. ………The U.S. embassy and a NATO base there came under attack last September, but the fighting then was much less protracted and intense.</w:t>
      </w:r>
    </w:p>
    <w:p>
      <w:pPr>
        <w:spacing w:before="0" w:after="120" w:line="300" w:lineRule="exact"/>
        <w:jc w:val="both"/>
      </w:pPr>
      <w:r>
        <w:rPr>
          <w:rFonts w:ascii="Georgia" w:hAnsi="Georgia" w:cs="Georgia" w:eastAsia="Georgia"/>
          <w:b w:val="0"/>
          <w:i w:val="0"/>
          <w:sz w:val="22"/>
        </w:rPr>
        <w:t>While there is little question that the size and scope of Sunday's attacks caught Afghan government, U.S. and NATO officials by complete surprise, demonstrating what Afghan President Hamid Karzai's office called "an intelligence failure for us and especially for NATO", officials and analysts were divided about their implications for the debate in the U.S.</w:t>
      </w:r>
    </w:p>
    <w:p>
      <w:pPr>
        <w:spacing w:before="0" w:after="120" w:line="300" w:lineRule="exact"/>
        <w:jc w:val="both"/>
      </w:pPr>
      <w:r>
        <w:rPr>
          <w:rFonts w:ascii="Georgia" w:hAnsi="Georgia" w:cs="Georgia" w:eastAsia="Georgia"/>
          <w:b w:val="0"/>
          <w:i w:val="0"/>
          <w:sz w:val="22"/>
        </w:rPr>
        <w:t>"No one is underestimating the seriousness of today's attacks," Gen.John Allen, the NATO commander in Afghanistan, said in a statement. "Each attack was meant to send a message: that legitimate governance and Afghan sovereignty are in peril. ………….Others said the attacks marked a show of strength on the part of the insurgency and pointed to the reliance by the Afghan security on U.S. and Western advisers who accompanied them in the course of the day, as well as the apparent necessity of engaging U.S. gunships in the battle.</w:t>
      </w:r>
    </w:p>
    <w:p>
      <w:pPr>
        <w:spacing w:before="0" w:after="120" w:line="300" w:lineRule="exact"/>
        <w:jc w:val="both"/>
      </w:pPr>
      <w:r>
        <w:rPr>
          <w:rFonts w:ascii="Georgia" w:hAnsi="Georgia" w:cs="Georgia" w:eastAsia="Georgia"/>
          <w:b w:val="0"/>
          <w:i w:val="0"/>
          <w:sz w:val="22"/>
        </w:rPr>
        <w:t>"While this wasn't the 1968 Tet offensive (by Viet Cong in Vietnam), if they can pull of something like this in what is supposed to be the safest part of Afghanistan – and attack three other cities at the same time – it's not very encouraging," one administration official told IPS. "And it isn't going to help boost public support for the war." (Inter Press Service)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BUDDHIST ANIMOSITY FOR ISLAM</w:t>
      </w:r>
    </w:p>
    <w:p>
      <w:pPr>
        <w:spacing w:before="0" w:after="160" w:line="300" w:lineRule="exact"/>
        <w:jc w:val="center"/>
      </w:pPr>
      <w:r>
        <w:rPr>
          <w:rFonts w:ascii="Georgia" w:hAnsi="Georgia" w:cs="Georgia" w:eastAsia="Georgia"/>
          <w:b w:val="0"/>
          <w:i/>
          <w:sz w:val="16"/>
        </w:rPr>
        <w:t>Page 5 of the original. Heading read from the printed headline artwork.</w:t>
      </w:r>
    </w:p>
    <w:p>
      <w:pPr>
        <w:spacing w:before="0" w:after="120" w:line="300" w:lineRule="exact"/>
        <w:jc w:val="both"/>
      </w:pPr>
      <w:r>
        <w:rPr>
          <w:rFonts w:ascii="Georgia" w:hAnsi="Georgia" w:cs="Georgia" w:eastAsia="Georgia"/>
          <w:b w:val="0"/>
          <w:i w:val="0"/>
          <w:sz w:val="22"/>
        </w:rPr>
        <w:t>Buddhist idolaters are increasingly displaying their animosity for Islam, which culminates in atrocities against Muslims. Aljazeera reports: "Central &amp; South Asia Sri Lanka Buddhists disrupt mosque's prayers Protesters, including monks, demand demolition of mosque which they say has been built in a sacred Buddhist area. 20 Apr 2012 16:35 Buddhist monks vowed to destroy the mosque which was built in the 1960's [Kanchana Kumara Ariyadasa] A mosque in Sri Lanka has been forced to abandon its Friday prayers amid community tensions in the central town of Dambulla.</w:t>
      </w:r>
    </w:p>
    <w:p>
      <w:pPr>
        <w:spacing w:before="0" w:after="120" w:line="300" w:lineRule="exact"/>
        <w:jc w:val="both"/>
      </w:pPr>
      <w:r>
        <w:rPr>
          <w:rFonts w:ascii="Georgia" w:hAnsi="Georgia" w:cs="Georgia" w:eastAsia="Georgia"/>
          <w:b w:val="0"/>
          <w:i w:val="0"/>
          <w:sz w:val="22"/>
        </w:rPr>
        <w:t>About 2,000 Buddhists, including monks, marched to the mosque and held a demonstration demanding its demolition, along with a Hindu temple being built in an area designated as a Buddhist sacred zone. Monk Inamaluwe Sri Sumangala Thera told the AP news agency that the construction area was inside the zone and that erecting houses of worship for other religions there was illegal.</w:t>
      </w:r>
    </w:p>
    <w:p>
      <w:pPr>
        <w:spacing w:before="0" w:after="120" w:line="300" w:lineRule="exact"/>
        <w:jc w:val="both"/>
      </w:pPr>
      <w:r>
        <w:rPr>
          <w:rFonts w:ascii="Georgia" w:hAnsi="Georgia" w:cs="Georgia" w:eastAsia="Georgia"/>
          <w:b w:val="0"/>
          <w:i w:val="0"/>
          <w:sz w:val="22"/>
        </w:rPr>
        <w:t>He demanded the authorities stop the construction immediately. Shortly after the protest, the mosque was evacuated under police protection and its Friday prayers cancelled. Many Buddhists regard Dambulla as a sacred town and in recent months there had been other sectarian tensions in the area. Last September a monk led a crowd to demolish a Muslim shrine in Anuradhapura, not far from Dambulla.</w:t>
      </w:r>
    </w:p>
    <w:p>
      <w:pPr>
        <w:spacing w:before="0" w:after="120" w:line="300" w:lineRule="exact"/>
        <w:jc w:val="both"/>
      </w:pPr>
      <w:r>
        <w:rPr>
          <w:rFonts w:ascii="Georgia" w:hAnsi="Georgia" w:cs="Georgia" w:eastAsia="Georgia"/>
          <w:b w:val="0"/>
          <w:i w:val="0"/>
          <w:sz w:val="22"/>
        </w:rPr>
        <w:t>M Rahmathullah, a trustee of the mosque, disputed the Buddhist claim. "We do not agree to their claim. The mosque was in the area for more than 50 years," said Rahmathullah. Overnight the mosque had been targeted by a fire bombing, but nobody was hurt. Buddhism is the religion of the majority of Sri Lanka's 20 million people. About 74 per cent are Sinhalese, who are mostly Buddhists, while about 18 per cent are Tamils, who are predominantly Hindus or Christians.</w:t>
      </w:r>
    </w:p>
    <w:p>
      <w:pPr>
        <w:spacing w:before="0" w:after="120" w:line="300" w:lineRule="exact"/>
        <w:jc w:val="both"/>
      </w:pPr>
      <w:r>
        <w:rPr>
          <w:rFonts w:ascii="Georgia" w:hAnsi="Georgia" w:cs="Georgia" w:eastAsia="Georgia"/>
          <w:b w:val="0"/>
          <w:i w:val="0"/>
          <w:sz w:val="22"/>
        </w:rPr>
        <w:t>About seven per cent of the total population are Muslims."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PALESTINE AND KASHMIR</w:t>
      </w:r>
    </w:p>
    <w:p>
      <w:pPr>
        <w:spacing w:before="0" w:after="160" w:line="300" w:lineRule="exact"/>
        <w:jc w:val="center"/>
      </w:pPr>
      <w:r>
        <w:rPr>
          <w:rFonts w:ascii="Georgia" w:hAnsi="Georgia" w:cs="Georgia" w:eastAsia="Georgia"/>
          <w:b w:val="0"/>
          <w:i/>
          <w:sz w:val="16"/>
        </w:rPr>
        <w:t>Page 5 of the original. Heading read from the printed headline artwork.</w:t>
      </w:r>
    </w:p>
    <w:p>
      <w:pPr>
        <w:spacing w:before="0" w:after="120" w:line="300" w:lineRule="exact"/>
        <w:jc w:val="both"/>
      </w:pPr>
      <w:r>
        <w:rPr>
          <w:rFonts w:ascii="Georgia" w:hAnsi="Georgia" w:cs="Georgia" w:eastAsia="Georgia"/>
          <w:b w:val="0"/>
          <w:i w:val="0"/>
          <w:sz w:val="22"/>
        </w:rPr>
        <w:t>The lamentable plight of Palestine and Kashmir is clear evidence of Allah's athaab for the unfortunate peoples of these lands. After sixty years of misery and fighting, they are worse off than what they were in the beginning of the hostilities. The ideologies and the lifestyles of these peoples convince that they have not learnt any lessons from their suffering.</w:t>
      </w:r>
    </w:p>
    <w:p>
      <w:pPr>
        <w:spacing w:before="0" w:after="120" w:line="300" w:lineRule="exact"/>
        <w:jc w:val="both"/>
      </w:pPr>
      <w:r>
        <w:rPr>
          <w:rFonts w:ascii="Georgia" w:hAnsi="Georgia" w:cs="Georgia" w:eastAsia="Georgia"/>
          <w:b w:val="0"/>
          <w:i w:val="0"/>
          <w:sz w:val="22"/>
        </w:rPr>
        <w:t>Instead of gaining Allah's proximity, they have moved closer to western kuffaar ideology. They are far, very far from the Deen. Fisq, fujoor, bid'ah and kufr are their ways of life. How can they ever expect to acquire Allah's Nusrat? Hamas too is not a Deeni movement. The smattering of external 'morality' which it portrays is a farce. Hamas does not stand for the Shariah.</w:t>
      </w:r>
    </w:p>
    <w:p>
      <w:pPr>
        <w:spacing w:before="0" w:after="120" w:line="300" w:lineRule="exact"/>
        <w:jc w:val="both"/>
      </w:pPr>
      <w:r>
        <w:rPr>
          <w:rFonts w:ascii="Georgia" w:hAnsi="Georgia" w:cs="Georgia" w:eastAsia="Georgia"/>
          <w:b w:val="0"/>
          <w:i w:val="0"/>
          <w:sz w:val="22"/>
        </w:rPr>
        <w:t>Establishing the Shariah is not its objective. Hamas has been in control of Gaza for several years. Despite their control and their suffering, Hamas has by force prevented the establishment of the Shariah. In fact, Hamas has eliminated the group which had been clamouring for Shariah rule. There is only one inference: all these professed 'Muslims' are munaafiqeen and kuffaar.</w:t>
      </w:r>
    </w:p>
    <w:p>
      <w:pPr>
        <w:spacing w:before="0" w:after="120" w:line="300" w:lineRule="exact"/>
        <w:jc w:val="both"/>
      </w:pPr>
      <w:r>
        <w:rPr>
          <w:rFonts w:ascii="Georgia" w:hAnsi="Georgia" w:cs="Georgia" w:eastAsia="Georgia"/>
          <w:b w:val="0"/>
          <w:i w:val="0"/>
          <w:sz w:val="22"/>
        </w:rPr>
        <w:t>The following Hadith narrated by Hadhrat Ab- dullah Ibn Umar (radhiyallahu anhu) has full application in the present era: "An age will dawn when Muslims will gather in their Musaajid and Perform Salaat whilst not a single one of them will be a Mu'min." Kashmir is more degenerate, Islamically speaking. There is no movement towards the Deen.</w:t>
      </w:r>
    </w:p>
    <w:p>
      <w:pPr>
        <w:spacing w:before="0" w:after="120" w:line="300" w:lineRule="exact"/>
        <w:jc w:val="both"/>
      </w:pPr>
      <w:r>
        <w:rPr>
          <w:rFonts w:ascii="Georgia" w:hAnsi="Georgia" w:cs="Georgia" w:eastAsia="Georgia"/>
          <w:b w:val="0"/>
          <w:i w:val="0"/>
          <w:sz w:val="22"/>
        </w:rPr>
        <w:t>The name of Jihad is grossly misappropriated for worldly and nafsaani objectives. The fight over there too has no relationship with Jihad. Due to the treason of Muslims who have made the kuffaar their leaders, Allah Ta'ala has appointed them (the kuffaar) to be our rulers. Thus, there is nothing but humiliation and defeat for Muslims in the foreseeable future.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GUNMAN KILLS 3 NATO TROOPS</w:t>
      </w:r>
    </w:p>
    <w:p>
      <w:pPr>
        <w:spacing w:before="0" w:after="160" w:line="300" w:lineRule="exact"/>
        <w:jc w:val="center"/>
      </w:pPr>
      <w:r>
        <w:rPr>
          <w:rFonts w:ascii="Georgia" w:hAnsi="Georgia" w:cs="Georgia" w:eastAsia="Georgia"/>
          <w:b w:val="0"/>
          <w:i/>
          <w:sz w:val="16"/>
        </w:rPr>
        <w:t>Page 5 of the original</w:t>
      </w:r>
    </w:p>
    <w:p>
      <w:pPr>
        <w:spacing w:before="0" w:after="120" w:line="300" w:lineRule="exact"/>
        <w:jc w:val="both"/>
      </w:pPr>
      <w:r>
        <w:rPr>
          <w:rFonts w:ascii="Georgia" w:hAnsi="Georgia" w:cs="Georgia" w:eastAsia="Georgia"/>
          <w:b w:val="0"/>
          <w:i w:val="0"/>
          <w:sz w:val="22"/>
        </w:rPr>
        <w:t>GUNMAN KILLS 3 NATO TROOPS "A gunman wearing an Afghan police uniform has killed three Nato staff in the south of the country, the coalition has said. The gunman was injured and later detained, Nato said. More than 20 foreign personnel have been killed in so-called rogue shootings this year. Observers say this has eroded the morale among foreign forces.</w:t>
      </w:r>
    </w:p>
    <w:p>
      <w:pPr>
        <w:spacing w:before="0" w:after="120" w:line="300" w:lineRule="exact"/>
        <w:jc w:val="both"/>
      </w:pPr>
      <w:r>
        <w:rPr>
          <w:rFonts w:ascii="Georgia" w:hAnsi="Georgia" w:cs="Georgia" w:eastAsia="Georgia"/>
          <w:b w:val="0"/>
          <w:i w:val="0"/>
          <w:sz w:val="22"/>
        </w:rPr>
        <w:t>"An individual wearing an Afghan National Civil Order Police uniform turned his weapon against International Security Assistance Force service members in southern Afghanistan today (July 1), killing three service members," Isaf, Nato force in the country, said in a statement." (BBC NEWS)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TALIBAN ELIMINATING A U.S. BASE</w:t>
      </w:r>
    </w:p>
    <w:p>
      <w:pPr>
        <w:spacing w:before="0" w:after="160" w:line="300" w:lineRule="exact"/>
        <w:jc w:val="center"/>
      </w:pPr>
      <w:r>
        <w:rPr>
          <w:rFonts w:ascii="Georgia" w:hAnsi="Georgia" w:cs="Georgia" w:eastAsia="Georgia"/>
          <w:b w:val="0"/>
          <w:i/>
          <w:sz w:val="16"/>
        </w:rPr>
        <w:t>Page 6, 7 of the original. Heading read from the printed headline artwork.</w:t>
      </w:r>
    </w:p>
    <w:p>
      <w:pPr>
        <w:spacing w:before="0" w:after="120" w:line="300" w:lineRule="exact"/>
        <w:jc w:val="both"/>
      </w:pPr>
      <w:r>
        <w:rPr>
          <w:rFonts w:ascii="Georgia" w:hAnsi="Georgia" w:cs="Georgia" w:eastAsia="Georgia"/>
          <w:b w:val="0"/>
          <w:i w:val="0"/>
          <w:sz w:val="22"/>
        </w:rPr>
        <w:t>AFGHANISTAN Near to the remote village, Wanat, in Afghanistan, the U.S. aggressors had set up their base. In the very first battle at Wanat, the Taliban overran the base. The base was eliminated. Nine U.S. troops were killed and 32 wounded. The following is an account of the battle given by the U.S. journal, Vanity Fair. The report is not from Taliban sources.</w:t>
      </w:r>
    </w:p>
    <w:p>
      <w:pPr>
        <w:spacing w:before="0" w:after="120" w:line="300" w:lineRule="exact"/>
        <w:jc w:val="both"/>
      </w:pPr>
      <w:r>
        <w:rPr>
          <w:rFonts w:ascii="Georgia" w:hAnsi="Georgia" w:cs="Georgia" w:eastAsia="Georgia"/>
          <w:b w:val="0"/>
          <w:i w:val="0"/>
          <w:sz w:val="22"/>
        </w:rPr>
        <w:t>The evidence of the heroic battle by the Taliban is given by the enemy, himself. "TWO BURSTS OF MACHINE-GUN FIRE WERE FOLLOWED BY A WAVE OF ROCKET PROPELLED GRENADES – IT SEEMED LIKE A THOUSAND ALL AT ONCE." "Suddenly on the morning of July 13, two long bursts of machine-gun fire were followed immediately by a crashing wave of rocket-propelled grenades, or R.P.G.'s.</w:t>
      </w:r>
    </w:p>
    <w:p>
      <w:pPr>
        <w:spacing w:before="0" w:after="120" w:line="300" w:lineRule="exact"/>
        <w:jc w:val="both"/>
      </w:pPr>
      <w:r>
        <w:rPr>
          <w:rFonts w:ascii="Georgia" w:hAnsi="Georgia" w:cs="Georgia" w:eastAsia="Georgia"/>
          <w:b w:val="0"/>
          <w:i w:val="0"/>
          <w:sz w:val="22"/>
        </w:rPr>
        <w:t>It felt and sounded as if a thousand had come at them at once, from close range and continuing without letup. There were deafening blasts and fiery explosions on all sides. Myer judged that the first had come from behind the homes that looked down on them from Wanat, but soon enough they were coming from everywhere. He ran to the command post, ducking behind cover and standing in the open door of his Humvee beside his radio operator, Specialist John Hayes, who had two PM radios, one tuned to the platoon's internal net and the other to the battalion headquarters at Camp Blessing.</w:t>
      </w:r>
    </w:p>
    <w:p>
      <w:pPr>
        <w:spacing w:before="0" w:after="120" w:line="300" w:lineRule="exact"/>
        <w:jc w:val="both"/>
      </w:pPr>
      <w:r>
        <w:rPr>
          <w:rFonts w:ascii="Georgia" w:hAnsi="Georgia" w:cs="Georgia" w:eastAsia="Georgia"/>
          <w:b w:val="0"/>
          <w:i w:val="0"/>
          <w:sz w:val="22"/>
        </w:rPr>
        <w:t>"Whatever you can give me, I'm going to need," Myer told headquarters calmly, the sound of gunfire and explosions in the background lending all the emphasis his words needed. "This is a Ranch House-style attack," he said, referring to the worst single cop assault his men had experienced, a year earlier, at an outpost by that name farther north.</w:t>
      </w:r>
    </w:p>
    <w:p>
      <w:pPr>
        <w:spacing w:before="0" w:after="120" w:line="300" w:lineRule="exact"/>
        <w:jc w:val="both"/>
      </w:pPr>
      <w:r>
        <w:rPr>
          <w:rFonts w:ascii="Georgia" w:hAnsi="Georgia" w:cs="Georgia" w:eastAsia="Georgia"/>
          <w:b w:val="0"/>
          <w:i w:val="0"/>
          <w:sz w:val="22"/>
        </w:rPr>
        <w:t>No one at Wanat expected this level of intensity to continue for long. Often a single big show of force-an artillery volley or a bomb dropped from an aircraft-would be enough to end things. The enemy would typically scatter. But Wanat was too remote to get fast help. The closest air assets were in Jalalabad, and it would be nearly an hour before airplanes or choppers would arrive.</w:t>
      </w:r>
    </w:p>
    <w:p>
      <w:pPr>
        <w:spacing w:before="0" w:after="120" w:line="300" w:lineRule="exact"/>
        <w:jc w:val="both"/>
      </w:pPr>
      <w:r>
        <w:rPr>
          <w:rFonts w:ascii="Georgia" w:hAnsi="Georgia" w:cs="Georgia" w:eastAsia="Georgia"/>
          <w:b w:val="0"/>
          <w:i w:val="0"/>
          <w:sz w:val="22"/>
        </w:rPr>
        <w:t>Reinforcements by road, from battalion headquarters. would take at least 45 minutes. The big guns at Blessing had to be pointed nearly straight up to lob shells over the mountains, which diminished their effectiveness, especially when the enemy was so close to the outpost. Some Taliban were in fact shooting from the outpost's newly dug latrine, which was located on the western perimeter.</w:t>
      </w:r>
    </w:p>
    <w:p>
      <w:pPr>
        <w:spacing w:before="0" w:after="120" w:line="300" w:lineRule="exact"/>
        <w:jc w:val="both"/>
      </w:pPr>
      <w:r>
        <w:rPr>
          <w:rFonts w:ascii="Georgia" w:hAnsi="Georgia" w:cs="Georgia" w:eastAsia="Georgia"/>
          <w:b w:val="0"/>
          <w:i w:val="0"/>
          <w:sz w:val="22"/>
        </w:rPr>
        <w:t>Myer directed artillery to fire around the perimeter of the outpost. It might not hit anyone, but it could make the enemy think twice. "Hey, shoot these three targets," he said, "then we can adjust them as needed." Before he had time to finish that order, the main source of enemy fire shifted to the northeast, toward Topside, which was getting hammered.</w:t>
      </w:r>
    </w:p>
    <w:p>
      <w:pPr>
        <w:spacing w:before="0" w:after="120" w:line="300" w:lineRule="exact"/>
        <w:jc w:val="both"/>
      </w:pPr>
      <w:r>
        <w:rPr>
          <w:rFonts w:ascii="Georgia" w:hAnsi="Georgia" w:cs="Georgia" w:eastAsia="Georgia"/>
          <w:b w:val="0"/>
          <w:i w:val="0"/>
          <w:sz w:val="22"/>
        </w:rPr>
        <w:t>Grenade explosions could be heard. "We have to do something," said Brostrom. The lieutenant knew the men at Topside were outgunned. "We have to get up there, he said. "O.K., go," said Myer. The lieutenant ran to the nearby fighting position of the platoon's second squad. After a short consultation there, he took off with Specialist Jason Hovater and the platoon's medic, Private William Hewitt.</w:t>
      </w:r>
    </w:p>
    <w:p>
      <w:pPr>
        <w:spacing w:before="0" w:after="120" w:line="300" w:lineRule="exact"/>
        <w:jc w:val="both"/>
      </w:pPr>
      <w:r>
        <w:rPr>
          <w:rFonts w:ascii="Georgia" w:hAnsi="Georgia" w:cs="Georgia" w:eastAsia="Georgia"/>
          <w:b w:val="0"/>
          <w:i w:val="0"/>
          <w:sz w:val="22"/>
        </w:rPr>
        <w:t>No sooner did they emerge from cover than Hewitt was hit by a round that blew a hole as big as a beer can out of the back of his arm. He crawled to cover and began bandaging himself. Brostrom and Hovater continued toward Topside. The attackers were primarily targeting the platoon's crew served weapons. The Humvee with the Tow missile system had been hit hard right at the outset.</w:t>
      </w:r>
    </w:p>
    <w:p>
      <w:pPr>
        <w:spacing w:before="0" w:after="120" w:line="300" w:lineRule="exact"/>
        <w:jc w:val="both"/>
      </w:pPr>
      <w:r>
        <w:rPr>
          <w:rFonts w:ascii="Georgia" w:hAnsi="Georgia" w:cs="Georgia" w:eastAsia="Georgia"/>
          <w:b w:val="0"/>
          <w:i w:val="0"/>
          <w:sz w:val="22"/>
        </w:rPr>
        <w:t>Two R.P.G.'s hit the driver's side, one setting the engine ablaze and the other exploding against the driver's -side rear. A third R.P.G. exploded against the rear of the passenger side. The three-man team fled to take cover in the command post, leaving nine unfired missiles trapped in the inferno. Dzwik had been walking over to the mortar pit when the shooting started.</w:t>
      </w:r>
    </w:p>
    <w:p>
      <w:pPr>
        <w:spacing w:before="0" w:after="120" w:line="300" w:lineRule="exact"/>
        <w:jc w:val="both"/>
      </w:pPr>
      <w:r>
        <w:rPr>
          <w:rFonts w:ascii="Georgia" w:hAnsi="Georgia" w:cs="Georgia" w:eastAsia="Georgia"/>
          <w:b w:val="0"/>
          <w:i w:val="0"/>
          <w:sz w:val="22"/>
        </w:rPr>
        <w:t>He was at the entrance when he heard the first shots, and in front of him Specialist Sergio Abad was hit by a round that clipped the backside of his body armor and entered his chest. He was still talking and breathing, but the wound was severe and would prove mortal. Attackers were now firing into the pit from the roofs of village dwellings and from a clump of trees just beyond the perimeter wire.</w:t>
      </w:r>
    </w:p>
    <w:p>
      <w:pPr>
        <w:spacing w:before="0" w:after="120" w:line="300" w:lineRule="exact"/>
        <w:jc w:val="both"/>
      </w:pPr>
      <w:r>
        <w:rPr>
          <w:rFonts w:ascii="Georgia" w:hAnsi="Georgia" w:cs="Georgia" w:eastAsia="Georgia"/>
          <w:b w:val="0"/>
          <w:i w:val="0"/>
          <w:sz w:val="22"/>
        </w:rPr>
        <w:t>The platoon was used to exchanging fire with the enemy, but for many this was the first time they could actually see :whom they were shooting at-and who was shooting at them. Some of the enemy fighters wore masks. They were dressed in various combinations of combat fatigues and traditional Afghan garments. The mortar crew fought back with grenades and small arms.</w:t>
      </w:r>
    </w:p>
    <w:p>
      <w:pPr>
        <w:spacing w:before="0" w:after="120" w:line="300" w:lineRule="exact"/>
        <w:jc w:val="both"/>
      </w:pPr>
      <w:r>
        <w:rPr>
          <w:rFonts w:ascii="Georgia" w:hAnsi="Georgia" w:cs="Georgia" w:eastAsia="Georgia"/>
          <w:b w:val="0"/>
          <w:i w:val="0"/>
          <w:sz w:val="22"/>
        </w:rPr>
        <w:t>They managed to fire off four mortar rounds before machine-gun fire began pinging off the mortar tube. One R.P.G. flew right through an opening in the HESCO wall, passing between Staff Sergeant Erich Phillips, the crew leader, and Private Scott Stenoski, then continued across the outpost to explode against the bazaar wall, setting it on fire.</w:t>
      </w:r>
    </w:p>
    <w:p>
      <w:pPr>
        <w:spacing w:before="0" w:after="120" w:line="300" w:lineRule="exact"/>
        <w:jc w:val="both"/>
      </w:pPr>
      <w:r>
        <w:rPr>
          <w:rFonts w:ascii="Georgia" w:hAnsi="Georgia" w:cs="Georgia" w:eastAsia="Georgia"/>
          <w:b w:val="0"/>
          <w:i w:val="0"/>
          <w:sz w:val="22"/>
        </w:rPr>
        <w:t>When an R.P.G. exploded inside the pit, injuring two more soldiers, Sergeant Phillips ordered everyone out. Carrying Abad, the men ran to the now jammed command post. It was hard to believe that the enemy had so many grenades to shoot. Everyone kept waiting for a lull in the fighting, but it didn't come. The village had clearly been in on the attack.</w:t>
      </w:r>
    </w:p>
    <w:p>
      <w:pPr>
        <w:spacing w:before="0" w:after="120" w:line="300" w:lineRule="exact"/>
        <w:jc w:val="both"/>
      </w:pPr>
      <w:r>
        <w:rPr>
          <w:rFonts w:ascii="Georgia" w:hAnsi="Georgia" w:cs="Georgia" w:eastAsia="Georgia"/>
          <w:b w:val="0"/>
          <w:i w:val="0"/>
          <w:sz w:val="22"/>
        </w:rPr>
        <w:t>There had been clues: unoccupied young men just sitting and watching the post under construction over the last few days. All of the soldiers had sensed that they were being sized up, but what could they do? They couldn't shoot people just for sitting and watching. There had been a few warnings that an attack might be coming, but the platoon believed that they had time.</w:t>
      </w:r>
    </w:p>
    <w:p>
      <w:pPr>
        <w:spacing w:before="0" w:after="120" w:line="300" w:lineRule="exact"/>
        <w:jc w:val="both"/>
      </w:pPr>
      <w:r>
        <w:rPr>
          <w:rFonts w:ascii="Georgia" w:hAnsi="Georgia" w:cs="Georgia" w:eastAsia="Georgia"/>
          <w:b w:val="0"/>
          <w:i w:val="0"/>
          <w:sz w:val="22"/>
        </w:rPr>
        <w:t>Ordinarily the enemy would work up to a big attack: a small-unit assault on one position, a lobbed grenade, a few mortars from the distance. This is what experience had taught them to expect. Not a massive attack completely out of the blue. Myer worked the radio furiously, trying to guide Camp Blessing's artillery crews. Communication was spotty, because the destruction of the Tow Humvee had taken out the platoon's satellite antenna.</w:t>
      </w:r>
    </w:p>
    <w:p>
      <w:pPr>
        <w:spacing w:before="0" w:after="120" w:line="300" w:lineRule="exact"/>
        <w:jc w:val="both"/>
      </w:pPr>
      <w:r>
        <w:rPr>
          <w:rFonts w:ascii="Georgia" w:hAnsi="Georgia" w:cs="Georgia" w:eastAsia="Georgia"/>
          <w:b w:val="0"/>
          <w:i w:val="0"/>
          <w:sz w:val="22"/>
        </w:rPr>
        <w:t>He was working up grids for aircraft and artillery, hoping to land a few big rounds to end this thing. He knew that Lieutenant Colonel Ostlund would have already dispatched a reaction force and would be steering in air support. Myer took stock of his assets. He guessed that the Taliban leaders believed they were too close to the perimeter for artillery rounds to be used effectively if he could drop a few shells close enough to disabuse them, maybe they would break off.</w:t>
      </w:r>
    </w:p>
    <w:p>
      <w:pPr>
        <w:spacing w:before="0" w:after="120" w:line="300" w:lineRule="exact"/>
        <w:jc w:val="both"/>
      </w:pPr>
      <w:r>
        <w:rPr>
          <w:rFonts w:ascii="Georgia" w:hAnsi="Georgia" w:cs="Georgia" w:eastAsia="Georgia"/>
          <w:b w:val="0"/>
          <w:i w:val="0"/>
          <w:sz w:val="22"/>
        </w:rPr>
        <w:t>He left cover briefly to check in at the two closest firing positions as rounds snapped nearby and R.P.G.'s homed in-he could actually see them approaching, arcing eerily toward the platoon from the distance. He was back inside the command post when the burning Tow Humvee exploded, throwing missiles in all directions. Two landed inside the command post.</w:t>
      </w:r>
    </w:p>
    <w:p>
      <w:pPr>
        <w:spacing w:before="0" w:after="120" w:line="300" w:lineRule="exact"/>
        <w:jc w:val="both"/>
      </w:pPr>
      <w:r>
        <w:rPr>
          <w:rFonts w:ascii="Georgia" w:hAnsi="Georgia" w:cs="Georgia" w:eastAsia="Georgia"/>
          <w:b w:val="0"/>
          <w:i w:val="0"/>
          <w:sz w:val="22"/>
        </w:rPr>
        <w:t>Phillips grabbed one, using empty sandbags to protect his hands from the hot shell, and carried it out under heavy fire, depositing it a safe distance away and then returning miraculously unharmed. Myer grabbed the other one and hurled it up and over the sandbag wall. At the same time, six minutes into the fight, howitzer shells from faraway battalion headquarters began to fall, beginning with four big blasts on the southern and western sides of the outpost.</w:t>
      </w:r>
    </w:p>
    <w:p>
      <w:pPr>
        <w:spacing w:before="0" w:after="120" w:line="300" w:lineRule="exact"/>
        <w:jc w:val="both"/>
      </w:pPr>
      <w:r>
        <w:rPr>
          <w:rFonts w:ascii="Georgia" w:hAnsi="Georgia" w:cs="Georgia" w:eastAsia="Georgia"/>
          <w:b w:val="0"/>
          <w:i w:val="0"/>
          <w:sz w:val="22"/>
        </w:rPr>
        <w:t>Ostlund had delayed firing until he was able to confirm, with Myer, the location of every member of the platoon. He had the crews perform a mandatory recheck before each 155mm. shell was fired. The barrage became a steady, slow, loud drumbeat. But it did not, as Myer had hoped, check the assault. All of the fighting positions at the post were heavily and continually engaged at this point.</w:t>
      </w:r>
    </w:p>
    <w:p>
      <w:pPr>
        <w:spacing w:before="0" w:after="120" w:line="300" w:lineRule="exact"/>
        <w:jc w:val="both"/>
      </w:pPr>
      <w:r>
        <w:rPr>
          <w:rFonts w:ascii="Georgia" w:hAnsi="Georgia" w:cs="Georgia" w:eastAsia="Georgia"/>
          <w:b w:val="0"/>
          <w:i w:val="0"/>
          <w:sz w:val="22"/>
        </w:rPr>
        <w:t>The Afghan contingent, with its U.S. Marine trainers, was firing from its bunkers to the 11-o'clock and 5-o'clock positions with small arms and an M240 machine gun. The two Humvees with Mk-19 grenade launchers we were unable to use them because the enemy was within the weapon's minimum arming distance. The last of the platoon's Humvees, at the lower position, had had its .50caliber taken out early on.</w:t>
      </w:r>
    </w:p>
    <w:p>
      <w:pPr>
        <w:spacing w:before="0" w:after="120" w:line="300" w:lineRule="exact"/>
        <w:jc w:val="both"/>
      </w:pPr>
      <w:r>
        <w:rPr>
          <w:rFonts w:ascii="Georgia" w:hAnsi="Georgia" w:cs="Georgia" w:eastAsia="Georgia"/>
          <w:b w:val="0"/>
          <w:i w:val="0"/>
          <w:sz w:val="22"/>
        </w:rPr>
        <w:t>"It was hard to believe that the enemy (i.e. the Taliban) had so many grenades to shoot. Everyone kept waiting for a lull in the fighting, but it didn't come." So, only minutes into the fight, the platoon was left to defend the main outpost with small arms, shoulderfired rockets, hand-thrown grenades, the .50-cal. machine gun mounted on Myer's Humvee at the command post, and the M240 machine guns.</w:t>
      </w:r>
    </w:p>
    <w:p>
      <w:pPr>
        <w:spacing w:before="0" w:after="120" w:line="300" w:lineRule="exact"/>
        <w:jc w:val="both"/>
      </w:pPr>
      <w:r>
        <w:rPr>
          <w:rFonts w:ascii="Georgia" w:hAnsi="Georgia" w:cs="Georgia" w:eastAsia="Georgia"/>
          <w:b w:val="0"/>
          <w:i w:val="0"/>
          <w:sz w:val="22"/>
        </w:rPr>
        <w:t>The mortars and Tow system had all been destroyed. Much of the incoming fire was now concentrated on the command post and its big machine gun. The Humvee was taking a pounding. Bad as things were at the main outpost, they were much worse at the observation post. All nine men at Topside had been either killed or wounded. Specialist Tyler Stafford had been blown backward by a blast, losing his helmet.</w:t>
      </w:r>
    </w:p>
    <w:p>
      <w:pPr>
        <w:spacing w:before="0" w:after="120" w:line="300" w:lineRule="exact"/>
        <w:jc w:val="both"/>
      </w:pPr>
      <w:r>
        <w:rPr>
          <w:rFonts w:ascii="Georgia" w:hAnsi="Georgia" w:cs="Georgia" w:eastAsia="Georgia"/>
          <w:b w:val="0"/>
          <w:i w:val="0"/>
          <w:sz w:val="22"/>
        </w:rPr>
        <w:t>Bits of hot shrapnel cut into his legs and belly, and at first, because of the burning sensation, he thought he was on fire. He pulled his helmet on again and called for help to his buddy, Specialist Gunnar Zwilling, who looked stunned. Then Zwilling disappeared in a second blast that blew Stafford down to the bottom terrace. Specialist Matthew Phillips, the platoon's marksman, was on his knees below a wall of sandbags nearby.</w:t>
      </w:r>
    </w:p>
    <w:p>
      <w:pPr>
        <w:spacing w:before="0" w:after="120" w:line="300" w:lineRule="exact"/>
        <w:jc w:val="both"/>
      </w:pPr>
      <w:r>
        <w:rPr>
          <w:rFonts w:ascii="Georgia" w:hAnsi="Georgia" w:cs="Georgia" w:eastAsia="Georgia"/>
          <w:b w:val="0"/>
          <w:i w:val="0"/>
          <w:sz w:val="22"/>
        </w:rPr>
        <w:t>"Hey, Phillips, man, I'm hit!" shouted Stafford. "I'm hit! I need help!" Phillips smiled over at him, as if to say he would be there in a moment. He then stood to throw a grenade just as another R.P.G. exploded. Stafford ducked and felt something smack hard against the top of his helmet, denting it. When the dust settled he looked up. Phillips was again on his knees but slumped forward, arms akimbo.</w:t>
      </w:r>
    </w:p>
    <w:p>
      <w:pPr>
        <w:spacing w:before="0" w:after="120" w:line="300" w:lineRule="exact"/>
        <w:jc w:val="both"/>
      </w:pPr>
      <w:r>
        <w:rPr>
          <w:rFonts w:ascii="Georgia" w:hAnsi="Georgia" w:cs="Georgia" w:eastAsia="Georgia"/>
          <w:b w:val="0"/>
          <w:i w:val="0"/>
          <w:sz w:val="22"/>
        </w:rPr>
        <w:t>He was dead. Stafford crawled back up to Topside's southernmost fighting position, where he found Sergeant Ryan Pitts, the platoon's forward observer, severely wounded in the arms and legs. Alongside, Specialist Jason Bogar and Corporal Jonathan Ayers were putting up a heroic fight. Bogar had his Squad Automatic Weapon on cyclic, just loading and spraying, loading and spraying, until it jammed.</w:t>
      </w:r>
    </w:p>
    <w:p>
      <w:pPr>
        <w:spacing w:before="0" w:after="120" w:line="300" w:lineRule="exact"/>
        <w:jc w:val="both"/>
      </w:pPr>
      <w:r>
        <w:rPr>
          <w:rFonts w:ascii="Georgia" w:hAnsi="Georgia" w:cs="Georgia" w:eastAsia="Georgia"/>
          <w:b w:val="0"/>
          <w:i w:val="0"/>
          <w:sz w:val="22"/>
        </w:rPr>
        <w:t>The barrel was white-hot. Ayers worked an M240 machine gun from the terrace overhead until he ran out of ammo. He and Specialist Chris McKaig were also struggling to put out a fire inside their small fighting position. When Ayers's ammo was gone, they fought back with their M4s, popping up at intervals to shoot short bursts until Ayers was shot and killed.</w:t>
      </w:r>
    </w:p>
    <w:p>
      <w:pPr>
        <w:spacing w:before="0" w:after="120" w:line="300" w:lineRule="exact"/>
        <w:jc w:val="both"/>
      </w:pPr>
      <w:r>
        <w:rPr>
          <w:rFonts w:ascii="Georgia" w:hAnsi="Georgia" w:cs="Georgia" w:eastAsia="Georgia"/>
          <w:b w:val="0"/>
          <w:i w:val="0"/>
          <w:sz w:val="22"/>
        </w:rPr>
        <w:t>Under heavy fire, Brostrom and Hovater raced uphill along one wall of the lower portion of the bazaar, then to the outer wall of a small hotel. They scrambled up the first terrace. The lieutenant stood on the lower terrace, which was partly shielded by a boulder, and called up to the wounded Pitts, telling him to hand down the machine gun that Zwilling and Stafford had been using.</w:t>
      </w:r>
    </w:p>
    <w:p>
      <w:pPr>
        <w:spacing w:before="0" w:after="120" w:line="300" w:lineRule="exact"/>
        <w:jc w:val="both"/>
      </w:pPr>
      <w:r>
        <w:rPr>
          <w:rFonts w:ascii="Georgia" w:hAnsi="Georgia" w:cs="Georgia" w:eastAsia="Georgia"/>
          <w:b w:val="0"/>
          <w:i w:val="0"/>
          <w:sz w:val="22"/>
        </w:rPr>
        <w:t>Stafford could not see Brostrom or Hovater, but he heard the lieutenant shouting back and forth with a third soldier who had joined them there, It appears that the tyrant, Assad of Syria is heading for the same fate which overtook Ghadhafi. Even his father had brutally tortured and murdered tens of thousands of Muslims. Assad, the son, has followed the same path chalked out by his father.</w:t>
      </w:r>
    </w:p>
    <w:p>
      <w:pPr>
        <w:spacing w:before="0" w:after="120" w:line="300" w:lineRule="exact"/>
        <w:jc w:val="both"/>
      </w:pPr>
      <w:r>
        <w:rPr>
          <w:rFonts w:ascii="Georgia" w:hAnsi="Georgia" w:cs="Georgia" w:eastAsia="Georgia"/>
          <w:b w:val="0"/>
          <w:i w:val="0"/>
          <w:sz w:val="22"/>
        </w:rPr>
        <w:t>With so many brutalities perpetrated by this evil man, it appears that his ignominious doom is a foregone conclusion. And, this is precisely what America and the western powers are hoping and conspiring, albeit for achieving the objectives of their own pernicious plots. They are never motivated by altruistic designs for aiding the so-called Free Syrian Army.</w:t>
      </w:r>
    </w:p>
    <w:p>
      <w:pPr>
        <w:spacing w:before="0" w:after="120" w:line="300" w:lineRule="exact"/>
        <w:jc w:val="both"/>
      </w:pPr>
      <w:r>
        <w:rPr>
          <w:rFonts w:ascii="Georgia" w:hAnsi="Georgia" w:cs="Georgia" w:eastAsia="Georgia"/>
          <w:b w:val="0"/>
          <w:i w:val="0"/>
          <w:sz w:val="22"/>
        </w:rPr>
        <w:t>Whilst this army may be free from Assad, it is not free from the American and British colonialists who are directing the military operations against the Assad regime. Weapons, finance, intelligence and whatever other support is required to bring down the Assad regime are being provided by the Western powers, primarily by America and Britain.</w:t>
      </w:r>
    </w:p>
    <w:p>
      <w:pPr>
        <w:spacing w:before="0" w:after="120" w:line="300" w:lineRule="exact"/>
        <w:jc w:val="both"/>
      </w:pPr>
      <w:r>
        <w:rPr>
          <w:rFonts w:ascii="Georgia" w:hAnsi="Georgia" w:cs="Georgia" w:eastAsia="Georgia"/>
          <w:b w:val="0"/>
          <w:i w:val="0"/>
          <w:sz w:val="22"/>
        </w:rPr>
        <w:t>Turkey and Saudi Arabia have Specialist Pruitt Rainey. Then he heard one of them yell, "They're inside the wire!" There came a crescendo of gunfire and shouts. It was surmised later that Brostrom and Rainey had been trying to set up the machine gun, with Hovater providing covering fire, when they were surprised by Taliban fighters. All three were shot from the front and killed instantly.</w:t>
      </w:r>
    </w:p>
    <w:p>
      <w:pPr>
        <w:spacing w:before="0" w:after="120" w:line="300" w:lineRule="exact"/>
        <w:jc w:val="both"/>
      </w:pPr>
      <w:r>
        <w:rPr>
          <w:rFonts w:ascii="Georgia" w:hAnsi="Georgia" w:cs="Georgia" w:eastAsia="Georgia"/>
          <w:b w:val="0"/>
          <w:i w:val="0"/>
          <w:sz w:val="22"/>
        </w:rPr>
        <w:t>Before the sun finally rose over the peaks that morning, word of what had happened in this isolated valley had raced around the world. Nine Americans had been killed, and 32 members of the platoon-27 Americans and five allied Afghans--had been wounded. The Battle of Wanat was the army's worst single day in the seven-year Afghan conflict, and it would send out waves of anger and recrimination that would last for years.</w:t>
      </w:r>
    </w:p>
    <w:p>
      <w:pPr>
        <w:spacing w:before="0" w:after="120" w:line="300" w:lineRule="exact"/>
        <w:jc w:val="both"/>
      </w:pPr>
      <w:r>
        <w:rPr>
          <w:rFonts w:ascii="Georgia" w:hAnsi="Georgia" w:cs="Georgia" w:eastAsia="Georgia"/>
          <w:b w:val="0"/>
          <w:i w:val="0"/>
          <w:sz w:val="22"/>
        </w:rPr>
        <w:t>For nine American families in particular, the pain will last a lifetime. The casualties were reported on the radio by one of the returning Apache pilots." (End of report) In what was a glorious battle for the Taliban, and a hell-on-earth for the U.S. forces, the base was completely destroyed. The western source, Vanity Fair journal, does not inform of the final outcome.</w:t>
      </w:r>
    </w:p>
    <w:p>
      <w:pPr>
        <w:spacing w:before="0" w:after="120" w:line="300" w:lineRule="exact"/>
        <w:jc w:val="both"/>
      </w:pPr>
      <w:r>
        <w:rPr>
          <w:rFonts w:ascii="Georgia" w:hAnsi="Georgia" w:cs="Georgia" w:eastAsia="Georgia"/>
          <w:b w:val="0"/>
          <w:i w:val="0"/>
          <w:sz w:val="22"/>
        </w:rPr>
        <w:t>The reason is obvious. It was total and humiliating defeat and evacuation with tails between the legs for the American forces, and their Afghan surrogates who were positioned in front to defend the Americans. Later the planes and helicopters appeared to evacuate the effects of the defeat inflicted by the Taliban – the dead, the wounded and the handful of shocked U.S. troops who had escaped injury.</w:t>
      </w:r>
    </w:p>
    <w:p>
      <w:pPr>
        <w:spacing w:before="0" w:after="120" w:line="300" w:lineRule="exact"/>
        <w:jc w:val="both"/>
      </w:pPr>
      <w:r>
        <w:rPr>
          <w:rFonts w:ascii="Georgia" w:hAnsi="Georgia" w:cs="Georgia" w:eastAsia="Georgia"/>
          <w:b w:val="0"/>
          <w:i w:val="0"/>
          <w:sz w:val="22"/>
        </w:rPr>
        <w:t>What the U.S. aggressors had dubbed a 'rag-tag' army and a few 'bandits', has mired the superpowers of the world together with their 50 country-coalition in what has become hellon-earth for them. They have learnt to respect the fighting abilities of this 'untrained' Army of Allah, vastly outgunned and outmanned. Despite the tremendous odds arraigned against them, the Taliban have inflicted defeat upon defeat to the enemy, and have eliminated almost all the outlying bases which the coalition of aggressors had set up all over the country with great hopes of colonizing the land.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CURRENT STATUS OF THE AFGHAN JIHAD</w:t>
      </w:r>
    </w:p>
    <w:p>
      <w:pPr>
        <w:spacing w:before="0" w:after="160" w:line="300" w:lineRule="exact"/>
        <w:jc w:val="center"/>
      </w:pPr>
      <w:r>
        <w:rPr>
          <w:rFonts w:ascii="Georgia" w:hAnsi="Georgia" w:cs="Georgia" w:eastAsia="Georgia"/>
          <w:b w:val="0"/>
          <w:i/>
          <w:sz w:val="16"/>
        </w:rPr>
        <w:t>Page 7 of the original. Heading read from the printed headline artwork.</w:t>
      </w:r>
    </w:p>
    <w:p>
      <w:pPr>
        <w:spacing w:before="0" w:after="120" w:line="300" w:lineRule="exact"/>
        <w:jc w:val="both"/>
      </w:pPr>
      <w:r>
        <w:rPr>
          <w:rFonts w:ascii="Georgia" w:hAnsi="Georgia" w:cs="Georgia" w:eastAsia="Georgia"/>
          <w:b w:val="0"/>
          <w:i w:val="0"/>
          <w:sz w:val="22"/>
        </w:rPr>
        <w:t>THE COURAGE, spirit, determination and composure of the Taliban Mujaahideen are indeed remarkable. This is a clear sign of aid of Allah Ta'ala with the Mujaahideen. Death poses no fear to them. The group of Taliban who struck the largest U.S. base in southeastern Afghanistan, causing substantial damage and numerous casualties, the extent and number of which are falsified and concealed by the aggressors, went into the jaws of death to gain Shahaadat.</w:t>
      </w:r>
    </w:p>
    <w:p>
      <w:pPr>
        <w:spacing w:before="0" w:after="120" w:line="300" w:lineRule="exact"/>
        <w:jc w:val="both"/>
      </w:pPr>
      <w:r>
        <w:rPr>
          <w:rFonts w:ascii="Georgia" w:hAnsi="Georgia" w:cs="Georgia" w:eastAsia="Georgia"/>
          <w:b w:val="0"/>
          <w:i w:val="0"/>
          <w:sz w:val="22"/>
        </w:rPr>
        <w:t>Their intention was to die fighting in the Path of Allah Azza Wa Jal. This noble intention is clear from the fact that just 10 Mujaahid fighters penetrated into the largest US base in the region. They were fully alive to the reality of not emerging alive from the base, hence they exploded even the vehicle with which they had arrived at the base.</w:t>
      </w:r>
    </w:p>
    <w:p>
      <w:pPr>
        <w:spacing w:before="0" w:after="120" w:line="300" w:lineRule="exact"/>
        <w:jc w:val="both"/>
      </w:pPr>
      <w:r>
        <w:rPr>
          <w:rFonts w:ascii="Georgia" w:hAnsi="Georgia" w:cs="Georgia" w:eastAsia="Georgia"/>
          <w:b w:val="0"/>
          <w:i w:val="0"/>
          <w:sz w:val="22"/>
        </w:rPr>
        <w:t>It is quite obvious that they would soon run out of ammunition inside the lion's den. But, the lofty motive which impelled them to attack the US base did not permit the slightest vestige of fear – fear for either the cowards in the base or for Death. The kuffaar are at a complete loss as to how to deal with men of this calibre and with such a mindset – men who espouse and love Death more than what the aggressors court and love life.</w:t>
      </w:r>
    </w:p>
    <w:p>
      <w:pPr>
        <w:spacing w:before="0" w:after="120" w:line="300" w:lineRule="exact"/>
        <w:jc w:val="both"/>
      </w:pPr>
      <w:r>
        <w:rPr>
          <w:rFonts w:ascii="Georgia" w:hAnsi="Georgia" w:cs="Georgia" w:eastAsia="Georgia"/>
          <w:b w:val="0"/>
          <w:i w:val="0"/>
          <w:sz w:val="22"/>
        </w:rPr>
        <w:t>The reason for the extraordinary morale of the Mujaahideen is the unshakeable belief in the higher life of the Aakhirah, and the wonderful rewards and treasures awaiting them in that heavenly realm. This attitude cannever be generated in the hearts of atheists, drug addicts and cowardly troops who prey on civilians, including women, children, the aged and the infirm.</w:t>
      </w:r>
    </w:p>
    <w:p>
      <w:pPr>
        <w:spacing w:before="0" w:after="120" w:line="300" w:lineRule="exact"/>
        <w:jc w:val="both"/>
      </w:pPr>
      <w:r>
        <w:rPr>
          <w:rFonts w:ascii="Georgia" w:hAnsi="Georgia" w:cs="Georgia" w:eastAsia="Georgia"/>
          <w:b w:val="0"/>
          <w:i w:val="0"/>
          <w:sz w:val="22"/>
        </w:rPr>
        <w:t>They are cowards who are experts at pummelling little hamlets and hut-villages from the air with murderous bombardment. They are adept at the use of chemical weapons, and they are the greatest experts when it comes to torturing helpless Muslims in their tentacles at their black sites. But they lack prowess on the battlefield. In the open, in the battlefield, these highly trained US forces, special forces and seals cower like dogs and suffer defeat upon defeat, hence Afghanistan has been cleared by the Taliban from all outlying bases.</w:t>
      </w:r>
    </w:p>
    <w:p>
      <w:pPr>
        <w:spacing w:before="0" w:after="120" w:line="300" w:lineRule="exact"/>
        <w:jc w:val="both"/>
      </w:pPr>
      <w:r>
        <w:rPr>
          <w:rFonts w:ascii="Georgia" w:hAnsi="Georgia" w:cs="Georgia" w:eastAsia="Georgia"/>
          <w:b w:val="0"/>
          <w:i w:val="0"/>
          <w:sz w:val="22"/>
        </w:rPr>
        <w:t>All the aggressors are now holed up in large city barracks protected by massive blast walls. There fortifications are indeed formidable, but unable to secure them from Taliban attacks. They no longer venture out to engage the Taliban. All reports from western enemy sources confirm that in recent times it is always the Taliban who take the fight to the US and coalition invaders – right into the cities – right into their heavily fortified barracks.</w:t>
      </w:r>
    </w:p>
    <w:p>
      <w:pPr>
        <w:spacing w:before="0" w:after="120" w:line="300" w:lineRule="exact"/>
        <w:jc w:val="both"/>
      </w:pPr>
      <w:r>
        <w:rPr>
          <w:rFonts w:ascii="Georgia" w:hAnsi="Georgia" w:cs="Georgia" w:eastAsia="Georgia"/>
          <w:b w:val="0"/>
          <w:i w:val="0"/>
          <w:sz w:val="22"/>
        </w:rPr>
        <w:t>About fighting from behind blast walls and from inside fortified barracks, the Qur'aan Majeed states: "They (the kuffaar) with their coa- lition cannot fight you (O Believ- ers!) except from inside fortified barracks and from behind (blast) walls. Their mutual warfare is intense. Whilst you (O Believers!) think that they are a united force, (in fact) their hearts are rent asunder.</w:t>
      </w:r>
    </w:p>
    <w:p>
      <w:pPr>
        <w:spacing w:before="0" w:after="120" w:line="300" w:lineRule="exact"/>
        <w:jc w:val="both"/>
      </w:pPr>
      <w:r>
        <w:rPr>
          <w:rFonts w:ascii="Georgia" w:hAnsi="Georgia" w:cs="Georgia" w:eastAsia="Georgia"/>
          <w:b w:val="0"/>
          <w:i w:val="0"/>
          <w:sz w:val="22"/>
        </w:rPr>
        <w:t>That is because they are a people who lack intelligence." Much brains are not required to understand the current situation in Afghanistan. The fact that almost all attacks are made by the Taliban, and that too in the cities on fortified barracks, testifies for the ascendancy of the Mujaahideen and for enemy with their tails between their legs.</w:t>
      </w:r>
    </w:p>
    <w:p>
      <w:pPr>
        <w:spacing w:before="0" w:after="120" w:line="300" w:lineRule="exact"/>
        <w:jc w:val="both"/>
      </w:pPr>
      <w:r>
        <w:rPr>
          <w:rFonts w:ascii="Georgia" w:hAnsi="Georgia" w:cs="Georgia" w:eastAsia="Georgia"/>
          <w:b w:val="0"/>
          <w:i w:val="0"/>
          <w:sz w:val="22"/>
        </w:rPr>
        <w:t>They occasionally emerge after having planned to bomb a village from the air. From the safety of the air, they feel free to pummel the unarmed village dwellers and their homes. This then is their 'heroism'. The numerous drone strikes too are evidence for the humiliating failure of the ground forces of the 50 nation coalition. They simply have no stomach for losing lives, hence the increase in unmanned strikes.</w:t>
      </w:r>
    </w:p>
    <w:p>
      <w:pPr>
        <w:spacing w:before="0" w:after="120" w:line="300" w:lineRule="exact"/>
        <w:jc w:val="both"/>
      </w:pPr>
      <w:r>
        <w:rPr>
          <w:rFonts w:ascii="Georgia" w:hAnsi="Georgia" w:cs="Georgia" w:eastAsia="Georgia"/>
          <w:b w:val="0"/>
          <w:i w:val="0"/>
          <w:sz w:val="22"/>
        </w:rPr>
        <w:t>Most of those killed by these cowardly drone strikes are civilians. Western sources also acknowledge this fact. Since the invaders have failed to fight the Taliban on the ground, the U.S. has been conducting a cowardly covert programme to kill at random with unmanned drone strikes. The Rolling Stones magazine (a western source) states: "The U.S. had already tried four times to assassinate Mehsud (Baitullah of the Pakistani Taliban) with drones, killing dozens of civilians in the failed attempts.</w:t>
      </w:r>
    </w:p>
    <w:p>
      <w:pPr>
        <w:spacing w:before="0" w:after="120" w:line="300" w:lineRule="exact"/>
        <w:jc w:val="both"/>
      </w:pPr>
      <w:r>
        <w:rPr>
          <w:rFonts w:ascii="Georgia" w:hAnsi="Georgia" w:cs="Georgia" w:eastAsia="Georgia"/>
          <w:b w:val="0"/>
          <w:i w:val="0"/>
          <w:sz w:val="22"/>
        </w:rPr>
        <w:t>One of the missed strikes, according to a human rights group, killed 35 people, including nine civilians, with reports that flying shrapnel killed an eight-year -old boy while he was sleeping. Another blown strike, in June 2009, took out 45 civilians, according to credible press reports. According to John Rizzo, who served as chief counsel at the CIA for six years, the process of approving drone strikes effectively required him and 10 other lawyers at the agency to "murder" people from the CIA's counterterrorism center in Langley, Virginia." Thus, this is the 'war' in which the U.S.A. is adept – torture, murder and terrorism.</w:t>
      </w:r>
    </w:p>
    <w:p>
      <w:pPr>
        <w:spacing w:before="0" w:after="120" w:line="300" w:lineRule="exact"/>
        <w:jc w:val="both"/>
      </w:pPr>
      <w:r>
        <w:rPr>
          <w:rFonts w:ascii="Georgia" w:hAnsi="Georgia" w:cs="Georgia" w:eastAsia="Georgia"/>
          <w:b w:val="0"/>
          <w:i w:val="0"/>
          <w:sz w:val="22"/>
        </w:rPr>
        <w:t>Shaitaan has made them insane with the greed for power and wealth – the natural resources of the so -called 'third world' countries, which are all rich in mineral and agricultural resources on which the avaricious eyes of the U.S.A. and the West in general are riveted. The primary concern of the U.S.A., and Nato now is to devise an 'honourable' exit.</w:t>
      </w:r>
    </w:p>
    <w:p>
      <w:pPr>
        <w:spacing w:before="0" w:after="120" w:line="300" w:lineRule="exact"/>
        <w:jc w:val="both"/>
      </w:pPr>
      <w:r>
        <w:rPr>
          <w:rFonts w:ascii="Georgia" w:hAnsi="Georgia" w:cs="Georgia" w:eastAsia="Georgia"/>
          <w:b w:val="0"/>
          <w:i w:val="0"/>
          <w:sz w:val="22"/>
        </w:rPr>
        <w:t>But, Afghanistan is a huge bone securely lodged in their throats. To get it unstuck is no easy task. Whilst a withdrawal of the kuffaar forces will for a while leave a situation in which anarchy will prevail as is currently the scenario in Iraq where daily dozens of people are killed, it is hoped that the Taliban by the grace of Allah Ta'ala will ultimately be able to neutralize all the evil local forces, and establish their domination with the Law of the Shariah.</w:t>
      </w:r>
    </w:p>
    <w:p>
      <w:pPr>
        <w:spacing w:before="0" w:after="120" w:line="300" w:lineRule="exact"/>
        <w:jc w:val="both"/>
      </w:pPr>
      <w:r>
        <w:rPr>
          <w:rFonts w:ascii="Georgia" w:hAnsi="Georgia" w:cs="Georgia" w:eastAsia="Georgia"/>
          <w:b w:val="0"/>
          <w:i w:val="0"/>
          <w:sz w:val="22"/>
        </w:rPr>
        <w:t>Allah Ta'ala says in the Qur'aan Majeed: "(The Muttaaqeen are) those, if we establish them in the land, they establish Salaat, pay Zakaat, com- mand righteousness and prohibit evil." The objective of political power is nothing other than to establish the Law of Allah on earth.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also been harnessed to achieve the American goal which is to establish anarchy in Syria…</w:t>
      </w:r>
    </w:p>
    <w:p>
      <w:pPr>
        <w:spacing w:before="0" w:after="160" w:line="300" w:lineRule="exact"/>
        <w:jc w:val="center"/>
      </w:pPr>
      <w:r>
        <w:rPr>
          <w:rFonts w:ascii="Georgia" w:hAnsi="Georgia" w:cs="Georgia" w:eastAsia="Georgia"/>
          <w:b w:val="0"/>
          <w:i/>
          <w:sz w:val="16"/>
        </w:rPr>
        <w:t>Page 7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also been harnessed to achieve the American goal which is to establish anarchy in Syria as they have succeeded in Libya and Iraq. Under instructions of Washington, Saudi Arabia is openly promoting the Syrian rebel cause, and encouraging Muslims to contribute funds and even join in the fight to topple Assad. With the disappearance of Assad, the U.S.A. and Israel have calculated the emaciation of the Shiah Hizbullah group of Lebanon, who has been funded, trained and armed by Iran via Assad's regime.</w:t>
      </w:r>
    </w:p>
    <w:p>
      <w:pPr>
        <w:spacing w:before="0" w:after="120" w:line="300" w:lineRule="exact"/>
        <w:jc w:val="both"/>
      </w:pPr>
      <w:r>
        <w:rPr>
          <w:rFonts w:ascii="Georgia" w:hAnsi="Georgia" w:cs="Georgia" w:eastAsia="Georgia"/>
          <w:b w:val="0"/>
          <w:i w:val="0"/>
          <w:sz w:val="22"/>
        </w:rPr>
        <w:t>With the elimination of Assad, Israel will be the effective master of the Middle East. All the other Arab states are American lackeys and hopelessly impotent. Even the UN envoy Kofi Annan resigned from his post on account of lack of international support for his peace plan for Syria. Since the U.S.A. is averse to any peace in Syria, the United Nations appointed commission to broker the peace has failed.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BEWARE OF THE UNIVERSAL PUNISHMENT</w:t>
      </w:r>
    </w:p>
    <w:p>
      <w:pPr>
        <w:spacing w:before="0" w:after="160" w:line="300" w:lineRule="exact"/>
        <w:jc w:val="center"/>
      </w:pPr>
      <w:r>
        <w:rPr>
          <w:rFonts w:ascii="Georgia" w:hAnsi="Georgia" w:cs="Georgia" w:eastAsia="Georgia"/>
          <w:b w:val="0"/>
          <w:i/>
          <w:sz w:val="16"/>
        </w:rPr>
        <w:t>Page 8 of the original. Heading read from the printed headline artwork.</w:t>
      </w:r>
    </w:p>
    <w:p>
      <w:pPr>
        <w:spacing w:before="0" w:after="120" w:line="300" w:lineRule="exact"/>
        <w:jc w:val="both"/>
      </w:pPr>
      <w:r>
        <w:rPr>
          <w:rFonts w:ascii="Georgia" w:hAnsi="Georgia" w:cs="Georgia" w:eastAsia="Georgia"/>
          <w:b w:val="0"/>
          <w:i w:val="0"/>
          <w:sz w:val="22"/>
        </w:rPr>
        <w:t>"And, fear such a fitnah (punishment/calamity) which will not apprehend only the transgressors among you. And, know that, verily, Allah is most stern in punishment." In this Qur'aanic verse Allah Ta'ala issues a severe warning to the learned and pious members of a nation. They are warned of the disaster of severe punishment which will not be restricted to the transgressors who are the initial cause of the calamity.</w:t>
      </w:r>
    </w:p>
    <w:p>
      <w:pPr>
        <w:spacing w:before="0" w:after="120" w:line="300" w:lineRule="exact"/>
        <w:jc w:val="both"/>
      </w:pPr>
      <w:r>
        <w:rPr>
          <w:rFonts w:ascii="Georgia" w:hAnsi="Georgia" w:cs="Georgia" w:eastAsia="Georgia"/>
          <w:b w:val="0"/>
          <w:i w:val="0"/>
          <w:sz w:val="22"/>
        </w:rPr>
        <w:t>The divine punishment which will be unleashed as a consequence of transgression gone overboard, will overtake even the Ulama and the Sulaha in the community. Explaining the rationale for the universal punishment, Hakimul Ummat, Maulana Ashraf Ali Thanvi (rahmatullah alayh) states in his Bayaanul Qur'aan: "Just as self-reformation is incumbent, so too is it Waajib within the confines of one's means to strive for the reformation of others by way of Amr Bil Ma'roof Nahy Anil Munkar (Commanding virtue and prohibiting vice), whether by hand (i.e. by force) or by tongue or by abstention from association (with the transgressors) or by abhorrence within the heart, and this is the very last and weakest stage.</w:t>
      </w:r>
    </w:p>
    <w:p>
      <w:pPr>
        <w:spacing w:before="0" w:after="120" w:line="300" w:lineRule="exact"/>
        <w:jc w:val="both"/>
      </w:pPr>
      <w:r>
        <w:rPr>
          <w:rFonts w:ascii="Georgia" w:hAnsi="Georgia" w:cs="Georgia" w:eastAsia="Georgia"/>
          <w:b w:val="0"/>
          <w:i w:val="0"/>
          <w:sz w:val="22"/>
        </w:rPr>
        <w:t>The consequence of acquiescence (which leads to abstention from Amr Bil Ma'roof) is that the calamity of the evil (which others commit) will not be restricted to only the actual sinners, but will overtake even those (Ulama and Sulaha) who had abandoned Amr Bil Ma'roof." Since abstention from Amr Bil Ma'roof Nahy anil Munkar without valid reason is mudaahanat (hypocrisy)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which causes the abstainers to acquiesce with the flagrant transgressors, thus displaying…</w:t>
      </w:r>
    </w:p>
    <w:p>
      <w:pPr>
        <w:spacing w:before="0" w:after="160" w:line="300" w:lineRule="exact"/>
        <w:jc w:val="center"/>
      </w:pPr>
      <w:r>
        <w:rPr>
          <w:rFonts w:ascii="Georgia" w:hAnsi="Georgia" w:cs="Georgia" w:eastAsia="Georgia"/>
          <w:b w:val="0"/>
          <w:i/>
          <w:sz w:val="16"/>
        </w:rPr>
        <w:t>Page 8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which causes the abstainers to acquiesce with the flagrant transgressors, thus displaying flagrant disregard for the prohibitions of Allah Ta'ala, they too are guilty of major sins, hence the universal punishment which befalls even the silent Ulama and Sulaha is justified despite their sincerity and acts of virtue. Allah Ta'ala abhors mudaahanat.</w:t>
      </w:r>
    </w:p>
    <w:p>
      <w:pPr>
        <w:spacing w:before="0" w:after="120" w:line="300" w:lineRule="exact"/>
        <w:jc w:val="both"/>
      </w:pPr>
      <w:r>
        <w:rPr>
          <w:rFonts w:ascii="Georgia" w:hAnsi="Georgia" w:cs="Georgia" w:eastAsia="Georgia"/>
          <w:b w:val="0"/>
          <w:i w:val="0"/>
          <w:sz w:val="22"/>
        </w:rPr>
        <w:t>In Sharhus Sunnah, Imaam Baghawi (rahmatullah alayh) narrated a Hadith from Hadhrat Abdullah Ibn Mas'ood (radhiyallahu anhu) and Hadhrat Aishah Siddeeqah (radhiyallahu anha) in which Rasulullah (sallallahu alayhi wasallam) said that Allah Ta'ala will not inflict His punishment on the entire community on account of the sins of a few. However, when the sins become prevalent and are flagrantly committed, and people despite having the ability do not prevent the transgression, then Allah's punishment will engulf the whole community.</w:t>
      </w:r>
    </w:p>
    <w:p>
      <w:pPr>
        <w:spacing w:before="0" w:after="120" w:line="300" w:lineRule="exact"/>
        <w:jc w:val="both"/>
      </w:pPr>
      <w:r>
        <w:rPr>
          <w:rFonts w:ascii="Georgia" w:hAnsi="Georgia" w:cs="Georgia" w:eastAsia="Georgia"/>
          <w:b w:val="0"/>
          <w:i w:val="0"/>
          <w:sz w:val="22"/>
        </w:rPr>
        <w:t>Rasulullah (sallallahu alayhi wasallam) also said that when Amr Bil Ma'roof Nahy Anil Munkar is abandoned, then Allah Ta'ala will appoint such tyrants over us who will neither respect our seniors nor show mercy to our little ones. When such calamities befall us, the pious in the community will supplicate to Allah Ta'ala, but their duas will not be answered.</w:t>
      </w:r>
    </w:p>
    <w:p>
      <w:pPr>
        <w:spacing w:before="0" w:after="120" w:line="300" w:lineRule="exact"/>
        <w:jc w:val="both"/>
      </w:pPr>
      <w:r>
        <w:rPr>
          <w:rFonts w:ascii="Georgia" w:hAnsi="Georgia" w:cs="Georgia" w:eastAsia="Georgia"/>
          <w:b w:val="0"/>
          <w:i w:val="0"/>
          <w:sz w:val="22"/>
        </w:rPr>
        <w:t>That is because they had all acquiesced with the flagrant transgressors in the perpetration of their sins. For the Ulama to abstain from sin and transgression is not enough. It is their Waajib obligation to guide and admonish the Muslim community, and to the best of their ability to prevent Muslims from wanton disobedience. However, in the present era, the Ulama not only have abandoned Amr Bil Ma'roof, but are in fact flagrantly indulging in explicit haraam deeds and vice.</w:t>
      </w:r>
    </w:p>
    <w:p>
      <w:pPr>
        <w:spacing w:before="0" w:after="120" w:line="300" w:lineRule="exact"/>
        <w:jc w:val="both"/>
      </w:pPr>
      <w:r>
        <w:rPr>
          <w:rFonts w:ascii="Georgia" w:hAnsi="Georgia" w:cs="Georgia" w:eastAsia="Georgia"/>
          <w:b w:val="0"/>
          <w:i w:val="0"/>
          <w:sz w:val="22"/>
        </w:rPr>
        <w:t>Their transgression is worse than the sins of the masses because they (the Ulama) are justifying their evil and by distortion of the Qur'aan and Hadith, they follow in the footsteps of the Ulama of Bani Israaeel who used to legalize the prohibitions of Allah Ta'ala. This attitude of the Ulama is the surest sign of the impending universal (aam) punishment which is looming in front of us.</w:t>
      </w:r>
    </w:p>
    <w:p>
      <w:pPr>
        <w:spacing w:before="0" w:after="120" w:line="300" w:lineRule="exact"/>
        <w:jc w:val="both"/>
      </w:pPr>
      <w:r>
        <w:rPr>
          <w:rFonts w:ascii="Georgia" w:hAnsi="Georgia" w:cs="Georgia" w:eastAsia="Georgia"/>
          <w:b w:val="0"/>
          <w:i w:val="0"/>
          <w:sz w:val="22"/>
        </w:rPr>
        <w:t>Allah Ta'ala revealed to His Nabi, Hadhrat Yusha' (alayhis salaam) that He would soon be destroying with His punishment a city of 100,000 people among whom were 40,000 Sulaha whose good deeds were like the hasanaat (deeds of virtue) of the Ambiya. Hadhrat Yusha' (alayhis salaam), greatly surprised, supplicated: "O Allah! That the punishment befalling the transgressors is understandable.</w:t>
      </w:r>
    </w:p>
    <w:p>
      <w:pPr>
        <w:spacing w:before="0" w:after="120" w:line="300" w:lineRule="exact"/>
        <w:jc w:val="both"/>
      </w:pPr>
      <w:r>
        <w:rPr>
          <w:rFonts w:ascii="Georgia" w:hAnsi="Georgia" w:cs="Georgia" w:eastAsia="Georgia"/>
          <w:b w:val="0"/>
          <w:i w:val="0"/>
          <w:sz w:val="22"/>
        </w:rPr>
        <w:t>But why shall even such pious persons be punished?" Allah Ta'ala informed His Nabi that the reason for the Sulaha being punished along with the transgressors is their mudaahanat. They had abandoned Amr Bil Ma'roof Nahy Anil Munkar. They socialized and fraternized with the fussaaq and fujjaar. They would freely mingle with them and when invited for meals, they would join the sinners.</w:t>
      </w:r>
    </w:p>
    <w:p>
      <w:pPr>
        <w:spacing w:before="0" w:after="120" w:line="300" w:lineRule="exact"/>
        <w:jc w:val="both"/>
      </w:pPr>
      <w:r>
        <w:rPr>
          <w:rFonts w:ascii="Georgia" w:hAnsi="Georgia" w:cs="Georgia" w:eastAsia="Georgia"/>
          <w:b w:val="0"/>
          <w:i w:val="0"/>
          <w:sz w:val="22"/>
        </w:rPr>
        <w:t>Their desensitization rendered them partners in the transgression of the flagrant sinners, hence the universal punishment. The silent Ulama and Sulaha should have mercy on themselves and on the errant community, and this mercy they can show by means of vociferous and vigorous Amr Bil Ma'roof Nahy Anil Munkar. As long as the Ulama discharge this Waajib obligation, Insha'Allah, the universal punishment – the fitnah mentioned in the aayat – will be averted.</w:t>
      </w:r>
    </w:p>
    <w:p>
      <w:pPr>
        <w:spacing w:before="0" w:after="120" w:line="300" w:lineRule="exact"/>
        <w:jc w:val="both"/>
      </w:pPr>
      <w:r>
        <w:rPr>
          <w:rFonts w:ascii="Georgia" w:hAnsi="Georgia" w:cs="Georgia" w:eastAsia="Georgia"/>
          <w:b w:val="0"/>
          <w:i w:val="0"/>
          <w:sz w:val="22"/>
        </w:rPr>
        <w:t>The Ulama are supposed to be the Representatives of Rasulullah (sallallahu alayhi wasallam) and the defenders of the Shariah. It is therefore their incumbent duty to proclaim the Haqq and admonish the community. They should not fear if the smiles of people disappear and if monetary contributions for their Deeni projects are withheld as a consequence of Amr Bil Ma'roof.</w:t>
      </w:r>
    </w:p>
    <w:p>
      <w:pPr>
        <w:spacing w:before="0" w:after="120" w:line="300" w:lineRule="exact"/>
        <w:jc w:val="both"/>
      </w:pPr>
      <w:r>
        <w:rPr>
          <w:rFonts w:ascii="Georgia" w:hAnsi="Georgia" w:cs="Georgia" w:eastAsia="Georgia"/>
          <w:b w:val="0"/>
          <w:i w:val="0"/>
          <w:sz w:val="22"/>
        </w:rPr>
        <w:t>Yes, those ulama-e-soo' who misappropriate the contributions and consume fire by lining their pockets with funds contributed for Deeni Projects cannot be expected to execute the sacred task of Amr Bil Ma'roof. But, there are many sincere Ulama who have adopted deafening silence in the face of flagrant fisq and fujoor on the basis of some misconceived idea of 'hikmat' which more appropriately should be termed dubious diplomacy which is a lesson whispered into their hearts by Shaitaan.</w:t>
      </w:r>
    </w:p>
    <w:p>
      <w:pPr>
        <w:spacing w:before="0" w:after="120" w:line="300" w:lineRule="exact"/>
        <w:jc w:val="both"/>
      </w:pPr>
      <w:r>
        <w:rPr>
          <w:rFonts w:ascii="Georgia" w:hAnsi="Georgia" w:cs="Georgia" w:eastAsia="Georgia"/>
          <w:b w:val="0"/>
          <w:i w:val="0"/>
          <w:sz w:val="22"/>
        </w:rPr>
        <w:t>As much as we all are pained to observe and hear of the atrocities which the kuffaar are committing on entire Muslim populations, and as much as we cry and supplicate to Allah Ta'ala for succour, we know that what is transpiring is the decree of Allah's Athaab. Only Istighfaar (seeking forgiveness) and Inaabat (to turn with total obedience to Allah Ta'ala) are the solution for the perennial calamities which are besetting Muslims the world over.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MUJAAHIDEEN ACTIVITIES IN AFGHANISTAN</w:t>
      </w:r>
    </w:p>
    <w:p>
      <w:pPr>
        <w:spacing w:before="0" w:after="160" w:line="300" w:lineRule="exact"/>
        <w:jc w:val="center"/>
      </w:pPr>
      <w:r>
        <w:rPr>
          <w:rFonts w:ascii="Georgia" w:hAnsi="Georgia" w:cs="Georgia" w:eastAsia="Georgia"/>
          <w:b w:val="0"/>
          <w:i/>
          <w:sz w:val="16"/>
        </w:rPr>
        <w:t>Page 8, 9 of the original. Heading read from the printed headline artwork.</w:t>
      </w:r>
    </w:p>
    <w:p>
      <w:pPr>
        <w:spacing w:before="0" w:after="120" w:line="300" w:lineRule="exact"/>
        <w:jc w:val="both"/>
      </w:pPr>
      <w:r>
        <w:rPr>
          <w:rFonts w:ascii="Georgia" w:hAnsi="Georgia" w:cs="Georgia" w:eastAsia="Georgia"/>
          <w:b w:val="0"/>
          <w:i w:val="0"/>
          <w:sz w:val="22"/>
        </w:rPr>
        <w:t>(Report issued by the Islamic Emirate of Afghanistan). In addition to Taliban attacks on the city fortifications of the U.S. and Nato invaders, numerous other attacks staged by the Mujaahideen take place daily across Afghanistan, but which are not reported by the western media. The following are some of the activities of the Mujaahideen which took place on just one day – 7 July. * July 7: 4 AFGHAN SOLDIERS KILLED Four puppet Afghan troops were killed in Kapisa province and many others were wounded in an IED blast in Nijrab district. * JOINT PATROL AMBUSHED Mujahideen attacked the combined Nato-Afghan forces while they were jointly patrolling a village in Chaghtu in Wardak province.</w:t>
      </w:r>
    </w:p>
    <w:p>
      <w:pPr>
        <w:spacing w:before="0" w:after="120" w:line="300" w:lineRule="exact"/>
        <w:jc w:val="both"/>
      </w:pPr>
      <w:r>
        <w:rPr>
          <w:rFonts w:ascii="Georgia" w:hAnsi="Georgia" w:cs="Georgia" w:eastAsia="Georgia"/>
          <w:b w:val="0"/>
          <w:i w:val="0"/>
          <w:sz w:val="22"/>
        </w:rPr>
        <w:t>A number of the enemy troops sustained severe losses in the subsequent firefight. * OIL TANKER SET ABLAZE Mujahideen attacked the Nato's fuel and supply in the district of Qarabagh, Kabul province, setting fire to a fuel tanker and causing substantial losses to security forces. * FIVE KILLED 5 border police were killed and two wounded in a clash with Mujahideen in Lalpura district of Nangarhar province. * FOUR KILLED IN BOMB ATTACK Four soldiers of the puppet Af- ghan Army were eliminated and two wounded when a roadside bomb blast hit them in the district of Watapur, Kunar province. * FIVE U.S.</w:t>
      </w:r>
    </w:p>
    <w:p>
      <w:pPr>
        <w:spacing w:before="0" w:after="120" w:line="300" w:lineRule="exact"/>
        <w:jc w:val="both"/>
      </w:pPr>
      <w:r>
        <w:rPr>
          <w:rFonts w:ascii="Georgia" w:hAnsi="Georgia" w:cs="Georgia" w:eastAsia="Georgia"/>
          <w:b w:val="0"/>
          <w:i w:val="0"/>
          <w:sz w:val="22"/>
        </w:rPr>
        <w:t>FORCES KILLED In Ghazni at least five U.S. soldiers were killed in a bomb blast in Khogyani district. The enemy's tank ran over an IED. * MISSILE STRIKE Mujahideen attacked the enemy's military camp near the center of the district of Ali Shir, Khost province. The Camp facility was extensively damaged and deadly losses were inflicted on the enemy. * CHECKPOINTS ATTACKED Two Afghan army checkpoints in Kunar came under Mujahideen attack.</w:t>
      </w:r>
    </w:p>
    <w:p>
      <w:pPr>
        <w:spacing w:before="0" w:after="120" w:line="300" w:lineRule="exact"/>
        <w:jc w:val="both"/>
      </w:pPr>
      <w:r>
        <w:rPr>
          <w:rFonts w:ascii="Georgia" w:hAnsi="Georgia" w:cs="Georgia" w:eastAsia="Georgia"/>
          <w:b w:val="0"/>
          <w:i w:val="0"/>
          <w:sz w:val="22"/>
        </w:rPr>
        <w:t>Missiles and rockets were used by the Mujahideen in this attack. Casualties have yet not be established. * BAGRAM BASE STRUCK Mujahideen slammed missiles into the U.S.'s Bagram air base, which is the super, most sophisticated U.S. base in the country. The magnitude of the damage has yet to be determined. * 2 OIL TANKERS SET ABLAZE In the capital of Logar province, the Mujahideen set ablaze two fuel tankers of the enemy and killed the security guard. * 10 AGHAN SOLDIERS KILLED An enemy checkpoint was attacked in Omna district, Paktika province.</w:t>
      </w:r>
    </w:p>
    <w:p>
      <w:pPr>
        <w:spacing w:before="0" w:after="120" w:line="300" w:lineRule="exact"/>
        <w:jc w:val="both"/>
      </w:pPr>
      <w:r>
        <w:rPr>
          <w:rFonts w:ascii="Georgia" w:hAnsi="Georgia" w:cs="Georgia" w:eastAsia="Georgia"/>
          <w:b w:val="0"/>
          <w:i w:val="0"/>
          <w:sz w:val="22"/>
        </w:rPr>
        <w:t>The facility was targeted with missiles and mortar rounds, leaving ten Afghan soldiers dead. The facility was badly damaged. No Mujahideen was killed in the firefight. * HEAVY ATTACK IN PAKTIKA The district center of Tarawa, Paktika province, came under Mujaahid attack with heavy weapons. Many Afghan troops were killed and wounded. * TWO KILLED A roadside bomb killed two Afghan soldiers in Gilan, Ghazni province. * U.S.</w:t>
      </w:r>
    </w:p>
    <w:p>
      <w:pPr>
        <w:spacing w:before="0" w:after="120" w:line="300" w:lineRule="exact"/>
        <w:jc w:val="both"/>
      </w:pPr>
      <w:r>
        <w:rPr>
          <w:rFonts w:ascii="Georgia" w:hAnsi="Georgia" w:cs="Georgia" w:eastAsia="Georgia"/>
          <w:b w:val="0"/>
          <w:i w:val="0"/>
          <w:sz w:val="22"/>
        </w:rPr>
        <w:t>BASE HIT Mujaahideen attacked the U.S. army base in the district of Baraki Barak, Logar province with heavy weapons causing the enemy deadly losses. It is, however, not clear how many U.S. troops were killed. * THREE KILLED Three Afghan soldiers were killed and four wounded in a clash with the Mujaahideen who had attacked the enemy patrol on Chamkani district of Paktia province. * 7 AFGHAN ABANDON THEIR POST 7 Afghan soldiers abandoned their army checkpost in Paktika province.</w:t>
      </w:r>
    </w:p>
    <w:p>
      <w:pPr>
        <w:spacing w:before="0" w:after="120" w:line="300" w:lineRule="exact"/>
        <w:jc w:val="both"/>
      </w:pPr>
      <w:r>
        <w:rPr>
          <w:rFonts w:ascii="Georgia" w:hAnsi="Georgia" w:cs="Georgia" w:eastAsia="Georgia"/>
          <w:b w:val="0"/>
          <w:i w:val="0"/>
          <w:sz w:val="22"/>
        </w:rPr>
        <w:t>They fled, taking with their assault rifles. * ENEMY CHECKPOSTS ATTACKED In the province pf Logar, in Muhammad Agha district, Mujaahideen attacked several army checkposts with missiles and rockets. * 2 AFGHAN TROOPS KILLED In Zurmat, Paktia, the Mujaahideen ambushed a group of Afghan soldiers. In an hour-long firefight 2 Afghan soldiers were killed and 3 wounded. * 5 U.S TROOPS KILLED Five U.S. troops were killed in a bomb blast in Kot district, Nangarhar province when their armoured tank ran over a Mujaahideen-planted IED. * 5 AFGHAN SOLDIERS KILLED In a clash followed by IED attack, 5 Afghan soldiers were killed in Logar province. * MILITARY UNIT ATTACKED Mujaahideen attacked a military unit of the U.S. with missiles and rockets in Qarghayi, Logar province. * CHECKPOST ATTACKED IN KUNAR A checkpost in Shigal district, Kunar province came under Mujaahideen attack.</w:t>
      </w:r>
    </w:p>
    <w:p>
      <w:pPr>
        <w:spacing w:before="0" w:after="120" w:line="300" w:lineRule="exact"/>
        <w:jc w:val="both"/>
      </w:pPr>
      <w:r>
        <w:rPr>
          <w:rFonts w:ascii="Georgia" w:hAnsi="Georgia" w:cs="Georgia" w:eastAsia="Georgia"/>
          <w:b w:val="0"/>
          <w:i w:val="0"/>
          <w:sz w:val="22"/>
        </w:rPr>
        <w:t>Casualties are unknown. * 3 AFGHAN SOLDIERS KILLED In a bomb blast targeting the enemy's vehicle on the outskirts of Bak district, Khost province, three Afghan soldiers were killed. * 14 U.S. TROOPS KILLED In a five-hour battle, in Paktika province 14 U.S. troops were killed. It was a fierce battle which erupted when the Mujaahideen engaged the U.S. enemy force.</w:t>
      </w:r>
    </w:p>
    <w:p>
      <w:pPr>
        <w:spacing w:before="0" w:after="120" w:line="300" w:lineRule="exact"/>
        <w:jc w:val="both"/>
      </w:pPr>
      <w:r>
        <w:rPr>
          <w:rFonts w:ascii="Georgia" w:hAnsi="Georgia" w:cs="Georgia" w:eastAsia="Georgia"/>
          <w:b w:val="0"/>
          <w:i w:val="0"/>
          <w:sz w:val="22"/>
        </w:rPr>
        <w:t>Helicopters arrived and the dead and wounded were taken away. Three Mujaahideen embraced shahaadat during the firefight * 4 AFGHAN TROOPS KILLED In Nirk district of Wardak province four Afghan soldiers were killed in a clash with the Mujaahideen. * THREE KILLED IN GHAZNI In a clash with Mujaahideen three Afghan soldiers were killed in district Giro, Ghazni province. * U.S TANK DESTROYED A U.S. tank was completely destroyed by a powerful anti-tank mine near Sayedo Saan in Kandahar province.</w:t>
      </w:r>
    </w:p>
    <w:p>
      <w:pPr>
        <w:spacing w:before="0" w:after="120" w:line="300" w:lineRule="exact"/>
        <w:jc w:val="both"/>
      </w:pPr>
      <w:r>
        <w:rPr>
          <w:rFonts w:ascii="Georgia" w:hAnsi="Georgia" w:cs="Georgia" w:eastAsia="Georgia"/>
          <w:b w:val="0"/>
          <w:i w:val="0"/>
          <w:sz w:val="22"/>
        </w:rPr>
        <w:t>All 4 U.S. soldiers on board were killed. * POLICE SURRENDER Two local police in Shuki district of Zabul surrendered to the Mujaahideen. * 24 KILLED AND WOUNDED IN MISSILE STRIKE Mujaahideen fired 4 missiles at the governor's office in Farah. One missile slammed in the car parking area while 3 struck the 3-story building. Half an hour later a powerful bomb was detonated by the Mujaahideen on the enemy troops who had gathered at the main entrance gate. 16 soldiers of the Afghan army were killed and 8 wounded.</w:t>
      </w:r>
    </w:p>
    <w:p>
      <w:pPr>
        <w:spacing w:before="0" w:after="120" w:line="300" w:lineRule="exact"/>
        <w:jc w:val="both"/>
      </w:pPr>
      <w:r>
        <w:rPr>
          <w:rFonts w:ascii="Georgia" w:hAnsi="Georgia" w:cs="Georgia" w:eastAsia="Georgia"/>
          <w:b w:val="0"/>
          <w:i w:val="0"/>
          <w:sz w:val="22"/>
        </w:rPr>
        <w:t>Thrown into confusion, they later opened fire indiscriminately on locals. These casualties were also reported by a police officer under treatment. * SIX ENEMY CHECKPOSTS ATTACKED Armed with heavy and light weapons the Mujaahideen carried out simultaneous attacks on 6 enemy checkposts in Shah Zafar, Katwa Diwal, Balouchi and Chignak areas of Terenkot city.</w:t>
      </w:r>
    </w:p>
    <w:p>
      <w:pPr>
        <w:spacing w:before="0" w:after="120" w:line="300" w:lineRule="exact"/>
        <w:jc w:val="both"/>
      </w:pPr>
      <w:r>
        <w:rPr>
          <w:rFonts w:ascii="Georgia" w:hAnsi="Georgia" w:cs="Georgia" w:eastAsia="Georgia"/>
          <w:b w:val="0"/>
          <w:i w:val="0"/>
          <w:sz w:val="22"/>
        </w:rPr>
        <w:t>The checkpost in Kata Diwal was completely gutted by fire as a result of being struck by RPG rounds. The enemy losses in these operations are not known. * FIVE AFGHAN SOLDIERS KILLED A landmine planted in Chaman area of Ghormach district blew apart a vehicle of the Afghan army, killing the two soldiers. * 7 JOINT ENEMY TROOPS KILLED At least 7 joint enemy troops were eliminated at the Kaltak outpost in Uruzgan province and 4 wounded when a shrapnel-packed bomb detonated on their foot patrol in Char Chino district's Chinie area. * ITALIAN TANK DESTROYED A tank of the Italian troops was blown apart by an IED in Gazra district, killing all the invaders aboard. * 2 U.S.</w:t>
      </w:r>
    </w:p>
    <w:p>
      <w:pPr>
        <w:spacing w:before="0" w:after="120" w:line="300" w:lineRule="exact"/>
        <w:jc w:val="both"/>
      </w:pPr>
      <w:r>
        <w:rPr>
          <w:rFonts w:ascii="Georgia" w:hAnsi="Georgia" w:cs="Georgia" w:eastAsia="Georgia"/>
          <w:b w:val="0"/>
          <w:i w:val="0"/>
          <w:sz w:val="22"/>
        </w:rPr>
        <w:t>TANKS DESTROYED 2 U.S. tanks were shot and destroyed with RPG fire during an ambush by Mujaahideen in Arghandab district's Marnijah area. The number of casualties is unknown. * 3 AFGHAN SOLDIERS KILLED A bomb placed in Kandahar city killed 3 Afghan soldiers. * 4 AFGHAN SOLDIERS KILLED 4 Afghan soldiers were killed and 3 wounded when a roadside bomb hit and destroyed their vehicle in Tabain area of Arghandab. * 2 TANKERS DESTROYED Mujaahideen destroyed a fuel depot and 2 fuel tankers in a half hour attack on the enemy depot located in Tor Ghwandi Bandar area of Guiran district. * 2 U.S.</w:t>
      </w:r>
    </w:p>
    <w:p>
      <w:pPr>
        <w:spacing w:before="0" w:after="120" w:line="300" w:lineRule="exact"/>
        <w:jc w:val="both"/>
      </w:pPr>
      <w:r>
        <w:rPr>
          <w:rFonts w:ascii="Georgia" w:hAnsi="Georgia" w:cs="Georgia" w:eastAsia="Georgia"/>
          <w:b w:val="0"/>
          <w:i w:val="0"/>
          <w:sz w:val="22"/>
        </w:rPr>
        <w:t>SOLDIERS WOUNDED 2 U.S. invaders were wounded in an ambush in Khandak area near Panjwaee district bazaar while on foot patrol. * 9 ENEMY CHECKPOSTS ATTACKED Mujaahideen using heavy and light weapons carried out a coordinated assault on 9 checkposts of the Afghan army in Mazarabad, Sharki, Reigi and Musalmani areas of Musa Kala district. Officials state that during the operation which lasted until dawn, one checkpost was overrun in Regi area; a vehicle and 5 enemy troops were eliminated.</w:t>
      </w:r>
    </w:p>
    <w:p>
      <w:pPr>
        <w:spacing w:before="0" w:after="120" w:line="300" w:lineRule="exact"/>
        <w:jc w:val="both"/>
      </w:pPr>
      <w:r>
        <w:rPr>
          <w:rFonts w:ascii="Georgia" w:hAnsi="Georgia" w:cs="Georgia" w:eastAsia="Georgia"/>
          <w:b w:val="0"/>
          <w:i w:val="0"/>
          <w:sz w:val="22"/>
        </w:rPr>
        <w:t>There is no information on enemy losses at the other checkposts. * NATO LOGISTICAL VEHICLE ELIMINATED A Nato logistical vehicle and its driver were eliminated after hitting an IED in Sarkar area of Lashkargah city. * U.S. TANK BLOWN APART A U.S. tank was blown apart by a landmine near Nasirano village of Khakrez district. All 4 enemy troops aboard were eliminated.</w:t>
      </w:r>
    </w:p>
    <w:p>
      <w:pPr>
        <w:spacing w:before="0" w:after="120" w:line="300" w:lineRule="exact"/>
        <w:jc w:val="both"/>
      </w:pPr>
      <w:r>
        <w:rPr>
          <w:rFonts w:ascii="Georgia" w:hAnsi="Georgia" w:cs="Georgia" w:eastAsia="Georgia"/>
          <w:b w:val="0"/>
          <w:i w:val="0"/>
          <w:sz w:val="22"/>
        </w:rPr>
        <w:t>The Mujaahideen operations mentioned here have been executed just on one day. These actions are a sample of the daily exploits of the Mujaahideen across Afghanistan. None of these attacks are mentioned by the mainstream media. The U.S. and Nato invaders have become thoroughly demoralized by these incessant daily attacks launched by the Taliban.</w:t>
      </w:r>
    </w:p>
    <w:p>
      <w:pPr>
        <w:spacing w:before="0" w:after="120" w:line="300" w:lineRule="exact"/>
        <w:jc w:val="both"/>
      </w:pPr>
      <w:r>
        <w:rPr>
          <w:rFonts w:ascii="Georgia" w:hAnsi="Georgia" w:cs="Georgia" w:eastAsia="Georgia"/>
          <w:b w:val="0"/>
          <w:i w:val="0"/>
          <w:sz w:val="22"/>
        </w:rPr>
        <w:t>It will be seen that the brunt of the daily Taliban attacks is being borne by the Afghan mercenary troops. The alien invaders are essentially cowering in the safety of their barracks and fortifications, having been defeated on the ground.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MONUMENTS OF SHIRK DESTROYED</w:t>
      </w:r>
    </w:p>
    <w:p>
      <w:pPr>
        <w:spacing w:before="0" w:after="160" w:line="300" w:lineRule="exact"/>
        <w:jc w:val="center"/>
      </w:pPr>
      <w:r>
        <w:rPr>
          <w:rFonts w:ascii="Georgia" w:hAnsi="Georgia" w:cs="Georgia" w:eastAsia="Georgia"/>
          <w:b w:val="0"/>
          <w:i/>
          <w:sz w:val="16"/>
        </w:rPr>
        <w:t>Page 9 of the original. Heading read from the printed headline artwork.</w:t>
      </w:r>
    </w:p>
    <w:p>
      <w:pPr>
        <w:spacing w:before="0" w:after="120" w:line="300" w:lineRule="exact"/>
        <w:jc w:val="both"/>
      </w:pPr>
      <w:r>
        <w:rPr>
          <w:rFonts w:ascii="Georgia" w:hAnsi="Georgia" w:cs="Georgia" w:eastAsia="Georgia"/>
          <w:b w:val="0"/>
          <w:i w:val="0"/>
          <w:sz w:val="22"/>
        </w:rPr>
        <w:t>Mujaahideen have destroyed a tomb in Timbuktu which was a monument for grave-worship. Several armed fighters set fire to the mausoleum of shirk. Tuareg rebels and other Mujaahideen have taken control of Timbuktu which the U.N. has designated a 'heritage site' Fighters from the Ansaaruddeen group warned locals to abstain from acts of grave-worship One gunmen said: "Your actions are haraam Seek aid from Allah, not from the graves of saints." A politician describing the attack, said: "They attacked the grave, broke doors, windows and wooden gates.</w:t>
      </w:r>
    </w:p>
    <w:p>
      <w:pPr>
        <w:spacing w:before="0" w:after="120" w:line="300" w:lineRule="exact"/>
        <w:jc w:val="both"/>
      </w:pPr>
      <w:r>
        <w:rPr>
          <w:rFonts w:ascii="Georgia" w:hAnsi="Georgia" w:cs="Georgia" w:eastAsia="Georgia"/>
          <w:b w:val="0"/>
          <w:i w:val="0"/>
          <w:sz w:val="22"/>
        </w:rPr>
        <w:t>They brought it outside and set fire to it." The fighters had threatened to destroy all the monuments of shirk and grave-worship.</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SYRIA - THE U.S. CONSPIRACY</w:t>
      </w:r>
    </w:p>
    <w:p>
      <w:pPr>
        <w:spacing w:before="0" w:after="160" w:line="300" w:lineRule="exact"/>
        <w:jc w:val="center"/>
      </w:pPr>
      <w:r>
        <w:rPr>
          <w:rFonts w:ascii="Georgia" w:hAnsi="Georgia" w:cs="Georgia" w:eastAsia="Georgia"/>
          <w:b w:val="0"/>
          <w:i/>
          <w:sz w:val="16"/>
        </w:rPr>
        <w:t>Page 10 of the original. Heading read from the printed headline artwork.</w:t>
      </w:r>
    </w:p>
    <w:p>
      <w:pPr>
        <w:spacing w:before="0" w:after="120" w:line="300" w:lineRule="exact"/>
        <w:jc w:val="both"/>
      </w:pPr>
      <w:r>
        <w:rPr>
          <w:rFonts w:ascii="Georgia" w:hAnsi="Georgia" w:cs="Georgia" w:eastAsia="Georgia"/>
          <w:b w:val="0"/>
          <w:i w:val="0"/>
          <w:sz w:val="22"/>
        </w:rPr>
        <w:t>The following views by a non-Muslim investigative journalist presents a fairly accurate picture of the U.S. role in the Syrian conflagration: "The United States and the Western military alliance, NATO, want to see a bloody Gaddafi-like ending for Syrian President Bashar al-Assad and his government and will do all it takes to see that happen, says an analyst.</w:t>
      </w:r>
    </w:p>
    <w:p>
      <w:pPr>
        <w:spacing w:before="0" w:after="120" w:line="300" w:lineRule="exact"/>
        <w:jc w:val="both"/>
      </w:pPr>
      <w:r>
        <w:rPr>
          <w:rFonts w:ascii="Georgia" w:hAnsi="Georgia" w:cs="Georgia" w:eastAsia="Georgia"/>
          <w:b w:val="0"/>
          <w:i w:val="0"/>
          <w:sz w:val="22"/>
        </w:rPr>
        <w:t>The comment comes as UN envoy to Syria Kof Annan on Thursday quit his post after blaming a lack of international support for his six-point plan aimed at ending the country's violence. The proposal envisaged a ceasefire between foreign-backed insurgents and the Syrian government forces, a deal which went into effect in midApril but failed to end the violence as the insurgents refused to lay down their arms.</w:t>
      </w:r>
    </w:p>
    <w:p>
      <w:pPr>
        <w:spacing w:before="0" w:after="120" w:line="300" w:lineRule="exact"/>
        <w:jc w:val="both"/>
      </w:pPr>
      <w:r>
        <w:rPr>
          <w:rFonts w:ascii="Georgia" w:hAnsi="Georgia" w:cs="Georgia" w:eastAsia="Georgia"/>
          <w:b w:val="0"/>
          <w:i w:val="0"/>
          <w:sz w:val="22"/>
        </w:rPr>
        <w:t>Syria has been the scene of deadly unrest since mid-March, 2011 and many people, including large numbers of army and security personnel, have been killed in the violence. Press TV has conducted an interview with investigative journalist, Wayne Madsen, to further discuss the issue. The video also offers the opinions of two other guests: Haitham AISibahi with the Syrian Social Club and Middle East Expert, Jihad Mouracadeh.</w:t>
      </w:r>
    </w:p>
    <w:p>
      <w:pPr>
        <w:spacing w:before="0" w:after="120" w:line="300" w:lineRule="exact"/>
        <w:jc w:val="both"/>
      </w:pPr>
      <w:r>
        <w:rPr>
          <w:rFonts w:ascii="Georgia" w:hAnsi="Georgia" w:cs="Georgia" w:eastAsia="Georgia"/>
          <w:b w:val="0"/>
          <w:i w:val="0"/>
          <w:sz w:val="22"/>
        </w:rPr>
        <w:t>The following is a rough transcription of the interview. Press TV: Wayne Madsen, let's look at another angle to the different dynamics of Syria, looking at a proxy war of which the UN secretary general indicated today in the general assembly meeting who is involved in this proxy war? Madsen: Well, on one hand we have the free Syrian army with a heavy dose of involvement from al-Qaeda and once again just as we saw in Libya we have the US and NATO on the same side as al-Qaeda; the group that supposedly attacked us on 9/11.</w:t>
      </w:r>
    </w:p>
    <w:p>
      <w:pPr>
        <w:spacing w:before="0" w:after="120" w:line="300" w:lineRule="exact"/>
        <w:jc w:val="both"/>
      </w:pPr>
      <w:r>
        <w:rPr>
          <w:rFonts w:ascii="Georgia" w:hAnsi="Georgia" w:cs="Georgia" w:eastAsia="Georgia"/>
          <w:b w:val="0"/>
          <w:i w:val="0"/>
          <w:sz w:val="22"/>
        </w:rPr>
        <w:t>But I would suggest that if you look at the background of US, Saudi relations over the decades we will find a very close relationship starting in Afghanistan and continuing on to this very day. What Mr. Anan's problem was, is he wanted to see a soft landing, a coalition, a coalition was never in the cards for the US and NATO. They want Assad to go the way of Qaddafi; they want a bloody end to the Syrian government and they will stop at nothing to see that come about.</w:t>
      </w:r>
    </w:p>
    <w:p>
      <w:pPr>
        <w:spacing w:before="0" w:after="120" w:line="300" w:lineRule="exact"/>
        <w:jc w:val="both"/>
      </w:pPr>
      <w:r>
        <w:rPr>
          <w:rFonts w:ascii="Georgia" w:hAnsi="Georgia" w:cs="Georgia" w:eastAsia="Georgia"/>
          <w:b w:val="0"/>
          <w:i w:val="0"/>
          <w:sz w:val="22"/>
        </w:rPr>
        <w:t>Now with Anan he also wanted to bring Iran into the negotiations, that was dead on arrival with the United States, which has similar plans in the future for Iran and the proxy war you spoke about, many observers think that Damascus is on the road ultimately to NATO and the US's intervention in Tehran. So there are a lot of players involved.</w:t>
      </w:r>
    </w:p>
    <w:p>
      <w:pPr>
        <w:spacing w:before="0" w:after="120" w:line="300" w:lineRule="exact"/>
        <w:jc w:val="both"/>
      </w:pPr>
      <w:r>
        <w:rPr>
          <w:rFonts w:ascii="Georgia" w:hAnsi="Georgia" w:cs="Georgia" w:eastAsia="Georgia"/>
          <w:b w:val="0"/>
          <w:i w:val="0"/>
          <w:sz w:val="22"/>
        </w:rPr>
        <w:t>Turkey of course is the one country that seems to be schizophrenic in this whole matter. The Turks first supported Assad and they opened up trade and the border with Syria. Now they are supporting the Syrian rebels. We now have Prime Minister Erdogan of Turkey supporting the rebels and the opposition, the secularist opposition, the Republican people's party which is headed up by an ethnic Alawite, which of course is the same religious sect that Mr.</w:t>
      </w:r>
    </w:p>
    <w:p>
      <w:pPr>
        <w:spacing w:before="0" w:after="120" w:line="300" w:lineRule="exact"/>
        <w:jc w:val="both"/>
      </w:pPr>
      <w:r>
        <w:rPr>
          <w:rFonts w:ascii="Georgia" w:hAnsi="Georgia" w:cs="Georgia" w:eastAsia="Georgia"/>
          <w:b w:val="0"/>
          <w:i w:val="0"/>
          <w:sz w:val="22"/>
        </w:rPr>
        <w:t>Assad is a member of. We have him talking about NATO conspiracies and conspiracies by Israel to intervene in Syria, whereas that seems to had been at least the verbiage coming from Mr. Erdogan when we have the Gaza flotilla situation. So we see a very confused situation, a lot of players in the Middle East are changing sides such as the Turks and we don't even havewith the Israelis, some Israelis really suggest they're better off with Assad in there if they get a radical government in Syria that's backed by the Salafists, they could have real problems with the Golan heights in the near future.</w:t>
      </w:r>
    </w:p>
    <w:p>
      <w:pPr>
        <w:spacing w:before="0" w:after="120" w:line="300" w:lineRule="exact"/>
        <w:jc w:val="both"/>
      </w:pPr>
      <w:r>
        <w:rPr>
          <w:rFonts w:ascii="Georgia" w:hAnsi="Georgia" w:cs="Georgia" w:eastAsia="Georgia"/>
          <w:b w:val="0"/>
          <w:i w:val="0"/>
          <w:sz w:val="22"/>
        </w:rPr>
        <w:t>We don't see any of the major players in the region having any sort of consistency in their policies, except the consistency of the United States to support regime change as we saw in Libya and we saw what happened in that country and 1 would also state Mr. Anan did not want to see the United Nations used again as cover for NATO intervention in Syria.</w:t>
      </w:r>
    </w:p>
    <w:p>
      <w:pPr>
        <w:spacing w:before="0" w:after="120" w:line="300" w:lineRule="exact"/>
        <w:jc w:val="both"/>
      </w:pPr>
      <w:r>
        <w:rPr>
          <w:rFonts w:ascii="Georgia" w:hAnsi="Georgia" w:cs="Georgia" w:eastAsia="Georgia"/>
          <w:b w:val="0"/>
          <w:i w:val="0"/>
          <w:sz w:val="22"/>
        </w:rPr>
        <w:t>So he had that issue to deal with as well where we saw the US and NATO use UN no fly zone as a green light to start launching air attacks on Libya. He did not want to see that happen in Syria. Press TV: The US strategy seems to be somewhat of a divide and conquer in terms of having these multiple and ongoing contained conflicts to go on, Syria being one of them, in the Middle East in order for them to pretty much keep the region mobilized and that's to this incitement of sectarianism of pitying all the people against each other.</w:t>
      </w:r>
    </w:p>
    <w:p>
      <w:pPr>
        <w:spacing w:before="0" w:after="120" w:line="300" w:lineRule="exact"/>
        <w:jc w:val="both"/>
      </w:pPr>
      <w:r>
        <w:rPr>
          <w:rFonts w:ascii="Georgia" w:hAnsi="Georgia" w:cs="Georgia" w:eastAsia="Georgia"/>
          <w:b w:val="0"/>
          <w:i w:val="0"/>
          <w:sz w:val="22"/>
        </w:rPr>
        <w:t>Is that a strategy by the United States and perhaps some of its partners? Perhaps you can clarify that. Madsen: Well, it absolutely is a strategy of the United States and you only have to look to see the groups that backed the Arab Spring. Now there were legitimate reasons for the prodemocracy movements in Tunisia and Egypt and some of the other countries but what we saw is with the Obama administration groups backed by [Hungarian-American business magnate] George Soros and the US agency for International Development, and the National Endowment for Democracy, the last two are nothing more than funds for the CIA.</w:t>
      </w:r>
    </w:p>
    <w:p>
      <w:pPr>
        <w:spacing w:before="0" w:after="120" w:line="300" w:lineRule="exact"/>
        <w:jc w:val="both"/>
      </w:pPr>
      <w:r>
        <w:rPr>
          <w:rFonts w:ascii="Georgia" w:hAnsi="Georgia" w:cs="Georgia" w:eastAsia="Georgia"/>
          <w:b w:val="0"/>
          <w:i w:val="0"/>
          <w:sz w:val="22"/>
        </w:rPr>
        <w:t>We saw these groups go in and back these various factions and then we saw the Saudis and Qataris come in and arm these radical Islamist groups and we see them very active now in Syria, even setting off improvised explosive devises, IEDs. Now when al-Qaeda and the other groups did that in Iraq, the US said this is terrible, this is terrorism.</w:t>
      </w:r>
    </w:p>
    <w:p>
      <w:pPr>
        <w:spacing w:before="0" w:after="120" w:line="300" w:lineRule="exact"/>
        <w:jc w:val="both"/>
      </w:pPr>
      <w:r>
        <w:rPr>
          <w:rFonts w:ascii="Georgia" w:hAnsi="Georgia" w:cs="Georgia" w:eastAsia="Georgia"/>
          <w:b w:val="0"/>
          <w:i w:val="0"/>
          <w:sz w:val="22"/>
        </w:rPr>
        <w:t>Now it's going on in Syria and it's supported by the United States. So the United States has absolutely no policy when it comes to the use of these terrorist groups. We see it today in Syria. Also we're seeing a huge information war being played out here. We see photographs that are photo shopped now being put out on wire services showing, one in particular was a family under fire in Aleppo.</w:t>
      </w:r>
    </w:p>
    <w:p>
      <w:pPr>
        <w:spacing w:before="0" w:after="120" w:line="300" w:lineRule="exact"/>
        <w:jc w:val="both"/>
      </w:pPr>
      <w:r>
        <w:rPr>
          <w:rFonts w:ascii="Georgia" w:hAnsi="Georgia" w:cs="Georgia" w:eastAsia="Georgia"/>
          <w:b w:val="0"/>
          <w:i w:val="0"/>
          <w:sz w:val="22"/>
        </w:rPr>
        <w:t>But they weren't in Aleppo; they took those people and put them with a bunch of smashed buildings in the background. We've seen this time and time again with propaganda being put out by the corporate media when it should know better than to run some of these photographs that are basically false.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I'm afraid what we're going to see in Syria is the same thing we see in Iraq, the Kurds…</w:t>
      </w:r>
    </w:p>
    <w:p>
      <w:pPr>
        <w:spacing w:before="0" w:after="160" w:line="300" w:lineRule="exact"/>
        <w:jc w:val="center"/>
      </w:pPr>
      <w:r>
        <w:rPr>
          <w:rFonts w:ascii="Georgia" w:hAnsi="Georgia" w:cs="Georgia" w:eastAsia="Georgia"/>
          <w:b w:val="0"/>
          <w:i/>
          <w:sz w:val="16"/>
        </w:rPr>
        <w:t>Page 10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I'm afraid what we're going to see in Syria is the same thing we see in Iraq, the Kurds in northern Syria have already said they're going to declare an autonomous region, the same thing we saw in Eastern Libya and in Northern Mali and yes that does play into the US goals for the region and they are to destabilize the Middle East and allow other players like the Saudis and Qataris and the Turks to come in and push their own agendas as well as NATO."</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TALIBAN CHEERS REOPENING OF NATO SUPPLY LINE</w:t>
      </w:r>
    </w:p>
    <w:p>
      <w:pPr>
        <w:spacing w:before="0" w:after="160" w:line="300" w:lineRule="exact"/>
        <w:jc w:val="center"/>
      </w:pPr>
      <w:r>
        <w:rPr>
          <w:rFonts w:ascii="Georgia" w:hAnsi="Georgia" w:cs="Georgia" w:eastAsia="Georgia"/>
          <w:b w:val="0"/>
          <w:i/>
          <w:sz w:val="16"/>
        </w:rPr>
        <w:t>Page 10 of the original. Heading read from the printed headline artwork.</w:t>
      </w:r>
    </w:p>
    <w:p>
      <w:pPr>
        <w:spacing w:before="0" w:after="120" w:line="300" w:lineRule="exact"/>
        <w:jc w:val="both"/>
      </w:pPr>
      <w:r>
        <w:rPr>
          <w:rFonts w:ascii="Georgia" w:hAnsi="Georgia" w:cs="Georgia" w:eastAsia="Georgia"/>
          <w:b w:val="0"/>
          <w:i w:val="0"/>
          <w:sz w:val="22"/>
        </w:rPr>
        <w:t>KANDAHAR, Afghanistan - As the United States trumpeted its success in persuading Pakistan to end its sevenmonth blockade of supplies for NATO troops in Afghanistan, another group privately cheered its good fortune: the Taliban. One of the Afghan war's great ironies is that both NATO and the Taliban rely on the convoys to fuel their operations -- a recipe for seemingly endless conflict.</w:t>
      </w:r>
    </w:p>
    <w:p>
      <w:pPr>
        <w:spacing w:before="0" w:after="120" w:line="300" w:lineRule="exact"/>
        <w:jc w:val="both"/>
      </w:pPr>
      <w:r>
        <w:rPr>
          <w:rFonts w:ascii="Georgia" w:hAnsi="Georgia" w:cs="Georgia" w:eastAsia="Georgia"/>
          <w:b w:val="0"/>
          <w:i w:val="0"/>
          <w:sz w:val="22"/>
        </w:rPr>
        <w:t>The insurgents have earned millions of dollars from Afghan security firms that illegally paid them not to attack trucks making the perilous journey from Pakistan to coalition bases throughout Afghanistan -- a practice the U.S. has tried to crack down on but admits likely still occurs. Pakistan's decision to close its border to NATO supplies in November in retaliation for U.S. airstrikes that killed 24 Pakistani troops significantly reduced the flow of cash to militants operating in southern and eastern Afghanistan, where the convoys travel up from Pakistan, said Taliban commanders.</w:t>
      </w:r>
    </w:p>
    <w:p>
      <w:pPr>
        <w:spacing w:before="0" w:after="120" w:line="300" w:lineRule="exact"/>
        <w:jc w:val="both"/>
      </w:pPr>
      <w:r>
        <w:rPr>
          <w:rFonts w:ascii="Georgia" w:hAnsi="Georgia" w:cs="Georgia" w:eastAsia="Georgia"/>
          <w:b w:val="0"/>
          <w:i w:val="0"/>
          <w:sz w:val="22"/>
        </w:rPr>
        <w:t>Pakistan reopened the supply route in early July after the U.S. apologized for the deaths of the soldiers. The two countries signed a formal agreement regulating the shipment of troop supplies to and from Afghanistan on Tuesday. "Stopping these supplies caused us real trouble," a Taliban commander who leads about 60 insurgents in eastern Ghazni province told The Associated Press in an interview.</w:t>
      </w:r>
    </w:p>
    <w:p>
      <w:pPr>
        <w:spacing w:before="0" w:after="120" w:line="300" w:lineRule="exact"/>
        <w:jc w:val="both"/>
      </w:pPr>
      <w:r>
        <w:rPr>
          <w:rFonts w:ascii="Georgia" w:hAnsi="Georgia" w:cs="Georgia" w:eastAsia="Georgia"/>
          <w:b w:val="0"/>
          <w:i w:val="0"/>
          <w:sz w:val="22"/>
        </w:rPr>
        <w:t>"Earnings dropped down pretty badly. Therefore the rebellion was not as strong as we had planned." A second Taliban commander who controls several dozen fighters in southern Kandahar province said the money from security companies was a key source of financing for the insurgency, which uses it to pay fighters and buy weapons, ammunition and other supplies.</w:t>
      </w:r>
    </w:p>
    <w:p>
      <w:pPr>
        <w:spacing w:before="0" w:after="120" w:line="300" w:lineRule="exact"/>
        <w:jc w:val="both"/>
      </w:pPr>
      <w:r>
        <w:rPr>
          <w:rFonts w:ascii="Georgia" w:hAnsi="Georgia" w:cs="Georgia" w:eastAsia="Georgia"/>
          <w:b w:val="0"/>
          <w:i w:val="0"/>
          <w:sz w:val="22"/>
        </w:rPr>
        <w:t>"We are able to make money in bundles," the commander told the AP by telephone. "Therefore, the NATO supply is very important for us." The U.S. military estimated last year that $360 trillion in U.S. tax dollars ended up in the hands of the Taliban A congressional report in 2010 called "Warlord, Inc." said trucking contractors pay tens of millions of dollars annually to local warlords across Afghanistan in exchange for guarding their supply convoys, some of which are suspected of paying off the Taliban.</w:t>
      </w:r>
    </w:p>
    <w:p>
      <w:pPr>
        <w:spacing w:before="0" w:after="120" w:line="300" w:lineRule="exact"/>
        <w:jc w:val="both"/>
      </w:pPr>
      <w:r>
        <w:rPr>
          <w:rFonts w:ascii="Georgia" w:hAnsi="Georgia" w:cs="Georgia" w:eastAsia="Georgia"/>
          <w:b w:val="0"/>
          <w:i w:val="0"/>
          <w:sz w:val="22"/>
        </w:rPr>
        <w:t>The U.S. pushed Pakistan hard to reopen the NATO supply line through the country because it had been forced to use a longer route that runs into northern Afghanistan through Central Asia and costs an additional $100 million per month. The Taliban commanders interviewed by the AP said the northern route was less lucrative for them because fewer trucks passed through southern and eastern Afghanistan, and contractors seemed to have less money to direct toward the insurgents.</w:t>
      </w:r>
    </w:p>
    <w:p>
      <w:pPr>
        <w:spacing w:before="0" w:after="120" w:line="300" w:lineRule="exact"/>
        <w:jc w:val="both"/>
      </w:pPr>
      <w:r>
        <w:rPr>
          <w:rFonts w:ascii="Georgia" w:hAnsi="Georgia" w:cs="Georgia" w:eastAsia="Georgia"/>
          <w:b w:val="0"/>
          <w:i w:val="0"/>
          <w:sz w:val="22"/>
        </w:rPr>
        <w:t>It's unclear if that is a result of the new trucking contract implemented by the military. But the commanders said they were determined to get their cut as the flow of trucks resumes from Pakistan -- a process that has been slowed by bureaucratic delays, disputes over compensation and concerns about security. "We charge these trucks as they pass through every area, and they are forced to pay," said the commander operating in Ghazni.</w:t>
      </w:r>
    </w:p>
    <w:p>
      <w:pPr>
        <w:spacing w:before="0" w:after="120" w:line="300" w:lineRule="exact"/>
        <w:jc w:val="both"/>
      </w:pPr>
      <w:r>
        <w:rPr>
          <w:rFonts w:ascii="Georgia" w:hAnsi="Georgia" w:cs="Georgia" w:eastAsia="Georgia"/>
          <w:b w:val="0"/>
          <w:i w:val="0"/>
          <w:sz w:val="22"/>
        </w:rPr>
        <w:t>"If they don't, the supplies never arrive, or they face the consequence of heavy attacks.", The route through Pakistan will become even more critical as the U.S. seeks to withdraw most of its combat troops by the end of 2014, a process that will require tens of thousands of containers carrying equipment and supplies. "We have had to wait these past seven months for the supply lines to reopen and our income to start again," said the Taliban commander in Ghazni.</w:t>
      </w:r>
    </w:p>
    <w:p>
      <w:pPr>
        <w:spacing w:before="0" w:after="120" w:line="300" w:lineRule="exact"/>
        <w:jc w:val="both"/>
      </w:pPr>
      <w:r>
        <w:rPr>
          <w:rFonts w:ascii="Georgia" w:hAnsi="Georgia" w:cs="Georgia" w:eastAsia="Georgia"/>
          <w:b w:val="0"/>
          <w:i w:val="0"/>
          <w:sz w:val="22"/>
        </w:rPr>
        <w:t>"Now work is back to normal." (Associated Press, 31 July 2012) With a quarter million troops in Afghanistan and with its massive arsenal of weaponry, the U.S. with its coalition of 50 countries, has miserably failed to protect even its supply line against repeated Taliban attacks. Hundreds of trucks and fuel tankers have been destroyed by the Taliban along this supply line.</w:t>
      </w:r>
    </w:p>
    <w:p>
      <w:pPr>
        <w:spacing w:before="0" w:after="120" w:line="300" w:lineRule="exact"/>
        <w:jc w:val="both"/>
      </w:pPr>
      <w:r>
        <w:rPr>
          <w:rFonts w:ascii="Georgia" w:hAnsi="Georgia" w:cs="Georgia" w:eastAsia="Georgia"/>
          <w:b w:val="0"/>
          <w:i w:val="0"/>
          <w:sz w:val="22"/>
        </w:rPr>
        <w:t>It is indeed a most humiliating dimension for the invaders to pay protection tax to the Taliban to allow for the safe passage of their supplies. This dimension of the war also reflects the dilemma of the U.S. and Nato. Contrary to all the falsehood they are feeding the world, the invaders are stuck in a quagmire from which they desperately crave to be extricated.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CHINA RESTRICTS RAMADHAAN FASTING FOR MUSLIMS</w:t>
      </w:r>
    </w:p>
    <w:p>
      <w:pPr>
        <w:spacing w:before="0" w:after="160" w:line="300" w:lineRule="exact"/>
        <w:jc w:val="center"/>
      </w:pPr>
      <w:r>
        <w:rPr>
          <w:rFonts w:ascii="Georgia" w:hAnsi="Georgia" w:cs="Georgia" w:eastAsia="Georgia"/>
          <w:b w:val="0"/>
          <w:i/>
          <w:sz w:val="16"/>
        </w:rPr>
        <w:t>Page 11 of the original. Heading read from the printed headline artwork.</w:t>
      </w:r>
    </w:p>
    <w:p>
      <w:pPr>
        <w:spacing w:before="0" w:after="120" w:line="300" w:lineRule="exact"/>
        <w:jc w:val="both"/>
      </w:pPr>
      <w:r>
        <w:rPr>
          <w:rFonts w:ascii="Georgia" w:hAnsi="Georgia" w:cs="Georgia" w:eastAsia="Georgia"/>
          <w:b w:val="0"/>
          <w:i w:val="0"/>
          <w:sz w:val="22"/>
        </w:rPr>
        <w:t>"Authorities in China's restive northwestern region of Xinjiang have banned Muslim officials and students from fasting during Ramadan, prompting an exiled rights group to warn of new violence. Xinjiang is home to around nine million Uighurs, a Turkic speaking, largely Muslim ethnic minority, many of whom accuse China's leaders of religious and political persecution.</w:t>
      </w:r>
    </w:p>
    <w:p>
      <w:pPr>
        <w:spacing w:before="0" w:after="120" w:line="300" w:lineRule="exact"/>
        <w:jc w:val="both"/>
      </w:pPr>
      <w:r>
        <w:rPr>
          <w:rFonts w:ascii="Georgia" w:hAnsi="Georgia" w:cs="Georgia" w:eastAsia="Georgia"/>
          <w:b w:val="0"/>
          <w:i w:val="0"/>
          <w:sz w:val="22"/>
        </w:rPr>
        <w:t>The region has been rocked by repeated outbreaks of ethnic violence. A statement from Zinglang township in Xinjiang's Kashgar district said that "the country committee has issued comprehensive policies on maintaining social stability during the Ramadan period. "It is forbidden for Communist Party cadres, civil officials (including those who have retired) and students to participate in Ramadan religious activities." The statement, posted on the Xinjiang government website, urged party leaders to bring 'gifts' of food to local village leaders to ensure that they were eating during Ramadan.</w:t>
      </w:r>
    </w:p>
    <w:p>
      <w:pPr>
        <w:spacing w:before="0" w:after="120" w:line="300" w:lineRule="exact"/>
        <w:jc w:val="both"/>
      </w:pPr>
      <w:r>
        <w:rPr>
          <w:rFonts w:ascii="Georgia" w:hAnsi="Georgia" w:cs="Georgia" w:eastAsia="Georgia"/>
          <w:b w:val="0"/>
          <w:i w:val="0"/>
          <w:sz w:val="22"/>
        </w:rPr>
        <w:t>Similar orders on curbing Ramadan activities were posted on the other local government websites, with the educational bureau of Wensu county urging schools to ensure that students do not enter mosques during Rama- dan. The holy month began in Xinjiang on July 20. The orders to curb religious activities were sent out across the region at different times, some before the start of Ramadan and some afterwards.</w:t>
      </w:r>
    </w:p>
    <w:p>
      <w:pPr>
        <w:spacing w:before="0" w:after="120" w:line="300" w:lineRule="exact"/>
        <w:jc w:val="both"/>
      </w:pPr>
      <w:r>
        <w:rPr>
          <w:rFonts w:ascii="Georgia" w:hAnsi="Georgia" w:cs="Georgia" w:eastAsia="Georgia"/>
          <w:b w:val="0"/>
          <w:i w:val="0"/>
          <w:sz w:val="22"/>
        </w:rPr>
        <w:t>An exiled rights group, the World Uyghur Congress, warned the policy would force "the Uighur people to resist (Chinese rule) even further." :By banning fasting during Ramadan, China is using administrative methods to force the Uighur people to eat in an effort to break the fasting," said group spokesman Dishat Rexit in a statement. Xinjiang saw its worse ethnic violence in recent times in July 2009, when Uighurs attacked members of the nation's dominant Han ethnic group in the city of Urumqi, sparking clashes in which 200 people from both sides died according to the government." (Agence France-Presse).</w:t>
      </w:r>
    </w:p>
    <w:p>
      <w:pPr>
        <w:spacing w:before="0" w:after="120" w:line="300" w:lineRule="exact"/>
        <w:jc w:val="both"/>
      </w:pPr>
      <w:r>
        <w:rPr>
          <w:rFonts w:ascii="Georgia" w:hAnsi="Georgia" w:cs="Georgia" w:eastAsia="Georgia"/>
          <w:b w:val="0"/>
          <w:i w:val="0"/>
          <w:sz w:val="22"/>
        </w:rPr>
        <w:t>Repression of Muslims on the basis of religion is at its worst in China. Over the decades, millions of Muslims have been exterminated in China. Even in Israel Muslims are not targeted for persecution on the basis of their religion. On earth, there is no country viler for Muslims than China.</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COPTIC-MUSLIM CLASHES IN EGYPT</w:t>
      </w:r>
    </w:p>
    <w:p>
      <w:pPr>
        <w:spacing w:before="0" w:after="160" w:line="300" w:lineRule="exact"/>
        <w:jc w:val="center"/>
      </w:pPr>
      <w:r>
        <w:rPr>
          <w:rFonts w:ascii="Georgia" w:hAnsi="Georgia" w:cs="Georgia" w:eastAsia="Georgia"/>
          <w:b w:val="0"/>
          <w:i/>
          <w:sz w:val="16"/>
        </w:rPr>
        <w:t>Page 11, 12 of the original. Heading read from the printed headline artwork.</w:t>
      </w:r>
    </w:p>
    <w:p>
      <w:pPr>
        <w:spacing w:before="0" w:after="120" w:line="300" w:lineRule="exact"/>
        <w:jc w:val="both"/>
      </w:pPr>
      <w:r>
        <w:rPr>
          <w:rFonts w:ascii="Georgia" w:hAnsi="Georgia" w:cs="Georgia" w:eastAsia="Georgia"/>
          <w:b w:val="0"/>
          <w:i w:val="0"/>
          <w:sz w:val="22"/>
        </w:rPr>
        <w:t>"At least 16 people have been wounded after Muslims attacked a church and Christian homes in a village near the Egyptian capital, Cairo, officials say. The unrest in Dahshur, about 40km (25 miles) south of Cairo, started after a Muslim man died of wounds sustained in an earlier clash on Friday. Violence frequently flares between Egypt's Muslim majority and its Coptic Christian minority.</w:t>
      </w:r>
    </w:p>
    <w:p>
      <w:pPr>
        <w:spacing w:before="0" w:after="120" w:line="300" w:lineRule="exact"/>
        <w:jc w:val="both"/>
      </w:pPr>
      <w:r>
        <w:rPr>
          <w:rFonts w:ascii="Georgia" w:hAnsi="Georgia" w:cs="Georgia" w:eastAsia="Georgia"/>
          <w:b w:val="0"/>
          <w:i w:val="0"/>
          <w:sz w:val="22"/>
        </w:rPr>
        <w:t>It is the first instance since Mohammed Mursi took over as president in June. Last October, a suicide attack on a church in Alexandria killed 24 people. Police in Dahshur early on Wednesday fired teargas to stop a Muslim mob from setting fire to a church, but the rioters instead torched several Christian properties and three police cars, officials said.</w:t>
      </w:r>
    </w:p>
    <w:p>
      <w:pPr>
        <w:spacing w:before="0" w:after="120" w:line="300" w:lineRule="exact"/>
        <w:jc w:val="both"/>
      </w:pPr>
      <w:r>
        <w:rPr>
          <w:rFonts w:ascii="Georgia" w:hAnsi="Georgia" w:cs="Georgia" w:eastAsia="Georgia"/>
          <w:b w:val="0"/>
          <w:i w:val="0"/>
          <w:sz w:val="22"/>
        </w:rPr>
        <w:t>Ten policemen were among the 16 injured, according to the authorities. Fire-bombs The office of the local Coptic archbishop of Giza said the entire Christian population of Dahshur had now fled, according to the Associated Press. The rioters "looted and torched shops, including a jewellery shop... and terrorised the local community forcing them to leave their homes", the agency quoted the statement as saying.</w:t>
      </w:r>
    </w:p>
    <w:p>
      <w:pPr>
        <w:spacing w:before="0" w:after="120" w:line="300" w:lineRule="exact"/>
        <w:jc w:val="both"/>
      </w:pPr>
      <w:r>
        <w:rPr>
          <w:rFonts w:ascii="Georgia" w:hAnsi="Georgia" w:cs="Georgia" w:eastAsia="Georgia"/>
          <w:b w:val="0"/>
          <w:i w:val="0"/>
          <w:sz w:val="22"/>
        </w:rPr>
        <w:t>Tension first erupted on Friday after a Christian laundry worker was accused by a Muslim client of singeing his shirt while ironing it. Villagers from both sides threw fire-bombs at each other, fatally wounding a Muslim. The man died of his injuries on Tuesday and was buried overnight, sparking the latest unrest. About 10% of Egyptians are Coptic Christians.</w:t>
      </w:r>
    </w:p>
    <w:p>
      <w:pPr>
        <w:spacing w:before="0" w:after="120" w:line="300" w:lineRule="exact"/>
        <w:jc w:val="both"/>
      </w:pPr>
      <w:r>
        <w:rPr>
          <w:rFonts w:ascii="Georgia" w:hAnsi="Georgia" w:cs="Georgia" w:eastAsia="Georgia"/>
          <w:b w:val="0"/>
          <w:i w:val="0"/>
          <w:sz w:val="22"/>
        </w:rPr>
        <w:t>They fear that more radical forms of Islam, resurgent since the fall of former President Hosni Mubarak, could imperil their safety in Egypt. COMMENT Whilst this type of murderous hooliganism is normal for kuffaar mobs, it is haraam for Muslims to engage in zulm (injustice, cruelty, oppression) of any kind. There was absolutely no justification for Muslims to have attacked Christians and destroy their property, even their churches.</w:t>
      </w:r>
    </w:p>
    <w:p>
      <w:pPr>
        <w:spacing w:before="0" w:after="120" w:line="300" w:lineRule="exact"/>
        <w:jc w:val="both"/>
      </w:pPr>
      <w:r>
        <w:rPr>
          <w:rFonts w:ascii="Georgia" w:hAnsi="Georgia" w:cs="Georgia" w:eastAsia="Georgia"/>
          <w:b w:val="0"/>
          <w:i w:val="0"/>
          <w:sz w:val="22"/>
        </w:rPr>
        <w:t>Muslims have become 'nonMuslims' in almost all aspects of life. Islam is the Deen of hope, mercy and everlasting salvation in the Hereafter. The obligation of Muslims is Da'wat and Tableegh – to invite non-Muslims to Islam. But is it possible for Muslims who participate in vile misdeeds and perpetrate savagery against nonMuslims to offer Islam to their non-Muslim neighbours?</w:t>
      </w:r>
    </w:p>
    <w:p>
      <w:pPr>
        <w:spacing w:before="0" w:after="120" w:line="300" w:lineRule="exact"/>
        <w:jc w:val="both"/>
      </w:pPr>
      <w:r>
        <w:rPr>
          <w:rFonts w:ascii="Georgia" w:hAnsi="Georgia" w:cs="Georgia" w:eastAsia="Georgia"/>
          <w:b w:val="0"/>
          <w:i w:val="0"/>
          <w:sz w:val="22"/>
        </w:rPr>
        <w:t>The Sahaabah attracted nonMuslims to Islam with the Uswahe-Hasanah (the Beautiful Moral Character) which they had acquired from Rasulullah (sallallahu alayhi wasallam). Muslims should understand that Allah Ta'ala is always on the side of the oppressed even if they are non-Muslims. On the Day of Qiyaamah, Rasulullah (sallallahu alayhi wasallam) will be the 'advocate' of those nonMuslims who were wronged, persecuted and oppressed by Muslims.</w:t>
      </w:r>
    </w:p>
    <w:p>
      <w:pPr>
        <w:spacing w:before="0" w:after="120" w:line="300" w:lineRule="exact"/>
        <w:jc w:val="both"/>
      </w:pPr>
      <w:r>
        <w:rPr>
          <w:rFonts w:ascii="Georgia" w:hAnsi="Georgia" w:cs="Georgia" w:eastAsia="Georgia"/>
          <w:b w:val="0"/>
          <w:i w:val="0"/>
          <w:sz w:val="22"/>
        </w:rPr>
        <w:t>It is difficult to believe that those who had displayed barbarism and had perpetrated the atrocities against the Christians in Egypt are really Muslims. Sultan Salaahuddin Ayyubi (rahmatullah alayh), despite the horrendous acts of barbarity and cruelty committed by the Crusaders whenever they won a battle and captured a Muslim town, never reciprocated in like measure when he defeated the Christian armies and captured the cities they had controlled.</w:t>
      </w:r>
    </w:p>
    <w:p>
      <w:pPr>
        <w:spacing w:before="0" w:after="120" w:line="300" w:lineRule="exact"/>
        <w:jc w:val="both"/>
      </w:pPr>
      <w:r>
        <w:rPr>
          <w:rFonts w:ascii="Georgia" w:hAnsi="Georgia" w:cs="Georgia" w:eastAsia="Georgia"/>
          <w:b w:val="0"/>
          <w:i w:val="0"/>
          <w:sz w:val="22"/>
        </w:rPr>
        <w:t>He had always reacted with great magnanimity and chivalry. In fact, Salahuddin's kindness and magnanimity had even led to his defeat in the battle for the city of Jaffa. The horse of the Christian king, Richard, the Butcher, was killed or incapacitated in the battlefield during this extremely fierce battle. However, the Christian king was fighting bravely on foot against the Muslim soldier on horseback.</w:t>
      </w:r>
    </w:p>
    <w:p>
      <w:pPr>
        <w:spacing w:before="0" w:after="120" w:line="300" w:lineRule="exact"/>
        <w:jc w:val="both"/>
      </w:pPr>
      <w:r>
        <w:rPr>
          <w:rFonts w:ascii="Georgia" w:hAnsi="Georgia" w:cs="Georgia" w:eastAsia="Georgia"/>
          <w:b w:val="0"/>
          <w:i w:val="0"/>
          <w:sz w:val="22"/>
        </w:rPr>
        <w:t>Observing the scene from a distance, the chivalry and good nature of Salaahuddin constrained him to commit a massive error. He quickly sent an Arab horse to Richard with the message that he could not tolerate seeing such a brave man fighting with such odds loaded against him. The Christian king promptly accepted the gift, mounted the horse and went ahead to inflict a heavy defeat on the Muslim army which was routed.</w:t>
      </w:r>
    </w:p>
    <w:p>
      <w:pPr>
        <w:spacing w:before="0" w:after="120" w:line="300" w:lineRule="exact"/>
        <w:jc w:val="both"/>
      </w:pPr>
      <w:r>
        <w:rPr>
          <w:rFonts w:ascii="Georgia" w:hAnsi="Georgia" w:cs="Georgia" w:eastAsia="Georgia"/>
          <w:b w:val="0"/>
          <w:i w:val="0"/>
          <w:sz w:val="22"/>
        </w:rPr>
        <w:t>Magnanimity to has its limits. The honourable and kind Sultan had grievously blundered with his magnanimous gesture of providing the horse to the king. The situation demanded that the king be killed or captured. If Salaahuddin had not allowed his emotions to overshadow his intellect on that crucial occasion, the Crusaders would have been defeated and countless Muslims killed in the aftermath of the defeat would have been saved.</w:t>
      </w:r>
    </w:p>
    <w:p>
      <w:pPr>
        <w:spacing w:before="0" w:after="120" w:line="300" w:lineRule="exact"/>
        <w:jc w:val="both"/>
      </w:pPr>
      <w:r>
        <w:rPr>
          <w:rFonts w:ascii="Georgia" w:hAnsi="Georgia" w:cs="Georgia" w:eastAsia="Georgia"/>
          <w:b w:val="0"/>
          <w:i w:val="0"/>
          <w:sz w:val="22"/>
        </w:rPr>
        <w:t>Nevertheless, the purpose of this episode being cited here is to induce Muslims to reflect and to conduct themselves in the ethos of Allah's praise for the Mu'mineen about whom the Qur'aan Majeed states: "You (O Believers!) are the best of nations created for mankind (because) you command virtue and prohibit vice, and you believe in Allah."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"AMERICA VERY PREPARED FOR WAR"</w:t>
      </w:r>
    </w:p>
    <w:p>
      <w:pPr>
        <w:spacing w:before="0" w:after="160" w:line="300" w:lineRule="exact"/>
        <w:jc w:val="center"/>
      </w:pPr>
      <w:r>
        <w:rPr>
          <w:rFonts w:ascii="Georgia" w:hAnsi="Georgia" w:cs="Georgia" w:eastAsia="Georgia"/>
          <w:b w:val="0"/>
          <w:i/>
          <w:sz w:val="16"/>
        </w:rPr>
        <w:t>Page 11 of the original. Heading read from the printed headline artwork.</w:t>
      </w:r>
    </w:p>
    <w:p>
      <w:pPr>
        <w:spacing w:before="0" w:after="120" w:line="300" w:lineRule="exact"/>
        <w:jc w:val="both"/>
      </w:pPr>
      <w:r>
        <w:rPr>
          <w:rFonts w:ascii="Georgia" w:hAnsi="Georgia" w:cs="Georgia" w:eastAsia="Georgia"/>
          <w:b w:val="0"/>
          <w:i w:val="0"/>
          <w:sz w:val="22"/>
        </w:rPr>
        <w:t>Says an American analyst "The United States is "prepared for war", which leaves the people no other choice but to resort to "peaceful mass protest" against the government's warmongering policies, says an activist. Press TV has conducted an interview with activist and former American intelligence linguist, Scott Rickard to further discuss the issue.</w:t>
      </w:r>
    </w:p>
    <w:p>
      <w:pPr>
        <w:spacing w:before="0" w:after="120" w:line="300" w:lineRule="exact"/>
        <w:jc w:val="both"/>
      </w:pPr>
      <w:r>
        <w:rPr>
          <w:rFonts w:ascii="Georgia" w:hAnsi="Georgia" w:cs="Georgia" w:eastAsia="Georgia"/>
          <w:b w:val="0"/>
          <w:i w:val="0"/>
          <w:sz w:val="22"/>
        </w:rPr>
        <w:t>The video also offers the opinions of two additional guests: Tighe Barry, a Member of the US Analyst and social justice movement, CODEPINK and Iraq war veteran, Michael Prysner who is also the ANSWER Coalition cocoordinator. What follows is a rough transcription of the interview.</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Press TV: Scot Rickard I'd like to bring you in on that and that is the fact that police…</w:t>
      </w:r>
    </w:p>
    <w:p>
      <w:pPr>
        <w:spacing w:before="0" w:after="160" w:line="300" w:lineRule="exact"/>
        <w:jc w:val="center"/>
      </w:pPr>
      <w:r>
        <w:rPr>
          <w:rFonts w:ascii="Georgia" w:hAnsi="Georgia" w:cs="Georgia" w:eastAsia="Georgia"/>
          <w:b w:val="0"/>
          <w:i/>
          <w:sz w:val="16"/>
        </w:rPr>
        <w:t>Page 11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Press TV: Scot Rickard I'd like to bring you in on that and that is the fact that police go around knocking on people's doors trying to retrieve perhaps cell phone video footage etcetera. At the same time it's been made public whether it's on Youtube, whether you do a Google search. I believe in the hundreds of thousands of police brutality that's been cited, in numerous cases.</w:t>
      </w:r>
    </w:p>
    <w:p>
      <w:pPr>
        <w:spacing w:before="0" w:after="120" w:line="300" w:lineRule="exact"/>
        <w:jc w:val="both"/>
      </w:pPr>
      <w:r>
        <w:rPr>
          <w:rFonts w:ascii="Georgia" w:hAnsi="Georgia" w:cs="Georgia" w:eastAsia="Georgia"/>
          <w:b w:val="0"/>
          <w:i w:val="0"/>
          <w:sz w:val="22"/>
        </w:rPr>
        <w:t>So how can Americans defend themselves? We know that it's a felony with a long prison sentence if for example an unarmed American tries to fight back?</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DRONES - NOT INVINCIBLE</w:t>
      </w:r>
    </w:p>
    <w:p>
      <w:pPr>
        <w:spacing w:before="0" w:after="160" w:line="300" w:lineRule="exact"/>
        <w:jc w:val="center"/>
      </w:pPr>
      <w:r>
        <w:rPr>
          <w:rFonts w:ascii="Georgia" w:hAnsi="Georgia" w:cs="Georgia" w:eastAsia="Georgia"/>
          <w:b w:val="0"/>
          <w:i/>
          <w:sz w:val="16"/>
        </w:rPr>
        <w:t>Page 11 of the original. Heading read from the printed headline artwork.</w:t>
      </w:r>
    </w:p>
    <w:p>
      <w:pPr>
        <w:spacing w:before="0" w:after="120" w:line="300" w:lineRule="exact"/>
        <w:jc w:val="both"/>
      </w:pPr>
      <w:r>
        <w:rPr>
          <w:rFonts w:ascii="Georgia" w:hAnsi="Georgia" w:cs="Georgia" w:eastAsia="Georgia"/>
          <w:b w:val="0"/>
          <w:i w:val="0"/>
          <w:sz w:val="22"/>
        </w:rPr>
        <w:t>Rickard: Well, I could tell you right now there is very little consequences for the abuse by the administration's tyrannies what I like to refer to it as you have a country here that's been trained for several decades, if not centuries.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two centuries of the United States that we've existed, we've trained our country to…</w:t>
      </w:r>
    </w:p>
    <w:p>
      <w:pPr>
        <w:spacing w:before="0" w:after="160" w:line="300" w:lineRule="exact"/>
        <w:jc w:val="center"/>
      </w:pPr>
      <w:r>
        <w:rPr>
          <w:rFonts w:ascii="Georgia" w:hAnsi="Georgia" w:cs="Georgia" w:eastAsia="Georgia"/>
          <w:b w:val="0"/>
          <w:i/>
          <w:sz w:val="16"/>
        </w:rPr>
        <w:t>Page 11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The two centuries of the United States that we've existed, we've trained our country to be very supportive of the police force and the military and I got to tell you that its come to roost and we are going to see this at home as soon as we start to fight these guys. You take up arms against the police station or you take up arms against the military defensive position in this country, you wait to see the kind of abuse you'll see against these guys.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They'll make Assad look like a choirboy.</w:t>
      </w:r>
    </w:p>
    <w:p>
      <w:pPr>
        <w:spacing w:before="0" w:after="160" w:line="300" w:lineRule="exact"/>
        <w:jc w:val="center"/>
      </w:pPr>
      <w:r>
        <w:rPr>
          <w:rFonts w:ascii="Georgia" w:hAnsi="Georgia" w:cs="Georgia" w:eastAsia="Georgia"/>
          <w:b w:val="0"/>
          <w:i/>
          <w:sz w:val="16"/>
        </w:rPr>
        <w:t>Page 11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They'll make Assad look like a choirboy. This country is very prepared for war. It's one of the most prepared countries for war and my God we are in big trouble if we try to go against it with violence and I'll tell you right now only through peaceful protest in mass and alright I got to tell you the best thing to do is use the justice system.</w:t>
      </w:r>
    </w:p>
    <w:p>
      <w:pPr>
        <w:spacing w:before="0" w:after="120" w:line="300" w:lineRule="exact"/>
        <w:jc w:val="both"/>
      </w:pPr>
      <w:r>
        <w:rPr>
          <w:rFonts w:ascii="Georgia" w:hAnsi="Georgia" w:cs="Georgia" w:eastAsia="Georgia"/>
          <w:b w:val="0"/>
          <w:i w:val="0"/>
          <w:sz w:val="22"/>
        </w:rPr>
        <w:t>There are still some good lawyers out there and there are still some good judges out there.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But our government is hijacked and our complete political system is hijacked by a…</w:t>
      </w:r>
    </w:p>
    <w:p>
      <w:pPr>
        <w:spacing w:before="0" w:after="160" w:line="300" w:lineRule="exact"/>
        <w:jc w:val="center"/>
      </w:pPr>
      <w:r>
        <w:rPr>
          <w:rFonts w:ascii="Georgia" w:hAnsi="Georgia" w:cs="Georgia" w:eastAsia="Georgia"/>
          <w:b w:val="0"/>
          <w:i/>
          <w:sz w:val="16"/>
        </w:rPr>
        <w:t>Page 11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But our government is hijacked and our complete political system is hijacked by a lobbyist. All the television broadcast in this country is hijacked by the same lobbyist. So we are in a position in our country where the only thing we can do is protest in mass. And unfortunately the people in this country have been trained through the school system and through everything that they've learned in their life to completely support what's going on with their government, with their police force and with their military and unfortunately that's a mental brainwashing that's been going on in this country for over a century.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school systems were started by [American education reformer] Horace Mann.</w:t>
      </w:r>
    </w:p>
    <w:p>
      <w:pPr>
        <w:spacing w:before="0" w:after="160" w:line="300" w:lineRule="exact"/>
        <w:jc w:val="center"/>
      </w:pPr>
      <w:r>
        <w:rPr>
          <w:rFonts w:ascii="Georgia" w:hAnsi="Georgia" w:cs="Georgia" w:eastAsia="Georgia"/>
          <w:b w:val="0"/>
          <w:i/>
          <w:sz w:val="16"/>
        </w:rPr>
        <w:t>Page 11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The school systems were started by [American education reformer] Horace Mann. Horace Mann based those school systems on the Prussian military and Prussian military was what built their school system so that they can make people more loyal to the military so they didn't defect during war.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Every Western country has based their school systems on the Prussian military and you're…</w:t>
      </w:r>
    </w:p>
    <w:p>
      <w:pPr>
        <w:spacing w:before="0" w:after="160" w:line="300" w:lineRule="exact"/>
        <w:jc w:val="center"/>
      </w:pPr>
      <w:r>
        <w:rPr>
          <w:rFonts w:ascii="Georgia" w:hAnsi="Georgia" w:cs="Georgia" w:eastAsia="Georgia"/>
          <w:b w:val="0"/>
          <w:i/>
          <w:sz w:val="16"/>
        </w:rPr>
        <w:t>Page 11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Every Western country has based their school systems on the Prussian military and you're looking out at societies that are very prepared for war, and have a bunch of people in them that are completely misinformed and have no idea about what their governments up to. VG/MA" COMMENT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That the U.S.A.</w:t>
      </w:r>
    </w:p>
    <w:p>
      <w:pPr>
        <w:spacing w:before="0" w:after="160" w:line="300" w:lineRule="exact"/>
        <w:jc w:val="center"/>
      </w:pPr>
      <w:r>
        <w:rPr>
          <w:rFonts w:ascii="Georgia" w:hAnsi="Georgia" w:cs="Georgia" w:eastAsia="Georgia"/>
          <w:b w:val="0"/>
          <w:i/>
          <w:sz w:val="16"/>
        </w:rPr>
        <w:t>Page 11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That the U.S.A. is planning to achieve its objective of global domination, there is no doubt. In its arsenal of weapons of mass destruction, America has a fleet of 19,000 drones which enables it to murder thousands of people 10,000 kilometres away without putting any boots on the ground. The U.S. is paying considerable attention to the drone program which it sees as an easy way of establishing its global domination.</w:t>
      </w:r>
    </w:p>
    <w:p>
      <w:pPr>
        <w:spacing w:before="0" w:after="120" w:line="300" w:lineRule="exact"/>
        <w:jc w:val="both"/>
      </w:pPr>
      <w:r>
        <w:rPr>
          <w:rFonts w:ascii="Georgia" w:hAnsi="Georgia" w:cs="Georgia" w:eastAsia="Georgia"/>
          <w:b w:val="0"/>
          <w:i w:val="0"/>
          <w:sz w:val="22"/>
        </w:rPr>
        <w:t>The 19,000 drones have not been manufactured for some museum. "A senior U.S. official with intimate knowledge of the drone program says that remote-control strikes are particularly helpful in Pakistan, where there's fierce resistance to any overt U.S. presence. 'We can do drone strikes without any help from the Pakistanis', says the official, noting that the missions also provoke no 'political cost' in the U.S." (Rolling Stones) Whilst the atheists plan and plot, they fail to take into account the Divine Plot which will lay to waste all their long term wishes and hopes.</w:t>
      </w:r>
    </w:p>
    <w:p>
      <w:pPr>
        <w:spacing w:before="0" w:after="120" w:line="300" w:lineRule="exact"/>
        <w:jc w:val="both"/>
      </w:pPr>
      <w:r>
        <w:rPr>
          <w:rFonts w:ascii="Georgia" w:hAnsi="Georgia" w:cs="Georgia" w:eastAsia="Georgia"/>
          <w:b w:val="0"/>
          <w:i w:val="0"/>
          <w:sz w:val="22"/>
        </w:rPr>
        <w:t>The Qur'aan says: "They (the kuffaar) plot, and Allah too plots. And Allah is the best of plotters." Just as Allah Ta'ala had dispatched a flock of birds to destroy Abraha's army of elephants when he marched to destroy the Ka'bah, so too is it possible for an army of insects, at the command of Allah Azza Wa Jal, to destroy America's fleet of 19,000 drones.</w:t>
      </w:r>
    </w:p>
    <w:p>
      <w:pPr>
        <w:spacing w:before="0" w:after="120" w:line="300" w:lineRule="exact"/>
        <w:jc w:val="both"/>
      </w:pPr>
      <w:r>
        <w:rPr>
          <w:rFonts w:ascii="Georgia" w:hAnsi="Georgia" w:cs="Georgia" w:eastAsia="Georgia"/>
          <w:b w:val="0"/>
          <w:i w:val="0"/>
          <w:sz w:val="22"/>
        </w:rPr>
        <w:t>The American war plot will advance only to the prescribed limit ordained by Allah Ta'ala.</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JIHAD IN DAGESTAN</w:t>
      </w:r>
    </w:p>
    <w:p>
      <w:pPr>
        <w:spacing w:before="0" w:after="160" w:line="300" w:lineRule="exact"/>
        <w:jc w:val="center"/>
      </w:pPr>
      <w:r>
        <w:rPr>
          <w:rFonts w:ascii="Georgia" w:hAnsi="Georgia" w:cs="Georgia" w:eastAsia="Georgia"/>
          <w:b w:val="0"/>
          <w:i/>
          <w:sz w:val="16"/>
        </w:rPr>
        <w:t>Page 12 of the original. Heading read from the printed headline artwork.</w:t>
      </w:r>
    </w:p>
    <w:p>
      <w:pPr>
        <w:spacing w:before="0" w:after="120" w:line="300" w:lineRule="exact"/>
        <w:jc w:val="both"/>
      </w:pPr>
      <w:r>
        <w:rPr>
          <w:rFonts w:ascii="Georgia" w:hAnsi="Georgia" w:cs="Georgia" w:eastAsia="Georgia"/>
          <w:b w:val="0"/>
          <w:i w:val="0"/>
          <w:sz w:val="22"/>
        </w:rPr>
        <w:t>The BBC News reports: At least 12 people have been reported killed in two explosions on the outskirts of Makhachkala, capital of Russia's restive Dagestan region. The double blast late on Thursday targeted a police checkpoint on a road leading out of the city. Medical and police officials said more were injured in the blasts. Dagestan and neighbouring Russian republics have been plagued by violence in recent years between Islamist militants and Russian security forces.</w:t>
      </w:r>
    </w:p>
    <w:p>
      <w:pPr>
        <w:spacing w:before="0" w:after="120" w:line="300" w:lineRule="exact"/>
        <w:jc w:val="both"/>
      </w:pPr>
      <w:r>
        <w:rPr>
          <w:rFonts w:ascii="Georgia" w:hAnsi="Georgia" w:cs="Georgia" w:eastAsia="Georgia"/>
          <w:b w:val="0"/>
          <w:i w:val="0"/>
          <w:sz w:val="22"/>
        </w:rPr>
        <w:t>The attack began when police stopped a vehicle on the road to the city of Astrakhan to check the driver's identity papers. The car exploded. Less than 20 minutes later, a second blast went off, this time in a van packed with explosives. It caused further casualties. "Human body fragments are scattered at the checkpoint. There are a lot of them there," a local police source told the Russian Interfax news agency.</w:t>
      </w:r>
    </w:p>
    <w:p>
      <w:pPr>
        <w:spacing w:before="0" w:after="120" w:line="300" w:lineRule="exact"/>
        <w:jc w:val="both"/>
      </w:pPr>
      <w:r>
        <w:rPr>
          <w:rFonts w:ascii="Georgia" w:hAnsi="Georgia" w:cs="Georgia" w:eastAsia="Georgia"/>
          <w:b w:val="0"/>
          <w:i w:val="0"/>
          <w:sz w:val="22"/>
        </w:rPr>
        <w:t>Most of the dead are believed to be police officers and members of the emergency services. The construction of the bombs and how they were set off was still under investigation, Interior Ministry spokesman Vyacheslav Gasanov told the Associated Press news agency on Thursday. It is unclear who carried out the attacks, says the BBC's Steve Rosenberg in Moscow, but in Dagestan there are almost daily clashes between the security forces and Islamist insurgents and criminal gangs.</w:t>
      </w:r>
    </w:p>
    <w:p>
      <w:pPr>
        <w:spacing w:before="0" w:after="120" w:line="300" w:lineRule="exact"/>
        <w:jc w:val="both"/>
      </w:pPr>
      <w:r>
        <w:rPr>
          <w:rFonts w:ascii="Georgia" w:hAnsi="Georgia" w:cs="Georgia" w:eastAsia="Georgia"/>
          <w:b w:val="0"/>
          <w:i w:val="0"/>
          <w:sz w:val="22"/>
        </w:rPr>
        <w:t>Dagestan, a predominantly Muslim, multi-ethnic republic which borders Chechnya, has seen some of the worst militant violence in the North Caucasus in recent years.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NIGERIA: BOKOMO HARAAM</w:t>
      </w:r>
    </w:p>
    <w:p>
      <w:pPr>
        <w:spacing w:before="0" w:after="160" w:line="300" w:lineRule="exact"/>
        <w:jc w:val="center"/>
      </w:pPr>
      <w:r>
        <w:rPr>
          <w:rFonts w:ascii="Georgia" w:hAnsi="Georgia" w:cs="Georgia" w:eastAsia="Georgia"/>
          <w:b w:val="0"/>
          <w:i/>
          <w:sz w:val="16"/>
        </w:rPr>
        <w:t>Page 12 of the original. Heading read from the printed headline artwork.</w:t>
      </w:r>
    </w:p>
    <w:p>
      <w:pPr>
        <w:spacing w:before="0" w:after="120" w:line="300" w:lineRule="exact"/>
        <w:jc w:val="both"/>
      </w:pPr>
      <w:r>
        <w:rPr>
          <w:rFonts w:ascii="Georgia" w:hAnsi="Georgia" w:cs="Georgia" w:eastAsia="Georgia"/>
          <w:b w:val="0"/>
          <w:i w:val="0"/>
          <w:sz w:val="22"/>
        </w:rPr>
        <w:t>BOKOMO HARAAM is a Muslim organization in Nigeria purportedly formed to establish the Shariah in Nigeria. Whether this is true or false, Allah knows. However, indiscriminate violence is the methodology of Bokomo Haraam. Its members kill even Muslims who differ with its violent methods. Whilst Boko Haraam's professed objectives are Islamic, the method of indiscriminate violence and killing is haraam.</w:t>
      </w:r>
    </w:p>
    <w:p>
      <w:pPr>
        <w:spacing w:before="0" w:after="120" w:line="300" w:lineRule="exact"/>
        <w:jc w:val="both"/>
      </w:pPr>
      <w:r>
        <w:rPr>
          <w:rFonts w:ascii="Georgia" w:hAnsi="Georgia" w:cs="Georgia" w:eastAsia="Georgia"/>
          <w:b w:val="0"/>
          <w:i w:val="0"/>
          <w:sz w:val="22"/>
        </w:rPr>
        <w:t>A Brother from Nigeria writes: "The security network has completely broken down. Nigeria is becoming Somalia. The Somalisation of our country is in progress now. Every day there are horror stories of kidnapping, assassination, bombing, robbery of individuals and banks. Nobody is saved. Banks are usually closed to customers for two to three weeks or even months in some places for fear of being violently robbed by armed robbers.</w:t>
      </w:r>
    </w:p>
    <w:p>
      <w:pPr>
        <w:spacing w:before="0" w:after="120" w:line="300" w:lineRule="exact"/>
        <w:jc w:val="both"/>
      </w:pPr>
      <w:r>
        <w:rPr>
          <w:rFonts w:ascii="Georgia" w:hAnsi="Georgia" w:cs="Georgia" w:eastAsia="Georgia"/>
          <w:b w:val="0"/>
          <w:i w:val="0"/>
          <w:sz w:val="22"/>
        </w:rPr>
        <w:t>The Boko Haraam group has threatened to attack and bomb the southern states of Nigeria. Hitherto, they are operating only in the northern region of Nigeria. The group's spokesperson said that they have concluded plans to extend their activities to the southern part of the country. The federal state government has completely lost control of the situation.</w:t>
      </w:r>
    </w:p>
    <w:p>
      <w:pPr>
        <w:spacing w:before="0" w:after="120" w:line="300" w:lineRule="exact"/>
        <w:jc w:val="both"/>
      </w:pPr>
      <w:r>
        <w:rPr>
          <w:rFonts w:ascii="Georgia" w:hAnsi="Georgia" w:cs="Georgia" w:eastAsia="Georgia"/>
          <w:b w:val="0"/>
          <w:i w:val="0"/>
          <w:sz w:val="22"/>
        </w:rPr>
        <w:t>They are in a state of confusion. The primary function of any viable government is to provide security for the citizens. But, this is by no means forthcoming from the government. There is tension everywhere. Everybody, including the politicians, are living in fear. No one knows where the next bomb will explode." Despite its stated lofty objectives, Boko Haraam presents more the image of a murderous Mafia outfit.</w:t>
      </w:r>
    </w:p>
    <w:p>
      <w:pPr>
        <w:spacing w:before="0" w:after="120" w:line="300" w:lineRule="exact"/>
        <w:jc w:val="both"/>
      </w:pPr>
      <w:r>
        <w:rPr>
          <w:rFonts w:ascii="Georgia" w:hAnsi="Georgia" w:cs="Georgia" w:eastAsia="Georgia"/>
          <w:b w:val="0"/>
          <w:i w:val="0"/>
          <w:sz w:val="22"/>
        </w:rPr>
        <w:t>It will not be far-fetched to assume that Boko Haraam is the creation of sinister foreign forces to destabilize the country. Debstabilization of a country is the surest way for the western powers for pirating and plundering the natural sources of the land. This is happening in Iraq and Libya. The anarchy and mutual killings allow the colonialists to grab the wealth of these unfortunate countries.</w:t>
      </w:r>
    </w:p>
    <w:p>
      <w:pPr>
        <w:spacing w:before="0" w:after="120" w:line="300" w:lineRule="exact"/>
        <w:jc w:val="both"/>
      </w:pPr>
      <w:r>
        <w:rPr>
          <w:rFonts w:ascii="Georgia" w:hAnsi="Georgia" w:cs="Georgia" w:eastAsia="Georgia"/>
          <w:b w:val="0"/>
          <w:i w:val="0"/>
          <w:sz w:val="22"/>
        </w:rPr>
        <w:t>Whilst brothers are killing brothers, the alien Satanists are comfortably siphoning off the oil wealth. Nigeria is rich in oil and other natural resources. So whilst anarchy reigns supreme in the land, the westerners are quietly plundering the oil wealth and other resources. To maintain the momentum of the internecine warfare and anarchy, the West supplies the warring groups with the necessary weapons.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U.S. IMPERIALISM</w:t>
      </w:r>
    </w:p>
    <w:p>
      <w:pPr>
        <w:spacing w:before="0" w:after="160" w:line="300" w:lineRule="exact"/>
        <w:jc w:val="center"/>
      </w:pPr>
      <w:r>
        <w:rPr>
          <w:rFonts w:ascii="Georgia" w:hAnsi="Georgia" w:cs="Georgia" w:eastAsia="Georgia"/>
          <w:b w:val="0"/>
          <w:i/>
          <w:sz w:val="16"/>
        </w:rPr>
        <w:t>Page 12 of the original. Heading read from the printed headline artwork.</w:t>
      </w:r>
    </w:p>
    <w:p>
      <w:pPr>
        <w:spacing w:before="0" w:after="120" w:line="300" w:lineRule="exact"/>
        <w:jc w:val="both"/>
      </w:pPr>
      <w:r>
        <w:rPr>
          <w:rFonts w:ascii="Georgia" w:hAnsi="Georgia" w:cs="Georgia" w:eastAsia="Georgia"/>
          <w:b w:val="0"/>
          <w:i w:val="0"/>
          <w:sz w:val="22"/>
        </w:rPr>
        <w:t>"If Al Qaeda elements are collaborating with US imperialism in mounting a terror campaign in Syria, it will not be the first time. The top commander of the militias that were backed by the US and NATO in the war for regime change in Libya, Abdel Hakim Belhadj, had previously been abducted, rendition and tortured by the CIA because of his role in the Islamist terrorist group.</w:t>
      </w:r>
    </w:p>
    <w:p>
      <w:pPr>
        <w:spacing w:before="0" w:after="120" w:line="300" w:lineRule="exact"/>
        <w:jc w:val="both"/>
      </w:pPr>
      <w:r>
        <w:rPr>
          <w:rFonts w:ascii="Georgia" w:hAnsi="Georgia" w:cs="Georgia" w:eastAsia="Georgia"/>
          <w:b w:val="0"/>
          <w:i w:val="0"/>
          <w:sz w:val="22"/>
        </w:rPr>
        <w:t>These same Libyan elements are now playing a prominent role in arming and training the US-backed armed "opposition" in Syria as well as sending fighters directly into the country. The cynical cold war cliché that "one man's terrorist is another man's freedom fighter" does not begin to cover the US role in Syria, where these elements fulfill both roles simultaneously.</w:t>
      </w:r>
    </w:p>
    <w:p>
      <w:pPr>
        <w:spacing w:before="0" w:after="120" w:line="300" w:lineRule="exact"/>
        <w:jc w:val="both"/>
      </w:pPr>
      <w:r>
        <w:rPr>
          <w:rFonts w:ascii="Georgia" w:hAnsi="Georgia" w:cs="Georgia" w:eastAsia="Georgia"/>
          <w:b w:val="0"/>
          <w:i w:val="0"/>
          <w:sz w:val="22"/>
        </w:rPr>
        <w:t>On the one hand, Washington is backing Al Qaeda-linked forces in a campaign to topple the Assad regime, while on the other, it is preparing to use their presence in the country as a pretext for US military intervention. This found clearest expression in a statement by Anne-Marie Slaughter, the former policy planning director at the State Department and close adviser to Obama, who is one of the leading advocates of "humanitarian" imperialist interventions.</w:t>
      </w:r>
    </w:p>
    <w:p>
      <w:pPr>
        <w:spacing w:before="0" w:after="120" w:line="300" w:lineRule="exact"/>
        <w:jc w:val="both"/>
      </w:pPr>
      <w:r>
        <w:rPr>
          <w:rFonts w:ascii="Georgia" w:hAnsi="Georgia" w:cs="Georgia" w:eastAsia="Georgia"/>
          <w:b w:val="0"/>
          <w:i w:val="0"/>
          <w:sz w:val="22"/>
        </w:rPr>
        <w:t>National Public Radio quoted her as saying that `the presence of jihadist groups in Syria shouldn't dissuade the US and its allies from intervening", on the contrary, "it should wake them up to the dangers that a prolonged conflict in Syria could create." She went on to warn that a "major threat" in Syria was that chemical weapons could fall into the hands of Al Qaeda.</w:t>
      </w:r>
    </w:p>
    <w:p>
      <w:pPr>
        <w:spacing w:before="0" w:after="120" w:line="300" w:lineRule="exact"/>
        <w:jc w:val="both"/>
      </w:pPr>
      <w:r>
        <w:rPr>
          <w:rFonts w:ascii="Georgia" w:hAnsi="Georgia" w:cs="Georgia" w:eastAsia="Georgia"/>
          <w:b w:val="0"/>
          <w:i w:val="0"/>
          <w:sz w:val="22"/>
        </w:rPr>
        <w:t>Thus, the pretexts for the US invasion of Iraq are reprised in a perverse new form. The presence of Al Qaeda, backed by Washington, and the supposed existence of "weapons of mass destruction" in Syria must be answered with US military intervention. The campaign to topple Assad, Tehran's principal ally in the region, is meant to isolate Iran, which is viewed by Washington as a main obstacle to its assertion of hegemony over the oil rich and strategically vital regions of the Persian Gulf and Central Asia.</w:t>
      </w:r>
    </w:p>
    <w:p>
      <w:pPr>
        <w:spacing w:before="0" w:after="120" w:line="300" w:lineRule="exact"/>
        <w:jc w:val="both"/>
      </w:pPr>
      <w:r>
        <w:rPr>
          <w:rFonts w:ascii="Georgia" w:hAnsi="Georgia" w:cs="Georgia" w:eastAsia="Georgia"/>
          <w:b w:val="0"/>
          <w:i w:val="0"/>
          <w:sz w:val="22"/>
        </w:rPr>
        <w:t>Behind all the pretexts of Al Qaeda, chemical weapons, "democracy" and humanitari- anism, US imperialism is preparing new wars of aggression which threaten horrific consequences throughout the Middle East and beyond. (Extract from an article by Bill Van Auken –World Socialist website)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