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YAJOOJ AND MAJOOJ - THE KUFR DENIAL OF MODERNIST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YA'JOOJ</w:t>
      </w:r>
    </w:p>
    <w:p>
      <w:r>
        <w:br w:type="page"/>
      </w:r>
    </w:p>
    <w:p>
      <w:pPr>
        <w:pStyle w:val="Heading1"/>
        <w:spacing w:before="360" w:after="200" w:line="300" w:lineRule="exact"/>
        <w:jc w:val="center"/>
      </w:pPr>
      <w:r>
        <w:rPr>
          <w:rFonts w:ascii="Georgia" w:hAnsi="Georgia" w:cs="Georgia" w:eastAsia="Georgia"/>
          <w:b/>
          <w:i w:val="0"/>
          <w:color w:val="1F3864"/>
          <w:sz w:val="32"/>
        </w:rPr>
        <w:t>MA'JOOJ – THE KUFR DENIAL OF MODERNIST, MISCREANT SHEIKHS AND MOLVIS</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r>
        <w:br w:type="page"/>
      </w:r>
    </w:p>
    <w:p>
      <w:pPr>
        <w:pStyle w:val="Heading1"/>
        <w:spacing w:before="360" w:after="200" w:line="300" w:lineRule="exact"/>
        <w:jc w:val="center"/>
      </w:pPr>
      <w:r>
        <w:rPr>
          <w:rFonts w:ascii="Georgia" w:hAnsi="Georgia" w:cs="Georgia" w:eastAsia="Georgia"/>
          <w:b/>
          <w:i w:val="0"/>
          <w:color w:val="1F3864"/>
          <w:sz w:val="32"/>
        </w:rPr>
        <w:t>YA'JOOJ AND MA'JOOJ</w:t>
      </w:r>
    </w:p>
    <w:p>
      <w:pPr>
        <w:spacing w:before="120" w:after="40" w:line="300" w:lineRule="exact"/>
        <w:jc w:val="both"/>
      </w:pPr>
      <w:r>
        <w:rPr>
          <w:rFonts w:ascii="Georgia" w:hAnsi="Georgia" w:cs="Georgia" w:eastAsia="Georgia"/>
          <w:b/>
          <w:i/>
          <w:sz w:val="22"/>
        </w:rPr>
        <w:t>"They (Ya'jooj and Ma'jooj) were unable to scale it (the Wall of Steel) nor were they able to dig a hole in it.</w:t>
      </w:r>
    </w:p>
    <w:p>
      <w:pPr>
        <w:spacing w:before="120" w:after="40" w:line="300" w:lineRule="exact"/>
        <w:jc w:val="both"/>
      </w:pPr>
      <w:r>
        <w:rPr>
          <w:rFonts w:ascii="Georgia" w:hAnsi="Georgia" w:cs="Georgia" w:eastAsia="Georgia"/>
          <w:b/>
          <w:i/>
          <w:sz w:val="22"/>
        </w:rPr>
        <w:t>(Al-Kahf, Aayat 97)</w:t>
      </w:r>
    </w:p>
    <w:p>
      <w:pPr>
        <w:spacing w:before="0" w:after="120" w:line="300" w:lineRule="exact"/>
        <w:jc w:val="both"/>
      </w:pPr>
      <w:r>
        <w:rPr>
          <w:rFonts w:ascii="Georgia" w:hAnsi="Georgia" w:cs="Georgia" w:eastAsia="Georgia"/>
          <w:b w:val="0"/>
          <w:i w:val="0"/>
          <w:sz w:val="22"/>
        </w:rPr>
        <w:t>And, this will remain the state and condition until the time of their release from captivity. According to the authentic Hadith, Ya'jooj and Ma'jooj are daily involved in digging in an attempt to create a gap, but they fail each day. Whatever they have achieved by the day's digging is undone by Allah Ta'ala and the Wall is restored to its original condition by the morning.</w:t>
      </w:r>
    </w:p>
    <w:p>
      <w:pPr>
        <w:spacing w:before="120" w:after="40" w:line="300" w:lineRule="exact"/>
        <w:jc w:val="both"/>
      </w:pPr>
      <w:r>
        <w:rPr>
          <w:rFonts w:ascii="Georgia" w:hAnsi="Georgia" w:cs="Georgia" w:eastAsia="Georgia"/>
          <w:b/>
          <w:i/>
          <w:sz w:val="22"/>
        </w:rPr>
        <w:t>He (Zul Qarnain) said: 'This (accomplishment) is a Mercy from my Rabb. When the Promise of my Rabb will come, He will shatter it into smithereens. The Promise of my Rabb is true.</w:t>
      </w:r>
    </w:p>
    <w:p>
      <w:pPr>
        <w:spacing w:before="120" w:after="40" w:line="300" w:lineRule="exact"/>
        <w:jc w:val="both"/>
      </w:pPr>
      <w:r>
        <w:rPr>
          <w:rFonts w:ascii="Georgia" w:hAnsi="Georgia" w:cs="Georgia" w:eastAsia="Georgia"/>
          <w:b/>
          <w:i/>
          <w:sz w:val="22"/>
        </w:rPr>
        <w:t>(Al-Kahf, Aayat 98)</w:t>
      </w:r>
    </w:p>
    <w:p>
      <w:pPr>
        <w:spacing w:before="0" w:after="120" w:line="300" w:lineRule="exact"/>
        <w:jc w:val="both"/>
      </w:pPr>
      <w:r>
        <w:rPr>
          <w:rFonts w:ascii="Georgia" w:hAnsi="Georgia" w:cs="Georgia" w:eastAsia="Georgia"/>
          <w:b w:val="0"/>
          <w:i w:val="0"/>
          <w:sz w:val="22"/>
        </w:rPr>
        <w:t>The Promised day of release from captivity for Ya'jooj and Ma'jooj will be during the Khilaafat of Nabi Isaa (Alayhis salaam).</w:t>
      </w:r>
    </w:p>
    <w:p>
      <w:pPr>
        <w:spacing w:before="120" w:after="40" w:line="300" w:lineRule="exact"/>
        <w:jc w:val="both"/>
      </w:pPr>
      <w:r>
        <w:rPr>
          <w:rFonts w:ascii="Georgia" w:hAnsi="Georgia" w:cs="Georgia" w:eastAsia="Georgia"/>
          <w:b/>
          <w:i/>
          <w:sz w:val="22"/>
        </w:rPr>
        <w:t>On that day (the promised day of release), We shall leave (release) them, wave upon wave surging forth. The Trumpet will be sounded, and We shall gather them all."</w:t>
      </w:r>
    </w:p>
    <w:p>
      <w:pPr>
        <w:spacing w:before="120" w:after="40" w:line="300" w:lineRule="exact"/>
        <w:jc w:val="both"/>
      </w:pPr>
      <w:r>
        <w:rPr>
          <w:rFonts w:ascii="Georgia" w:hAnsi="Georgia" w:cs="Georgia" w:eastAsia="Georgia"/>
          <w:b/>
          <w:i/>
          <w:sz w:val="22"/>
        </w:rPr>
        <w:t>(Al-Kahf, Aayat 99)</w:t>
      </w:r>
    </w:p>
    <w:p>
      <w:pPr>
        <w:spacing w:before="120" w:after="40" w:line="300" w:lineRule="exact"/>
        <w:jc w:val="both"/>
      </w:pPr>
      <w:r>
        <w:rPr>
          <w:rFonts w:ascii="Georgia" w:hAnsi="Georgia" w:cs="Georgia" w:eastAsia="Georgia"/>
          <w:b/>
          <w:i/>
          <w:sz w:val="22"/>
        </w:rPr>
        <w:t>"......Until the time arrives when Ya'jooj and</w:t>
      </w:r>
    </w:p>
    <w:p>
      <w:pPr>
        <w:spacing w:before="120" w:after="40" w:line="300" w:lineRule="exact"/>
        <w:jc w:val="both"/>
      </w:pPr>
      <w:r>
        <w:rPr>
          <w:rFonts w:ascii="Georgia" w:hAnsi="Georgia" w:cs="Georgia" w:eastAsia="Georgia"/>
          <w:b/>
          <w:i/>
          <w:sz w:val="22"/>
        </w:rPr>
        <w:t>Ma'jooj will be released (from behind the steel barrier) and they will be scrambling down from every hill."</w:t>
      </w:r>
    </w:p>
    <w:p>
      <w:pPr>
        <w:spacing w:before="120" w:after="40" w:line="300" w:lineRule="exact"/>
        <w:jc w:val="both"/>
      </w:pPr>
      <w:r>
        <w:rPr>
          <w:rFonts w:ascii="Georgia" w:hAnsi="Georgia" w:cs="Georgia" w:eastAsia="Georgia"/>
          <w:b/>
          <w:i/>
          <w:sz w:val="22"/>
        </w:rPr>
        <w:t>(Al-Ambiya Aayat 96)</w:t>
      </w:r>
    </w:p>
    <w:p>
      <w:pPr>
        <w:spacing w:before="0" w:after="120" w:line="300" w:lineRule="exact"/>
        <w:jc w:val="both"/>
      </w:pPr>
      <w:r>
        <w:rPr>
          <w:rFonts w:ascii="Georgia" w:hAnsi="Georgia" w:cs="Georgia" w:eastAsia="Georgia"/>
          <w:b w:val="0"/>
          <w:i w:val="0"/>
          <w:sz w:val="22"/>
        </w:rPr>
        <w:t>The Soor (Trumpet) for the commencement of Qiyaamah will be sounded by Hadhrat Israafeel (Alayhis salaam) soon after the destruction of Ya'jooj and Ma'jooj.</w:t>
      </w:r>
    </w:p>
    <w:p>
      <w:pPr>
        <w:spacing w:before="0" w:after="120" w:line="300" w:lineRule="exact"/>
        <w:jc w:val="both"/>
      </w:pPr>
      <w:r>
        <w:rPr>
          <w:rFonts w:ascii="Georgia" w:hAnsi="Georgia" w:cs="Georgia" w:eastAsia="Georgia"/>
          <w:b w:val="0"/>
          <w:i w:val="0"/>
          <w:sz w:val="22"/>
        </w:rPr>
        <w:t>The two nations/tribes, Ya'jooj and Ma'jooj, are mentioned twice in the Qur'aan Majeed. They are among the clear and major Signs of Qiyaamah as explained by Rasulullah (Sallallahu alayhi wasallam).</w:t>
      </w:r>
    </w:p>
    <w:p>
      <w:pPr>
        <w:spacing w:before="0" w:after="120" w:line="300" w:lineRule="exact"/>
        <w:jc w:val="both"/>
      </w:pPr>
      <w:r>
        <w:rPr>
          <w:rFonts w:ascii="Georgia" w:hAnsi="Georgia" w:cs="Georgia" w:eastAsia="Georgia"/>
          <w:b w:val="0"/>
          <w:i w:val="0"/>
          <w:sz w:val="22"/>
        </w:rPr>
        <w:t>Due to the anarchy the Ya'jooj and Ma'jooj spread in their surroundings, Hadhrat Zul Qarnain (Rahmatullah alayh) imprisoned them behind a mountain range. He constructed a solid steel wall/barrier to seal the opening between the two mountains from whence they would emerge and spread their anarchy.</w:t>
      </w:r>
    </w:p>
    <w:p>
      <w:pPr>
        <w:spacing w:before="0" w:after="120" w:line="300" w:lineRule="exact"/>
        <w:jc w:val="both"/>
      </w:pPr>
      <w:r>
        <w:rPr>
          <w:rFonts w:ascii="Georgia" w:hAnsi="Georgia" w:cs="Georgia" w:eastAsia="Georgia"/>
          <w:b w:val="0"/>
          <w:i w:val="0"/>
          <w:sz w:val="22"/>
        </w:rPr>
        <w:t>Hadhrat Zul Qarnain was from the progeny of Saam, the son of Hadhrat Nabi Nooh (Alayhis salaam). Some historians have confused him with Alexander of Macedonia whose advisor was Aristotle the Greek philosopher. However, this is incorrect. Alexander of Macedonia was a tyrannical oppressor while Hadhrat Zul Qarnain was a just Mu'min. Some authorities of Islam, notably Hadhrat Abdullah Ibn Abbaas (Radhiyallahu anhu) said that he was a Nabi and his advisor was Hadhrat Khidhr (Alayhis salaam) who was the chief of the reconnoitring section of Zul Qarnain's army.</w:t>
      </w:r>
    </w:p>
    <w:p>
      <w:pPr>
        <w:spacing w:before="0" w:after="120" w:line="300" w:lineRule="exact"/>
        <w:jc w:val="both"/>
      </w:pPr>
      <w:r>
        <w:rPr>
          <w:rFonts w:ascii="Georgia" w:hAnsi="Georgia" w:cs="Georgia" w:eastAsia="Georgia"/>
          <w:b w:val="0"/>
          <w:i w:val="0"/>
          <w:sz w:val="22"/>
        </w:rPr>
        <w:t>Zul Qarnain accepted Islam at the hands of Hadhrat Nabi Ibraaheem (Alayhis salaam), and he performed Tawaaf of Baitullah with Nabi Ibraaheem (Alayhis salaam) and Nabi Ismaaeel (Alayhis salaam).</w:t>
      </w:r>
    </w:p>
    <w:p>
      <w:r>
        <w:br w:type="page"/>
      </w:r>
    </w:p>
    <w:p>
      <w:pPr>
        <w:pStyle w:val="Heading1"/>
        <w:spacing w:before="360" w:after="200" w:line="300" w:lineRule="exact"/>
        <w:jc w:val="center"/>
      </w:pPr>
      <w:r>
        <w:rPr>
          <w:rFonts w:ascii="Georgia" w:hAnsi="Georgia" w:cs="Georgia" w:eastAsia="Georgia"/>
          <w:b/>
          <w:i w:val="0"/>
          <w:color w:val="1F3864"/>
          <w:sz w:val="32"/>
        </w:rPr>
        <w:t>YA'JOOJ AND MA'JOOJ – THE LAST MAJOR SIGN OF QIYAAMAH</w:t>
      </w:r>
    </w:p>
    <w:p>
      <w:pPr>
        <w:spacing w:before="0" w:after="120" w:line="300" w:lineRule="exact"/>
        <w:jc w:val="both"/>
      </w:pPr>
      <w:r>
        <w:rPr>
          <w:rFonts w:ascii="Georgia" w:hAnsi="Georgia" w:cs="Georgia" w:eastAsia="Georgia"/>
          <w:b w:val="0"/>
          <w:i w:val="0"/>
          <w:sz w:val="22"/>
        </w:rPr>
        <w:t>Rasulullah (Sallallahu alayhi wasallam) has explicitly stated that prior to the release of Ya'jooj and Ma'jooj, Imaam Mahdi (Alayhis salaam) will make his appearance. Soon thereafter, Dajjaal will appear. Then will appear Daabbatul Ardh – the Animal which will rise from the ground, move swiftly on earth distinguishing between the Mumineen and the kuffaar. Then Nabi Isaa (Alayhis Salaam) will appear.</w:t>
      </w:r>
    </w:p>
    <w:p>
      <w:pPr>
        <w:spacing w:before="0" w:after="120" w:line="300" w:lineRule="exact"/>
        <w:jc w:val="both"/>
      </w:pPr>
      <w:r>
        <w:rPr>
          <w:rFonts w:ascii="Georgia" w:hAnsi="Georgia" w:cs="Georgia" w:eastAsia="Georgia"/>
          <w:b w:val="0"/>
          <w:i w:val="0"/>
          <w:sz w:val="22"/>
        </w:rPr>
        <w:t>After the slaying of Dajjaal by Nabi Isaa (Alayhis salaam), Allah Ta'ala will release Ya'jooj and Ma'jooj from their captivity. They will surge forth, scrambling down the mountains, wave upon wave, creating the worst-ever havoc and anarchy on earth. No one will be able to oppose them, not even Nabi Isaa (Alayhis salaam). Allah Ta'ala will order Nabi Isaa (Alayhis salaam) with his followers to take to the refuge on Mount Toor.</w:t>
      </w:r>
    </w:p>
    <w:p>
      <w:pPr>
        <w:spacing w:before="0" w:after="120" w:line="300" w:lineRule="exact"/>
        <w:jc w:val="both"/>
      </w:pPr>
      <w:r>
        <w:rPr>
          <w:rFonts w:ascii="Georgia" w:hAnsi="Georgia" w:cs="Georgia" w:eastAsia="Georgia"/>
          <w:b w:val="0"/>
          <w:i w:val="0"/>
          <w:sz w:val="22"/>
        </w:rPr>
        <w:t>Allah Ta'ala will then destroy Ya'jooj and Ma'jooj with a pestilence. Huge vulture-like birds will remove the rotting corpses and dump them wherever Allah Ta'ala wills.</w:t>
      </w:r>
    </w:p>
    <w:p>
      <w:pPr>
        <w:spacing w:before="0" w:after="120" w:line="300" w:lineRule="exact"/>
        <w:jc w:val="both"/>
      </w:pPr>
      <w:r>
        <w:rPr>
          <w:rFonts w:ascii="Georgia" w:hAnsi="Georgia" w:cs="Georgia" w:eastAsia="Georgia"/>
          <w:b w:val="0"/>
          <w:i w:val="0"/>
          <w:sz w:val="22"/>
        </w:rPr>
        <w:t>Nabi Isaa (Alayhis salaam) and his followers will descend from the mountain and continue with life until Maut claims them. Soon thereafter will commence Qiyaamah.</w:t>
      </w:r>
    </w:p>
    <w:p>
      <w:pPr>
        <w:spacing w:before="0" w:after="120" w:line="300" w:lineRule="exact"/>
        <w:jc w:val="both"/>
      </w:pPr>
      <w:r>
        <w:rPr>
          <w:rFonts w:ascii="Georgia" w:hAnsi="Georgia" w:cs="Georgia" w:eastAsia="Georgia"/>
          <w:b w:val="0"/>
          <w:i w:val="0"/>
          <w:sz w:val="22"/>
        </w:rPr>
        <w:t>Allah Ta'ala has hidden the Wall and its location from the sight of all people. Never will they be able to discover it. Ya'jooj and Ma'jooj will be the special fuel of Jahannam as is mentioned in the Hadith of Rasulullah (Sallallahu alayhi wasallam).</w:t>
      </w:r>
    </w:p>
    <w:p>
      <w:pPr>
        <w:spacing w:before="0" w:after="120" w:line="300" w:lineRule="exact"/>
        <w:jc w:val="both"/>
      </w:pPr>
      <w:r>
        <w:rPr>
          <w:rFonts w:ascii="Georgia" w:hAnsi="Georgia" w:cs="Georgia" w:eastAsia="Georgia"/>
          <w:b w:val="0"/>
          <w:i w:val="0"/>
          <w:sz w:val="22"/>
        </w:rPr>
        <w:t>The Ahaadith emphatically and explicitly state that Ya'jooj and Ma'jooj will appear during the Khilaafat of Nabi Isaa (Alayhis salaam). Nabi Isaa (Alayhis salaam) is not a fictitious entity. He and all the events which will transpire just prior to him and during his time on earth are real and literal. There is no scope for kufr metaphoric interpretation of these events which are major Signs of Qiyaamah.</w:t>
      </w:r>
    </w:p>
    <w:p>
      <w:pPr>
        <w:spacing w:before="0" w:after="120" w:line="300" w:lineRule="exact"/>
        <w:jc w:val="both"/>
      </w:pPr>
      <w:r>
        <w:rPr>
          <w:rFonts w:ascii="Georgia" w:hAnsi="Georgia" w:cs="Georgia" w:eastAsia="Georgia"/>
          <w:b w:val="0"/>
          <w:i w:val="0"/>
          <w:sz w:val="22"/>
        </w:rPr>
        <w:t>Those who are seeking to dismiss the reality of Ya'jooj and Ma'jooj by some weird interpretation, are also denying the advent of Nabi Isaa's appearance and of the appearance of Dajjaal. They suffer from indurate kufr, hence they lack the Imaani intelligence of understanding and accepting simple issues explained explicitly by our Nabi (Sallallahu alayhi wasallam), and which may not be given some stupid metaphorical interpretation. Everything is within the power of Allah Azza Wa Jal.</w:t>
      </w:r>
    </w:p>
    <w:p>
      <w:pPr>
        <w:spacing w:before="0" w:after="120" w:line="300" w:lineRule="exact"/>
        <w:jc w:val="both"/>
      </w:pPr>
      <w:r>
        <w:rPr>
          <w:rFonts w:ascii="Georgia" w:hAnsi="Georgia" w:cs="Georgia" w:eastAsia="Georgia"/>
          <w:b w:val="0"/>
          <w:i w:val="0"/>
          <w:sz w:val="22"/>
        </w:rPr>
        <w:t>The Steel Wall of Zul Qarnain may not be dismissed nor argued away with weird and stupid meanings simply because of the Barrier not having been discovered by explorers in this age of advanced technology. Modern technology and science have not traversed even an infinitesimal speck of the mind-boggling creations of Allah Azza Wa Jal. Allah Ta'ala has power over all things.</w:t>
      </w:r>
    </w:p>
    <w:p>
      <w:pPr>
        <w:spacing w:before="0" w:after="120" w:line="300" w:lineRule="exact"/>
        <w:jc w:val="both"/>
      </w:pPr>
      <w:r>
        <w:rPr>
          <w:rFonts w:ascii="Georgia" w:hAnsi="Georgia" w:cs="Georgia" w:eastAsia="Georgia"/>
          <w:b w:val="0"/>
          <w:i w:val="0"/>
          <w:sz w:val="22"/>
        </w:rPr>
        <w:t>Denial of the reality of Ya'jooj and Ma'jooj as stated in the Qur'aan and explained by Rasulullah (Sallallahu alayhi wasallam) is KUFR which expels the deviate from the fold of Islam. Belief in the literal meaning is imperative for the validity of Imaan.</w:t>
      </w:r>
    </w:p>
    <w:p>
      <w:r>
        <w:br w:type="page"/>
      </w:r>
    </w:p>
    <w:p>
      <w:pPr>
        <w:pStyle w:val="Heading1"/>
        <w:spacing w:before="360" w:after="200" w:line="300" w:lineRule="exact"/>
        <w:jc w:val="center"/>
      </w:pPr>
      <w:r>
        <w:rPr>
          <w:rFonts w:ascii="Georgia" w:hAnsi="Georgia" w:cs="Georgia" w:eastAsia="Georgia"/>
          <w:b/>
          <w:i w:val="0"/>
          <w:color w:val="1F3864"/>
          <w:sz w:val="32"/>
        </w:rPr>
        <w:t>ARGUMENTS AND IDEAS OF THE DEVIATES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Sheikh Yasir Qadhi mentioned in a bayaan that one can not believe that there is a tribe trapped behind a wall for 4000 years. Referring to Ya'jooj and Ma'jooj, and then goes on to mention that anyone who knows history and geography will know that it is not possible that they still exist today and are locked up. Then he mentions that this is the view of Sheikh Allaamah Anwar Shah Kashmiri (rahmatullahi alay). He also mentioned all Hadeeth about Ya'jooj and Ma'jooj are dhaeef (weak). Is this correct?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At the outset it must be emphasized that this liberal minded shaitaani 'sheikh' has lost his Imaan in consequence of his denial of Sareeh Nusoos – Aayaat of the Qur'aan and Saheeh Ahaadith pertaining to Ya'jooj and Ma'jooj.</w:t>
      </w:r>
    </w:p>
    <w:p>
      <w:pPr>
        <w:spacing w:before="0" w:after="120" w:line="300" w:lineRule="exact"/>
        <w:jc w:val="both"/>
      </w:pPr>
      <w:r>
        <w:rPr>
          <w:rFonts w:ascii="Georgia" w:hAnsi="Georgia" w:cs="Georgia" w:eastAsia="Georgia"/>
          <w:b w:val="0"/>
          <w:i w:val="0"/>
          <w:sz w:val="22"/>
        </w:rPr>
        <w:t>If momentarily we assume that this kufr view has also been propounded by Hadhrat Allaamah Kashmiri (Rahmatullah alayh), then it will be rejected and deposited into the sewer drain which is the receptacle for all brands of kufr. Furthermore, Allaamah Kashmiri is not Rasulullah (Sallallahu alayhi wasallam). And, could this deviate 'sheikh' not find any daleel from the Qur'aan and Hadith or from the Salafus Saaliheen of Khairul Quroon to bolster his corrupt denial of an established Belief of Islam? Could he find only an Aalim of the last century?</w:t>
      </w:r>
    </w:p>
    <w:p>
      <w:pPr>
        <w:spacing w:before="0" w:after="120" w:line="300" w:lineRule="exact"/>
        <w:jc w:val="both"/>
      </w:pPr>
      <w:r>
        <w:rPr>
          <w:rFonts w:ascii="Georgia" w:hAnsi="Georgia" w:cs="Georgia" w:eastAsia="Georgia"/>
          <w:b w:val="0"/>
          <w:i w:val="0"/>
          <w:sz w:val="22"/>
        </w:rPr>
        <w:t>The bare minimum to believe as part of our Aqeedah regarding this issue is as follows:</w:t>
      </w:r>
    </w:p>
    <w:p>
      <w:pPr>
        <w:spacing w:before="0" w:after="120" w:line="300" w:lineRule="exact"/>
        <w:jc w:val="both"/>
      </w:pPr>
      <w:r>
        <w:rPr>
          <w:rFonts w:ascii="Georgia" w:hAnsi="Georgia" w:cs="Georgia" w:eastAsia="Georgia"/>
          <w:b w:val="0"/>
          <w:i w:val="0"/>
          <w:sz w:val="22"/>
        </w:rPr>
        <w:t> Ya'jooj and Ma'jooj are two Mufsid (anarchical) nations/tribes who have been imprisoned in a valley/land beyond some mountains which are currently hidden by Allah Ta'ala from our gaze.</w:t>
      </w:r>
    </w:p>
    <w:p>
      <w:pPr>
        <w:spacing w:before="0" w:after="120" w:line="300" w:lineRule="exact"/>
        <w:jc w:val="both"/>
      </w:pPr>
      <w:r>
        <w:rPr>
          <w:rFonts w:ascii="Georgia" w:hAnsi="Georgia" w:cs="Georgia" w:eastAsia="Georgia"/>
          <w:b w:val="0"/>
          <w:i w:val="0"/>
          <w:sz w:val="22"/>
        </w:rPr>
        <w:t> Zul Qarnain (Rahmatullah alayh) had constructed a solid steel barrier to close the pass between the mountain opening via which these two tribes would emerge to spread their anarchy on people.</w:t>
      </w:r>
    </w:p>
    <w:p>
      <w:pPr>
        <w:spacing w:before="0" w:after="120" w:line="300" w:lineRule="exact"/>
        <w:jc w:val="both"/>
      </w:pPr>
      <w:r>
        <w:rPr>
          <w:rFonts w:ascii="Georgia" w:hAnsi="Georgia" w:cs="Georgia" w:eastAsia="Georgia"/>
          <w:b w:val="0"/>
          <w:i w:val="0"/>
          <w:sz w:val="22"/>
        </w:rPr>
        <w:t> Ya'jooj and Ma'jooj will remain imprisoned behind this Barrier until the time of emergence decreed by Allah Ta'ala.</w:t>
      </w:r>
    </w:p>
    <w:p>
      <w:pPr>
        <w:spacing w:before="0" w:after="120" w:line="300" w:lineRule="exact"/>
        <w:jc w:val="both"/>
      </w:pPr>
      <w:r>
        <w:rPr>
          <w:rFonts w:ascii="Georgia" w:hAnsi="Georgia" w:cs="Georgia" w:eastAsia="Georgia"/>
          <w:b w:val="0"/>
          <w:i w:val="0"/>
          <w:sz w:val="22"/>
        </w:rPr>
        <w:t> The steel Barrier will remain intact until the hour of their emergence.</w:t>
      </w:r>
    </w:p>
    <w:p>
      <w:pPr>
        <w:spacing w:before="0" w:after="120" w:line="300" w:lineRule="exact"/>
        <w:jc w:val="both"/>
      </w:pPr>
      <w:r>
        <w:rPr>
          <w:rFonts w:ascii="Georgia" w:hAnsi="Georgia" w:cs="Georgia" w:eastAsia="Georgia"/>
          <w:b w:val="0"/>
          <w:i w:val="0"/>
          <w:sz w:val="22"/>
        </w:rPr>
        <w:t> Ya'jooj and Ma'jooj will emerge from their mountain prison after the appearance of Imaam Mahdi (Alayhis salaam) and after the descent of Nabi Isaa (Alayhis salaam).</w:t>
      </w:r>
    </w:p>
    <w:p>
      <w:pPr>
        <w:spacing w:before="0" w:after="120" w:line="300" w:lineRule="exact"/>
        <w:jc w:val="both"/>
      </w:pPr>
      <w:r>
        <w:rPr>
          <w:rFonts w:ascii="Georgia" w:hAnsi="Georgia" w:cs="Georgia" w:eastAsia="Georgia"/>
          <w:b w:val="0"/>
          <w:i w:val="0"/>
          <w:sz w:val="22"/>
        </w:rPr>
        <w:t> After spreading anarchy and havoc on earth, Allah Ta'ala will destroy them. Nabi Isaa (Alayhis salaam) will still be alive at that time.</w:t>
      </w:r>
    </w:p>
    <w:p>
      <w:pPr>
        <w:spacing w:before="0" w:after="120" w:line="300" w:lineRule="exact"/>
        <w:jc w:val="both"/>
      </w:pPr>
      <w:r>
        <w:rPr>
          <w:rFonts w:ascii="Georgia" w:hAnsi="Georgia" w:cs="Georgia" w:eastAsia="Georgia"/>
          <w:b w:val="0"/>
          <w:i w:val="0"/>
          <w:sz w:val="22"/>
        </w:rPr>
        <w:t>All the arguments in denial of the aforementioned bare minimum requisite for the validity of Imaan, are the effects of intellectual miscegenation and jahaalat aggravated by egoistical projection of a misguided perception of Ilmi erudition.</w:t>
      </w:r>
    </w:p>
    <w:p>
      <w:pPr>
        <w:spacing w:before="0" w:after="120" w:line="300" w:lineRule="exact"/>
        <w:jc w:val="both"/>
      </w:pPr>
      <w:r>
        <w:rPr>
          <w:rFonts w:ascii="Georgia" w:hAnsi="Georgia" w:cs="Georgia" w:eastAsia="Georgia"/>
          <w:b w:val="0"/>
          <w:i w:val="0"/>
          <w:sz w:val="22"/>
        </w:rPr>
        <w:t>Whatever personal opinion Allaamah Kashmiri (Rahmatullah alayh) had expounded pertains to historical details which are largely the product of conjecture and speculation. Allaamah Kashmiri (Rahmatullah alayh) did not deny the aforementioned bare minimum requisites pertaining to Ya'jooj and Ma'jooj.</w:t>
      </w:r>
    </w:p>
    <w:p>
      <w:pPr>
        <w:spacing w:before="0" w:after="120" w:line="300" w:lineRule="exact"/>
        <w:jc w:val="both"/>
      </w:pPr>
      <w:r>
        <w:rPr>
          <w:rFonts w:ascii="Georgia" w:hAnsi="Georgia" w:cs="Georgia" w:eastAsia="Georgia"/>
          <w:b w:val="0"/>
          <w:i w:val="0"/>
          <w:sz w:val="22"/>
        </w:rPr>
        <w:t>The 'impossibility' stated by the misguided sheikh is pure nonsense and bunkum stemming from deficiency of Imaan, and the focus not being on the Qudrat of Allah Ta'ala. "Verily, Allah has Qudrat (Power) over all things." (Qur'aan). His conclusions are absolutely stupid.</w:t>
      </w:r>
    </w:p>
    <w:p>
      <w:pPr>
        <w:spacing w:before="0" w:after="120" w:line="300" w:lineRule="exact"/>
        <w:jc w:val="both"/>
      </w:pPr>
      <w:r>
        <w:rPr>
          <w:rFonts w:ascii="Georgia" w:hAnsi="Georgia" w:cs="Georgia" w:eastAsia="Georgia"/>
          <w:b w:val="0"/>
          <w:i w:val="0"/>
          <w:sz w:val="22"/>
        </w:rPr>
        <w:t>His claim that all Ahaadith pertaining to Ya'jooj and Ma'jooj are 'dhaeef' is the effect of his brains being Dhaeef and coalescing in seismic cognitive dissonance which culminated in the denial of the Sareeh Nusoos and the more than 14 century Ijma' of the Ummah on the Aqeedah pertaining to Ya'jooj and Ma'jooj.</w:t>
      </w:r>
    </w:p>
    <w:p>
      <w:pPr>
        <w:spacing w:before="0" w:after="120" w:line="300" w:lineRule="exact"/>
        <w:jc w:val="both"/>
      </w:pPr>
      <w:r>
        <w:rPr>
          <w:rFonts w:ascii="Georgia" w:hAnsi="Georgia" w:cs="Georgia" w:eastAsia="Georgia"/>
          <w:b w:val="0"/>
          <w:i w:val="0"/>
          <w:sz w:val="22"/>
        </w:rPr>
        <w:t>"Allah guides whomever He wills and He misguides whomever He wills."</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YA'JOOJ AND MA'JOOJ THE EVIDENCE OF THE SHARIAH</w:t>
      </w:r>
    </w:p>
    <w:p>
      <w:pPr>
        <w:spacing w:before="0" w:after="120" w:line="300" w:lineRule="exact"/>
        <w:jc w:val="both"/>
      </w:pPr>
      <w:r>
        <w:rPr>
          <w:rFonts w:ascii="Georgia" w:hAnsi="Georgia" w:cs="Georgia" w:eastAsia="Georgia"/>
          <w:b w:val="0"/>
          <w:i w:val="0"/>
          <w:sz w:val="22"/>
        </w:rPr>
        <w:t>Evidence of the Qur'aan The Ya'jooj and Ma'jooj tribes/nations are mentioned twice in the Qur'aan Majeed. In Surah Kahf is mentioned the construction of the barrier between the two mountains behind which Ya'jooj and Ma'jooj have been imprisoned by the solid steel barrier constructed by Zul Qarnain (Rahmatullah alayh).</w:t>
      </w:r>
    </w:p>
    <w:p>
      <w:pPr>
        <w:spacing w:before="120" w:after="120" w:line="300" w:lineRule="exact"/>
        <w:ind w:left="720" w:right="720"/>
        <w:jc w:val="center"/>
      </w:pPr>
      <w:r>
        <w:rPr>
          <w:rFonts w:ascii="Georgia" w:hAnsi="Georgia" w:cs="Georgia" w:eastAsia="Georgia"/>
          <w:b w:val="0"/>
          <w:i/>
          <w:sz w:val="22"/>
        </w:rPr>
        <w:t>"Then he (Zul Qarnain) journeyed on a road until he reached between two mountains. Nearby he found a nation who hardly understood anything.</w:t>
      </w:r>
    </w:p>
    <w:p>
      <w:pPr>
        <w:spacing w:before="120" w:after="120" w:line="300" w:lineRule="exact"/>
        <w:ind w:left="720" w:right="720"/>
        <w:jc w:val="center"/>
      </w:pPr>
      <w:r>
        <w:rPr>
          <w:rFonts w:ascii="Georgia" w:hAnsi="Georgia" w:cs="Georgia" w:eastAsia="Georgia"/>
          <w:b w:val="0"/>
          <w:i/>
          <w:sz w:val="22"/>
        </w:rPr>
        <w:t>They said: 'O Zul Qarnain! Verily Ya'jooj and</w:t>
      </w:r>
    </w:p>
    <w:p>
      <w:pPr>
        <w:spacing w:before="120" w:after="120" w:line="300" w:lineRule="exact"/>
        <w:ind w:left="720" w:right="720"/>
        <w:jc w:val="center"/>
      </w:pPr>
      <w:r>
        <w:rPr>
          <w:rFonts w:ascii="Georgia" w:hAnsi="Georgia" w:cs="Georgia" w:eastAsia="Georgia"/>
          <w:b w:val="0"/>
          <w:i/>
          <w:sz w:val="22"/>
        </w:rPr>
        <w:t>Ma'jooj spread anarchy in the earth..."</w:t>
      </w:r>
    </w:p>
    <w:p>
      <w:pPr>
        <w:spacing w:before="120" w:after="120" w:line="300" w:lineRule="exact"/>
        <w:ind w:left="720" w:right="720"/>
        <w:jc w:val="center"/>
      </w:pPr>
      <w:r>
        <w:rPr>
          <w:rFonts w:ascii="Georgia" w:hAnsi="Georgia" w:cs="Georgia" w:eastAsia="Georgia"/>
          <w:b w:val="0"/>
          <w:i/>
          <w:sz w:val="22"/>
        </w:rPr>
        <w:t>(Al-Kahf, 92, 93)</w:t>
      </w:r>
    </w:p>
    <w:p>
      <w:pPr>
        <w:spacing w:before="0" w:after="120" w:line="300" w:lineRule="exact"/>
        <w:jc w:val="both"/>
      </w:pPr>
      <w:r>
        <w:rPr>
          <w:rFonts w:ascii="Georgia" w:hAnsi="Georgia" w:cs="Georgia" w:eastAsia="Georgia"/>
          <w:b w:val="0"/>
          <w:i w:val="0"/>
          <w:sz w:val="22"/>
        </w:rPr>
        <w:t>After Zul Qarnain had constructed the wall of steel which closed the gap between the two mountains, he commented:</w:t>
      </w:r>
    </w:p>
    <w:p>
      <w:pPr>
        <w:spacing w:before="120" w:after="120" w:line="300" w:lineRule="exact"/>
        <w:ind w:left="720" w:right="720"/>
        <w:jc w:val="center"/>
      </w:pPr>
      <w:r>
        <w:rPr>
          <w:rFonts w:ascii="Georgia" w:hAnsi="Georgia" w:cs="Georgia" w:eastAsia="Georgia"/>
          <w:b w:val="0"/>
          <w:i/>
          <w:sz w:val="22"/>
        </w:rPr>
        <w:t>"This (steel barrier) is a mercy from my Rabb. When the Promise of my Rabb will come, He will smash it into smithereens. Indeed the Promise of my Rabb is true." (Al Kahf, Aayat 98)</w:t>
      </w:r>
    </w:p>
    <w:p>
      <w:pPr>
        <w:spacing w:before="0" w:after="120" w:line="300" w:lineRule="exact"/>
        <w:jc w:val="both"/>
      </w:pPr>
      <w:r>
        <w:rPr>
          <w:rFonts w:ascii="Georgia" w:hAnsi="Georgia" w:cs="Georgia" w:eastAsia="Georgia"/>
          <w:b w:val="0"/>
          <w:i w:val="0"/>
          <w:sz w:val="22"/>
        </w:rPr>
        <w:t>In Surah Al-Ambiya, Allah Ta'ala states:</w:t>
      </w:r>
    </w:p>
    <w:p>
      <w:pPr>
        <w:spacing w:before="120" w:after="120" w:line="300" w:lineRule="exact"/>
        <w:ind w:left="720" w:right="720"/>
        <w:jc w:val="center"/>
      </w:pPr>
      <w:r>
        <w:rPr>
          <w:rFonts w:ascii="Georgia" w:hAnsi="Georgia" w:cs="Georgia" w:eastAsia="Georgia"/>
          <w:b w:val="0"/>
          <w:i/>
          <w:sz w:val="22"/>
        </w:rPr>
        <w:t>"Until (the promised time) when Ya'jooj and Ma'jooj will be released (from their imprisonment behind the mountain), and they will come down pouring wave upon wave from every hill."</w:t>
      </w:r>
    </w:p>
    <w:p>
      <w:pPr>
        <w:spacing w:before="120" w:after="120" w:line="300" w:lineRule="exact"/>
        <w:ind w:left="720" w:right="720"/>
        <w:jc w:val="center"/>
      </w:pPr>
      <w:r>
        <w:rPr>
          <w:rFonts w:ascii="Georgia" w:hAnsi="Georgia" w:cs="Georgia" w:eastAsia="Georgia"/>
          <w:b w:val="0"/>
          <w:i/>
          <w:sz w:val="22"/>
        </w:rPr>
        <w:t>(Al-Ambiya, Aayat 96)</w:t>
      </w:r>
    </w:p>
    <w:p>
      <w:pPr>
        <w:spacing w:before="0" w:after="120" w:line="300" w:lineRule="exact"/>
        <w:jc w:val="both"/>
      </w:pPr>
      <w:r>
        <w:rPr>
          <w:rFonts w:ascii="Georgia" w:hAnsi="Georgia" w:cs="Georgia" w:eastAsia="Georgia"/>
          <w:b w:val="0"/>
          <w:i w:val="0"/>
          <w:sz w:val="22"/>
        </w:rPr>
        <w:t>Indicating the proximity of Qiyaamah with the advent of the emergence of Ya'jooj and Ma'jooj, the Qur'aan Majeed states:</w:t>
      </w:r>
    </w:p>
    <w:p>
      <w:pPr>
        <w:spacing w:before="120" w:after="120" w:line="300" w:lineRule="exact"/>
        <w:ind w:left="720" w:right="720"/>
        <w:jc w:val="center"/>
      </w:pPr>
      <w:r>
        <w:rPr>
          <w:rFonts w:ascii="Georgia" w:hAnsi="Georgia" w:cs="Georgia" w:eastAsia="Georgia"/>
          <w:b w:val="0"/>
          <w:i/>
          <w:sz w:val="22"/>
        </w:rPr>
        <w:t>"We shall let loose some of them, wave upon wave, and the</w:t>
      </w:r>
    </w:p>
    <w:p>
      <w:pPr>
        <w:spacing w:before="120" w:after="120" w:line="300" w:lineRule="exact"/>
        <w:ind w:left="720" w:right="720"/>
        <w:jc w:val="center"/>
      </w:pPr>
      <w:r>
        <w:rPr>
          <w:rFonts w:ascii="Georgia" w:hAnsi="Georgia" w:cs="Georgia" w:eastAsia="Georgia"/>
          <w:b w:val="0"/>
          <w:i/>
          <w:sz w:val="22"/>
        </w:rPr>
        <w:t>Trumpet (of Qiyaamah) shall be blown, then We shall assemble them all together."</w:t>
      </w:r>
    </w:p>
    <w:p>
      <w:pPr>
        <w:spacing w:before="120" w:after="120" w:line="300" w:lineRule="exact"/>
        <w:ind w:left="720" w:right="720"/>
        <w:jc w:val="center"/>
      </w:pPr>
      <w:r>
        <w:rPr>
          <w:rFonts w:ascii="Georgia" w:hAnsi="Georgia" w:cs="Georgia" w:eastAsia="Georgia"/>
          <w:b w:val="0"/>
          <w:i/>
          <w:sz w:val="22"/>
        </w:rPr>
        <w:t>(Al-Kahf, Aayat 99)</w:t>
      </w:r>
    </w:p>
    <w:p>
      <w:pPr>
        <w:spacing w:before="0" w:after="120" w:line="300" w:lineRule="exact"/>
        <w:jc w:val="both"/>
      </w:pPr>
      <w:r>
        <w:rPr>
          <w:rFonts w:ascii="Georgia" w:hAnsi="Georgia" w:cs="Georgia" w:eastAsia="Georgia"/>
          <w:b w:val="0"/>
          <w:i w:val="0"/>
          <w:sz w:val="22"/>
        </w:rPr>
        <w:t>Evidence of the Hadith Once Rasulullah (Sallallahu alayhi wasallam) said to his wife, Hadhrat Zainab (Radhiyallahu anha): "Disaster of an evil for the Arabs! Today an opening has been made in the barrier of Ya'jooj and Majooj." Rasulullah (Sallallahu alayhi wasallam) indicated the size of the opening by forming a circle with his thumb and forefinger. (Saheeh Bukhaari)</w:t>
      </w:r>
    </w:p>
    <w:p>
      <w:pPr>
        <w:spacing w:before="0" w:after="120" w:line="300" w:lineRule="exact"/>
        <w:jc w:val="both"/>
      </w:pPr>
      <w:r>
        <w:rPr>
          <w:rFonts w:ascii="Georgia" w:hAnsi="Georgia" w:cs="Georgia" w:eastAsia="Georgia"/>
          <w:b w:val="0"/>
          <w:i w:val="0"/>
          <w:sz w:val="22"/>
        </w:rPr>
        <w:t>In a very lenghty Hadith detailing the events pertaining to Ya'jooj and Majooj, these two tribes are mentioned to be among Signs of Qiyaamah in all the Authentic Kutub of Hadith. The Ahaadith explain in detail the events pertaining to the Signs of the Hour, Rasulullah (Sallallahu alayhi wasallam) said:</w:t>
      </w:r>
    </w:p>
    <w:p>
      <w:pPr>
        <w:spacing w:before="0" w:after="120" w:line="300" w:lineRule="exact"/>
        <w:jc w:val="both"/>
      </w:pPr>
      <w:r>
        <w:rPr>
          <w:rFonts w:ascii="Georgia" w:hAnsi="Georgia" w:cs="Georgia" w:eastAsia="Georgia"/>
          <w:b w:val="0"/>
          <w:i w:val="0"/>
          <w:sz w:val="22"/>
        </w:rPr>
        <w:t>"Meanwhile, Allah will reveal to Isaa (Alayhis salaam): 'Verily, I have taken out such of my servants (from their captivity behind the mountains) whom no one will be able to fight. Therefore take refuge with my servants on Mount Tur.' Then Allah will send Ya'jooj and Ma'jooj, and they will come pouring from every hill. Their vanguard will pass by the Sea of Tiberias and drink of its water. (It is mentioned in another narration, that they will drink all of the water). When their rear-guard passes by this sea, they will comment: 'Once there was water here.'</w:t>
      </w:r>
    </w:p>
    <w:p>
      <w:pPr>
        <w:spacing w:before="0" w:after="120" w:line="300" w:lineRule="exact"/>
        <w:jc w:val="both"/>
      </w:pPr>
      <w:r>
        <w:rPr>
          <w:rFonts w:ascii="Georgia" w:hAnsi="Georgia" w:cs="Georgia" w:eastAsia="Georgia"/>
          <w:b w:val="0"/>
          <w:i w:val="0"/>
          <w:sz w:val="22"/>
        </w:rPr>
        <w:t>Isaa, the Nabi of Allah will be confined with his Companions (to the mountain). On that day, the head of an ox will be better than a 100 dinars (gold coins). Then Isaa and his Companions will supplicate to Allah. Allah will then send worms on their necks (Ya'jooj and Ma'ooj). Thus all of them will suddenly perish with broken necks.</w:t>
      </w:r>
    </w:p>
    <w:p>
      <w:pPr>
        <w:spacing w:before="0" w:after="120" w:line="300" w:lineRule="exact"/>
        <w:jc w:val="both"/>
      </w:pPr>
      <w:r>
        <w:rPr>
          <w:rFonts w:ascii="Georgia" w:hAnsi="Georgia" w:cs="Georgia" w:eastAsia="Georgia"/>
          <w:b w:val="0"/>
          <w:i w:val="0"/>
          <w:sz w:val="22"/>
        </w:rPr>
        <w:t>Isaa (Alayhis salaam) and his Companions will then descend. They will find the entire earth noxious with the foul stench of their (rotting bodies). The Nabi of Allah, Isaa and his Companions will supplicate to Allah Ta'ala. Then Allah will send birds with necks like that of camels. These birds will carry away the bodies (of Ya'jooj and Ma'jooj) and dump them wherever Allah desires.</w:t>
      </w:r>
    </w:p>
    <w:p>
      <w:pPr>
        <w:spacing w:before="0" w:after="120" w:line="300" w:lineRule="exact"/>
        <w:jc w:val="both"/>
      </w:pPr>
      <w:r>
        <w:rPr>
          <w:rFonts w:ascii="Georgia" w:hAnsi="Georgia" w:cs="Georgia" w:eastAsia="Georgia"/>
          <w:b w:val="0"/>
          <w:i w:val="0"/>
          <w:sz w:val="22"/>
        </w:rPr>
        <w:t>Then Allah will send rain which will thoroughly cleanse the earth. Whilst they will be in this state (of bliss/prosperity), Allah will send a wonderful breeze which will cause a boil under the arms. Thus will every Mu'min and every Muslim die, and only the vilest of mankind will remain and spread anarchy such as donkeys. Upon them will the Hour (of Qiyaamah) take place."</w:t>
      </w:r>
    </w:p>
    <w:p>
      <w:pPr>
        <w:spacing w:before="0" w:after="120" w:line="300" w:lineRule="exact"/>
        <w:jc w:val="both"/>
      </w:pPr>
      <w:r>
        <w:rPr>
          <w:rFonts w:ascii="Georgia" w:hAnsi="Georgia" w:cs="Georgia" w:eastAsia="Georgia"/>
          <w:b w:val="0"/>
          <w:i w:val="0"/>
          <w:sz w:val="22"/>
        </w:rPr>
        <w:t>(Saheeh Muslim)</w:t>
      </w:r>
    </w:p>
    <w:p>
      <w:pPr>
        <w:spacing w:before="0" w:after="120" w:line="300" w:lineRule="exact"/>
        <w:jc w:val="both"/>
      </w:pPr>
      <w:r>
        <w:rPr>
          <w:rFonts w:ascii="Georgia" w:hAnsi="Georgia" w:cs="Georgia" w:eastAsia="Georgia"/>
          <w:b w:val="0"/>
          <w:i w:val="0"/>
          <w:sz w:val="22"/>
        </w:rPr>
        <w:t>Once while the Sahaabah were debating the issue of the Hour, Rasulullah (Sallallahu alayhi wasallam) appeared on the scene and said: 'It (the Hour) will not happen until ten signs have occurred before it: Rising of the sun in the west, the emergence of the Daabbah, the emergence of Ya'jooj and Ma'jooj...." (Abu Daawood)</w:t>
      </w:r>
    </w:p>
    <w:p>
      <w:pPr>
        <w:spacing w:before="0" w:after="120" w:line="300" w:lineRule="exact"/>
        <w:jc w:val="both"/>
      </w:pPr>
      <w:r>
        <w:rPr>
          <w:rFonts w:ascii="Georgia" w:hAnsi="Georgia" w:cs="Georgia" w:eastAsia="Georgia"/>
          <w:b w:val="0"/>
          <w:i w:val="0"/>
          <w:sz w:val="22"/>
        </w:rPr>
        <w:t>Allaamah As-Safaaruni said: "Their emergence from behind the barrier is an established truth by it being mentioned in the Qur'aan and it being proven from the Leader of mankind (Rasulullah –Sallallahu alayhi wasallam). Thus believing in it is incumbent." (Lawaamiul Anwaaril Badeehah)</w:t>
      </w:r>
    </w:p>
    <w:p>
      <w:pPr>
        <w:spacing w:before="0" w:after="120" w:line="300" w:lineRule="exact"/>
        <w:jc w:val="both"/>
      </w:pPr>
      <w:r>
        <w:rPr>
          <w:rFonts w:ascii="Georgia" w:hAnsi="Georgia" w:cs="Georgia" w:eastAsia="Georgia"/>
          <w:b w:val="0"/>
          <w:i w:val="0"/>
          <w:sz w:val="22"/>
        </w:rPr>
        <w:t>"The Alaamaatul Kubra (Greater Signs of Qiyaamah) are ten: The first is the appearance of Al-Mahdi, then the emergence of Dajjaal, then the descent of Isaa Ibn Maryam (Alayhis salaam), then the emergence of Ya'jooj and Ma'jooj, then the emergence of Daabbatul Ardh (the Animal)..."</w:t>
      </w:r>
    </w:p>
    <w:p>
      <w:pPr>
        <w:spacing w:before="0" w:after="120" w:line="300" w:lineRule="exact"/>
        <w:jc w:val="both"/>
      </w:pPr>
      <w:r>
        <w:rPr>
          <w:rFonts w:ascii="Georgia" w:hAnsi="Georgia" w:cs="Georgia" w:eastAsia="Georgia"/>
          <w:b w:val="0"/>
          <w:i w:val="0"/>
          <w:sz w:val="22"/>
        </w:rPr>
        <w:t>(Tuhfatul Mureed lil Baajoori)</w:t>
      </w:r>
    </w:p>
    <w:p>
      <w:pPr>
        <w:spacing w:before="0" w:after="120" w:line="300" w:lineRule="exact"/>
        <w:jc w:val="both"/>
      </w:pPr>
      <w:r>
        <w:rPr>
          <w:rFonts w:ascii="Georgia" w:hAnsi="Georgia" w:cs="Georgia" w:eastAsia="Georgia"/>
          <w:b w:val="0"/>
          <w:i w:val="0"/>
          <w:sz w:val="22"/>
        </w:rPr>
        <w:t>"Whatever Nabi (Sallallaahu alayhi wasallam) has informed regarding the emergence of Dajjaal, Daabatul Ardh, Ya'jooj and Ma'jooj, the descent of Isaa (Alayhis salaam), and the rising of the sun in the west is the Haqq. Verily it is narrated in the Sihaah (Ahaadith) from Huzaifah Bin Aseed Al-Ghifaari (Radhiyallahu anhu): "Nabi (Sallallahu alayhi wasallam) appeared to us once while we were discussing. He said: "What are you discussing?" They said: We are discussing the Hour (of Qiyaamah)." He said: "Verily, it (the Hour) will not occur before you have seen ten signs." Then he (Sallallahu alayhi wasallam) mentioned: "The Dukhaan (Smoke), Dajjaal, Dabbaah, rising of the sun from the west, descent of Isaa Ibn Maryam (Alayhis salaam), Ya'jooj and Ma'jooj..." (AlI'timaad fil I'tiqaadi lin Nasafi)</w:t>
      </w:r>
    </w:p>
    <w:p>
      <w:pPr>
        <w:spacing w:before="0" w:after="120" w:line="300" w:lineRule="exact"/>
        <w:jc w:val="both"/>
      </w:pPr>
      <w:r>
        <w:rPr>
          <w:rFonts w:ascii="Georgia" w:hAnsi="Georgia" w:cs="Georgia" w:eastAsia="Georgia"/>
          <w:b w:val="0"/>
          <w:i w:val="0"/>
          <w:sz w:val="22"/>
        </w:rPr>
        <w:t>Qurtubi has narrated in At-Tazkirah the order of the occurrences of the Signs of Qiyaamah. He said: "The first of the Signs will be earthquakes, then the emergence of Dajjaal, then the descent of Isaa (Alayhis salaam), then the emergence of Ya'jooj and Ma'jooj during the age of Isaa (Alayhis salaam)...." (Mirqaatus Sa-ood lis Suyuti)</w:t>
      </w:r>
    </w:p>
    <w:p>
      <w:pPr>
        <w:spacing w:before="0" w:after="120" w:line="300" w:lineRule="exact"/>
        <w:jc w:val="both"/>
      </w:pPr>
      <w:r>
        <w:rPr>
          <w:rFonts w:ascii="Georgia" w:hAnsi="Georgia" w:cs="Georgia" w:eastAsia="Georgia"/>
          <w:b w:val="0"/>
          <w:i w:val="0"/>
          <w:sz w:val="22"/>
        </w:rPr>
        <w:t>"Al-Baihqi narrated from Al-Haleemi: 'Verily, the first of the Signs will be the appearance of Dajjaal then the descent of Isaa (Alayhis salaam), then the emergence of Ya'jooj and Ma'jooj, then the emergence of the Daabah, then the rising of the sun from the west."</w:t>
      </w:r>
    </w:p>
    <w:p>
      <w:pPr>
        <w:spacing w:before="0" w:after="120" w:line="300" w:lineRule="exact"/>
        <w:jc w:val="both"/>
      </w:pPr>
      <w:r>
        <w:rPr>
          <w:rFonts w:ascii="Georgia" w:hAnsi="Georgia" w:cs="Georgia" w:eastAsia="Georgia"/>
          <w:b w:val="0"/>
          <w:i w:val="0"/>
          <w:sz w:val="22"/>
        </w:rPr>
        <w:t>(Fathul Wudood lis Sanadi)</w:t>
      </w:r>
    </w:p>
    <w:p>
      <w:pPr>
        <w:spacing w:before="0" w:after="120" w:line="300" w:lineRule="exact"/>
        <w:jc w:val="both"/>
      </w:pPr>
      <w:r>
        <w:rPr>
          <w:rFonts w:ascii="Georgia" w:hAnsi="Georgia" w:cs="Georgia" w:eastAsia="Georgia"/>
          <w:b w:val="0"/>
          <w:i w:val="0"/>
          <w:sz w:val="22"/>
        </w:rPr>
        <w:t>Ibn Qudaamah said: "It is waajib to have Imaan on everything regarding which Nabi (Sallallahu alayhi wasallam) had informed..........From it (the narration of Rasulullah (Sallallahu alayhi wasallam) are the Signs of the Hour such as the emergence of Dajjaal, the descent of Isaa Bin Maryam (Alayhis salaam) who will kill Dajjaal, and the emergence of Ya'jooj and Ma'jooj."</w:t>
      </w:r>
    </w:p>
    <w:p>
      <w:pPr>
        <w:spacing w:before="0" w:after="120" w:line="300" w:lineRule="exact"/>
        <w:jc w:val="both"/>
      </w:pPr>
      <w:r>
        <w:rPr>
          <w:rFonts w:ascii="Georgia" w:hAnsi="Georgia" w:cs="Georgia" w:eastAsia="Georgia"/>
          <w:b w:val="0"/>
          <w:i w:val="0"/>
          <w:sz w:val="22"/>
        </w:rPr>
        <w:t>(Lam'atul I'tiqaad li Ibn Qudaamah)</w:t>
      </w:r>
    </w:p>
    <w:p>
      <w:pPr>
        <w:spacing w:before="0" w:after="120" w:line="300" w:lineRule="exact"/>
        <w:jc w:val="both"/>
      </w:pPr>
      <w:r>
        <w:rPr>
          <w:rFonts w:ascii="Georgia" w:hAnsi="Georgia" w:cs="Georgia" w:eastAsia="Georgia"/>
          <w:b w:val="0"/>
          <w:i w:val="0"/>
          <w:sz w:val="22"/>
        </w:rPr>
        <w:t>Ibn Abdul Barr said: "The Ahaadith narrating about Ya'jooj and Ma'jooj are of literal meaning. Imaan on this is Waajib because the emergence of Ya'jooj and Ma'jooj is among the Signs of the Hour, and it is mentioned in the narration pertaining to them that no one will have the power to fight them because of their abundance, and that they will besiege Isaa (Alayhis salaam), the Nabi of Allah and those Mu'mineen with him, who had been saved from Dajjaal. Then Isaa (Alayhis salaam) will supplicate (make dua for protection). Then Allah Azza Wa Jal will destroy them all with naghaf. It will be worms in their necks.</w:t>
      </w:r>
    </w:p>
    <w:p>
      <w:pPr>
        <w:spacing w:before="0" w:after="120" w:line="300" w:lineRule="exact"/>
        <w:jc w:val="both"/>
      </w:pPr>
      <w:r>
        <w:rPr>
          <w:rFonts w:ascii="Georgia" w:hAnsi="Georgia" w:cs="Georgia" w:eastAsia="Georgia"/>
          <w:b w:val="0"/>
          <w:i w:val="0"/>
          <w:sz w:val="22"/>
        </w:rPr>
        <w:t>The stench (of their rotting bodies) will permeate the earth and distress the Mu'mineen. Then Isaa (Alayhis salaam) and his As-haab will supplicate to their Rabb. Allah will send (huge) birds which will remove the (rotting) bodies to wherever Allah wills."</w:t>
      </w:r>
    </w:p>
    <w:p>
      <w:pPr>
        <w:spacing w:before="0" w:after="120" w:line="300" w:lineRule="exact"/>
        <w:jc w:val="both"/>
      </w:pPr>
      <w:r>
        <w:rPr>
          <w:rFonts w:ascii="Georgia" w:hAnsi="Georgia" w:cs="Georgia" w:eastAsia="Georgia"/>
          <w:b w:val="0"/>
          <w:i w:val="0"/>
          <w:sz w:val="22"/>
        </w:rPr>
        <w:t>(Ikmaalul Muallim)</w:t>
      </w:r>
    </w:p>
    <w:p>
      <w:pPr>
        <w:spacing w:before="0" w:after="120" w:line="300" w:lineRule="exact"/>
        <w:jc w:val="both"/>
      </w:pPr>
      <w:r>
        <w:rPr>
          <w:rFonts w:ascii="Georgia" w:hAnsi="Georgia" w:cs="Georgia" w:eastAsia="Georgia"/>
          <w:b w:val="0"/>
          <w:i w:val="0"/>
          <w:sz w:val="22"/>
        </w:rPr>
        <w:t>The details of these occurrences elaborately explained in the Ahaadith debunk all claims of Ya'jooj and Ma'jooj either having a figurative meaning or that the reference is to people who have already appeared such as the Tartars.</w:t>
      </w:r>
    </w:p>
    <w:p>
      <w:pPr>
        <w:spacing w:before="0" w:after="120" w:line="300" w:lineRule="exact"/>
        <w:jc w:val="both"/>
      </w:pPr>
      <w:r>
        <w:rPr>
          <w:rFonts w:ascii="Georgia" w:hAnsi="Georgia" w:cs="Georgia" w:eastAsia="Georgia"/>
          <w:b w:val="0"/>
          <w:i w:val="0"/>
          <w:sz w:val="22"/>
        </w:rPr>
        <w:t>Ad-Daani said: "Imaan is Waajib on everything said by Rasulullah (Sallallahu alayhi wasallam) and which is substantiated by Saheeh Naql (narration) and by the continuous transmission of the Muslimoon of the Warnings of Aakhirat, mention of calamities, the Signs of Qiyaamah and its Proximity. From these are the emergence of Ya'jooj and Ma'jooj. They have been created for Jahannam. Allah Ta'ala said (regarding these two nations):</w:t>
      </w:r>
    </w:p>
    <w:p>
      <w:pPr>
        <w:spacing w:before="120" w:after="120" w:line="300" w:lineRule="exact"/>
        <w:ind w:left="720" w:right="720"/>
        <w:jc w:val="center"/>
      </w:pPr>
      <w:r>
        <w:rPr>
          <w:rFonts w:ascii="Georgia" w:hAnsi="Georgia" w:cs="Georgia" w:eastAsia="Georgia"/>
          <w:b w:val="0"/>
          <w:i/>
          <w:sz w:val="22"/>
        </w:rPr>
        <w:t>"Until Ya'jooj and Ma'jooj will be let loose and they will come pouring (like waves) from every hill, and the true promise will be nearby." (That is the Promise of Qiyaamah).</w:t>
      </w:r>
    </w:p>
    <w:p>
      <w:pPr>
        <w:spacing w:before="0" w:after="120" w:line="300" w:lineRule="exact"/>
        <w:jc w:val="both"/>
      </w:pPr>
      <w:r>
        <w:rPr>
          <w:rFonts w:ascii="Georgia" w:hAnsi="Georgia" w:cs="Georgia" w:eastAsia="Georgia"/>
          <w:b w:val="0"/>
          <w:i w:val="0"/>
          <w:sz w:val="22"/>
        </w:rPr>
        <w:t>Then they will emerge and drink up all the water. The people will take refuge in forts. Then Allah will afflict them with Naghaf - worms in the necks. They will be killed by these worms......."</w:t>
      </w:r>
    </w:p>
    <w:p>
      <w:pPr>
        <w:spacing w:before="0" w:after="120" w:line="300" w:lineRule="exact"/>
        <w:jc w:val="both"/>
      </w:pPr>
      <w:r>
        <w:rPr>
          <w:rFonts w:ascii="Georgia" w:hAnsi="Georgia" w:cs="Georgia" w:eastAsia="Georgia"/>
          <w:b w:val="0"/>
          <w:i w:val="0"/>
          <w:sz w:val="22"/>
        </w:rPr>
        <w:t>(Ar-Risaalatul Waaqiah li Abi Amrid Daani)</w:t>
      </w:r>
    </w:p>
    <w:p>
      <w:pPr>
        <w:spacing w:before="0" w:after="120" w:line="300" w:lineRule="exact"/>
        <w:jc w:val="both"/>
      </w:pPr>
      <w:r>
        <w:rPr>
          <w:rFonts w:ascii="Georgia" w:hAnsi="Georgia" w:cs="Georgia" w:eastAsia="Georgia"/>
          <w:b w:val="0"/>
          <w:i w:val="0"/>
          <w:sz w:val="22"/>
        </w:rPr>
        <w:t>"From among the Signs of the Hour is the emergence of Ya'jooj and Ma'jooj. Their emergence will be in close proximity to Qiyaamah."</w:t>
      </w:r>
    </w:p>
    <w:p>
      <w:pPr>
        <w:spacing w:before="0" w:after="120" w:line="300" w:lineRule="exact"/>
        <w:jc w:val="both"/>
      </w:pPr>
      <w:r>
        <w:rPr>
          <w:rFonts w:ascii="Georgia" w:hAnsi="Georgia" w:cs="Georgia" w:eastAsia="Georgia"/>
          <w:b w:val="0"/>
          <w:i w:val="0"/>
          <w:sz w:val="22"/>
        </w:rPr>
        <w:t>(Fathul Baari)</w:t>
      </w:r>
    </w:p>
    <w:p>
      <w:pPr>
        <w:spacing w:before="0" w:after="120" w:line="300" w:lineRule="exact"/>
        <w:jc w:val="both"/>
      </w:pPr>
      <w:r>
        <w:rPr>
          <w:rFonts w:ascii="Georgia" w:hAnsi="Georgia" w:cs="Georgia" w:eastAsia="Georgia"/>
          <w:b w:val="0"/>
          <w:i w:val="0"/>
          <w:sz w:val="22"/>
        </w:rPr>
        <w:t>All the Kutub of Hadith narrate the episode of Ya'jooj and Ma'jooj as one of the Signs of Qiyaamah. There is consensus of the Ummah on this Belief.</w:t>
      </w:r>
    </w:p>
    <w:p>
      <w:r>
        <w:br w:type="page"/>
      </w:r>
    </w:p>
    <w:p>
      <w:pPr>
        <w:pStyle w:val="Heading1"/>
        <w:spacing w:before="360" w:after="200" w:line="300" w:lineRule="exact"/>
        <w:jc w:val="center"/>
      </w:pPr>
      <w:r>
        <w:rPr>
          <w:rFonts w:ascii="Georgia" w:hAnsi="Georgia" w:cs="Georgia" w:eastAsia="Georgia"/>
          <w:b/>
          <w:i w:val="0"/>
          <w:color w:val="1F3864"/>
          <w:sz w:val="32"/>
        </w:rPr>
        <w:t>REBUTTAL OF THE KUFR OF THE HERETICS</w:t>
      </w:r>
    </w:p>
    <w:p>
      <w:pPr>
        <w:spacing w:before="0" w:after="120" w:line="300" w:lineRule="exact"/>
        <w:jc w:val="both"/>
      </w:pPr>
      <w:r>
        <w:rPr>
          <w:rFonts w:ascii="Georgia" w:hAnsi="Georgia" w:cs="Georgia" w:eastAsia="Georgia"/>
          <w:b w:val="0"/>
          <w:i w:val="0"/>
          <w:sz w:val="22"/>
        </w:rPr>
        <w:t>Heretics, liberals and modernists, due to deficiency of Imaan or lack of Imaan produced by western kufr indoctrination, are afflicted with the mental disease of inferiority, hence their endeavour is to make the beliefs and practices of Islam palatable to the kuffaar slaves of materialism who view with scorn and disbelief the claims of Rasulullah (Sallallahu alayhi wasallam) pertaining to transcendental issues which are beyond the extremely limited scope of the cognitive ability of brains wallowing in the cesspool of crass materialism.</w:t>
      </w:r>
    </w:p>
    <w:p>
      <w:pPr>
        <w:spacing w:before="0" w:after="120" w:line="300" w:lineRule="exact"/>
        <w:jc w:val="both"/>
      </w:pPr>
      <w:r>
        <w:rPr>
          <w:rFonts w:ascii="Georgia" w:hAnsi="Georgia" w:cs="Georgia" w:eastAsia="Georgia"/>
          <w:b w:val="0"/>
          <w:i w:val="0"/>
          <w:sz w:val="22"/>
        </w:rPr>
        <w:t>It is this intellectual malfeasance which induces the heretics to deny the Imaani truth of the advent of Ya'jooj and Ma'jooj whom Rasulullah (Sallallahu alayhi wasallam) enumerated among the Signs of the Hour.</w:t>
      </w:r>
    </w:p>
    <w:p>
      <w:pPr>
        <w:spacing w:before="0" w:after="120" w:line="300" w:lineRule="exact"/>
        <w:jc w:val="both"/>
      </w:pPr>
      <w:r>
        <w:rPr>
          <w:rFonts w:ascii="Georgia" w:hAnsi="Georgia" w:cs="Georgia" w:eastAsia="Georgia"/>
          <w:b w:val="0"/>
          <w:i w:val="0"/>
          <w:sz w:val="22"/>
        </w:rPr>
        <w:t>Since crass materialism has jarred their brains into disequilibrium, they are unable to comprehend the Qudrat (Power) of Allah Ta'ala. In the Qur'aan Majeed, Allah Ta'ala states repeatedly:</w:t>
      </w:r>
    </w:p>
    <w:p>
      <w:pPr>
        <w:spacing w:before="120" w:after="120" w:line="300" w:lineRule="exact"/>
        <w:ind w:left="720" w:right="720"/>
        <w:jc w:val="center"/>
      </w:pPr>
      <w:r>
        <w:rPr>
          <w:rFonts w:ascii="Georgia" w:hAnsi="Georgia" w:cs="Georgia" w:eastAsia="Georgia"/>
          <w:b w:val="0"/>
          <w:i/>
          <w:sz w:val="22"/>
        </w:rPr>
        <w:t>"When He wills something, He says 'Kun! (Be!), and it comes into existence."</w:t>
      </w:r>
    </w:p>
    <w:p>
      <w:pPr>
        <w:spacing w:before="0" w:after="120" w:line="300" w:lineRule="exact"/>
        <w:jc w:val="both"/>
      </w:pPr>
      <w:r>
        <w:rPr>
          <w:rFonts w:ascii="Georgia" w:hAnsi="Georgia" w:cs="Georgia" w:eastAsia="Georgia"/>
          <w:b w:val="0"/>
          <w:i w:val="0"/>
          <w:sz w:val="22"/>
        </w:rPr>
        <w:t>It is with a simple 'Kun!' that Allah Azza Wa Jal creates and destroys entire universes with their stars, planets etc. of mind-boggling dimensions, attributes and power. The denial of the events predicted by Rasulullah (Sallallahu alayhi wasallam) is like the denial of the resurrection of the dead by the Mushrikeen who would say to their Ambiya:</w:t>
      </w:r>
    </w:p>
    <w:p>
      <w:pPr>
        <w:spacing w:before="120" w:after="120" w:line="300" w:lineRule="exact"/>
        <w:ind w:left="720" w:right="720"/>
        <w:jc w:val="center"/>
      </w:pPr>
      <w:r>
        <w:rPr>
          <w:rFonts w:ascii="Georgia" w:hAnsi="Georgia" w:cs="Georgia" w:eastAsia="Georgia"/>
          <w:b w:val="0"/>
          <w:i/>
          <w:sz w:val="22"/>
        </w:rPr>
        <w:t>"Has Insaan (Man) not seen that We have created him from a (sperm) speck? Then suddenly he becomes a flagrant adversary (in opposition to Allah Ta'ala).</w:t>
      </w:r>
    </w:p>
    <w:p>
      <w:pPr>
        <w:spacing w:before="120" w:after="120" w:line="300" w:lineRule="exact"/>
        <w:ind w:left="720" w:right="720"/>
        <w:jc w:val="center"/>
      </w:pPr>
      <w:r>
        <w:rPr>
          <w:rFonts w:ascii="Georgia" w:hAnsi="Georgia" w:cs="Georgia" w:eastAsia="Georgia"/>
          <w:b w:val="0"/>
          <w:i/>
          <w:sz w:val="22"/>
        </w:rPr>
        <w:t>"He fabricates for us similitudes whilst he forgets his own creation (from an impure sperm speck). He proclaims: 'Who will resurrect the decomposed bones (of people)?"</w:t>
      </w:r>
    </w:p>
    <w:p>
      <w:pPr>
        <w:spacing w:before="120" w:after="120" w:line="300" w:lineRule="exact"/>
        <w:ind w:left="720" w:right="720"/>
        <w:jc w:val="center"/>
      </w:pPr>
      <w:r>
        <w:rPr>
          <w:rFonts w:ascii="Georgia" w:hAnsi="Georgia" w:cs="Georgia" w:eastAsia="Georgia"/>
          <w:b w:val="0"/>
          <w:i/>
          <w:sz w:val="22"/>
        </w:rPr>
        <w:t>"Say: 'He Who has given life to it (the bones of man) the first time will resurrect it. He has knowledge of entire creation."</w:t>
      </w:r>
    </w:p>
    <w:p>
      <w:pPr>
        <w:spacing w:before="120" w:after="120" w:line="300" w:lineRule="exact"/>
        <w:ind w:left="720" w:right="720"/>
        <w:jc w:val="center"/>
      </w:pPr>
      <w:r>
        <w:rPr>
          <w:rFonts w:ascii="Georgia" w:hAnsi="Georgia" w:cs="Georgia" w:eastAsia="Georgia"/>
          <w:b w:val="0"/>
          <w:i/>
          <w:sz w:val="22"/>
        </w:rPr>
        <w:t>(Yaaseen, Aayaat 77, 78, 79)</w:t>
      </w:r>
    </w:p>
    <w:p>
      <w:pPr>
        <w:spacing w:before="120" w:after="120" w:line="300" w:lineRule="exact"/>
        <w:ind w:left="720" w:right="720"/>
        <w:jc w:val="center"/>
      </w:pPr>
      <w:r>
        <w:rPr>
          <w:rFonts w:ascii="Georgia" w:hAnsi="Georgia" w:cs="Georgia" w:eastAsia="Georgia"/>
          <w:b w:val="0"/>
          <w:i/>
          <w:sz w:val="22"/>
        </w:rPr>
        <w:t>"Verily, His command when He wills anything, is to say: 'KUN! (BE!), and it comes into existence."</w:t>
      </w:r>
    </w:p>
    <w:p>
      <w:pPr>
        <w:spacing w:before="120" w:after="120" w:line="300" w:lineRule="exact"/>
        <w:ind w:left="720" w:right="720"/>
        <w:jc w:val="center"/>
      </w:pPr>
      <w:r>
        <w:rPr>
          <w:rFonts w:ascii="Georgia" w:hAnsi="Georgia" w:cs="Georgia" w:eastAsia="Georgia"/>
          <w:b w:val="0"/>
          <w:i/>
          <w:sz w:val="22"/>
        </w:rPr>
        <w:t>(Yaaseen, Aayat 82)</w:t>
      </w:r>
    </w:p>
    <w:p>
      <w:pPr>
        <w:spacing w:before="120" w:after="120" w:line="300" w:lineRule="exact"/>
        <w:ind w:left="720" w:right="720"/>
        <w:jc w:val="center"/>
      </w:pPr>
      <w:r>
        <w:rPr>
          <w:rFonts w:ascii="Georgia" w:hAnsi="Georgia" w:cs="Georgia" w:eastAsia="Georgia"/>
          <w:b w:val="0"/>
          <w:i/>
          <w:sz w:val="22"/>
        </w:rPr>
        <w:t>"They (the mushrikeen) said: 'What! When we have died, become dust and bones, shall we be resurrected?</w:t>
      </w:r>
    </w:p>
    <w:p>
      <w:pPr>
        <w:spacing w:before="120" w:after="120" w:line="300" w:lineRule="exact"/>
        <w:ind w:left="720" w:right="720"/>
        <w:jc w:val="center"/>
      </w:pPr>
      <w:r>
        <w:rPr>
          <w:rFonts w:ascii="Georgia" w:hAnsi="Georgia" w:cs="Georgia" w:eastAsia="Georgia"/>
          <w:b w:val="0"/>
          <w:i/>
          <w:sz w:val="22"/>
        </w:rPr>
        <w:t>"We and our forefathers have been promised this (resurrection) from before. Indeed, these are mere fables of former people."</w:t>
      </w:r>
    </w:p>
    <w:p>
      <w:pPr>
        <w:spacing w:before="120" w:after="120" w:line="300" w:lineRule="exact"/>
        <w:ind w:left="720" w:right="720"/>
        <w:jc w:val="center"/>
      </w:pPr>
      <w:r>
        <w:rPr>
          <w:rFonts w:ascii="Georgia" w:hAnsi="Georgia" w:cs="Georgia" w:eastAsia="Georgia"/>
          <w:b w:val="0"/>
          <w:i/>
          <w:sz w:val="22"/>
        </w:rPr>
        <w:t>(Al-Mu'minoon, 81, 82)</w:t>
      </w:r>
    </w:p>
    <w:p>
      <w:pPr>
        <w:spacing w:before="0" w:after="120" w:line="300" w:lineRule="exact"/>
        <w:jc w:val="both"/>
      </w:pPr>
      <w:r>
        <w:rPr>
          <w:rFonts w:ascii="Georgia" w:hAnsi="Georgia" w:cs="Georgia" w:eastAsia="Georgia"/>
          <w:b w:val="0"/>
          <w:i w:val="0"/>
          <w:sz w:val="22"/>
        </w:rPr>
        <w:t>The Mushrikeen despite believing in the Creator, Allah Azza Wa Jal, could not understand His great and glorious all-embracing Power, hence they refused to believe in the resurrection of the dead. Such resurrection for them was impossible, just as it is impossible for the deviate shaitaani 'sheikh' to accept the reality of the existence of Ya'jooj and Ma'jooj after 4000 years.</w:t>
      </w:r>
    </w:p>
    <w:p>
      <w:pPr>
        <w:spacing w:before="0" w:after="120" w:line="300" w:lineRule="exact"/>
        <w:jc w:val="both"/>
      </w:pPr>
      <w:r>
        <w:rPr>
          <w:rFonts w:ascii="Georgia" w:hAnsi="Georgia" w:cs="Georgia" w:eastAsia="Georgia"/>
          <w:b w:val="0"/>
          <w:i w:val="0"/>
          <w:sz w:val="22"/>
        </w:rPr>
        <w:t>Referring to the mushrikeen's belief in the Creator Allah Ta'ala, the Qur'aan Majeed says:</w:t>
      </w:r>
    </w:p>
    <w:p>
      <w:pPr>
        <w:spacing w:before="120" w:after="120" w:line="300" w:lineRule="exact"/>
        <w:ind w:left="720" w:right="720"/>
        <w:jc w:val="center"/>
      </w:pPr>
      <w:r>
        <w:rPr>
          <w:rFonts w:ascii="Georgia" w:hAnsi="Georgia" w:cs="Georgia" w:eastAsia="Georgia"/>
          <w:b w:val="0"/>
          <w:i/>
          <w:sz w:val="22"/>
        </w:rPr>
        <w:t>"Say (to the Mushrikeen): 'To whom belongs the earth and whatever is in it if indeed you know?' "They will surely say: 'It belongs to Allah.' Say: 'Will you then not take lesson?"</w:t>
      </w:r>
    </w:p>
    <w:p>
      <w:pPr>
        <w:spacing w:before="120" w:after="120" w:line="300" w:lineRule="exact"/>
        <w:ind w:left="720" w:right="720"/>
        <w:jc w:val="center"/>
      </w:pPr>
      <w:r>
        <w:rPr>
          <w:rFonts w:ascii="Georgia" w:hAnsi="Georgia" w:cs="Georgia" w:eastAsia="Georgia"/>
          <w:b w:val="0"/>
          <w:i/>
          <w:sz w:val="22"/>
        </w:rPr>
        <w:t>"Say (to the Mushrikeen): 'Who is the Rabb of the seven heavens and the Rabb of the glorious Arsh?' "They will surely say: ("It all belongs) to Allah.' What! Do you then not fear?"</w:t>
      </w:r>
    </w:p>
    <w:p>
      <w:pPr>
        <w:spacing w:before="120" w:after="120" w:line="300" w:lineRule="exact"/>
        <w:ind w:left="720" w:right="720"/>
        <w:jc w:val="center"/>
      </w:pPr>
      <w:r>
        <w:rPr>
          <w:rFonts w:ascii="Georgia" w:hAnsi="Georgia" w:cs="Georgia" w:eastAsia="Georgia"/>
          <w:b w:val="0"/>
          <w:i/>
          <w:sz w:val="22"/>
        </w:rPr>
        <w:t>(Al-Mu'minoon, 86, 87)</w:t>
      </w:r>
    </w:p>
    <w:p>
      <w:pPr>
        <w:spacing w:before="0" w:after="120" w:line="300" w:lineRule="exact"/>
        <w:jc w:val="both"/>
      </w:pPr>
      <w:r>
        <w:rPr>
          <w:rFonts w:ascii="Georgia" w:hAnsi="Georgia" w:cs="Georgia" w:eastAsia="Georgia"/>
          <w:b w:val="0"/>
          <w:i w:val="0"/>
          <w:sz w:val="22"/>
        </w:rPr>
        <w:t>Emulating the Mushrikeen who denied the Power of Allah Ta'ala despite believing in His Existence, the bogus 'sheikh' says:</w:t>
      </w:r>
    </w:p>
    <w:p>
      <w:pPr>
        <w:spacing w:before="120" w:after="120" w:line="300" w:lineRule="exact"/>
        <w:ind w:left="720" w:right="720"/>
        <w:jc w:val="center"/>
      </w:pPr>
      <w:r>
        <w:rPr>
          <w:rFonts w:ascii="Georgia" w:hAnsi="Georgia" w:cs="Georgia" w:eastAsia="Georgia"/>
          <w:b w:val="0"/>
          <w:i/>
          <w:sz w:val="22"/>
        </w:rPr>
        <w:t>"One cannot believe that there is a tribe trapped behind a wall for 4000 years. Referring to Ya'jooj and Ma'jooj, and then goes on to mention that anyone who knows history and geography will know that it is not possible that they still exist today and are locked up."</w:t>
      </w:r>
    </w:p>
    <w:p>
      <w:pPr>
        <w:spacing w:before="0" w:after="120" w:line="300" w:lineRule="exact"/>
        <w:jc w:val="both"/>
      </w:pPr>
      <w:r>
        <w:rPr>
          <w:rFonts w:ascii="Georgia" w:hAnsi="Georgia" w:cs="Georgia" w:eastAsia="Georgia"/>
          <w:b w:val="0"/>
          <w:i w:val="0"/>
          <w:sz w:val="22"/>
        </w:rPr>
        <w:t>His brains have been convoluted by shaitaani manipulation. Like the mushrikeen this miserable bogus sheikh while ostensibly believing in the existence of Allah Ta'ala, by implication denies the Power of Allah Ta'ala. He rejects the Qur'aan and the authentic Ahaadith pertaining to Ya'jooj and Ma'jooj. His brains welded in the kufr attitudes of atheists fails to comprehend that Allah Ta'ala has the power to bestow life to people for 4000 years, 40,000 years and for even eternity as will be the case in Jannat and Jahannam.</w:t>
      </w:r>
    </w:p>
    <w:p>
      <w:pPr>
        <w:spacing w:before="0" w:after="120" w:line="300" w:lineRule="exact"/>
        <w:jc w:val="both"/>
      </w:pPr>
      <w:r>
        <w:rPr>
          <w:rFonts w:ascii="Georgia" w:hAnsi="Georgia" w:cs="Georgia" w:eastAsia="Georgia"/>
          <w:b w:val="0"/>
          <w:i w:val="0"/>
          <w:sz w:val="22"/>
        </w:rPr>
        <w:t>The moron bogus sheikh in emulation of the Mushrikeen of bygone times denies the power of Allah Ta'ala and elevates history and geography above the Qur'aan and Hadith. For him the words of kuffaar historians and geographers have greater authenticity that the Words of the Qur'an and the words of Rasulullah (Sallallahu alayhi wasallam).</w:t>
      </w:r>
    </w:p>
    <w:p>
      <w:pPr>
        <w:spacing w:before="0" w:after="120" w:line="300" w:lineRule="exact"/>
        <w:jc w:val="both"/>
      </w:pPr>
      <w:r>
        <w:rPr>
          <w:rFonts w:ascii="Georgia" w:hAnsi="Georgia" w:cs="Georgia" w:eastAsia="Georgia"/>
          <w:b w:val="0"/>
          <w:i w:val="0"/>
          <w:sz w:val="22"/>
        </w:rPr>
        <w:t>The Beliefs, tennets and practices of Islam are not the products of the conjectures of historians, geographers and atheist scientists whose boots these moron bogus sheikhs and molvis lick with relish. Since they cannot understand that a time will dawn when, according to the Qur'aan, mountains will swim in the air like clouds, they deny the Qur'aanic Reality.</w:t>
      </w:r>
    </w:p>
    <w:p>
      <w:pPr>
        <w:spacing w:before="0" w:after="120" w:line="300" w:lineRule="exact"/>
        <w:jc w:val="both"/>
      </w:pPr>
      <w:r>
        <w:rPr>
          <w:rFonts w:ascii="Georgia" w:hAnsi="Georgia" w:cs="Georgia" w:eastAsia="Georgia"/>
          <w:b w:val="0"/>
          <w:i w:val="0"/>
          <w:sz w:val="22"/>
        </w:rPr>
        <w:t>Many miraculous events are mentioned in the Qur'aan and Hadith. Nabi Uzair (Alayhis salaam) was cast into sleep for a hundred years. His food remained fresh for the hundred years of his slumber. The Companions of the Cave slept for more than three hundred years. Nabi Isaa (Alayhis salaam) would bring the dead to life. Innumerable miraculous episodes recorded in the Qur'aan and Hadith defy the putrefied brains of the historians, geographers, scientists, the professors with donkey degrees and the atheists. All of them are morons of the worst kind, hence their brainal convolution renders Divine Mysteries and the Power of Allah Azza Wa Jal incomprehensible. Thus, their brainal eburnation constrains their shaitaani denial of the Truths of the Qur'aan and Hadith.</w:t>
      </w:r>
    </w:p>
    <w:p>
      <w:pPr>
        <w:spacing w:before="0" w:after="120" w:line="300" w:lineRule="exact"/>
        <w:jc w:val="both"/>
      </w:pPr>
      <w:r>
        <w:rPr>
          <w:rFonts w:ascii="Georgia" w:hAnsi="Georgia" w:cs="Georgia" w:eastAsia="Georgia"/>
          <w:b w:val="0"/>
          <w:i w:val="0"/>
          <w:sz w:val="22"/>
        </w:rPr>
        <w:t>Shall we reject the Qur'aan's explicit information that the Companions of the Cave slept for more than three centuries? Shall it be denied on the basis of what the jaahil historians and scientists say? What is impossible for them is within the purview of Allah's command of 'KUN!' (Be!).</w:t>
      </w:r>
    </w:p>
    <w:p>
      <w:pPr>
        <w:spacing w:before="0" w:after="120" w:line="300" w:lineRule="exact"/>
        <w:jc w:val="both"/>
      </w:pPr>
      <w:r>
        <w:rPr>
          <w:rFonts w:ascii="Georgia" w:hAnsi="Georgia" w:cs="Georgia" w:eastAsia="Georgia"/>
          <w:b w:val="0"/>
          <w:i w:val="0"/>
          <w:sz w:val="22"/>
        </w:rPr>
        <w:t>Munaafiqeen masquerading as 'sheikhs', 'muftis' and 'molvis' do not believe in the wonders of the Unseen Realm. Jannat, Jahannam, Malaaikah, the Siraat and everything constitute impossibilities and 'fairy tales' for the scientists and historians, and are cunningly and subtly denied by the morons by means of shaitaani interpretation of the Nusoos of the Qur'aan and Hadith.</w:t>
      </w:r>
    </w:p>
    <w:p>
      <w:pPr>
        <w:spacing w:before="0" w:after="120" w:line="300" w:lineRule="exact"/>
        <w:jc w:val="both"/>
      </w:pPr>
      <w:r>
        <w:rPr>
          <w:rFonts w:ascii="Georgia" w:hAnsi="Georgia" w:cs="Georgia" w:eastAsia="Georgia"/>
          <w:b w:val="0"/>
          <w:i w:val="0"/>
          <w:sz w:val="22"/>
        </w:rPr>
        <w:t>They mutilate the true meanings of the Aayaat and Ahaadith to appease the west. Thus they have descended into the dregs of kufr by interpretive mutilation of Qur'aanic Aayaat to accommodate even the baboonic 'big bang' theory as the point of the origin of the universe. It is nothing but compound kufr – kufr piled on kufr – zulmat on zulmat. Neither is there any accommodation for the beliefs of Islam in the kufr concepts and theories of the scientists – an accommodation which the Donkeys posing as Muslims seek to force into Islam – nor is there any room for the kufr donkey and baboon theories of the scientists in Islam. Imaan and kufr are mutually repellent opposites.</w:t>
      </w:r>
    </w:p>
    <w:p>
      <w:pPr>
        <w:spacing w:before="0" w:after="120" w:line="300" w:lineRule="exact"/>
        <w:jc w:val="both"/>
      </w:pPr>
      <w:r>
        <w:rPr>
          <w:rFonts w:ascii="Georgia" w:hAnsi="Georgia" w:cs="Georgia" w:eastAsia="Georgia"/>
          <w:b w:val="0"/>
          <w:i w:val="0"/>
          <w:sz w:val="22"/>
        </w:rPr>
        <w:t>They are experts in the disciple of donkeyology. We are not employing this 'donkey' term cunningly. It has literal application for these donkey professors whom the Qur'aan Majeed describes "Humurum Mustanfira (Wild Donkeys) fleeing from a lion". In the context of this aayat, the 'Lion' is the Shariah of Islam. Thus it is seen that all these 'Gadera' (Donkey) professors, including the miserable moron 'sheikhs' and 'molvis', becoming too big for their boots. They set themselves up as 'mujtahideen' whilst they are ignorant in innumerable rudimentary masaa-il pertaining to daily life.</w:t>
      </w:r>
    </w:p>
    <w:p>
      <w:pPr>
        <w:spacing w:before="0" w:after="120" w:line="300" w:lineRule="exact"/>
        <w:jc w:val="both"/>
      </w:pPr>
      <w:r>
        <w:rPr>
          <w:rFonts w:ascii="Georgia" w:hAnsi="Georgia" w:cs="Georgia" w:eastAsia="Georgia"/>
          <w:b w:val="0"/>
          <w:i w:val="0"/>
          <w:sz w:val="22"/>
        </w:rPr>
        <w:t>On the basis of corrupt kufr interpretation (Ta'weel Baatil) every Aqeedah of Islam can be mutilated beyond recognition. Even the Existence of Allah Azza Wa Jal can be assigned a copro kufr figurative meaning on the basis of ta'weel baatil. Indeed, these wild donkeys are bereft of Imaan.</w:t>
      </w:r>
    </w:p>
    <w:p>
      <w:pPr>
        <w:spacing w:before="0" w:after="120" w:line="300" w:lineRule="exact"/>
        <w:jc w:val="both"/>
      </w:pPr>
      <w:r>
        <w:rPr>
          <w:rFonts w:ascii="Georgia" w:hAnsi="Georgia" w:cs="Georgia" w:eastAsia="Georgia"/>
          <w:b w:val="0"/>
          <w:i w:val="0"/>
          <w:sz w:val="22"/>
        </w:rPr>
        <w:t>Just imagine! A wild donkey mushrooms up from some dump almost 15 centuries after the inception of Islam to propagate that Ya'jooj and Ma'jooj are figments of fiction, having no reality while the entire Ummah from the era of Rasulullah (Sallallahu alayhi wasallam) down to this day has always believed in the reality of the two tribes as Rasulullah (Sallallahu alayhi wasallam) had elaborately described. Has the entire Ummah which includes all the Sahaabah and all the illustrious Aimmah, Fuqaha and Auliya erred, and only this one faajir, faasiq, jaahil wild donkey who has popped up today understood the Qur'aan and Ahaadith? Describing such wild donkeys, the Qur'aan Majeed says:</w:t>
      </w:r>
    </w:p>
    <w:p>
      <w:pPr>
        <w:spacing w:before="120" w:after="40" w:line="300" w:lineRule="exact"/>
        <w:jc w:val="both"/>
      </w:pPr>
      <w:r>
        <w:rPr>
          <w:rFonts w:ascii="Georgia" w:hAnsi="Georgia" w:cs="Georgia" w:eastAsia="Georgia"/>
          <w:b/>
          <w:i/>
          <w:sz w:val="22"/>
        </w:rPr>
        <w:t>"We cast Rijs (filth on the brains) of those who do not understand."</w:t>
      </w:r>
    </w:p>
    <w:p>
      <w:pPr>
        <w:spacing w:before="120" w:after="40" w:line="300" w:lineRule="exact"/>
        <w:jc w:val="both"/>
      </w:pPr>
      <w:r>
        <w:rPr>
          <w:rFonts w:ascii="Georgia" w:hAnsi="Georgia" w:cs="Georgia" w:eastAsia="Georgia"/>
          <w:b/>
          <w:i/>
          <w:sz w:val="22"/>
        </w:rPr>
        <w:t>(Yoonus, Aayat 100)</w:t>
      </w:r>
    </w:p>
    <w:p>
      <w:pPr>
        <w:spacing w:before="0" w:after="120" w:line="300" w:lineRule="exact"/>
        <w:jc w:val="both"/>
      </w:pPr>
      <w:r>
        <w:rPr>
          <w:rFonts w:ascii="Georgia" w:hAnsi="Georgia" w:cs="Georgia" w:eastAsia="Georgia"/>
          <w:b w:val="0"/>
          <w:i w:val="0"/>
          <w:sz w:val="22"/>
        </w:rPr>
        <w:t>Warning these wild donkeys of severe punishment, the Qur'aan Majeed states:</w:t>
      </w:r>
    </w:p>
    <w:p>
      <w:pPr>
        <w:spacing w:before="120" w:after="40" w:line="300" w:lineRule="exact"/>
        <w:jc w:val="both"/>
      </w:pPr>
      <w:r>
        <w:rPr>
          <w:rFonts w:ascii="Georgia" w:hAnsi="Georgia" w:cs="Georgia" w:eastAsia="Georgia"/>
          <w:b/>
          <w:i/>
          <w:sz w:val="22"/>
        </w:rPr>
        <w:t>"Those who dispute regarding (the Ahkaam) of</w:t>
      </w:r>
    </w:p>
    <w:p>
      <w:pPr>
        <w:spacing w:before="120" w:after="40" w:line="300" w:lineRule="exact"/>
        <w:jc w:val="both"/>
      </w:pPr>
      <w:r>
        <w:rPr>
          <w:rFonts w:ascii="Georgia" w:hAnsi="Georgia" w:cs="Georgia" w:eastAsia="Georgia"/>
          <w:b/>
          <w:i/>
          <w:sz w:val="22"/>
        </w:rPr>
        <w:t>Allah after He (His Deen) has been accepted, their argumentation is baseless by their Rabb. Upon them is Wrath and for them there is a severe punishment."</w:t>
      </w:r>
    </w:p>
    <w:p>
      <w:pPr>
        <w:spacing w:before="120" w:after="40" w:line="300" w:lineRule="exact"/>
        <w:jc w:val="both"/>
      </w:pPr>
      <w:r>
        <w:rPr>
          <w:rFonts w:ascii="Georgia" w:hAnsi="Georgia" w:cs="Georgia" w:eastAsia="Georgia"/>
          <w:b/>
          <w:i/>
          <w:sz w:val="22"/>
        </w:rPr>
        <w:t>(Ash-Shuraa, Aayat 16)</w:t>
      </w:r>
    </w:p>
    <w:p>
      <w:pPr>
        <w:spacing w:before="0" w:after="120" w:line="300" w:lineRule="exact"/>
        <w:jc w:val="both"/>
      </w:pPr>
      <w:r>
        <w:rPr>
          <w:rFonts w:ascii="Georgia" w:hAnsi="Georgia" w:cs="Georgia" w:eastAsia="Georgia"/>
          <w:b w:val="0"/>
          <w:i w:val="0"/>
          <w:sz w:val="22"/>
        </w:rPr>
        <w:t>After the full and perfect Deen has been accepted by Ijma' (Consensus), the arguments of the Wild Donkeys have no validity. These Humurum Mustanfirah (Wild Donkeys) are constantly under Divine Wrath and they are destined for the severe Athaab of Jahannam.</w:t>
      </w:r>
    </w:p>
    <w:p>
      <w:r>
        <w:br w:type="page"/>
      </w:r>
    </w:p>
    <w:p>
      <w:pPr>
        <w:pStyle w:val="Heading1"/>
        <w:spacing w:before="360" w:after="200" w:line="300" w:lineRule="exact"/>
        <w:jc w:val="center"/>
      </w:pPr>
      <w:r>
        <w:rPr>
          <w:rFonts w:ascii="Georgia" w:hAnsi="Georgia" w:cs="Georgia" w:eastAsia="Georgia"/>
          <w:b/>
          <w:i w:val="0"/>
          <w:color w:val="1F3864"/>
          <w:sz w:val="32"/>
        </w:rPr>
        <w:t>DAAB-BATUL ARDH – THE CREATURE FROM THE EARTH</w:t>
      </w:r>
    </w:p>
    <w:p>
      <w:pPr>
        <w:spacing w:before="120" w:after="120" w:line="300" w:lineRule="exact"/>
        <w:ind w:left="720" w:right="720"/>
        <w:jc w:val="center"/>
      </w:pPr>
      <w:r>
        <w:rPr>
          <w:rFonts w:ascii="Georgia" w:hAnsi="Georgia" w:cs="Georgia" w:eastAsia="Georgia"/>
          <w:b w:val="0"/>
          <w:i/>
          <w:sz w:val="22"/>
        </w:rPr>
        <w:t>"When the Promise will be fulfilled upon them,</w:t>
      </w:r>
    </w:p>
    <w:p>
      <w:pPr>
        <w:spacing w:before="120" w:after="120" w:line="300" w:lineRule="exact"/>
        <w:ind w:left="720" w:right="720"/>
        <w:jc w:val="center"/>
      </w:pPr>
      <w:r>
        <w:rPr>
          <w:rFonts w:ascii="Georgia" w:hAnsi="Georgia" w:cs="Georgia" w:eastAsia="Georgia"/>
          <w:b w:val="0"/>
          <w:i/>
          <w:sz w:val="22"/>
        </w:rPr>
        <w:t>We shall extract for them a Creature from the earth, which will speak with them. Verily, people are not convinced about Our Signs."</w:t>
      </w:r>
    </w:p>
    <w:p>
      <w:pPr>
        <w:spacing w:before="120" w:after="120" w:line="300" w:lineRule="exact"/>
        <w:ind w:left="720" w:right="720"/>
        <w:jc w:val="center"/>
      </w:pPr>
      <w:r>
        <w:rPr>
          <w:rFonts w:ascii="Georgia" w:hAnsi="Georgia" w:cs="Georgia" w:eastAsia="Georgia"/>
          <w:b w:val="0"/>
          <w:i/>
          <w:sz w:val="22"/>
        </w:rPr>
        <w:t>(An-Namal, Aayat 82)</w:t>
      </w:r>
    </w:p>
    <w:p>
      <w:pPr>
        <w:spacing w:before="0" w:after="120" w:line="300" w:lineRule="exact"/>
        <w:jc w:val="both"/>
      </w:pPr>
      <w:r>
        <w:rPr>
          <w:rFonts w:ascii="Georgia" w:hAnsi="Georgia" w:cs="Georgia" w:eastAsia="Georgia"/>
          <w:b w:val="0"/>
          <w:i w:val="0"/>
          <w:sz w:val="22"/>
        </w:rPr>
        <w:t>Daab-batul Ardh (the Creature from the earth) is among the major signs of Qiyaamah. Of course, the deviate, bootlicking moron sheikhs are not expected to believe in this wonderful creation and sign of Allah Ta'ala since their masters, the historians, geographers, scientists and atheists deny Allah Azza Wa Jal and His Power. It is with reference to such bogus sheikhs that the Aayat says:</w:t>
      </w:r>
    </w:p>
    <w:p>
      <w:pPr>
        <w:spacing w:before="120" w:after="120" w:line="300" w:lineRule="exact"/>
        <w:ind w:left="720" w:right="720"/>
        <w:jc w:val="center"/>
      </w:pPr>
      <w:r>
        <w:rPr>
          <w:rFonts w:ascii="Georgia" w:hAnsi="Georgia" w:cs="Georgia" w:eastAsia="Georgia"/>
          <w:b w:val="0"/>
          <w:i/>
          <w:sz w:val="22"/>
        </w:rPr>
        <w:t>"Verily, people are not convinced about Our Signs."</w:t>
      </w:r>
    </w:p>
    <w:p>
      <w:pPr>
        <w:spacing w:before="0" w:after="120" w:line="300" w:lineRule="exact"/>
        <w:jc w:val="both"/>
      </w:pPr>
      <w:r>
        <w:rPr>
          <w:rFonts w:ascii="Georgia" w:hAnsi="Georgia" w:cs="Georgia" w:eastAsia="Georgia"/>
          <w:b w:val="0"/>
          <w:i w:val="0"/>
          <w:sz w:val="22"/>
        </w:rPr>
        <w:t>This Creature will make its appearance after the advent of Dajjaal. It will be a unique animal which will suddenly rise out of the earth. Rasulullah (Sallallahu alayhi wasallam) said that when three Signs appear, the acceptance of Imaan by kuffaar will not be valid. The three signs are:</w:t>
      </w:r>
    </w:p>
    <w:p>
      <w:pPr>
        <w:spacing w:before="0" w:after="120" w:line="300" w:lineRule="exact"/>
        <w:jc w:val="both"/>
      </w:pPr>
      <w:r>
        <w:rPr>
          <w:rFonts w:ascii="Georgia" w:hAnsi="Georgia" w:cs="Georgia" w:eastAsia="Georgia"/>
          <w:b w:val="0"/>
          <w:i w:val="0"/>
          <w:sz w:val="22"/>
        </w:rPr>
        <w:t> The rising of the sun in the west  The appearance of Dajjaal</w:t>
      </w:r>
    </w:p>
    <w:p>
      <w:pPr>
        <w:spacing w:before="0" w:after="120" w:line="300" w:lineRule="exact"/>
        <w:jc w:val="both"/>
      </w:pPr>
      <w:r>
        <w:rPr>
          <w:rFonts w:ascii="Georgia" w:hAnsi="Georgia" w:cs="Georgia" w:eastAsia="Georgia"/>
          <w:b w:val="0"/>
          <w:i w:val="0"/>
          <w:sz w:val="22"/>
        </w:rPr>
        <w:t> The emergence of Daab-batul Ardh.</w:t>
      </w:r>
    </w:p>
    <w:p>
      <w:pPr>
        <w:spacing w:before="0" w:after="120" w:line="300" w:lineRule="exact"/>
        <w:jc w:val="both"/>
      </w:pPr>
      <w:r>
        <w:rPr>
          <w:rFonts w:ascii="Georgia" w:hAnsi="Georgia" w:cs="Georgia" w:eastAsia="Georgia"/>
          <w:b w:val="0"/>
          <w:i w:val="0"/>
          <w:sz w:val="22"/>
        </w:rPr>
        <w:t>This Animal will appear in Musjidul Haraam from between Hajr Aswad and Maqaam-e-Ibraaheem. It will appear suddenly, screaming and dusting itself. While most people will be shocked and flee. A group of the Mu'mineen will remain.</w:t>
      </w:r>
    </w:p>
    <w:p>
      <w:pPr>
        <w:spacing w:before="0" w:after="120" w:line="300" w:lineRule="exact"/>
        <w:jc w:val="both"/>
      </w:pPr>
      <w:r>
        <w:rPr>
          <w:rFonts w:ascii="Georgia" w:hAnsi="Georgia" w:cs="Georgia" w:eastAsia="Georgia"/>
          <w:b w:val="0"/>
          <w:i w:val="0"/>
          <w:sz w:val="22"/>
        </w:rPr>
        <w:t>The Creature will cause the faces of the true Mu'mineen to shine. It will traverse the world with great speed. Hadhrat Abu Hurairah (Radhiyallahu anhu) narrated that the Creature will appear with the ring of Nabi Sulaimaan (Alayhis salaam) and the staff of Nabi Musa (Alayhis salaam). It will illuminate the faces of the Mu'mineen and place a seal on the noses of the kuffaar. According to the Qur'aan, Daab-batul Ardh will speak with people.</w:t>
      </w:r>
    </w:p>
    <w:p>
      <w:pPr>
        <w:spacing w:before="0" w:after="120" w:line="300" w:lineRule="exact"/>
        <w:jc w:val="both"/>
      </w:pPr>
      <w:r>
        <w:rPr>
          <w:rFonts w:ascii="Georgia" w:hAnsi="Georgia" w:cs="Georgia" w:eastAsia="Georgia"/>
          <w:b w:val="0"/>
          <w:i w:val="0"/>
          <w:sz w:val="22"/>
        </w:rPr>
        <w:t>This Sign of Qiyaamah too will be rejected by the munaafiq morons on the basis of some weird, baatil interpretation to cloak it with some stupid metaphorical meaning.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