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VACCINATION SATANISM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342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THE BRITISH BOARD OF SCHOLARS &amp; IMAMS</w:t>
      </w:r>
    </w:p>
    <w:p>
      <w:pPr>
        <w:spacing w:before="0" w:after="120" w:line="300" w:lineRule="exact"/>
        <w:jc w:val="both"/>
      </w:pPr>
      <w:r>
        <w:rPr>
          <w:rFonts w:ascii="Georgia" w:hAnsi="Georgia" w:cs="Georgia" w:eastAsia="Georgia"/>
          <w:b w:val="0"/>
          <w:i w:val="0"/>
          <w:sz w:val="22"/>
        </w:rPr>
        <w:t>This British Board of Juhala (Ignoramus) 'scholars and imams' fabricated ten questions to which they disgorged baatil rubbish answers in conflict with the Shariah, as well as in conflict with the demand of Aqeedah (Belief). Their narrative exhibits their true motive for peddling the vaccine theory vomited into their mouths by Bill Gates and the Pharma Satanist.</w:t>
      </w:r>
    </w:p>
    <w:p>
      <w:pPr>
        <w:spacing w:before="0" w:after="120" w:line="300" w:lineRule="exact"/>
        <w:jc w:val="both"/>
      </w:pPr>
      <w:r>
        <w:rPr>
          <w:rFonts w:ascii="Georgia" w:hAnsi="Georgia" w:cs="Georgia" w:eastAsia="Georgia"/>
          <w:b w:val="0"/>
          <w:i w:val="0"/>
          <w:sz w:val="22"/>
        </w:rPr>
        <w:t>It is clear from their bunkum narrative that there is a hidden, sinister agenda for underlying their advertising stunt – advertising the potion of Iblees. The satanic agenda is to promote the haraam vaccine under Shar'i guise. Hubb-e-Maal (the love for wealth) and Hubb-e-Jaah (the love for cheap name and fame) are clearly the motivating force which has blinded these juhala molvis and imams. Their spiritual blindness has induced them to become agents of Iblees and pedlars of the Pharma Satanists.</w:t>
      </w:r>
    </w:p>
    <w:p>
      <w:pPr>
        <w:spacing w:before="0" w:after="120" w:line="300" w:lineRule="exact"/>
        <w:jc w:val="both"/>
      </w:pPr>
      <w:r>
        <w:rPr>
          <w:rFonts w:ascii="Georgia" w:hAnsi="Georgia" w:cs="Georgia" w:eastAsia="Georgia"/>
          <w:b w:val="0"/>
          <w:i w:val="0"/>
          <w:sz w:val="22"/>
        </w:rPr>
        <w:t>In this article we shall, Insha-Allah, briefly respond to the ghutha (rubbish flotsam) with which the gang of U.K. miscreant, bootlicking 'scholars for dollars' attempt to misguide the ignorant community of Muslims.</w:t>
      </w:r>
    </w:p>
    <w:p>
      <w:pPr>
        <w:spacing w:before="0" w:after="120" w:line="300" w:lineRule="exact"/>
        <w:jc w:val="both"/>
      </w:pPr>
      <w:r>
        <w:rPr>
          <w:rFonts w:ascii="Georgia" w:hAnsi="Georgia" w:cs="Georgia" w:eastAsia="Georgia"/>
          <w:b w:val="0"/>
          <w:i w:val="0"/>
          <w:sz w:val="22"/>
        </w:rPr>
        <w:t>"Question: Is gelatine in vaccines ok?"</w:t>
      </w:r>
    </w:p>
    <w:p>
      <w:pPr>
        <w:spacing w:before="0" w:after="120" w:line="300" w:lineRule="exact"/>
        <w:jc w:val="both"/>
      </w:pPr>
      <w:r>
        <w:rPr>
          <w:rFonts w:ascii="Georgia" w:hAnsi="Georgia" w:cs="Georgia" w:eastAsia="Georgia"/>
          <w:b w:val="0"/>
          <w:i w:val="0"/>
          <w:sz w:val="22"/>
        </w:rPr>
        <w:t>Answer: Answering their own fabricated question calculated for promoting haraam satanic vaccines, the Board of Juhala says:</w:t>
      </w:r>
    </w:p>
    <w:p>
      <w:pPr>
        <w:spacing w:before="120" w:after="120" w:line="300" w:lineRule="exact"/>
        <w:ind w:left="720" w:right="720"/>
        <w:jc w:val="center"/>
      </w:pPr>
      <w:r>
        <w:rPr>
          <w:rFonts w:ascii="Georgia" w:hAnsi="Georgia" w:cs="Georgia" w:eastAsia="Georgia"/>
          <w:b w:val="0"/>
          <w:i/>
          <w:sz w:val="22"/>
        </w:rPr>
        <w:t>"It should be noted that the currently approved COVID vaccines do not contain gelatine or any animal product."</w:t>
      </w:r>
    </w:p>
    <w:p>
      <w:pPr>
        <w:spacing w:before="0" w:after="120" w:line="300" w:lineRule="exact"/>
        <w:jc w:val="both"/>
      </w:pPr>
      <w:r>
        <w:rPr>
          <w:rFonts w:ascii="Georgia" w:hAnsi="Georgia" w:cs="Georgia" w:eastAsia="Georgia"/>
          <w:b w:val="0"/>
          <w:i w:val="0"/>
          <w:sz w:val="22"/>
        </w:rPr>
        <w:t>Firstly, the question does not pertain to vaccines. So why did this Board of Ignoramuses introduce the vaccine factor? It is not difficult to understand that their shaitaani motive is to peddle the haraam, shaitaani covid vaccine to Muslims. This board of bootlickers is in the employ of its atheist masters who are the manufacturers of the haraam vaccine.</w:t>
      </w:r>
    </w:p>
    <w:p>
      <w:pPr>
        <w:spacing w:before="0" w:after="120" w:line="300" w:lineRule="exact"/>
        <w:jc w:val="both"/>
      </w:pPr>
      <w:r>
        <w:rPr>
          <w:rFonts w:ascii="Georgia" w:hAnsi="Georgia" w:cs="Georgia" w:eastAsia="Georgia"/>
          <w:b w:val="0"/>
          <w:i w:val="0"/>
          <w:sz w:val="22"/>
        </w:rPr>
        <w:t>Even if the vaccine does not contain gelatine, it does contain a host of filth, poisons and haraam substances. Furthermore, assuming that the satan's potion does not contain any haraam ingredients, then too, the poison content and the extremely harmful health consequences render it haraam. In terms of the Shariah, vaccines are not classified as medicine. The principle of Tadaawi bil Haraam (treating sickness with haraam substances) therefore does not apply to vaccines. There is no capital for these bootlickers in this principle which they have mismanipulated in an abortive bid to halaalize the devil's potion.</w:t>
      </w:r>
    </w:p>
    <w:p>
      <w:pPr>
        <w:spacing w:before="0" w:after="120" w:line="300" w:lineRule="exact"/>
        <w:jc w:val="both"/>
      </w:pPr>
      <w:r>
        <w:rPr>
          <w:rFonts w:ascii="Georgia" w:hAnsi="Georgia" w:cs="Georgia" w:eastAsia="Georgia"/>
          <w:b w:val="0"/>
          <w:i w:val="0"/>
          <w:sz w:val="22"/>
        </w:rPr>
        <w:t>Animal gelatine is acquired from haraam animals, primarily from pigs. The argument of metamorphosis employed to halaalize such haraam gelatine is baseless.</w:t>
      </w:r>
    </w:p>
    <w:p>
      <w:pPr>
        <w:spacing w:before="0" w:after="120" w:line="300" w:lineRule="exact"/>
        <w:jc w:val="both"/>
      </w:pPr>
      <w:r>
        <w:rPr>
          <w:rFonts w:ascii="Georgia" w:hAnsi="Georgia" w:cs="Georgia" w:eastAsia="Georgia"/>
          <w:b w:val="0"/>
          <w:i w:val="0"/>
          <w:sz w:val="22"/>
        </w:rPr>
        <w:t>This board of agents of Iblees casting light on their hidden agenda states:</w:t>
      </w:r>
    </w:p>
    <w:p>
      <w:pPr>
        <w:spacing w:before="120" w:after="120" w:line="300" w:lineRule="exact"/>
        <w:ind w:left="720" w:right="720"/>
        <w:jc w:val="center"/>
      </w:pPr>
      <w:r>
        <w:rPr>
          <w:rFonts w:ascii="Georgia" w:hAnsi="Georgia" w:cs="Georgia" w:eastAsia="Georgia"/>
          <w:b w:val="0"/>
          <w:i/>
          <w:sz w:val="22"/>
        </w:rPr>
        <w:t>"We are working with other organisations to make gelatine-free alternative vaccines for the seasonal flu more readily available, for those who choose to adopt the stricter position."</w:t>
      </w:r>
    </w:p>
    <w:p>
      <w:pPr>
        <w:spacing w:before="0" w:after="120" w:line="300" w:lineRule="exact"/>
        <w:jc w:val="both"/>
      </w:pPr>
      <w:r>
        <w:rPr>
          <w:rFonts w:ascii="Georgia" w:hAnsi="Georgia" w:cs="Georgia" w:eastAsia="Georgia"/>
          <w:b w:val="0"/>
          <w:i w:val="0"/>
          <w:sz w:val="22"/>
        </w:rPr>
        <w:t>This group of moron imams and scholars resembles the carrion and pork halaalizers such as SANHA and MJC. Their objective is the haraam boodle, hence haraam has to be halaalized by hook or by crook. Vaccines are filthy and dangerous poisons. The Shariah does not permit the introduction of poisons, even if of halaal substances, into the body. Vaccines are not permissible preventative measures in terms of the Shariah. The harms of vaccination have been explained and documented in thousands of pages of articles by expert western scientists and medical doctors.</w:t>
      </w:r>
    </w:p>
    <w:p>
      <w:pPr>
        <w:spacing w:before="0" w:after="120" w:line="300" w:lineRule="exact"/>
        <w:jc w:val="both"/>
      </w:pPr>
      <w:r>
        <w:rPr>
          <w:rFonts w:ascii="Georgia" w:hAnsi="Georgia" w:cs="Georgia" w:eastAsia="Georgia"/>
          <w:b w:val="0"/>
          <w:i w:val="0"/>
          <w:sz w:val="22"/>
        </w:rPr>
        <w:t>"Question: Can I use vaccines that have foetal cells?</w:t>
      </w:r>
    </w:p>
    <w:p>
      <w:pPr>
        <w:spacing w:before="0" w:after="120" w:line="300" w:lineRule="exact"/>
        <w:jc w:val="both"/>
      </w:pPr>
      <w:r>
        <w:rPr>
          <w:rFonts w:ascii="Georgia" w:hAnsi="Georgia" w:cs="Georgia" w:eastAsia="Georgia"/>
          <w:b w:val="0"/>
          <w:i w:val="0"/>
          <w:sz w:val="22"/>
        </w:rPr>
        <w:t>Answer: The current available COVID vaccines neither contain nor have been produced using foetal cell lines."</w:t>
      </w:r>
    </w:p>
    <w:p>
      <w:pPr>
        <w:spacing w:before="0" w:after="120" w:line="300" w:lineRule="exact"/>
        <w:jc w:val="both"/>
      </w:pPr>
      <w:r>
        <w:rPr>
          <w:rFonts w:ascii="Georgia" w:hAnsi="Georgia" w:cs="Georgia" w:eastAsia="Georgia"/>
          <w:b w:val="0"/>
          <w:i w:val="0"/>
          <w:sz w:val="22"/>
        </w:rPr>
        <w:t>The morons have set themselves up as experts in their bid to be faithful pedlars of the shaitaani wares of Bill Gates and his likes. The mass of evidence provided by experts simply dams the rubbish and the lies disgorged by this board of ignoramus imams and bogus scholars. In view of the mountain of evidence confirming the use of foetal substances in vaccines, the morons are constrained to concede:</w:t>
      </w:r>
    </w:p>
    <w:p>
      <w:pPr>
        <w:spacing w:before="120" w:after="120" w:line="300" w:lineRule="exact"/>
        <w:ind w:left="720" w:right="720"/>
        <w:jc w:val="center"/>
      </w:pPr>
      <w:r>
        <w:rPr>
          <w:rFonts w:ascii="Georgia" w:hAnsi="Georgia" w:cs="Georgia" w:eastAsia="Georgia"/>
          <w:b w:val="0"/>
          <w:i/>
          <w:sz w:val="22"/>
        </w:rPr>
        <w:t>"It is true that some vaccine components may have been grown in stem cells derived from other stem cells that were originally sourced from foetus that was aborted for in the 1970's.</w:t>
      </w:r>
    </w:p>
    <w:p>
      <w:pPr>
        <w:spacing w:before="0" w:after="120" w:line="300" w:lineRule="exact"/>
        <w:jc w:val="both"/>
      </w:pPr>
      <w:r>
        <w:rPr>
          <w:rFonts w:ascii="Georgia" w:hAnsi="Georgia" w:cs="Georgia" w:eastAsia="Georgia"/>
          <w:b w:val="0"/>
          <w:i w:val="0"/>
          <w:sz w:val="22"/>
        </w:rPr>
        <w:t>Pushing this satanic argument further in the process of peddling the wares of Bill Gates, the morons say: "Even if the original abortion was considered Islamically unlawful, the derived cells are still permissible to use."</w:t>
      </w:r>
    </w:p>
    <w:p>
      <w:pPr>
        <w:spacing w:before="0" w:after="120" w:line="300" w:lineRule="exact"/>
        <w:jc w:val="both"/>
      </w:pPr>
      <w:r>
        <w:rPr>
          <w:rFonts w:ascii="Georgia" w:hAnsi="Georgia" w:cs="Georgia" w:eastAsia="Georgia"/>
          <w:b w:val="0"/>
          <w:i w:val="0"/>
          <w:sz w:val="22"/>
        </w:rPr>
        <w:t>This filth excreted by their brains speaks volumes for the shaitaaniyat of this miserable group of moron imams and scholars – puppets of Bill Gates. Rasulullah (Sallallahu alayhi wasallam), ordering us to be firm on Siraatul Mustaqeem, said: "Seek a fatwa from your heart."</w:t>
      </w:r>
    </w:p>
    <w:p>
      <w:pPr>
        <w:spacing w:before="0" w:after="120" w:line="300" w:lineRule="exact"/>
        <w:jc w:val="both"/>
      </w:pPr>
      <w:r>
        <w:rPr>
          <w:rFonts w:ascii="Georgia" w:hAnsi="Georgia" w:cs="Georgia" w:eastAsia="Georgia"/>
          <w:b w:val="0"/>
          <w:i w:val="0"/>
          <w:sz w:val="22"/>
        </w:rPr>
        <w:t>Regardless of any technical arguments pertaining to the realm of Fiqh, what does the heart of the true Mu'min say about using human foetal substances? Furthermore, such filth is acquired primarily from the industry of abortion which is tantamount to murdering babies. Thus, the statement of the morons: "Babies have not been killed to produce vaccines!" is satanic skulduggery urinated into their brains by Iblees. Every Muslim who's Imaan has not been effaced or his brain has not become deranged by kufr, will understand that vaccines are haraam. There is no need for knowledge to understand this simple issue.</w:t>
      </w:r>
    </w:p>
    <w:p>
      <w:pPr>
        <w:spacing w:before="0" w:after="120" w:line="300" w:lineRule="exact"/>
        <w:jc w:val="both"/>
      </w:pPr>
      <w:r>
        <w:rPr>
          <w:rFonts w:ascii="Georgia" w:hAnsi="Georgia" w:cs="Georgia" w:eastAsia="Georgia"/>
          <w:b w:val="0"/>
          <w:i w:val="0"/>
          <w:sz w:val="22"/>
        </w:rPr>
        <w:t>While Imaan demands abstention from filth and poisons, the moron satanist imams and scholars aver:</w:t>
      </w:r>
    </w:p>
    <w:p>
      <w:pPr>
        <w:spacing w:before="120" w:after="120" w:line="300" w:lineRule="exact"/>
        <w:ind w:left="720" w:right="720"/>
        <w:jc w:val="center"/>
      </w:pPr>
      <w:r>
        <w:rPr>
          <w:rFonts w:ascii="Georgia" w:hAnsi="Georgia" w:cs="Georgia" w:eastAsia="Georgia"/>
          <w:b w:val="0"/>
          <w:i/>
          <w:sz w:val="22"/>
        </w:rPr>
        <w:t>"We are informed that, of the currently available COVID vaccines, the Pfizer and Moderna vaccines were not produced using foetal cell-lines, whilst the Oxford vaccine contains molecules grown in these descendent cells but which do not make it into the final product. All these are therefore permissible from this perspective." (Not our emphasis)</w:t>
      </w:r>
    </w:p>
    <w:p>
      <w:pPr>
        <w:spacing w:before="0" w:after="120" w:line="300" w:lineRule="exact"/>
        <w:jc w:val="both"/>
      </w:pPr>
      <w:r>
        <w:rPr>
          <w:rFonts w:ascii="Georgia" w:hAnsi="Georgia" w:cs="Georgia" w:eastAsia="Georgia"/>
          <w:b w:val="0"/>
          <w:i w:val="0"/>
          <w:sz w:val="22"/>
        </w:rPr>
        <w:t>Yes, undoubtedly, all of this filth and poison are permissible from the perspective of Iblees whose agents these morons have become. They have been recruited to peddle the haraam, shaitaani vaccines of Bill Gates and other Shayaateen. Their "Ten Top Questions" exercise is nothing but the promotion of the haraam covid vaccine of their master Bill Gates.</w:t>
      </w:r>
    </w:p>
    <w:p>
      <w:pPr>
        <w:spacing w:before="0" w:after="120" w:line="300" w:lineRule="exact"/>
        <w:jc w:val="both"/>
      </w:pPr>
      <w:r>
        <w:rPr>
          <w:rFonts w:ascii="Georgia" w:hAnsi="Georgia" w:cs="Georgia" w:eastAsia="Georgia"/>
          <w:b w:val="0"/>
          <w:i w:val="0"/>
          <w:sz w:val="22"/>
        </w:rPr>
        <w:t>"Question: Is it acceptable to inject ourselves with a virus? Answer: It is permissible to expose oneself to a substance that is potentially mildly harmful in order to obtain greater benefit, as is the case with vaccination."</w:t>
      </w:r>
    </w:p>
    <w:p>
      <w:pPr>
        <w:spacing w:before="0" w:after="120" w:line="300" w:lineRule="exact"/>
        <w:jc w:val="both"/>
      </w:pPr>
      <w:r>
        <w:rPr>
          <w:rFonts w:ascii="Georgia" w:hAnsi="Georgia" w:cs="Georgia" w:eastAsia="Georgia"/>
          <w:b w:val="0"/>
          <w:i w:val="0"/>
          <w:sz w:val="22"/>
        </w:rPr>
        <w:t>In a further attempt to bolster this glaringly haraam postulate, the gang of morons says: "From a legal perspective, this is 'taking on a lesser harm to ward off a greater harm' which is an established principle in Islamic law. So yes, vaccination is permissible."</w:t>
      </w:r>
    </w:p>
    <w:p>
      <w:pPr>
        <w:spacing w:before="0" w:after="120" w:line="300" w:lineRule="exact"/>
        <w:jc w:val="both"/>
      </w:pPr>
      <w:r>
        <w:rPr>
          <w:rFonts w:ascii="Georgia" w:hAnsi="Georgia" w:cs="Georgia" w:eastAsia="Georgia"/>
          <w:b w:val="0"/>
          <w:i w:val="0"/>
          <w:sz w:val="22"/>
        </w:rPr>
        <w:t>In this averment they conspicuously exhibit their jahaalat. They have heard of the principle of the lesser evil/harm, but demonstrate lamentable stupidity in its application. In terms of this Fiqhi principle, when one is confronted by two evil options while at the same time there is no third valid halaal option, and the adoption of one evil becomes imperative, then in such a scenario it becomes permissible to adopt the lesser evil to escape from the greater evil.</w:t>
      </w:r>
    </w:p>
    <w:p>
      <w:pPr>
        <w:spacing w:before="0" w:after="120" w:line="300" w:lineRule="exact"/>
        <w:jc w:val="both"/>
      </w:pPr>
      <w:r>
        <w:rPr>
          <w:rFonts w:ascii="Georgia" w:hAnsi="Georgia" w:cs="Georgia" w:eastAsia="Georgia"/>
          <w:b w:val="0"/>
          <w:i w:val="0"/>
          <w:sz w:val="22"/>
        </w:rPr>
        <w:t>But what these morons have understood has no basis whatsoever. A healthy Muslim is not faced with two inescapable evil/haraam options. He is not in need of any medication. Therefore, to resort to najaasat, haraam and poison on the basis of the hallucination of a future disease which is currently non-existent relative to the healthy person, is the employment of some shaitaani principle. The Shar'i principle of the 'lesser of the two evils' simply has no application in this scenario. With their skulduggery they attempt to bamboozle people. But all are not as stupid as are these juhala who have been enlisted by the Pharma Devil.</w:t>
      </w:r>
    </w:p>
    <w:p>
      <w:pPr>
        <w:spacing w:before="0" w:after="120" w:line="300" w:lineRule="exact"/>
        <w:jc w:val="both"/>
      </w:pPr>
      <w:r>
        <w:rPr>
          <w:rFonts w:ascii="Georgia" w:hAnsi="Georgia" w:cs="Georgia" w:eastAsia="Georgia"/>
          <w:b w:val="0"/>
          <w:i w:val="0"/>
          <w:sz w:val="22"/>
        </w:rPr>
        <w:t>The Shariah does not permit the introduction into the body of poison, najaasat or any haraam substance to combat a future hallucinatory disease. This method of the atheists does not find accommodation in any principle of the Shariah. It is haraam – pure and simple haraam.</w:t>
      </w:r>
    </w:p>
    <w:p>
      <w:pPr>
        <w:spacing w:before="0" w:after="120" w:line="300" w:lineRule="exact"/>
        <w:jc w:val="both"/>
      </w:pPr>
      <w:r>
        <w:rPr>
          <w:rFonts w:ascii="Georgia" w:hAnsi="Georgia" w:cs="Georgia" w:eastAsia="Georgia"/>
          <w:b w:val="0"/>
          <w:i w:val="0"/>
          <w:sz w:val="22"/>
        </w:rPr>
        <w:t>"Question: Isn't this vaccine going to change my DNA? Is that permissible?</w:t>
      </w:r>
    </w:p>
    <w:p>
      <w:pPr>
        <w:spacing w:before="0" w:after="120" w:line="300" w:lineRule="exact"/>
        <w:jc w:val="both"/>
      </w:pPr>
      <w:r>
        <w:rPr>
          <w:rFonts w:ascii="Georgia" w:hAnsi="Georgia" w:cs="Georgia" w:eastAsia="Georgia"/>
          <w:b w:val="0"/>
          <w:i w:val="0"/>
          <w:sz w:val="22"/>
        </w:rPr>
        <w:t>Answer: Although there is always a theoretical possibility that introducing genetic material could affect the cells own DNA, the likelihood is insignificant given all we know about how vaccines work.</w:t>
      </w:r>
    </w:p>
    <w:p>
      <w:pPr>
        <w:spacing w:before="0" w:after="120" w:line="300" w:lineRule="exact"/>
        <w:jc w:val="both"/>
      </w:pPr>
      <w:r>
        <w:rPr>
          <w:rFonts w:ascii="Georgia" w:hAnsi="Georgia" w:cs="Georgia" w:eastAsia="Georgia"/>
          <w:b w:val="0"/>
          <w:i w:val="0"/>
          <w:sz w:val="22"/>
        </w:rPr>
        <w:t>Even if that were the case, this would then happen even more so with the actual virus, so still would fall under the principle above of 'taking the lesser of two harms'.</w:t>
      </w:r>
    </w:p>
    <w:p>
      <w:pPr>
        <w:spacing w:before="0" w:after="120" w:line="300" w:lineRule="exact"/>
        <w:jc w:val="both"/>
      </w:pPr>
      <w:r>
        <w:rPr>
          <w:rFonts w:ascii="Georgia" w:hAnsi="Georgia" w:cs="Georgia" w:eastAsia="Georgia"/>
          <w:b w:val="0"/>
          <w:i w:val="0"/>
          <w:sz w:val="22"/>
        </w:rPr>
        <w:t>This is another example of satanic skulduggery described in the Qur'aan as zukhruful qawl (satanically adorned words). There are no two harms with which one is confronted to justify adoption of the lesser harm. And what is the lesser and the greater haraam in this satanic scenario. Every step is shaitaaniyat – filth and poison. There is no incumbency to adopt any one of these satanic stupidities fabricated for the monetary agenda of the Satanists.</w:t>
      </w:r>
    </w:p>
    <w:p>
      <w:pPr>
        <w:spacing w:before="0" w:after="120" w:line="300" w:lineRule="exact"/>
        <w:jc w:val="both"/>
      </w:pPr>
      <w:r>
        <w:rPr>
          <w:rFonts w:ascii="Georgia" w:hAnsi="Georgia" w:cs="Georgia" w:eastAsia="Georgia"/>
          <w:b w:val="0"/>
          <w:i w:val="0"/>
          <w:sz w:val="22"/>
        </w:rPr>
        <w:t>The introduction into the body of filth and poison is in fact a major danger. This is a real existent while the future disease is a hallucination – a satanic hallucination. Here are two evils – two aspects of Satanism: (1) Introduction of filth and poison into the body, and (2) An imaginary future disease. In fact it is a non-existent entity. In this stupid satanic scenario there is no scope for the operation of the Shariahs' principle of the 'lesser of the two evils'. Both premises for the validity of this principle are lacking. There is no confrontation by two evils from which there is no halaal escape route.</w:t>
      </w:r>
    </w:p>
    <w:p>
      <w:pPr>
        <w:spacing w:before="0" w:after="120" w:line="300" w:lineRule="exact"/>
        <w:jc w:val="both"/>
      </w:pPr>
      <w:r>
        <w:rPr>
          <w:rFonts w:ascii="Georgia" w:hAnsi="Georgia" w:cs="Georgia" w:eastAsia="Georgia"/>
          <w:b w:val="0"/>
          <w:i w:val="0"/>
          <w:sz w:val="22"/>
        </w:rPr>
        <w:t>There is copious expert argument regarding the DNA issue. Since our response is a brief refutation of the bunkum views of the moron mercenary imams and scholars, we cite here a smattering of this argument proffered by a doctor.</w:t>
      </w:r>
    </w:p>
    <w:p>
      <w:pPr>
        <w:spacing w:before="0" w:after="120" w:line="300" w:lineRule="exact"/>
        <w:jc w:val="both"/>
      </w:pPr>
      <w:r>
        <w:rPr>
          <w:rFonts w:ascii="Georgia" w:hAnsi="Georgia" w:cs="Georgia" w:eastAsia="Georgia"/>
          <w:b w:val="0"/>
          <w:i w:val="0"/>
          <w:sz w:val="22"/>
        </w:rPr>
        <w:t>"It's using an mRNA of a foreign body. The mRNA attaches to DNA to form a protein, and that is its only function. But now it is a foreign body, mRNA strand which will obviously bind to the human DNA, producing what? (Perhaps it will produce a Satanist gorilla or a swine! –The Majlis)</w:t>
      </w:r>
    </w:p>
    <w:p>
      <w:pPr>
        <w:spacing w:before="0" w:after="120" w:line="300" w:lineRule="exact"/>
        <w:jc w:val="both"/>
      </w:pPr>
      <w:r>
        <w:rPr>
          <w:rFonts w:ascii="Georgia" w:hAnsi="Georgia" w:cs="Georgia" w:eastAsia="Georgia"/>
          <w:b w:val="0"/>
          <w:i w:val="0"/>
          <w:sz w:val="22"/>
        </w:rPr>
        <w:t>Kevin Mckernan works at MIT and studied genomes and developed a sequencer that was used in the testing. He himself says that it doesn't make sense.</w:t>
      </w:r>
    </w:p>
    <w:p>
      <w:pPr>
        <w:spacing w:before="0" w:after="120" w:line="300" w:lineRule="exact"/>
        <w:jc w:val="both"/>
      </w:pPr>
      <w:r>
        <w:rPr>
          <w:rFonts w:ascii="Georgia" w:hAnsi="Georgia" w:cs="Georgia" w:eastAsia="Georgia"/>
          <w:b w:val="0"/>
          <w:i w:val="0"/>
          <w:sz w:val="22"/>
        </w:rPr>
        <w:t>I believe that people are really being brainwashed i.e. conforming to act a certain way, etc., into believing all this about the virus. Yes people are getting sick, but why are people throwing logic out of the window and forgetting that they also studied viruses etc., and it doesn't make sense. I think its fear.</w:t>
      </w:r>
    </w:p>
    <w:p>
      <w:pPr>
        <w:spacing w:before="120" w:after="120" w:line="300" w:lineRule="exact"/>
        <w:ind w:left="720" w:right="720"/>
        <w:jc w:val="center"/>
      </w:pPr>
      <w:r>
        <w:rPr>
          <w:rFonts w:ascii="Georgia" w:hAnsi="Georgia" w:cs="Georgia" w:eastAsia="Georgia"/>
          <w:b w:val="0"/>
          <w:i/>
          <w:sz w:val="22"/>
        </w:rPr>
        <w:t>My colleagues (all doctors) at work agree that we should not take vaccines and that something bizarre is going on. (It is a massive dark shaitaani plot of the cartel headed by Bill Gates. Governments and other personnel connected to this conspiracy have been bribed with millions and millions of dollars to facilitate the trillion dollar vaccine Satanism which is being rolled out currently. The Tanzanian and Madagascar governments have booted out these covid Satanists. -The Majlis)</w:t>
      </w:r>
    </w:p>
    <w:p>
      <w:pPr>
        <w:spacing w:before="0" w:after="120" w:line="300" w:lineRule="exact"/>
        <w:jc w:val="both"/>
      </w:pPr>
      <w:r>
        <w:rPr>
          <w:rFonts w:ascii="Georgia" w:hAnsi="Georgia" w:cs="Georgia" w:eastAsia="Georgia"/>
          <w:b w:val="0"/>
          <w:i w:val="0"/>
          <w:sz w:val="22"/>
        </w:rPr>
        <w:t>The doctor continuing, says:</w:t>
      </w:r>
    </w:p>
    <w:p>
      <w:pPr>
        <w:spacing w:before="0" w:after="120" w:line="300" w:lineRule="exact"/>
        <w:jc w:val="both"/>
      </w:pPr>
      <w:r>
        <w:rPr>
          <w:rFonts w:ascii="Georgia" w:hAnsi="Georgia" w:cs="Georgia" w:eastAsia="Georgia"/>
          <w:b w:val="0"/>
          <w:i w:val="0"/>
          <w:sz w:val="22"/>
        </w:rPr>
        <w:t>"Today on scientific mag, there was an article published about the adverse side effects of the vaccine because the 'outer coating' of the mRNA strand bind to PEG which caused severe anaphylaxis. Yes it can happen with any medication but the rate at which it was occurring in this vaccine was significantly higher than any other medication/vaccine. WHO and the pharm companies know about it. But if they tell all people with allergies not to take the vaccine then a significant number of the population will abstain. So instead, they said that they will not mention it and just observe it, and after the injection patients should wait around for 20-30min for in case a reaction occurs. The link to the article is sciencemag.org 'suspicions grow that nanoparticles in pfizers covid vaccine trigger rare allergic reactions' written by Jop de Vrieze."</w:t>
      </w:r>
    </w:p>
    <w:p>
      <w:pPr>
        <w:spacing w:before="0" w:after="120" w:line="300" w:lineRule="exact"/>
        <w:jc w:val="both"/>
      </w:pPr>
      <w:r>
        <w:rPr>
          <w:rFonts w:ascii="Georgia" w:hAnsi="Georgia" w:cs="Georgia" w:eastAsia="Georgia"/>
          <w:b w:val="0"/>
          <w:i w:val="0"/>
          <w:sz w:val="22"/>
        </w:rPr>
        <w:t>The Satanist imams and scholars say:</w:t>
      </w:r>
    </w:p>
    <w:p>
      <w:pPr>
        <w:spacing w:before="120" w:after="120" w:line="300" w:lineRule="exact"/>
        <w:ind w:left="720" w:right="720"/>
        <w:jc w:val="center"/>
      </w:pPr>
      <w:r>
        <w:rPr>
          <w:rFonts w:ascii="Georgia" w:hAnsi="Georgia" w:cs="Georgia" w:eastAsia="Georgia"/>
          <w:b w:val="0"/>
          <w:i/>
          <w:sz w:val="22"/>
        </w:rPr>
        <w:t>"The legal principle here would be that a possible, hypothetical but unlikely harm is not given precedence over an immediate, proven and likely benefit (taghlib al-zann ala al-wahm)."</w:t>
      </w:r>
    </w:p>
    <w:p>
      <w:pPr>
        <w:spacing w:before="0" w:after="120" w:line="300" w:lineRule="exact"/>
        <w:jc w:val="both"/>
      </w:pPr>
      <w:r>
        <w:rPr>
          <w:rFonts w:ascii="Georgia" w:hAnsi="Georgia" w:cs="Georgia" w:eastAsia="Georgia"/>
          <w:b w:val="0"/>
          <w:i w:val="0"/>
          <w:sz w:val="22"/>
        </w:rPr>
        <w:t>They seek to bamboozle the ignorant an unwary by sounding academic with the Fiqhi principle. The harm of vaccines is not hypothetical or imaginary. The disastrous consequences of vaccines are proven and stand out as clear as daylight. An abundance of expert evidence debunks the claim of benefit in vaccines. The harm of vaccines is not in the category of wahm (imaginary, hallucinatory or merely hypothetical). There is certitude in the harmful consequences of vaccines. The evidence is overwhelming. Only morons or those who have a sinister agenda to peddle, irrationally deny this evidence. There is no scope here for the operation of the principle of taghlibuz zann alal wahm. The claimed benefit of vaccines is pure hallucination, not even in the category of wahm in the Fiqhi sense.</w:t>
      </w:r>
    </w:p>
    <w:p>
      <w:pPr>
        <w:spacing w:before="0" w:after="120" w:line="300" w:lineRule="exact"/>
        <w:jc w:val="both"/>
      </w:pPr>
      <w:r>
        <w:rPr>
          <w:rFonts w:ascii="Georgia" w:hAnsi="Georgia" w:cs="Georgia" w:eastAsia="Georgia"/>
          <w:b w:val="0"/>
          <w:i w:val="0"/>
          <w:sz w:val="22"/>
        </w:rPr>
        <w:t>The miscreant imams and scholars say:</w:t>
      </w:r>
    </w:p>
    <w:p>
      <w:pPr>
        <w:spacing w:before="0" w:after="120" w:line="300" w:lineRule="exact"/>
        <w:jc w:val="both"/>
      </w:pPr>
      <w:r>
        <w:rPr>
          <w:rFonts w:ascii="Georgia" w:hAnsi="Georgia" w:cs="Georgia" w:eastAsia="Georgia"/>
          <w:b w:val="0"/>
          <w:i w:val="0"/>
          <w:sz w:val="22"/>
        </w:rPr>
        <w:t>"Do I have a responsibility towards others to take it?" Answering their own fabricated question, they aver:</w:t>
      </w:r>
    </w:p>
    <w:p>
      <w:pPr>
        <w:spacing w:before="120" w:after="120" w:line="300" w:lineRule="exact"/>
        <w:ind w:left="720" w:right="720"/>
        <w:jc w:val="center"/>
      </w:pPr>
      <w:r>
        <w:rPr>
          <w:rFonts w:ascii="Georgia" w:hAnsi="Georgia" w:cs="Georgia" w:eastAsia="Georgia"/>
          <w:b w:val="0"/>
          <w:i/>
          <w:sz w:val="22"/>
        </w:rPr>
        <w:t>"The principle is: if an action is considered harmful to others, it would be either impermissible or disliked, depending on the likelihood and degree caused. Equally if an act is beneficial to others, it would be considered recommended or obligatory, depending on the likelihood and degree of benefit attained."</w:t>
      </w:r>
    </w:p>
    <w:p>
      <w:pPr>
        <w:spacing w:before="0" w:after="120" w:line="300" w:lineRule="exact"/>
        <w:jc w:val="both"/>
      </w:pPr>
      <w:r>
        <w:rPr>
          <w:rFonts w:ascii="Georgia" w:hAnsi="Georgia" w:cs="Georgia" w:eastAsia="Georgia"/>
          <w:b w:val="0"/>
          <w:i w:val="0"/>
          <w:sz w:val="22"/>
        </w:rPr>
        <w:t>These morons by citing this ambiguity flounder in ignorance and confusion.</w:t>
      </w:r>
    </w:p>
    <w:p>
      <w:pPr>
        <w:spacing w:before="0" w:after="120" w:line="300" w:lineRule="exact"/>
        <w:jc w:val="both"/>
      </w:pPr>
      <w:r>
        <w:rPr>
          <w:rFonts w:ascii="Georgia" w:hAnsi="Georgia" w:cs="Georgia" w:eastAsia="Georgia"/>
          <w:b w:val="0"/>
          <w:i w:val="0"/>
          <w:sz w:val="22"/>
        </w:rPr>
        <w:t>There are no grounds for invoking this principle in the vaccine scenario to bolster the baseless suppositions of the mercenary scholars for dollars. On the contrary, this principle conspicuously favours those who condemn vaccines. Since the harmful consequences of vaccines have been confirmed, these potions of Iblees are haraam. Filth and poison can never be recommended to others. There is no capital in this principle for the agents of Satan.</w:t>
      </w:r>
    </w:p>
    <w:p>
      <w:pPr>
        <w:spacing w:before="120" w:after="120" w:line="300" w:lineRule="exact"/>
        <w:ind w:left="720" w:right="720"/>
        <w:jc w:val="center"/>
      </w:pPr>
      <w:r>
        <w:rPr>
          <w:rFonts w:ascii="Georgia" w:hAnsi="Georgia" w:cs="Georgia" w:eastAsia="Georgia"/>
          <w:b w:val="0"/>
          <w:i/>
          <w:sz w:val="22"/>
        </w:rPr>
        <w:t>The morons further state: "There is also an important indication towards selflessness in seeking to protect others, even if it means the possibility of harm to oneself in the famous hadith of contagion: 'do not enter nor leave an area of plague."</w:t>
      </w:r>
    </w:p>
    <w:p>
      <w:pPr>
        <w:spacing w:before="0" w:after="120" w:line="300" w:lineRule="exact"/>
        <w:jc w:val="both"/>
      </w:pPr>
      <w:r>
        <w:rPr>
          <w:rFonts w:ascii="Georgia" w:hAnsi="Georgia" w:cs="Georgia" w:eastAsia="Georgia"/>
          <w:b w:val="0"/>
          <w:i w:val="0"/>
          <w:sz w:val="22"/>
        </w:rPr>
        <w:t>Those who are anti-vaccine are in fact displaying "selflessness in seeking to protect others". They have the concern of others uppermost in mind, hence they endeavour to inform others of the harms and disasters of vaccines.</w:t>
      </w:r>
    </w:p>
    <w:p>
      <w:pPr>
        <w:spacing w:before="0" w:after="120" w:line="300" w:lineRule="exact"/>
        <w:jc w:val="both"/>
      </w:pPr>
      <w:r>
        <w:rPr>
          <w:rFonts w:ascii="Georgia" w:hAnsi="Georgia" w:cs="Georgia" w:eastAsia="Georgia"/>
          <w:b w:val="0"/>
          <w:i w:val="0"/>
          <w:sz w:val="22"/>
        </w:rPr>
        <w:t>The 'famous hadith' mentioned here debunks the contagion theory of the atheists whose boots and hinds these moron imams and scholars are licking. The prohibition to enter into a plague-ridden area is to safeguard the Aqeedah of weaklings who are liable to ruin their Imaan with ideas of shirk. The notion of contagion is shirk, hence refuted by Rasulullah (Sallallahu alayhi wasallam).</w:t>
      </w:r>
    </w:p>
    <w:p>
      <w:pPr>
        <w:spacing w:before="0" w:after="120" w:line="300" w:lineRule="exact"/>
        <w:jc w:val="both"/>
      </w:pPr>
      <w:r>
        <w:rPr>
          <w:rFonts w:ascii="Georgia" w:hAnsi="Georgia" w:cs="Georgia" w:eastAsia="Georgia"/>
          <w:b w:val="0"/>
          <w:i w:val="0"/>
          <w:sz w:val="22"/>
        </w:rPr>
        <w:t>The command to remain in the plague-area is a loud negation of the kufr contagion theory. In addition to the obligatory service which people should render to the sick and suffering, the idea of contagion is in entirety negated by commanding the entire populace of the area to remain. Fleeing from the area is tantamount to fleeing from the battlefield which is akin to kufr.</w:t>
      </w:r>
    </w:p>
    <w:p>
      <w:pPr>
        <w:spacing w:before="0" w:after="120" w:line="300" w:lineRule="exact"/>
        <w:jc w:val="both"/>
      </w:pPr>
      <w:r>
        <w:rPr>
          <w:rFonts w:ascii="Georgia" w:hAnsi="Georgia" w:cs="Georgia" w:eastAsia="Georgia"/>
          <w:b w:val="0"/>
          <w:i w:val="0"/>
          <w:sz w:val="22"/>
        </w:rPr>
        <w:t>Further debunking the copro kufr of contagion, Rasulullah (Sallallahu alayhi wasallam) did not even hint at any preventative measures for those who have been ordered to remain in the plague-stricken area. They continued with Jamaat Salaat, shoulder to shoulder. They did not don niqaabs of the devil. They did not stand a couple of kilometres from others for fear of contracting the disease. They did not absent themselves from the Musaajid. They did not adopt satanic quarantine. They gave Masnoon ghusl, kafan and dafan to their dead as usual. Nothing of the Satanism of the atheists was adopted by them.</w:t>
      </w:r>
    </w:p>
    <w:p>
      <w:pPr>
        <w:spacing w:before="0" w:after="120" w:line="300" w:lineRule="exact"/>
        <w:jc w:val="both"/>
      </w:pPr>
      <w:r>
        <w:rPr>
          <w:rFonts w:ascii="Georgia" w:hAnsi="Georgia" w:cs="Georgia" w:eastAsia="Georgia"/>
          <w:b w:val="0"/>
          <w:i w:val="0"/>
          <w:sz w:val="22"/>
        </w:rPr>
        <w:t>But the covid contagion idea of the atheists whom these moron imams and scholars are bootlicking and hindlicking, has negated all feelings of altruism and selflessness from the stupid masses who have been brainwashed with the contagion idea of the atheists.</w:t>
      </w:r>
    </w:p>
    <w:p>
      <w:pPr>
        <w:spacing w:before="0" w:after="120" w:line="300" w:lineRule="exact"/>
        <w:jc w:val="both"/>
      </w:pPr>
      <w:r>
        <w:rPr>
          <w:rFonts w:ascii="Georgia" w:hAnsi="Georgia" w:cs="Georgia" w:eastAsia="Georgia"/>
          <w:b w:val="0"/>
          <w:i w:val="0"/>
          <w:sz w:val="22"/>
        </w:rPr>
        <w:t>The bootlicking cartel of mercenary imams and scholars for dollars, posing another stupid question, say: "Shouldn't I just have tawakkul? Answering their own fabrication, they aver:</w:t>
      </w:r>
    </w:p>
    <w:p>
      <w:pPr>
        <w:spacing w:before="120" w:after="120" w:line="300" w:lineRule="exact"/>
        <w:ind w:left="720" w:right="720"/>
        <w:jc w:val="center"/>
      </w:pPr>
      <w:r>
        <w:rPr>
          <w:rFonts w:ascii="Georgia" w:hAnsi="Georgia" w:cs="Georgia" w:eastAsia="Georgia"/>
          <w:b w:val="0"/>
          <w:i/>
          <w:sz w:val="22"/>
        </w:rPr>
        <w:t>"However, it is critical to understand that the essence of tawakkul is to have active reliance, rather than passively accepting one's fate."</w:t>
      </w:r>
    </w:p>
    <w:p>
      <w:pPr>
        <w:spacing w:before="0" w:after="120" w:line="300" w:lineRule="exact"/>
        <w:jc w:val="both"/>
      </w:pPr>
      <w:r>
        <w:rPr>
          <w:rFonts w:ascii="Georgia" w:hAnsi="Georgia" w:cs="Georgia" w:eastAsia="Georgia"/>
          <w:b w:val="0"/>
          <w:i w:val="0"/>
          <w:sz w:val="22"/>
        </w:rPr>
        <w:t>These morons do not have any clear idea of the meaning of Tawakkul. While acting in terms of the lawful means and agencies created by Allah Ta'ala for achieving lawful goals, the so-called 'passive' acceptance of one's fate is the superior degree of Taqwa, and this was the Tawakkul generally of the Auliya and Sufiya. For example, while medical treatment is permissible, a man of high Taqwa may abstain from medicine on the basis of Tawakkul. His abstention being 'passive' and contented acceptance of the decree of Allah Ta'ala is commendable. It is the better option. It is the preferred form of Tawakkul.</w:t>
      </w:r>
    </w:p>
    <w:p>
      <w:pPr>
        <w:spacing w:before="0" w:after="120" w:line="300" w:lineRule="exact"/>
        <w:jc w:val="both"/>
      </w:pPr>
      <w:r>
        <w:rPr>
          <w:rFonts w:ascii="Georgia" w:hAnsi="Georgia" w:cs="Georgia" w:eastAsia="Georgia"/>
          <w:b w:val="0"/>
          <w:i w:val="0"/>
          <w:sz w:val="22"/>
        </w:rPr>
        <w:t>Abstention from the means for a man of high Taqwa is in fact the best form of 'active' Tawakkul. The 'passive' kind is in fact the way of the masses, of those of weak Imaan. It is necessary for them to adopt the means.</w:t>
      </w:r>
    </w:p>
    <w:p>
      <w:pPr>
        <w:spacing w:before="0" w:after="120" w:line="300" w:lineRule="exact"/>
        <w:jc w:val="both"/>
      </w:pPr>
      <w:r>
        <w:rPr>
          <w:rFonts w:ascii="Georgia" w:hAnsi="Georgia" w:cs="Georgia" w:eastAsia="Georgia"/>
          <w:b w:val="0"/>
          <w:i w:val="0"/>
          <w:sz w:val="22"/>
        </w:rPr>
        <w:t>However, relative to the devil's potion (the filth and poison known as vaccines), the issue of Tawakkul has no relevance. Abstention from vaccines and the satanic covid protocols are unrelated to Tawakkul. Such abstention is Waajib. Abstention from haraam is incumbent whilst indulgence therein is a major sin. Relative to vaccines, abstention is not based on Tawakkul of the opponents of the devil's potion. It is the demand and command of the Shariah to abstain from haraam.</w:t>
      </w:r>
    </w:p>
    <w:p>
      <w:pPr>
        <w:spacing w:before="0" w:after="120" w:line="300" w:lineRule="exact"/>
        <w:jc w:val="both"/>
      </w:pPr>
      <w:r>
        <w:rPr>
          <w:rFonts w:ascii="Georgia" w:hAnsi="Georgia" w:cs="Georgia" w:eastAsia="Georgia"/>
          <w:b w:val="0"/>
          <w:i w:val="0"/>
          <w:sz w:val="22"/>
        </w:rPr>
        <w:t>The attribute of Tawakkul of the Mutawakkileen is not the effect of 'helplessness' as the morons imply. Tawakkul is the effect of Taqwa. It is the assignment of total trust on Allah Ta'ala. Abstention from even the lawful means on the basis of Tawakkul is not to be equated with endurance in 'a helpless state' as the bootlicking characters aver.</w:t>
      </w:r>
    </w:p>
    <w:p>
      <w:pPr>
        <w:spacing w:before="0" w:after="120" w:line="300" w:lineRule="exact"/>
        <w:jc w:val="both"/>
      </w:pPr>
      <w:r>
        <w:rPr>
          <w:rFonts w:ascii="Georgia" w:hAnsi="Georgia" w:cs="Georgia" w:eastAsia="Georgia"/>
          <w:b w:val="0"/>
          <w:i w:val="0"/>
          <w:sz w:val="22"/>
        </w:rPr>
        <w:t>The man of Tawakkul has the ability to adopt the lawful means, but he abstains therefrom on the basis of his preference for the higher category of Tawakkul which is the preference of the Ambiya and Auliya. Tieing the camel is, i.e. adoption of the lawful means, while valid and necessary for the masses, is not incumbent (Waajib) for the Mutawakkileen. Rasulullah (Sallallahu alayhi wasallam) said:</w:t>
      </w:r>
    </w:p>
    <w:p>
      <w:pPr>
        <w:spacing w:before="120" w:after="120" w:line="300" w:lineRule="exact"/>
        <w:ind w:left="720" w:right="720"/>
        <w:jc w:val="center"/>
      </w:pPr>
      <w:r>
        <w:rPr>
          <w:rFonts w:ascii="Georgia" w:hAnsi="Georgia" w:cs="Georgia" w:eastAsia="Georgia"/>
          <w:b w:val="0"/>
          <w:i/>
          <w:sz w:val="22"/>
        </w:rPr>
        <w:t>"You will not attain the status of the Muttaqeen as long as you do not abstain from permissibilities for the fear of indulging in impermissibilities."</w:t>
      </w:r>
    </w:p>
    <w:p>
      <w:pPr>
        <w:spacing w:before="120" w:after="120" w:line="300" w:lineRule="exact"/>
        <w:ind w:left="720" w:right="720"/>
        <w:jc w:val="center"/>
      </w:pPr>
      <w:r>
        <w:rPr>
          <w:rFonts w:ascii="Georgia" w:hAnsi="Georgia" w:cs="Georgia" w:eastAsia="Georgia"/>
          <w:b w:val="0"/>
          <w:i/>
          <w:sz w:val="22"/>
        </w:rPr>
        <w:t>"O Aishah! If you intend to link up with me (on the Day of Qiyaamah), then be contented with worldly provisions which are sufficient for a horse rider (on a journey), and beware of the company of the wealthy, and do not regard a garment to be old as long as you can patch it."</w:t>
      </w:r>
    </w:p>
    <w:p>
      <w:pPr>
        <w:spacing w:before="120" w:after="120" w:line="300" w:lineRule="exact"/>
        <w:ind w:left="720" w:right="720"/>
        <w:jc w:val="center"/>
      </w:pPr>
      <w:r>
        <w:rPr>
          <w:rFonts w:ascii="Georgia" w:hAnsi="Georgia" w:cs="Georgia" w:eastAsia="Georgia"/>
          <w:b w:val="0"/>
          <w:i/>
          <w:sz w:val="22"/>
        </w:rPr>
        <w:t>"What relation do I have with the world! My similitude is like a horse rider (on a journey in the desert) who takes rest in the shade of a tree, then departs therefrom."</w:t>
      </w:r>
    </w:p>
    <w:p>
      <w:pPr>
        <w:spacing w:before="120" w:after="120" w:line="300" w:lineRule="exact"/>
        <w:ind w:left="720" w:right="720"/>
        <w:jc w:val="center"/>
      </w:pPr>
      <w:r>
        <w:rPr>
          <w:rFonts w:ascii="Georgia" w:hAnsi="Georgia" w:cs="Georgia" w:eastAsia="Georgia"/>
          <w:b w:val="0"/>
          <w:i/>
          <w:sz w:val="22"/>
        </w:rPr>
        <w:t>"This dunya is jeefah (carrion)."</w:t>
      </w:r>
    </w:p>
    <w:p>
      <w:pPr>
        <w:spacing w:before="0" w:after="120" w:line="300" w:lineRule="exact"/>
        <w:jc w:val="both"/>
      </w:pPr>
      <w:r>
        <w:rPr>
          <w:rFonts w:ascii="Georgia" w:hAnsi="Georgia" w:cs="Georgia" w:eastAsia="Georgia"/>
          <w:b w:val="0"/>
          <w:i w:val="0"/>
          <w:sz w:val="22"/>
        </w:rPr>
        <w:t>Once when Hadhrat Umar (Radhiyallahu anhu) was confined to bed with a severe illness, it was suggested that the physician should be called. He said: "If I know that my cure is in raising my hand and placing it on my head, I shall desist from it." In other words, he was contented with the condition Allah Ta'ala has imposed on him, hence his Tawakkul precluded him from resorting to the lawful means (medicine) for cure.</w:t>
      </w:r>
    </w:p>
    <w:p>
      <w:pPr>
        <w:spacing w:before="0" w:after="120" w:line="300" w:lineRule="exact"/>
        <w:jc w:val="both"/>
      </w:pPr>
      <w:r>
        <w:rPr>
          <w:rFonts w:ascii="Georgia" w:hAnsi="Georgia" w:cs="Georgia" w:eastAsia="Georgia"/>
          <w:b w:val="0"/>
          <w:i w:val="0"/>
          <w:sz w:val="22"/>
        </w:rPr>
        <w:t>The morons have raised the issue of Tawakkul in a haraam scenario. According to them, adoption of the haraam vaccine is not nugatory of Tawakkul. They have exhibited their stupidity. Their thinking is satanically convoluted. Abstention from haraam vaccines or any haraam medicine is imperative for even laymen. Such abstention is not restricted to Auliya and men of high Taqwa. All Muslims, even the fussaaq and fujjaar have to incumbently abstain from the haraam devil's vaccine.</w:t>
      </w:r>
    </w:p>
    <w:p>
      <w:pPr>
        <w:spacing w:before="0" w:after="120" w:line="300" w:lineRule="exact"/>
        <w:jc w:val="both"/>
      </w:pPr>
      <w:r>
        <w:rPr>
          <w:rFonts w:ascii="Georgia" w:hAnsi="Georgia" w:cs="Georgia" w:eastAsia="Georgia"/>
          <w:b w:val="0"/>
          <w:i w:val="0"/>
          <w:sz w:val="22"/>
        </w:rPr>
        <w:t>While people of weak Imaan may accept haraam medicine for diseases which currently afflict them if no halaal remedy is available, they may not adopt a haraam remedy/medicine for a future imaginary disease. Healthy people – people not afflicted with disease, may not submit to a haraam remedy as a 'preventive' method for a future hallucinatory disease.</w:t>
      </w:r>
    </w:p>
    <w:p>
      <w:pPr>
        <w:spacing w:before="0" w:after="120" w:line="300" w:lineRule="exact"/>
        <w:jc w:val="both"/>
      </w:pPr>
      <w:r>
        <w:rPr>
          <w:rFonts w:ascii="Georgia" w:hAnsi="Georgia" w:cs="Georgia" w:eastAsia="Georgia"/>
          <w:b w:val="0"/>
          <w:i w:val="0"/>
          <w:sz w:val="22"/>
        </w:rPr>
        <w:t>Tadaawi Bil Haraam (haraam medicine) is permissible only when afflicted by a disease and if no halaal remedy is available. But as far as vaccines are concerned, these potions of Iblees do not come within the purview of the principle of Tadaawi bil Haraam. Vaccines are not medicines. They are satanic filth and poison. Aggravating vaccination further is the injection into the body of filth and poison for an assumed future disease. Thus the demand of Tawakkul is abstention from a haraam medicine during a prevailing sickness despite its permissibility. In the context of the potion of Iblees, Tawakkul has no applicability for the simple reason that abstention from the filthy poison is not a permissible option. It is an imperative command of the Shariah.</w:t>
      </w:r>
    </w:p>
    <w:p>
      <w:pPr>
        <w:spacing w:before="0" w:after="120" w:line="300" w:lineRule="exact"/>
        <w:jc w:val="both"/>
      </w:pPr>
      <w:r>
        <w:rPr>
          <w:rFonts w:ascii="Georgia" w:hAnsi="Georgia" w:cs="Georgia" w:eastAsia="Georgia"/>
          <w:b w:val="0"/>
          <w:i w:val="0"/>
          <w:sz w:val="22"/>
        </w:rPr>
        <w:t>Abstention from even halaal medicine / remedy / treatment for an existing sickness is the norm of the Auliya. On the basis of superior Tawakkul they believe that abstention is best. Hadhrat Junaid Baghdaadi (Rahmatullah alayh) was suffering from an ailment of the eyes. His vision had deteriorated and blindness was looming. The physician on examining him said that his medication will cure the ailment provided that water should not be applied to the eyes for a couple of days. Hadhrat Junaid said that he opts for blindness. He would not agree to abstain from Wudhu even to save his eyesight despite this being perfectly permissible. This was the demand of his Taqwa. When the physician visited him the next day, he was greatly surprised to find that Hadhrat Junaid had regained his vision. The ailment was miraculously cured.</w:t>
      </w:r>
    </w:p>
    <w:p>
      <w:pPr>
        <w:spacing w:before="0" w:after="120" w:line="300" w:lineRule="exact"/>
        <w:jc w:val="both"/>
      </w:pPr>
      <w:r>
        <w:rPr>
          <w:rFonts w:ascii="Georgia" w:hAnsi="Georgia" w:cs="Georgia" w:eastAsia="Georgia"/>
          <w:b w:val="0"/>
          <w:i w:val="0"/>
          <w:sz w:val="22"/>
        </w:rPr>
        <w:t>There are numerous similar episodes illustrating the superior attitude of Tawakkul in all fields of life. There is no merit in the argument of the board of juhala.</w:t>
      </w:r>
    </w:p>
    <w:p>
      <w:pPr>
        <w:spacing w:before="0" w:after="120" w:line="300" w:lineRule="exact"/>
        <w:jc w:val="both"/>
      </w:pPr>
      <w:r>
        <w:rPr>
          <w:rFonts w:ascii="Georgia" w:hAnsi="Georgia" w:cs="Georgia" w:eastAsia="Georgia"/>
          <w:b w:val="0"/>
          <w:i w:val="0"/>
          <w:sz w:val="22"/>
        </w:rPr>
        <w:t>Further demonstrating their jahaalat, the bootlickers peddling the satanic wares of the Pharma atheists, say:</w:t>
      </w:r>
    </w:p>
    <w:p>
      <w:pPr>
        <w:spacing w:before="0" w:after="120" w:line="300" w:lineRule="exact"/>
        <w:jc w:val="both"/>
      </w:pPr>
      <w:r>
        <w:rPr>
          <w:rFonts w:ascii="Georgia" w:hAnsi="Georgia" w:cs="Georgia" w:eastAsia="Georgia"/>
          <w:b w:val="0"/>
          <w:i w:val="0"/>
          <w:sz w:val="22"/>
        </w:rPr>
        <w:t>"Is there a conspiracy to harm/tag us all?" In vindication of the Bill Gates plotters, the moron imams and stupid scholars for dollars say:</w:t>
      </w:r>
    </w:p>
    <w:p>
      <w:pPr>
        <w:spacing w:before="120" w:after="120" w:line="300" w:lineRule="exact"/>
        <w:ind w:left="720" w:right="720"/>
        <w:jc w:val="center"/>
      </w:pPr>
      <w:r>
        <w:rPr>
          <w:rFonts w:ascii="Georgia" w:hAnsi="Georgia" w:cs="Georgia" w:eastAsia="Georgia"/>
          <w:b w:val="0"/>
          <w:i/>
          <w:sz w:val="22"/>
        </w:rPr>
        <w:t>"There is no evidence to suggest that vaccines or other forms of medication are being created and distributed for nefarious means."</w:t>
      </w:r>
    </w:p>
    <w:p>
      <w:pPr>
        <w:spacing w:before="0" w:after="120" w:line="300" w:lineRule="exact"/>
        <w:jc w:val="both"/>
      </w:pPr>
      <w:r>
        <w:rPr>
          <w:rFonts w:ascii="Georgia" w:hAnsi="Georgia" w:cs="Georgia" w:eastAsia="Georgia"/>
          <w:b w:val="0"/>
          <w:i w:val="0"/>
          <w:sz w:val="22"/>
        </w:rPr>
        <w:t>This cartel of ulama-e-soo' is at pains to build up a case in vindication of the plotters. Their stupid narrative fails to conceal the hidden agenda underlying their argument in the abortive bid to 'disprove' the numerous experts who have provided a mass of evidence for the conspiracies against mankind in which Bill Gates and his likes are involved.</w:t>
      </w:r>
    </w:p>
    <w:p>
      <w:pPr>
        <w:spacing w:before="0" w:after="120" w:line="300" w:lineRule="exact"/>
        <w:jc w:val="both"/>
      </w:pPr>
      <w:r>
        <w:rPr>
          <w:rFonts w:ascii="Georgia" w:hAnsi="Georgia" w:cs="Georgia" w:eastAsia="Georgia"/>
          <w:b w:val="0"/>
          <w:i w:val="0"/>
          <w:sz w:val="22"/>
        </w:rPr>
        <w:t>Although these agents of Bill Gates say: "This is not a question for ulama!", they indulge in putrid, flapdoodle arguments to defend the plotters, presenting spurious suppositions to exonerate the Satanists. Their claim that there is "no credible evidence" to confirm the conspiracy to "tag us all" by means of the potion of Iblees, is absolutely satanic. If they study with sincerity and objectively the mass of evidence prepared by kuffaar experts who have thoroughly exposed the villainy of the plotters, they will not fail to see and understand the very credible evidence which confirms the massive, dark shaitaani plot.</w:t>
      </w:r>
    </w:p>
    <w:p>
      <w:pPr>
        <w:spacing w:before="0" w:after="120" w:line="300" w:lineRule="exact"/>
        <w:jc w:val="both"/>
      </w:pPr>
      <w:r>
        <w:rPr>
          <w:rFonts w:ascii="Georgia" w:hAnsi="Georgia" w:cs="Georgia" w:eastAsia="Georgia"/>
          <w:b w:val="0"/>
          <w:i w:val="0"/>
          <w:sz w:val="22"/>
        </w:rPr>
        <w:t>If this is an issue which is of no concern to the Ulama, then why do they embark on a labyrinthnal exercise consisting of putrid and flaccid arguments designed to support the Pharma Devils? Why do they not opt for keeping their snouts out of the matter? Furthermore, turning a blind eye on the mass of articles and evidence which overwhelmingly convince of the existence of the sinister conspiracy, they flounder in stupidity in their abortive vindication of the Devil Vaccine plot.</w:t>
      </w:r>
    </w:p>
    <w:p>
      <w:pPr>
        <w:spacing w:before="0" w:after="120" w:line="300" w:lineRule="exact"/>
        <w:jc w:val="both"/>
      </w:pPr>
      <w:r>
        <w:rPr>
          <w:rFonts w:ascii="Georgia" w:hAnsi="Georgia" w:cs="Georgia" w:eastAsia="Georgia"/>
          <w:b w:val="0"/>
          <w:i w:val="0"/>
          <w:sz w:val="22"/>
        </w:rPr>
        <w:t>They reveal their true intent by advising trust on Allah (Tawakkul) with regard to the conspiracy. Now suddenly, due to total bankruptcy of credible argument, they present the chimera of 'tawakkul' while all along they excised Tawakkul from the medical treatment equation. Bereft of any valid argument to negate the conspiracy theory, the morons say:</w:t>
      </w:r>
    </w:p>
    <w:p>
      <w:pPr>
        <w:spacing w:before="120" w:after="120" w:line="300" w:lineRule="exact"/>
        <w:ind w:left="720" w:right="720"/>
        <w:jc w:val="center"/>
      </w:pPr>
      <w:r>
        <w:rPr>
          <w:rFonts w:ascii="Georgia" w:hAnsi="Georgia" w:cs="Georgia" w:eastAsia="Georgia"/>
          <w:b w:val="0"/>
          <w:i/>
          <w:sz w:val="22"/>
        </w:rPr>
        <w:t>"In terms of worrying about those who might wish us harm whether those close to us or the Bond-villain shadowy global cabals of the conspiracies, the believer must always remember that all power lies in the hands of Allah, and that no harm can come to us save for what our Lord, in His Divine wisdom and mercy, has decreed for us."</w:t>
      </w:r>
    </w:p>
    <w:p>
      <w:pPr>
        <w:spacing w:before="0" w:after="120" w:line="300" w:lineRule="exact"/>
        <w:jc w:val="both"/>
      </w:pPr>
      <w:r>
        <w:rPr>
          <w:rFonts w:ascii="Georgia" w:hAnsi="Georgia" w:cs="Georgia" w:eastAsia="Georgia"/>
          <w:b w:val="0"/>
          <w:i w:val="0"/>
          <w:sz w:val="22"/>
        </w:rPr>
        <w:t>Subhaanallaah! When they discern a need to defend the satanic cabal of conspirators, they introduce Allah Ta'ala. But when there is the real and greater need to introduce Allah Ta'ala in an equation, they excise Him, and embark on disingenuous stupid arguments to water down and curtail the operation of Tawakkul and Taqwa. They criticize those who abstain from the devil's potion on the basis of their belief that "all power lies in the Hands of Allah". This reliance on Allah Ta'ala is frowned on when it comes to abstention from vaccines, but is quickly presented in the argument to negate the existence of the dark plot of Bill Gates &amp; Co. Undoubtedly, the people of Tawakkul rely on Allah Ta'ala for safety and protection against the conspiracies of the Bill Gates Satanists. Similarly, is their reliance on Allah Ta'ala in their belief of La Adwa (disease is not contagious), and in their selection of the abstention option – an option which is Waajib.</w:t>
      </w:r>
    </w:p>
    <w:p>
      <w:pPr>
        <w:spacing w:before="0" w:after="120" w:line="300" w:lineRule="exact"/>
        <w:jc w:val="both"/>
      </w:pPr>
      <w:r>
        <w:rPr>
          <w:rFonts w:ascii="Georgia" w:hAnsi="Georgia" w:cs="Georgia" w:eastAsia="Georgia"/>
          <w:b w:val="0"/>
          <w:i w:val="0"/>
          <w:sz w:val="22"/>
        </w:rPr>
        <w:t>They advise us to turn a blind eye on the dangers of the Pharma vaccine plot and to trust Allah Ta'ala for our protection. Why do they not proffer the same advice regarding the poisonous vaccine najaasat despite conceding:</w:t>
      </w:r>
    </w:p>
    <w:p>
      <w:pPr>
        <w:spacing w:before="120" w:after="120" w:line="300" w:lineRule="exact"/>
        <w:ind w:left="720" w:right="720"/>
        <w:jc w:val="center"/>
      </w:pPr>
      <w:r>
        <w:rPr>
          <w:rFonts w:ascii="Georgia" w:hAnsi="Georgia" w:cs="Georgia" w:eastAsia="Georgia"/>
          <w:b w:val="0"/>
          <w:i/>
          <w:sz w:val="22"/>
        </w:rPr>
        <w:t>"We also understand that there is a lot of conflicting information out there about vaccination in particular."</w:t>
      </w:r>
    </w:p>
    <w:p>
      <w:pPr>
        <w:spacing w:before="0" w:after="120" w:line="300" w:lineRule="exact"/>
        <w:jc w:val="both"/>
      </w:pPr>
      <w:r>
        <w:rPr>
          <w:rFonts w:ascii="Georgia" w:hAnsi="Georgia" w:cs="Georgia" w:eastAsia="Georgia"/>
          <w:b w:val="0"/>
          <w:i w:val="0"/>
          <w:sz w:val="22"/>
        </w:rPr>
        <w:t>Now when they are aware of the abundance of anti-vaccine evidence, it devolves on them, prior to peddling the wares of the Satanists, to logically, medically and scientifically negate the evidence. It is satanically scandalous to arbitrarily dismiss the mountains of evidence which damn the potion of Iblees, and swallow the opposite view. Their methodology is stupid, satanic and calculated to support the Satanist Cabal.</w:t>
      </w:r>
    </w:p>
    <w:p>
      <w:pPr>
        <w:spacing w:before="0" w:after="120" w:line="300" w:lineRule="exact"/>
        <w:jc w:val="both"/>
      </w:pPr>
      <w:r>
        <w:rPr>
          <w:rFonts w:ascii="Georgia" w:hAnsi="Georgia" w:cs="Georgia" w:eastAsia="Georgia"/>
          <w:b w:val="0"/>
          <w:i w:val="0"/>
          <w:sz w:val="22"/>
        </w:rPr>
        <w:t>In the shaitaani bid to defend the potion of Iblees, they disregard Tawakkul and emphasize the hallucinatory benefit and need for the acceptance of the haraam poisonous filth of vaccines. When they peddle the potion of Iblees, they seek to divert focus from Allah Ta'ala, hence they minimize Tawakkul by seeking to portray abstention based on Tawakkul as being of the 'helpless' kind, hence they dub such Tawakkul as 'passive'. The thread of Satanism runs through their entire argument presented in a disingenuous and desperate exercise to negate the conspiracy view.</w:t>
      </w:r>
    </w:p>
    <w:p>
      <w:pPr>
        <w:spacing w:before="0" w:after="120" w:line="300" w:lineRule="exact"/>
        <w:jc w:val="both"/>
      </w:pPr>
      <w:r>
        <w:rPr>
          <w:rFonts w:ascii="Georgia" w:hAnsi="Georgia" w:cs="Georgia" w:eastAsia="Georgia"/>
          <w:b w:val="0"/>
          <w:i w:val="0"/>
          <w:sz w:val="22"/>
        </w:rPr>
        <w:t>The current fraudulent 'pandemic' with its satanic lockdown effects is further convincing evidence for the existence of the dark, sinister satanic conspiracy of Bill Gates and the Pharma scoundrels. The huge bribes which this Cabal offered to presidents of countries is loud and conspicuous evidence for the existence of the Satanist Plot "to tag us all".</w:t>
      </w:r>
    </w:p>
    <w:p>
      <w:pPr>
        <w:spacing w:before="0" w:after="120" w:line="300" w:lineRule="exact"/>
        <w:jc w:val="both"/>
      </w:pPr>
      <w:r>
        <w:rPr>
          <w:rFonts w:ascii="Georgia" w:hAnsi="Georgia" w:cs="Georgia" w:eastAsia="Georgia"/>
          <w:b w:val="0"/>
          <w:i w:val="0"/>
          <w:sz w:val="22"/>
        </w:rPr>
        <w:t>The president of Madagascar revealed that he was offered $20 million by Bill Gates. Tanzania and some other African states booted the WHO out of their countries. The entire cabinet in Burkina Faso was compelled to resign when the Pharma bribe scandal erupted. Millions of dollars were offered to Nigerian lawmakers to rush the satan's vaccine into legality and to enforce it on the population. It is just darkness and satanism piled on darkness and satanism. We are dealing with the worst type of devils in human form.</w:t>
      </w:r>
    </w:p>
    <w:p>
      <w:pPr>
        <w:spacing w:before="0" w:after="120" w:line="300" w:lineRule="exact"/>
        <w:jc w:val="both"/>
      </w:pPr>
      <w:r>
        <w:rPr>
          <w:rFonts w:ascii="Georgia" w:hAnsi="Georgia" w:cs="Georgia" w:eastAsia="Georgia"/>
          <w:b w:val="0"/>
          <w:i w:val="0"/>
          <w:sz w:val="22"/>
        </w:rPr>
        <w:t>While the rubbish morons say that this is not an issue for the Ulama, they imply that the claim of the plot is speculation and false. Every intelligent person sees through the façade of deception of these despicable supporters of the Pharma Cabal.</w:t>
      </w:r>
    </w:p>
    <w:p>
      <w:pPr>
        <w:spacing w:before="0" w:after="120" w:line="300" w:lineRule="exact"/>
        <w:jc w:val="both"/>
      </w:pPr>
      <w:r>
        <w:rPr>
          <w:rFonts w:ascii="Georgia" w:hAnsi="Georgia" w:cs="Georgia" w:eastAsia="Georgia"/>
          <w:b w:val="0"/>
          <w:i w:val="0"/>
          <w:sz w:val="22"/>
        </w:rPr>
        <w:t>Further advertising the shaitaani wares of their Pharma masters, the Board of Juhala say:</w:t>
      </w:r>
    </w:p>
    <w:p>
      <w:pPr>
        <w:spacing w:before="0" w:after="120" w:line="300" w:lineRule="exact"/>
        <w:jc w:val="both"/>
      </w:pPr>
      <w:r>
        <w:rPr>
          <w:rFonts w:ascii="Georgia" w:hAnsi="Georgia" w:cs="Georgia" w:eastAsia="Georgia"/>
          <w:b w:val="0"/>
          <w:i w:val="0"/>
          <w:sz w:val="22"/>
        </w:rPr>
        <w:t>"Is it safe? What are the risk and benefits?" Acknowledging the harms of shaitaan's potion, the morons say:</w:t>
      </w:r>
    </w:p>
    <w:p>
      <w:pPr>
        <w:spacing w:before="120" w:after="120" w:line="300" w:lineRule="exact"/>
        <w:ind w:left="720" w:right="720"/>
        <w:jc w:val="center"/>
      </w:pPr>
      <w:r>
        <w:rPr>
          <w:rFonts w:ascii="Georgia" w:hAnsi="Georgia" w:cs="Georgia" w:eastAsia="Georgia"/>
          <w:b w:val="0"/>
          <w:i/>
          <w:sz w:val="22"/>
        </w:rPr>
        <w:t>"We also understand that there is a lot of conflicting information out there about vaccination in particular."</w:t>
      </w:r>
    </w:p>
    <w:p>
      <w:pPr>
        <w:spacing w:before="0" w:after="120" w:line="300" w:lineRule="exact"/>
        <w:jc w:val="both"/>
      </w:pPr>
      <w:r>
        <w:rPr>
          <w:rFonts w:ascii="Georgia" w:hAnsi="Georgia" w:cs="Georgia" w:eastAsia="Georgia"/>
          <w:b w:val="0"/>
          <w:i w:val="0"/>
          <w:sz w:val="22"/>
        </w:rPr>
        <w:t>The evidence damning vaccines is too staggering. The deluge of this evidence is satanically dismissed without scientific arguments by the Pharma Devils and their agents such as the Board of Juhala molvis of the UK and similar other satanic outfits all over the world. The dismissal of the evidence is arbitrarily executed without advancing counter medical and scientific arguments to negate the claims of the opponents of the Devil's Potion.</w:t>
      </w:r>
    </w:p>
    <w:p>
      <w:pPr>
        <w:spacing w:before="0" w:after="120" w:line="300" w:lineRule="exact"/>
        <w:jc w:val="both"/>
      </w:pPr>
      <w:r>
        <w:rPr>
          <w:rFonts w:ascii="Georgia" w:hAnsi="Georgia" w:cs="Georgia" w:eastAsia="Georgia"/>
          <w:b w:val="0"/>
          <w:i w:val="0"/>
          <w:sz w:val="22"/>
        </w:rPr>
        <w:t>The arguments and evidence provided by top international experts and scientists provide certitude with the greatest clarity. As long as this mass of valid evidence is not rationally and scientifically demolished, the claim by medical experts and scientists that the consequences of vaccines and vaccination are disastrous, cannot be denied. Arbitrary dismissal of evidence has no validity. Morons dismiss evidence without presenting counter-evidence. There is no objectivity in the denial of the harms and dangers of vaccination of the morons. They are simply peddling the wares of Bill Gates for the haraam dollar boodle.</w:t>
      </w:r>
    </w:p>
    <w:p>
      <w:pPr>
        <w:spacing w:before="0" w:after="120" w:line="300" w:lineRule="exact"/>
        <w:jc w:val="both"/>
      </w:pPr>
      <w:r>
        <w:rPr>
          <w:rFonts w:ascii="Georgia" w:hAnsi="Georgia" w:cs="Georgia" w:eastAsia="Georgia"/>
          <w:b w:val="0"/>
          <w:i w:val="0"/>
          <w:sz w:val="22"/>
        </w:rPr>
        <w:t>We have published several booklets to explain the Satanism of vaccination and the real harms and dangers to the health of people caused by this plot. But whatever we have published is the tip, or perhaps not even the tip of the iceberg of the mountains of evidence which experts have published in damnation of vaccination.</w:t>
      </w:r>
    </w:p>
    <w:p>
      <w:pPr>
        <w:spacing w:before="0" w:after="120" w:line="300" w:lineRule="exact"/>
        <w:jc w:val="both"/>
      </w:pPr>
      <w:r>
        <w:rPr>
          <w:rFonts w:ascii="Georgia" w:hAnsi="Georgia" w:cs="Georgia" w:eastAsia="Georgia"/>
          <w:b w:val="0"/>
          <w:i w:val="0"/>
          <w:sz w:val="22"/>
        </w:rPr>
        <w:t>Reputable organizations have been formed by experts to fight the Satanism of vaccination. Yet the cabal of moron molvis of the UK deems it lawful to act as pedlars for the Pharma Satanists. A detailed discussion and presentation of evidence regarding the dangers and harms of vaccination is beyond the scope of these few pages. Sincere searchers of the truth should engage in research. Professor Google will readily provide the mountains of evidence to prove the Satanism of vaccination and of its authors.</w:t>
      </w:r>
    </w:p>
    <w:p>
      <w:pPr>
        <w:spacing w:before="0" w:after="120" w:line="300" w:lineRule="exact"/>
        <w:jc w:val="both"/>
      </w:pPr>
      <w:r>
        <w:rPr>
          <w:rFonts w:ascii="Georgia" w:hAnsi="Georgia" w:cs="Georgia" w:eastAsia="Georgia"/>
          <w:b w:val="0"/>
          <w:i w:val="0"/>
          <w:sz w:val="22"/>
        </w:rPr>
        <w:t>The following article loaded with solid evidence by the International Medical Council on Vaccination, and signed by 83 medical doctors and experts in the variegated fields of medicine, provides such conclusive proof for the satanism of vaccination, which no unbiased person will or can refute.</w:t>
      </w:r>
    </w:p>
    <w:p>
      <w:pPr>
        <w:spacing w:before="120" w:after="40" w:line="300" w:lineRule="exact"/>
        <w:jc w:val="both"/>
      </w:pPr>
      <w:r>
        <w:rPr>
          <w:rFonts w:ascii="Georgia" w:hAnsi="Georgia" w:cs="Georgia" w:eastAsia="Georgia"/>
          <w:b/>
          <w:i/>
          <w:sz w:val="22"/>
        </w:rPr>
        <w:t>VACCINES: Get the Full Story Doctors, Nurses and Scientists on Protecting Your Child and Yourself.</w:t>
      </w:r>
    </w:p>
    <w:p>
      <w:pPr>
        <w:spacing w:before="0" w:after="120" w:line="300" w:lineRule="exact"/>
        <w:jc w:val="both"/>
      </w:pPr>
      <w:r>
        <w:rPr>
          <w:rFonts w:ascii="Georgia" w:hAnsi="Georgia" w:cs="Georgia" w:eastAsia="Georgia"/>
          <w:b w:val="0"/>
          <w:i w:val="0"/>
          <w:sz w:val="22"/>
        </w:rPr>
        <w:t>The two fundamental components of Vaccination are Filth and Poison. Vaccination is part of a massive conspiracy of the Yahood to incapacitate and decimate the populations of Africa and Asia. It is a satanic tool employed by the Satanist conspirators of the Western World in their long term devilish plot to exterminate a huge segment of mankind in their pursuit of attaining global domination and laying their evil clutches on the wealth and natural resources of the stupid people of the so-called Third World countries – Arabs, Africans and Asians.</w:t>
      </w:r>
    </w:p>
    <w:p>
      <w:pPr>
        <w:spacing w:before="0" w:after="120" w:line="300" w:lineRule="exact"/>
        <w:jc w:val="both"/>
      </w:pPr>
      <w:r>
        <w:rPr>
          <w:rFonts w:ascii="Georgia" w:hAnsi="Georgia" w:cs="Georgia" w:eastAsia="Georgia"/>
          <w:b w:val="0"/>
          <w:i w:val="0"/>
          <w:sz w:val="22"/>
        </w:rPr>
        <w:t>The article being reproduced here, issued by the International Medical Council on Vaccination, is signed by 83 medical doctors and experts in the variegated field of medicine. The facts and figures of disaster and destruction wrought by Vaccination and documented by the experts speak volumes in the exposure of the bizarre Vaccination conspiracy of Shaitaan.</w:t>
      </w:r>
    </w:p>
    <w:p>
      <w:pPr>
        <w:spacing w:before="0" w:after="120" w:line="300" w:lineRule="exact"/>
        <w:jc w:val="both"/>
      </w:pPr>
      <w:r>
        <w:rPr>
          <w:rFonts w:ascii="Georgia" w:hAnsi="Georgia" w:cs="Georgia" w:eastAsia="Georgia"/>
          <w:b w:val="0"/>
          <w:i w:val="0"/>
          <w:sz w:val="22"/>
        </w:rPr>
        <w:t>In terms of the Shariah, Vaccination is Haraam.</w:t>
      </w:r>
    </w:p>
    <w:p>
      <w:pPr>
        <w:jc w:val="center"/>
      </w:pPr>
      <w:r>
        <w:drawing>
          <wp:inline xmlns:a="http://schemas.openxmlformats.org/drawingml/2006/main" xmlns:pic="http://schemas.openxmlformats.org/drawingml/2006/picture">
            <wp:extent cx="3890444" cy="44292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90444" cy="442926"/>
                    </a:xfrm>
                    <a:prstGeom prst="rect"/>
                  </pic:spPr>
                </pic:pic>
              </a:graphicData>
            </a:graphic>
          </wp:inline>
        </w:drawing>
      </w:r>
    </w:p>
    <w:p>
      <w:pPr>
        <w:spacing w:before="0" w:after="120" w:line="300" w:lineRule="exact"/>
        <w:jc w:val="both"/>
      </w:pPr>
      <w:r>
        <w:rPr>
          <w:rFonts w:ascii="Georgia" w:hAnsi="Georgia" w:cs="Georgia" w:eastAsia="Georgia"/>
          <w:b w:val="0"/>
          <w:i w:val="0"/>
          <w:sz w:val="22"/>
        </w:rPr>
        <w:t>Vaccines: Get the Full Story Doctors, Nurses and Scientists on Protecting Your Child and Yourself Nicola Antonucci, MD</w:t>
      </w:r>
    </w:p>
    <w:p>
      <w:r>
        <w:br w:type="page"/>
      </w:r>
    </w:p>
    <w:p>
      <w:pPr>
        <w:pStyle w:val="Heading1"/>
        <w:spacing w:before="360" w:after="200" w:line="300" w:lineRule="exact"/>
        <w:jc w:val="center"/>
      </w:pPr>
      <w:r>
        <w:rPr>
          <w:rFonts w:ascii="Georgia" w:hAnsi="Georgia" w:cs="Georgia" w:eastAsia="Georgia"/>
          <w:b/>
          <w:i w:val="0"/>
          <w:color w:val="1F3864"/>
          <w:sz w:val="32"/>
        </w:rPr>
        <w:t>Todd M. Elsner, DC Alexander Kotok, MD, PhD Máximo Sandín, PhD David Ayoub, MD Jorge Esteves, MD Eneko Landaburu, MD Len Saputo, MD Nancy Turner Banks, MD Edward "Ted" Fogarty, MD Luc Lemaire, DC Michael Schachter, MD Timur Baruti, MD Jack Forbush, DO Janet Levatin, MD Viera Scheibner, PhD Danny Beard, DC Milani Gabriele, CRNA, RN Thomas Levy, MD, JD Penelope Shar, MD Françoise Berthoud, MD Sheila Gibson, MD, BSc Stephen L'Hommedieu, DC Bruce Shelton, MD, MD(H) Russell Blaylock, MD Mike Godfrey, MBBS Paul Maher, MD, MPH Debbi Silverman, MD Fred Bloem, MD Isaac Golden, ND Andrew Maniotis, PhD Kenneth "KP" Stoller, MD Laura Gary Steve Marini, Terri Su, MD</w:t>
      </w:r>
    </w:p>
    <w:p>
      <w:r>
        <w:br w:type="page"/>
      </w:r>
    </w:p>
    <w:p>
      <w:pPr>
        <w:pStyle w:val="Heading1"/>
        <w:spacing w:before="360" w:after="200" w:line="300" w:lineRule="exact"/>
        <w:jc w:val="center"/>
      </w:pPr>
      <w:r>
        <w:rPr>
          <w:rFonts w:ascii="Georgia" w:hAnsi="Georgia" w:cs="Georgia" w:eastAsia="Georgia"/>
          <w:b/>
          <w:i w:val="0"/>
          <w:color w:val="1F3864"/>
          <w:sz w:val="32"/>
        </w:rPr>
        <w:t>Bridgman, FNP, ND Goldman, PhD PhD, DC Kelly Brogan, MD Garry Gordon, MD, DO, MD(H) Juan Manuel Martínez Méndez, MD Didier Tarte, MD Sarah Buckley, MD Doug Graham, DC Sue McIntosh, MD Leigh Ann Tatnall, RN Rashid Buttar, DO Boyd Haley, PhD Richard Moskowitz, MD Adiel Tel‐Oren, MD, DC Harold Buttram, MD Gayl Hamilton, MD Sheri Nakken, RN, MA Sherri Tenpenny, DO Lisa Cantrell, RN Linda Hegstrand, MD, PhD Christiane Northrup, MD Renee Tocco, DC Lua Català Ferrer, MD James Howenstine, MD Amber Passini, MD Demetra Vagias, MD, ND Jennifer Craig, PhD, BSN, MA Suzanne Humphries, MD Ronald Peters, MD, MPH Franco Verzella, MD Robert Davidson, MD, PhD Belén Igual Diaz, MD Jean Pilette, MD Julian Whitaker, MD Ana de Leo, MD Philip Incao, MD Pat Rattigan, ND Ronald Whitmont, MD Carlos de Quero Kops, MD Joyce Johnson, ND Zoltan Rona, MD, MSc Betty Wood, MD</w:t>
      </w:r>
    </w:p>
    <w:p>
      <w:r>
        <w:br w:type="page"/>
      </w:r>
    </w:p>
    <w:p>
      <w:pPr>
        <w:pStyle w:val="Heading1"/>
        <w:spacing w:before="360" w:after="200" w:line="300" w:lineRule="exact"/>
        <w:jc w:val="center"/>
      </w:pPr>
      <w:r>
        <w:rPr>
          <w:rFonts w:ascii="Georgia" w:hAnsi="Georgia" w:cs="Georgia" w:eastAsia="Georgia"/>
          <w:b/>
          <w:i w:val="0"/>
          <w:color w:val="1F3864"/>
          <w:sz w:val="32"/>
        </w:rPr>
        <w:t>Carolyn Dean, MD, ND Eduardo Ángel Yahbes, MD Mayer Eisenstein, MD, JD, MPH A. Majid Katme, MBBCh, DPM Chaim Rosenthal, MD Tedd Koren, DC Robert Rowen, MD</w:t>
      </w:r>
    </w:p>
    <w:p>
      <w:pPr>
        <w:spacing w:before="0" w:after="120" w:line="300" w:lineRule="exact"/>
        <w:jc w:val="both"/>
      </w:pPr>
      <w:r>
        <w:rPr>
          <w:rFonts w:ascii="Georgia" w:hAnsi="Georgia" w:cs="Georgia" w:eastAsia="Georgia"/>
          <w:b w:val="0"/>
          <w:i w:val="0"/>
          <w:sz w:val="22"/>
        </w:rPr>
        <w:t>The above signatories represent a spectrum that includes pediatricians, family physicians, brain surgeons, and professors of pathology, chemistry, biology and immunology. All have independently researched the real science and have come to the conclusions you will read about in this document. MD, DO, MB, MBBCh all indicate a doctor of medicine. ND indicates a medically trained and licensed doctor in some areas. FNP indicates a family nurse practitioner. Ever wonder why doctors can't find the cause for many diseases? It's because they are conditioned to ignore the relationship between illness and vaccines. These are some of the diseases that have documented associations with vaccines:</w:t>
      </w:r>
    </w:p>
    <w:p>
      <w:pPr>
        <w:spacing w:before="0" w:after="120" w:line="300" w:lineRule="exact"/>
        <w:jc w:val="both"/>
      </w:pPr>
      <w:r>
        <w:rPr>
          <w:rFonts w:ascii="Georgia" w:hAnsi="Georgia" w:cs="Georgia" w:eastAsia="Georgia"/>
          <w:b w:val="0"/>
          <w:i w:val="0"/>
          <w:sz w:val="22"/>
        </w:rPr>
        <w:t>* Allergies and eczema * Arthritis * Asthma * Autism * Acid reflux requiring an infant to take proton pump inhibitors, which have many side effects</w:t>
      </w:r>
    </w:p>
    <w:p>
      <w:pPr>
        <w:spacing w:before="0" w:after="120" w:line="300" w:lineRule="exact"/>
        <w:jc w:val="both"/>
      </w:pPr>
      <w:r>
        <w:rPr>
          <w:rFonts w:ascii="Georgia" w:hAnsi="Georgia" w:cs="Georgia" w:eastAsia="Georgia"/>
          <w:b w:val="0"/>
          <w:i w:val="0"/>
          <w:sz w:val="22"/>
        </w:rPr>
        <w:t>* Cancer * Diabetes (infant and childhood)</w:t>
      </w:r>
    </w:p>
    <w:p>
      <w:pPr>
        <w:spacing w:before="0" w:after="120" w:line="300" w:lineRule="exact"/>
        <w:jc w:val="both"/>
      </w:pPr>
      <w:r>
        <w:rPr>
          <w:rFonts w:ascii="Georgia" w:hAnsi="Georgia" w:cs="Georgia" w:eastAsia="Georgia"/>
          <w:b w:val="0"/>
          <w:i w:val="0"/>
          <w:sz w:val="22"/>
        </w:rPr>
        <w:t>* Kidney disease * Miscarriages * Long list of neurological and autoimmune diseases * Sudden Infant Death Syndrome (SIDS)</w:t>
      </w:r>
    </w:p>
    <w:p>
      <w:pPr>
        <w:spacing w:before="0" w:after="120" w:line="300" w:lineRule="exact"/>
        <w:jc w:val="both"/>
      </w:pPr>
      <w:r>
        <w:rPr>
          <w:rFonts w:ascii="Georgia" w:hAnsi="Georgia" w:cs="Georgia" w:eastAsia="Georgia"/>
          <w:b w:val="0"/>
          <w:i w:val="0"/>
          <w:sz w:val="22"/>
        </w:rPr>
        <w:t>* And many, many more</w:t>
      </w:r>
    </w:p>
    <w:p>
      <w:pPr>
        <w:spacing w:before="0" w:after="120" w:line="300" w:lineRule="exact"/>
        <w:jc w:val="both"/>
      </w:pPr>
      <w:r>
        <w:rPr>
          <w:rFonts w:ascii="Georgia" w:hAnsi="Georgia" w:cs="Georgia" w:eastAsia="Georgia"/>
          <w:b w:val="0"/>
          <w:i w:val="0"/>
          <w:sz w:val="22"/>
        </w:rPr>
        <w:t>These are some known vaccine side effects, documented in medical literature and/or in package inserts:</w:t>
      </w:r>
    </w:p>
    <w:p>
      <w:pPr>
        <w:spacing w:before="0" w:after="120" w:line="300" w:lineRule="exact"/>
        <w:jc w:val="both"/>
      </w:pPr>
      <w:r>
        <w:rPr>
          <w:rFonts w:ascii="Georgia" w:hAnsi="Georgia" w:cs="Georgia" w:eastAsia="Georgia"/>
          <w:b w:val="0"/>
          <w:i w:val="0"/>
          <w:sz w:val="22"/>
        </w:rPr>
        <w:t>* Arthritis, bleeding disorders, blood clots, heart attacks, sepsis * Ear infections * Fainting (with reports of broken bones)</w:t>
      </w:r>
    </w:p>
    <w:p>
      <w:pPr>
        <w:spacing w:before="0" w:after="120" w:line="300" w:lineRule="exact"/>
        <w:jc w:val="both"/>
      </w:pPr>
      <w:r>
        <w:rPr>
          <w:rFonts w:ascii="Georgia" w:hAnsi="Georgia" w:cs="Georgia" w:eastAsia="Georgia"/>
          <w:b w:val="0"/>
          <w:i w:val="0"/>
          <w:sz w:val="22"/>
        </w:rPr>
        <w:t>* Kidney failure requiring dialysis * Seizures/epilepsy * Severe allergic reactions, such as hives and anaphylaxis * Sudden death * Many common diagnoses given for hospital admissions.</w:t>
      </w:r>
    </w:p>
    <w:p>
      <w:pPr>
        <w:spacing w:before="0" w:after="120" w:line="300" w:lineRule="exact"/>
        <w:jc w:val="both"/>
      </w:pPr>
      <w:r>
        <w:rPr>
          <w:rFonts w:ascii="Georgia" w:hAnsi="Georgia" w:cs="Georgia" w:eastAsia="Georgia"/>
          <w:b w:val="0"/>
          <w:i w:val="0"/>
          <w:sz w:val="22"/>
        </w:rPr>
        <w:t>* The National Vaccine Injury Compensation</w:t>
      </w:r>
    </w:p>
    <w:p>
      <w:pPr>
        <w:spacing w:before="0" w:after="120" w:line="300" w:lineRule="exact"/>
        <w:jc w:val="both"/>
      </w:pPr>
      <w:r>
        <w:rPr>
          <w:rFonts w:ascii="Georgia" w:hAnsi="Georgia" w:cs="Georgia" w:eastAsia="Georgia"/>
          <w:b w:val="0"/>
          <w:i w:val="0"/>
          <w:sz w:val="22"/>
        </w:rPr>
        <w:t>Program, (NVICP) has awarded more than $1.2 billion in damages to children and adults injured by vaccines.</w:t>
      </w:r>
    </w:p>
    <w:p>
      <w:pPr>
        <w:spacing w:before="0" w:after="120" w:line="300" w:lineRule="exact"/>
        <w:jc w:val="both"/>
      </w:pPr>
      <w:r>
        <w:rPr>
          <w:rFonts w:ascii="Georgia" w:hAnsi="Georgia" w:cs="Georgia" w:eastAsia="Georgia"/>
          <w:b w:val="0"/>
          <w:i w:val="0"/>
          <w:sz w:val="22"/>
        </w:rPr>
        <w:t>Autism is associated with vaccines.</w:t>
      </w:r>
    </w:p>
    <w:p>
      <w:pPr>
        <w:spacing w:before="0" w:after="120" w:line="300" w:lineRule="exact"/>
        <w:jc w:val="both"/>
      </w:pPr>
      <w:r>
        <w:rPr>
          <w:rFonts w:ascii="Georgia" w:hAnsi="Georgia" w:cs="Georgia" w:eastAsia="Georgia"/>
          <w:b w:val="0"/>
          <w:i w:val="0"/>
          <w:sz w:val="22"/>
        </w:rPr>
        <w:t>* Autism was rare until the mass vaccination programs were accelerated in 1991, with the introduction of the hepatitis B vaccine and the HiB (meningitis) vaccine. Tens of thousands of parents will attest that autism appeared in their children very soon after they were given these, and other, vaccines.</w:t>
      </w:r>
    </w:p>
    <w:p>
      <w:pPr>
        <w:spacing w:before="0" w:after="120" w:line="300" w:lineRule="exact"/>
        <w:jc w:val="both"/>
      </w:pPr>
      <w:r>
        <w:rPr>
          <w:rFonts w:ascii="Georgia" w:hAnsi="Georgia" w:cs="Georgia" w:eastAsia="Georgia"/>
          <w:b w:val="0"/>
          <w:i w:val="0"/>
          <w:sz w:val="22"/>
        </w:rPr>
        <w:t>* Study the information on the website www.fourteenstudies.org. You will find the studies denying the association between autism and vaccines to be highly questionable.</w:t>
      </w:r>
    </w:p>
    <w:p>
      <w:pPr>
        <w:spacing w:before="0" w:after="120" w:line="300" w:lineRule="exact"/>
        <w:jc w:val="both"/>
      </w:pPr>
      <w:r>
        <w:rPr>
          <w:rFonts w:ascii="Georgia" w:hAnsi="Georgia" w:cs="Georgia" w:eastAsia="Georgia"/>
          <w:b w:val="0"/>
          <w:i w:val="0"/>
          <w:sz w:val="22"/>
        </w:rPr>
        <w:t>Drug companies, insurance companies and the medical system get rich when you get sick.</w:t>
      </w:r>
    </w:p>
    <w:p>
      <w:pPr>
        <w:spacing w:before="0" w:after="120" w:line="300" w:lineRule="exact"/>
        <w:jc w:val="both"/>
      </w:pPr>
      <w:r>
        <w:rPr>
          <w:rFonts w:ascii="Georgia" w:hAnsi="Georgia" w:cs="Georgia" w:eastAsia="Georgia"/>
          <w:b w:val="0"/>
          <w:i w:val="0"/>
          <w:sz w:val="22"/>
        </w:rPr>
        <w:t>* Vaccines do not give life‐long immunity, which means booster shots are recommended.</w:t>
      </w:r>
    </w:p>
    <w:p>
      <w:pPr>
        <w:spacing w:before="0" w:after="120" w:line="300" w:lineRule="exact"/>
        <w:jc w:val="both"/>
      </w:pPr>
      <w:r>
        <w:rPr>
          <w:rFonts w:ascii="Georgia" w:hAnsi="Georgia" w:cs="Georgia" w:eastAsia="Georgia"/>
          <w:b w:val="0"/>
          <w:i w:val="0"/>
          <w:sz w:val="22"/>
        </w:rPr>
        <w:t>* Each booster shot increases the risk of more side effects.</w:t>
      </w:r>
    </w:p>
    <w:p>
      <w:pPr>
        <w:spacing w:before="0" w:after="120" w:line="300" w:lineRule="exact"/>
        <w:jc w:val="both"/>
      </w:pPr>
      <w:r>
        <w:rPr>
          <w:rFonts w:ascii="Georgia" w:hAnsi="Georgia" w:cs="Georgia" w:eastAsia="Georgia"/>
          <w:b w:val="0"/>
          <w:i w:val="0"/>
          <w:sz w:val="22"/>
        </w:rPr>
        <w:t>* Vaccine side effects can make you sick for the rest of your life. Conveniently, there are many drugs to treat the side effects caused by vaccines.</w:t>
      </w:r>
    </w:p>
    <w:p>
      <w:pPr>
        <w:spacing w:before="0" w:after="120" w:line="300" w:lineRule="exact"/>
        <w:jc w:val="both"/>
      </w:pPr>
      <w:r>
        <w:rPr>
          <w:rFonts w:ascii="Georgia" w:hAnsi="Georgia" w:cs="Georgia" w:eastAsia="Georgia"/>
          <w:b w:val="0"/>
          <w:i w:val="0"/>
          <w:sz w:val="22"/>
        </w:rPr>
        <w:t>* In the U.S., neither drug companies nor doctors can be sued when something bad happens from a vaccination. Both are protected by the 1986 National Child Vaccine Injury Act. This law, signed into effect by then‐president Ronald Reagan decreed: "No vaccine manufacturer shall be liable in a civil action for damages arising from a vaccine‐related injury or death." (Public Law 99‐660)</w:t>
      </w:r>
    </w:p>
    <w:p>
      <w:pPr>
        <w:spacing w:before="0" w:after="120" w:line="300" w:lineRule="exact"/>
        <w:jc w:val="both"/>
      </w:pPr>
      <w:r>
        <w:rPr>
          <w:rFonts w:ascii="Georgia" w:hAnsi="Georgia" w:cs="Georgia" w:eastAsia="Georgia"/>
          <w:b w:val="0"/>
          <w:i w:val="0"/>
          <w:sz w:val="22"/>
        </w:rPr>
        <w:t>Many doctors and health‐care practitioners do not get vaccinated and do not vaccinate their children. Why not?</w:t>
      </w:r>
    </w:p>
    <w:p>
      <w:pPr>
        <w:spacing w:before="0" w:after="120" w:line="300" w:lineRule="exact"/>
        <w:jc w:val="both"/>
      </w:pPr>
      <w:r>
        <w:rPr>
          <w:rFonts w:ascii="Georgia" w:hAnsi="Georgia" w:cs="Georgia" w:eastAsia="Georgia"/>
          <w:b w:val="0"/>
          <w:i w:val="0"/>
          <w:sz w:val="22"/>
        </w:rPr>
        <w:t>* They know vaccines are not proven to be safe or effective.</w:t>
      </w:r>
    </w:p>
    <w:p>
      <w:pPr>
        <w:spacing w:before="0" w:after="120" w:line="300" w:lineRule="exact"/>
        <w:jc w:val="both"/>
      </w:pPr>
      <w:r>
        <w:rPr>
          <w:rFonts w:ascii="Georgia" w:hAnsi="Georgia" w:cs="Georgia" w:eastAsia="Georgia"/>
          <w:b w:val="0"/>
          <w:i w:val="0"/>
          <w:sz w:val="22"/>
        </w:rPr>
        <w:t>* They know vaccines contain dangerous substances.</w:t>
      </w:r>
    </w:p>
    <w:p>
      <w:pPr>
        <w:spacing w:before="0" w:after="120" w:line="300" w:lineRule="exact"/>
        <w:jc w:val="both"/>
      </w:pPr>
      <w:r>
        <w:rPr>
          <w:rFonts w:ascii="Georgia" w:hAnsi="Georgia" w:cs="Georgia" w:eastAsia="Georgia"/>
          <w:b w:val="0"/>
          <w:i w:val="0"/>
          <w:sz w:val="22"/>
        </w:rPr>
        <w:t>* They know vaccines cause serious health problems.</w:t>
      </w:r>
    </w:p>
    <w:p>
      <w:pPr>
        <w:spacing w:before="0" w:after="120" w:line="300" w:lineRule="exact"/>
        <w:jc w:val="both"/>
      </w:pPr>
      <w:r>
        <w:rPr>
          <w:rFonts w:ascii="Georgia" w:hAnsi="Georgia" w:cs="Georgia" w:eastAsia="Georgia"/>
          <w:b w:val="0"/>
          <w:i w:val="0"/>
          <w:sz w:val="22"/>
        </w:rPr>
        <w:t>* They have treated patients with serious side effects from vaccines.</w:t>
      </w:r>
    </w:p>
    <w:p>
      <w:pPr>
        <w:spacing w:before="0" w:after="120" w:line="300" w:lineRule="exact"/>
        <w:jc w:val="both"/>
      </w:pPr>
      <w:r>
        <w:rPr>
          <w:rFonts w:ascii="Georgia" w:hAnsi="Georgia" w:cs="Georgia" w:eastAsia="Georgia"/>
          <w:b w:val="0"/>
          <w:i w:val="0"/>
          <w:sz w:val="22"/>
        </w:rPr>
        <w:t>The only people who benefit from being healthy are you and those you care about.</w:t>
      </w:r>
    </w:p>
    <w:p>
      <w:pPr>
        <w:spacing w:before="0" w:after="120" w:line="300" w:lineRule="exact"/>
        <w:jc w:val="both"/>
      </w:pPr>
      <w:r>
        <w:rPr>
          <w:rFonts w:ascii="Georgia" w:hAnsi="Georgia" w:cs="Georgia" w:eastAsia="Georgia"/>
          <w:b w:val="0"/>
          <w:i w:val="0"/>
          <w:sz w:val="22"/>
        </w:rPr>
        <w:t>* Drug companies have infiltrated and seized control over the entire healthcare system, including medical schools, medical journals, hospitals, clinics and the local pharmacy. A doctor's very livelihood thus depends on blind faith, without questioning any aspect of any vaccination. Even when obvious evidence of vaccine damage occurs right before a doctor's eyes, s/he is usually unwilling to consider a vaccine as the cause. Though uncorrupt science and medicine support rejection of vaccines, doing so can be considered professional career suicide. The signatories to this document boldly risk this end for the safety of you and your child.</w:t>
      </w:r>
    </w:p>
    <w:p>
      <w:pPr>
        <w:spacing w:before="0" w:after="120" w:line="300" w:lineRule="exact"/>
        <w:jc w:val="both"/>
      </w:pPr>
      <w:r>
        <w:rPr>
          <w:rFonts w:ascii="Georgia" w:hAnsi="Georgia" w:cs="Georgia" w:eastAsia="Georgia"/>
          <w:b w:val="0"/>
          <w:i w:val="0"/>
          <w:sz w:val="22"/>
        </w:rPr>
        <w:t>* Hospitals benefit financially from hospitalizations and tests.</w:t>
      </w:r>
    </w:p>
    <w:p>
      <w:pPr>
        <w:spacing w:before="0" w:after="120" w:line="300" w:lineRule="exact"/>
        <w:jc w:val="both"/>
      </w:pPr>
      <w:r>
        <w:rPr>
          <w:rFonts w:ascii="Georgia" w:hAnsi="Georgia" w:cs="Georgia" w:eastAsia="Georgia"/>
          <w:b w:val="0"/>
          <w:i w:val="0"/>
          <w:sz w:val="22"/>
        </w:rPr>
        <w:t>* Drug companies make billions of dollars from vaccines.</w:t>
      </w:r>
    </w:p>
    <w:p>
      <w:pPr>
        <w:spacing w:before="0" w:after="120" w:line="300" w:lineRule="exact"/>
        <w:jc w:val="both"/>
      </w:pPr>
      <w:r>
        <w:rPr>
          <w:rFonts w:ascii="Georgia" w:hAnsi="Georgia" w:cs="Georgia" w:eastAsia="Georgia"/>
          <w:b w:val="0"/>
          <w:i w:val="0"/>
          <w:sz w:val="22"/>
        </w:rPr>
        <w:t>* Drug companies make tens of billions of dollars from drugs given to treat side effects and life‐time illnesses caused by vaccines.</w:t>
      </w:r>
    </w:p>
    <w:p>
      <w:pPr>
        <w:spacing w:before="0" w:after="120" w:line="300" w:lineRule="exact"/>
        <w:jc w:val="both"/>
      </w:pPr>
      <w:r>
        <w:rPr>
          <w:rFonts w:ascii="Georgia" w:hAnsi="Georgia" w:cs="Georgia" w:eastAsia="Georgia"/>
          <w:b w:val="0"/>
          <w:i w:val="0"/>
          <w:sz w:val="22"/>
        </w:rPr>
        <w:t>* Vaccines are the backbone of the medical system. Without vaccines, healthcare costs would go down because we would have a healthier overall society. We have exchanged chicken pox for autism, flu for asthma, ear infections for diabetes. The list goes on and on. In the zeal to eliminate a short list of relatively benign microbes, we have traded temporary illnesses for pervasive, life‐long diseases, disorders, dysfunctions and disabilities.</w:t>
      </w:r>
    </w:p>
    <w:p>
      <w:pPr>
        <w:spacing w:before="0" w:after="120" w:line="300" w:lineRule="exact"/>
        <w:jc w:val="both"/>
      </w:pPr>
      <w:r>
        <w:rPr>
          <w:rFonts w:ascii="Georgia" w:hAnsi="Georgia" w:cs="Georgia" w:eastAsia="Georgia"/>
          <w:b w:val="0"/>
          <w:i w:val="0"/>
          <w:sz w:val="22"/>
        </w:rPr>
        <w:t>How many vaccines are there?</w:t>
      </w:r>
    </w:p>
    <w:p>
      <w:pPr>
        <w:spacing w:before="0" w:after="120" w:line="300" w:lineRule="exact"/>
        <w:jc w:val="both"/>
      </w:pPr>
      <w:r>
        <w:rPr>
          <w:rFonts w:ascii="Georgia" w:hAnsi="Georgia" w:cs="Georgia" w:eastAsia="Georgia"/>
          <w:b w:val="0"/>
          <w:i w:val="0"/>
          <w:sz w:val="22"/>
        </w:rPr>
        <w:t>* If U.S. children receive all doses of all vaccines, they are injected with up to 35 shots that contain 113 different kinds of disease particles, 59 different chemicals, four types of animal cells/DNA, human DNA from aborted fetal tissue and human albumin.</w:t>
      </w:r>
    </w:p>
    <w:p>
      <w:pPr>
        <w:spacing w:before="0" w:after="120" w:line="300" w:lineRule="exact"/>
        <w:jc w:val="both"/>
      </w:pPr>
      <w:r>
        <w:rPr>
          <w:rFonts w:ascii="Georgia" w:hAnsi="Georgia" w:cs="Georgia" w:eastAsia="Georgia"/>
          <w:b w:val="0"/>
          <w:i w:val="0"/>
          <w:sz w:val="22"/>
        </w:rPr>
        <w:t>* If you think you don't have to worry about vaccines because your children are older, think again. There are at least 20 more vaccines currently in the development pipeline for release in the next few years, mostly targeting adolescents and adults.</w:t>
      </w:r>
    </w:p>
    <w:p>
      <w:pPr>
        <w:spacing w:before="0" w:after="120" w:line="300" w:lineRule="exact"/>
        <w:jc w:val="both"/>
      </w:pPr>
      <w:r>
        <w:rPr>
          <w:rFonts w:ascii="Georgia" w:hAnsi="Georgia" w:cs="Georgia" w:eastAsia="Georgia"/>
          <w:b w:val="0"/>
          <w:i w:val="0"/>
          <w:sz w:val="22"/>
        </w:rPr>
        <w:t>Some Vaccine Ingredients: How is it possible that vaccines will not be harmful to your health?</w:t>
      </w:r>
    </w:p>
    <w:p>
      <w:pPr>
        <w:spacing w:before="0" w:after="120" w:line="300" w:lineRule="exact"/>
        <w:jc w:val="both"/>
      </w:pPr>
      <w:r>
        <w:rPr>
          <w:rFonts w:ascii="Georgia" w:hAnsi="Georgia" w:cs="Georgia" w:eastAsia="Georgia"/>
          <w:b w:val="0"/>
          <w:i w:val="0"/>
          <w:sz w:val="22"/>
        </w:rPr>
        <w:t>* Stray viruses and bacteria from the animal cell cultures that vaccines are made in.</w:t>
      </w:r>
    </w:p>
    <w:p>
      <w:pPr>
        <w:spacing w:before="0" w:after="120" w:line="300" w:lineRule="exact"/>
        <w:jc w:val="both"/>
      </w:pPr>
      <w:r>
        <w:rPr>
          <w:rFonts w:ascii="Georgia" w:hAnsi="Georgia" w:cs="Georgia" w:eastAsia="Georgia"/>
          <w:b w:val="0"/>
          <w:i w:val="0"/>
          <w:sz w:val="22"/>
        </w:rPr>
        <w:t>* Mercury, a well‐documented neurotoxin, is still in the multi‐dose flu vaccines throughout the world. Trace amounts remain in several other vaccines.</w:t>
      </w:r>
    </w:p>
    <w:p>
      <w:pPr>
        <w:spacing w:before="0" w:after="120" w:line="300" w:lineRule="exact"/>
        <w:jc w:val="both"/>
      </w:pPr>
      <w:r>
        <w:rPr>
          <w:rFonts w:ascii="Georgia" w:hAnsi="Georgia" w:cs="Georgia" w:eastAsia="Georgia"/>
          <w:b w:val="0"/>
          <w:i w:val="0"/>
          <w:sz w:val="22"/>
        </w:rPr>
        <w:t>* Aluminum, a poison that can cause bone, bone marrow and brain degeneration.</w:t>
      </w:r>
    </w:p>
    <w:p>
      <w:pPr>
        <w:spacing w:before="0" w:after="120" w:line="300" w:lineRule="exact"/>
        <w:jc w:val="both"/>
      </w:pPr>
      <w:r>
        <w:rPr>
          <w:rFonts w:ascii="Georgia" w:hAnsi="Georgia" w:cs="Georgia" w:eastAsia="Georgia"/>
          <w:b w:val="0"/>
          <w:i w:val="0"/>
          <w:sz w:val="22"/>
        </w:rPr>
        <w:t>* Animal cells from monkeys, dog kidneys, chickens, cows, and humans.</w:t>
      </w:r>
    </w:p>
    <w:p>
      <w:pPr>
        <w:spacing w:before="0" w:after="120" w:line="300" w:lineRule="exact"/>
        <w:jc w:val="both"/>
      </w:pPr>
      <w:r>
        <w:rPr>
          <w:rFonts w:ascii="Georgia" w:hAnsi="Georgia" w:cs="Georgia" w:eastAsia="Georgia"/>
          <w:b w:val="0"/>
          <w:i w:val="0"/>
          <w:sz w:val="22"/>
        </w:rPr>
        <w:t>* Formaldehyde (embalming fluid), a known carcinogen.</w:t>
      </w:r>
    </w:p>
    <w:p>
      <w:pPr>
        <w:spacing w:before="0" w:after="120" w:line="300" w:lineRule="exact"/>
        <w:jc w:val="both"/>
      </w:pPr>
      <w:r>
        <w:rPr>
          <w:rFonts w:ascii="Georgia" w:hAnsi="Georgia" w:cs="Georgia" w:eastAsia="Georgia"/>
          <w:b w:val="0"/>
          <w:i w:val="0"/>
          <w:sz w:val="22"/>
        </w:rPr>
        <w:t>* Polysorbate 80, known to cause infertility in female mice and testicular atrophy in male mice.</w:t>
      </w:r>
    </w:p>
    <w:p>
      <w:pPr>
        <w:spacing w:before="0" w:after="120" w:line="300" w:lineRule="exact"/>
        <w:jc w:val="both"/>
      </w:pPr>
      <w:r>
        <w:rPr>
          <w:rFonts w:ascii="Georgia" w:hAnsi="Georgia" w:cs="Georgia" w:eastAsia="Georgia"/>
          <w:b w:val="0"/>
          <w:i w:val="0"/>
          <w:sz w:val="22"/>
        </w:rPr>
        <w:t>* Gelatin, from pigs and cows, known to cause anaphylactic reactions, is found in large quantities in the MMR, chickenpox and shingles vaccines.</w:t>
      </w:r>
    </w:p>
    <w:p>
      <w:pPr>
        <w:spacing w:before="0" w:after="120" w:line="300" w:lineRule="exact"/>
        <w:jc w:val="both"/>
      </w:pPr>
      <w:r>
        <w:rPr>
          <w:rFonts w:ascii="Georgia" w:hAnsi="Georgia" w:cs="Georgia" w:eastAsia="Georgia"/>
          <w:b w:val="0"/>
          <w:i w:val="0"/>
          <w:sz w:val="22"/>
        </w:rPr>
        <w:t>* Monosodium glutamate (MSG) in inhaled flu vaccines, is known to cause metabolic disturbances (e.g. diabetes), seizures and other neurologic disorders.</w:t>
      </w:r>
    </w:p>
    <w:p>
      <w:r>
        <w:br w:type="page"/>
      </w:r>
    </w:p>
    <w:p>
      <w:pPr>
        <w:pStyle w:val="Heading1"/>
        <w:spacing w:before="360" w:after="200" w:line="300" w:lineRule="exact"/>
        <w:jc w:val="center"/>
      </w:pPr>
      <w:r>
        <w:rPr>
          <w:rFonts w:ascii="Georgia" w:hAnsi="Georgia" w:cs="Georgia" w:eastAsia="Georgia"/>
          <w:b/>
          <w:i w:val="0"/>
          <w:color w:val="1F3864"/>
          <w:sz w:val="32"/>
        </w:rPr>
        <w:t>Conflicts of Interest</w:t>
      </w:r>
    </w:p>
    <w:p>
      <w:pPr>
        <w:spacing w:before="0" w:after="120" w:line="300" w:lineRule="exact"/>
        <w:jc w:val="both"/>
      </w:pPr>
      <w:r>
        <w:rPr>
          <w:rFonts w:ascii="Georgia" w:hAnsi="Georgia" w:cs="Georgia" w:eastAsia="Georgia"/>
          <w:b w:val="0"/>
          <w:i w:val="0"/>
          <w:sz w:val="22"/>
        </w:rPr>
        <w:t>* The same people who make rules and recommendations about vaccination profit from vaccine sales. For example, Dr. Julie Gerberding, who was in charge of the CDC for eight years, is now the President of Merck Vaccines. Dr. Paul Offit, a member of the Advisory Committee on Immunization Practice(ACIP), developed and patented his own vaccine.</w:t>
      </w:r>
    </w:p>
    <w:p>
      <w:pPr>
        <w:spacing w:before="0" w:after="120" w:line="300" w:lineRule="exact"/>
        <w:jc w:val="both"/>
      </w:pPr>
      <w:r>
        <w:rPr>
          <w:rFonts w:ascii="Georgia" w:hAnsi="Georgia" w:cs="Georgia" w:eastAsia="Georgia"/>
          <w:b w:val="0"/>
          <w:i w:val="0"/>
          <w:sz w:val="22"/>
        </w:rPr>
        <w:t>* According to the CDC, the average U.S. 10‐doctor pediatric group has over $100,000 of vaccine inventory in their office to sell. These doctors make money from office visits and from giving your children vaccines, and also from follow up office visits for assessing reactions.</w:t>
      </w:r>
    </w:p>
    <w:p>
      <w:pPr>
        <w:spacing w:before="0" w:after="120" w:line="300" w:lineRule="exact"/>
        <w:jc w:val="both"/>
      </w:pPr>
      <w:r>
        <w:rPr>
          <w:rFonts w:ascii="Georgia" w:hAnsi="Georgia" w:cs="Georgia" w:eastAsia="Georgia"/>
          <w:b w:val="0"/>
          <w:i w:val="0"/>
          <w:sz w:val="22"/>
        </w:rPr>
        <w:t>* U.S. pediatricians reportedly make quarterly bonuses from the HMOs they work for by maintaining high vaccination rates in their practices and have reportedly been reprimanded by insurance companies if their vaccination rates fall.</w:t>
      </w:r>
    </w:p>
    <w:p>
      <w:pPr>
        <w:spacing w:before="0" w:after="120" w:line="300" w:lineRule="exact"/>
        <w:jc w:val="both"/>
      </w:pPr>
      <w:r>
        <w:rPr>
          <w:rFonts w:ascii="Georgia" w:hAnsi="Georgia" w:cs="Georgia" w:eastAsia="Georgia"/>
          <w:b w:val="0"/>
          <w:i w:val="0"/>
          <w:sz w:val="22"/>
        </w:rPr>
        <w:t>Is there any research that shows the difference between vaccinated and unvaccinated children? The Cal‐Oregon project sponsored by Generation Rescue surveyed parents of vaccinated vs. unvaccinated U.S. children. Of the 17,674 children included in the survey, the results showed:</w:t>
      </w:r>
    </w:p>
    <w:p>
      <w:pPr>
        <w:spacing w:before="0" w:after="120" w:line="300" w:lineRule="exact"/>
        <w:jc w:val="both"/>
      </w:pPr>
      <w:r>
        <w:rPr>
          <w:rFonts w:ascii="Georgia" w:hAnsi="Georgia" w:cs="Georgia" w:eastAsia="Georgia"/>
          <w:b w:val="0"/>
          <w:i w:val="0"/>
          <w:sz w:val="22"/>
        </w:rPr>
        <w:t>* Vaccinated children had 120% more asthma. * Vaccinated boys had 317% more ADHD. * Vaccinated boys had 185% more neurologic disorders.</w:t>
      </w:r>
    </w:p>
    <w:p>
      <w:pPr>
        <w:spacing w:before="0" w:after="120" w:line="300" w:lineRule="exact"/>
        <w:jc w:val="both"/>
      </w:pPr>
      <w:r>
        <w:rPr>
          <w:rFonts w:ascii="Georgia" w:hAnsi="Georgia" w:cs="Georgia" w:eastAsia="Georgia"/>
          <w:b w:val="0"/>
          <w:i w:val="0"/>
          <w:sz w:val="22"/>
        </w:rPr>
        <w:t>* Vaccinated boys had 146% more autism.</w:t>
      </w:r>
    </w:p>
    <w:p>
      <w:pPr>
        <w:spacing w:before="0" w:after="120" w:line="300" w:lineRule="exact"/>
        <w:jc w:val="both"/>
      </w:pPr>
      <w:r>
        <w:rPr>
          <w:rFonts w:ascii="Georgia" w:hAnsi="Georgia" w:cs="Georgia" w:eastAsia="Georgia"/>
          <w:b w:val="0"/>
          <w:i w:val="0"/>
          <w:sz w:val="22"/>
        </w:rPr>
        <w:t>Girls represented only 20% of the total number of children in the survey. To read the full study for yourself, go to www.generationrescue.org/pdf/survey.pdf. To read a report on the low incidence of autism among unvaccinated Amish children go to http://www.vaccinationcouncil.org/quick‐compare‐2. More studies on autism are found here http://childhealthsafety.wordpress.com/2009/06/03/japv axautism/ and here http://childhealthsafety.wordpress.com/2010/02/08/britv axautism/</w:t>
      </w:r>
    </w:p>
    <w:p>
      <w:pPr>
        <w:spacing w:before="0" w:after="120" w:line="300" w:lineRule="exact"/>
        <w:jc w:val="both"/>
      </w:pPr>
      <w:r>
        <w:rPr>
          <w:rFonts w:ascii="Georgia" w:hAnsi="Georgia" w:cs="Georgia" w:eastAsia="Georgia"/>
          <w:b w:val="0"/>
          <w:i w:val="0"/>
          <w:sz w:val="22"/>
        </w:rPr>
        <w:t>Vaccine Exemptions in the U.S.</w:t>
      </w:r>
    </w:p>
    <w:p>
      <w:pPr>
        <w:spacing w:before="0" w:after="120" w:line="300" w:lineRule="exact"/>
        <w:jc w:val="both"/>
      </w:pPr>
      <w:r>
        <w:rPr>
          <w:rFonts w:ascii="Georgia" w:hAnsi="Georgia" w:cs="Georgia" w:eastAsia="Georgia"/>
          <w:b w:val="0"/>
          <w:i w:val="0"/>
          <w:sz w:val="22"/>
        </w:rPr>
        <w:t>• You do have the right to refuse. Use it. • Your child does not have to be vaccinated to attend public school.</w:t>
      </w:r>
    </w:p>
    <w:p>
      <w:pPr>
        <w:spacing w:before="0" w:after="120" w:line="300" w:lineRule="exact"/>
        <w:jc w:val="both"/>
      </w:pPr>
      <w:r>
        <w:rPr>
          <w:rFonts w:ascii="Georgia" w:hAnsi="Georgia" w:cs="Georgia" w:eastAsia="Georgia"/>
          <w:b w:val="0"/>
          <w:i w:val="0"/>
          <w:sz w:val="22"/>
        </w:rPr>
        <w:t>• Every state has exemptions giving you the right to refuse unwanted vaccines. http://exemptmychild.com/10752</w:t>
      </w:r>
    </w:p>
    <w:p>
      <w:pPr>
        <w:spacing w:before="0" w:after="120" w:line="300" w:lineRule="exact"/>
        <w:jc w:val="both"/>
      </w:pPr>
      <w:r>
        <w:rPr>
          <w:rFonts w:ascii="Georgia" w:hAnsi="Georgia" w:cs="Georgia" w:eastAsia="Georgia"/>
          <w:b w:val="0"/>
          <w:i w:val="0"/>
          <w:sz w:val="22"/>
        </w:rPr>
        <w:t>• Find a healthcare provider who agrees with your choice to not vaccinate and will respect you at www.vaccinationcouncil.org/providers.pdf</w:t>
      </w:r>
    </w:p>
    <w:p>
      <w:pPr>
        <w:spacing w:before="0" w:after="120" w:line="300" w:lineRule="exact"/>
        <w:jc w:val="both"/>
      </w:pPr>
      <w:r>
        <w:rPr>
          <w:rFonts w:ascii="Georgia" w:hAnsi="Georgia" w:cs="Georgia" w:eastAsia="Georgia"/>
          <w:b w:val="0"/>
          <w:i w:val="0"/>
          <w:sz w:val="22"/>
        </w:rPr>
        <w:t>Many choose health and safety by saying no to vaccines.</w:t>
      </w:r>
    </w:p>
    <w:p>
      <w:pPr>
        <w:spacing w:before="0" w:after="120" w:line="300" w:lineRule="exact"/>
        <w:jc w:val="both"/>
      </w:pPr>
      <w:r>
        <w:rPr>
          <w:rFonts w:ascii="Georgia" w:hAnsi="Georgia" w:cs="Georgia" w:eastAsia="Georgia"/>
          <w:b w:val="0"/>
          <w:i w:val="0"/>
          <w:sz w:val="22"/>
        </w:rPr>
        <w:t>• Groups that generally do not vaccinate include holistic practitioners, chiropractors, parents who home school, and those who belong to certain religions.</w:t>
      </w:r>
    </w:p>
    <w:p>
      <w:pPr>
        <w:spacing w:before="0" w:after="120" w:line="300" w:lineRule="exact"/>
        <w:jc w:val="both"/>
      </w:pPr>
      <w:r>
        <w:rPr>
          <w:rFonts w:ascii="Georgia" w:hAnsi="Georgia" w:cs="Georgia" w:eastAsia="Georgia"/>
          <w:b w:val="0"/>
          <w:i w:val="0"/>
          <w:sz w:val="22"/>
        </w:rPr>
        <w:t>• Thousands of testimonies written by parents of non‐vaccinated children about the state of their children's robust health are available many places online.</w:t>
      </w:r>
    </w:p>
    <w:p>
      <w:pPr>
        <w:spacing w:before="0" w:after="120" w:line="300" w:lineRule="exact"/>
        <w:jc w:val="both"/>
      </w:pPr>
      <w:r>
        <w:rPr>
          <w:rFonts w:ascii="Georgia" w:hAnsi="Georgia" w:cs="Georgia" w:eastAsia="Georgia"/>
          <w:b w:val="0"/>
          <w:i w:val="0"/>
          <w:sz w:val="22"/>
        </w:rPr>
        <w:t>• Vaccination decisions are between you and your spouse/partner. No one else needs to know. It is not the business of your family members, your neighbors, or your in‐laws.</w:t>
      </w:r>
    </w:p>
    <w:p>
      <w:pPr>
        <w:spacing w:before="0" w:after="120" w:line="300" w:lineRule="exact"/>
        <w:jc w:val="both"/>
      </w:pPr>
      <w:r>
        <w:rPr>
          <w:rFonts w:ascii="Georgia" w:hAnsi="Georgia" w:cs="Georgia" w:eastAsia="Georgia"/>
          <w:b w:val="0"/>
          <w:i w:val="0"/>
          <w:sz w:val="22"/>
        </w:rPr>
        <w:t>To have vibrant health, you will need to take the initiative to learn some new things.</w:t>
      </w:r>
    </w:p>
    <w:p>
      <w:pPr>
        <w:spacing w:before="0" w:after="120" w:line="300" w:lineRule="exact"/>
        <w:jc w:val="both"/>
      </w:pPr>
      <w:r>
        <w:rPr>
          <w:rFonts w:ascii="Georgia" w:hAnsi="Georgia" w:cs="Georgia" w:eastAsia="Georgia"/>
          <w:b w:val="0"/>
          <w:i w:val="0"/>
          <w:sz w:val="22"/>
        </w:rPr>
        <w:t>• The safe choice is to say no to vaccines. You have control over health choices you make for yourself and your children. You have no control over the outcome of a vaccination.</w:t>
      </w:r>
    </w:p>
    <w:p>
      <w:pPr>
        <w:spacing w:before="0" w:after="120" w:line="300" w:lineRule="exact"/>
        <w:jc w:val="both"/>
      </w:pPr>
      <w:r>
        <w:rPr>
          <w:rFonts w:ascii="Georgia" w:hAnsi="Georgia" w:cs="Georgia" w:eastAsia="Georgia"/>
          <w:b w:val="0"/>
          <w:i w:val="0"/>
          <w:sz w:val="22"/>
        </w:rPr>
        <w:t>• You do not need a pediatrician to simply weigh and measure your child and give shots. Consider a naturopathic doctor, a pediatric chiropractor, a doctor of oriental medicine, or a homeopathic doctor. You may find that family doctors of osteopathic medicine are more open‐minded about vaccine‐free choices.</w:t>
      </w:r>
    </w:p>
    <w:p>
      <w:pPr>
        <w:spacing w:before="0" w:after="120" w:line="300" w:lineRule="exact"/>
        <w:jc w:val="both"/>
      </w:pPr>
      <w:r>
        <w:rPr>
          <w:rFonts w:ascii="Georgia" w:hAnsi="Georgia" w:cs="Georgia" w:eastAsia="Georgia"/>
          <w:b w:val="0"/>
          <w:i w:val="0"/>
          <w:sz w:val="22"/>
        </w:rPr>
        <w:t>• Babies are born with powerful, natural defenses. If this were not so, all would die shortly after birth. Enormous cascades of complex immune processes start with the first cry. This needs to occur naturally, without the interruption caused by the injections of toxic substances.</w:t>
      </w:r>
    </w:p>
    <w:p>
      <w:pPr>
        <w:spacing w:before="0" w:after="120" w:line="300" w:lineRule="exact"/>
        <w:jc w:val="both"/>
      </w:pPr>
      <w:r>
        <w:rPr>
          <w:rFonts w:ascii="Georgia" w:hAnsi="Georgia" w:cs="Georgia" w:eastAsia="Georgia"/>
          <w:b w:val="0"/>
          <w:i w:val="0"/>
          <w:sz w:val="22"/>
        </w:rPr>
        <w:t>• Learn about the "vaccine preventable" diseases. Your children will never come in contact with most of them and if they do, nearly all healthy and unvaccinated children recover uneventfully, with long term immunity. Health cannot come through a needle.</w:t>
      </w:r>
    </w:p>
    <w:p>
      <w:pPr>
        <w:spacing w:before="0" w:after="120" w:line="300" w:lineRule="exact"/>
        <w:jc w:val="both"/>
      </w:pPr>
      <w:r>
        <w:rPr>
          <w:rFonts w:ascii="Georgia" w:hAnsi="Georgia" w:cs="Georgia" w:eastAsia="Georgia"/>
          <w:b w:val="0"/>
          <w:i w:val="0"/>
          <w:sz w:val="22"/>
        </w:rPr>
        <w:t>• Learn about the importance of fever, how to take care of it at home and when it is time to call the doctor. Most fevers resolve on their own, with care and support, in just a few hours. www.drtenpenny.com/fever.aspx</w:t>
      </w:r>
    </w:p>
    <w:p>
      <w:pPr>
        <w:spacing w:before="0" w:after="120" w:line="300" w:lineRule="exact"/>
        <w:jc w:val="both"/>
      </w:pPr>
      <w:r>
        <w:rPr>
          <w:rFonts w:ascii="Georgia" w:hAnsi="Georgia" w:cs="Georgia" w:eastAsia="Georgia"/>
          <w:b w:val="0"/>
          <w:i w:val="0"/>
          <w:sz w:val="22"/>
        </w:rPr>
        <w:t>• Understand that your child can be vaccinated and still contract the illness you are wishing to prevent. Vaccines may not provide the protection that people assume they do. Health cannot come through a needle.</w:t>
      </w:r>
    </w:p>
    <w:p>
      <w:pPr>
        <w:spacing w:before="0" w:after="120" w:line="300" w:lineRule="exact"/>
        <w:jc w:val="both"/>
      </w:pPr>
      <w:r>
        <w:rPr>
          <w:rFonts w:ascii="Georgia" w:hAnsi="Georgia" w:cs="Georgia" w:eastAsia="Georgia"/>
          <w:b w:val="0"/>
          <w:i w:val="0"/>
          <w:sz w:val="22"/>
        </w:rPr>
        <w:t>• Learn that the primary keys to health are good nutrition, pure water, adequate sleep, routine exercise and happiness.</w:t>
      </w:r>
    </w:p>
    <w:p>
      <w:pPr>
        <w:spacing w:before="0" w:after="120" w:line="300" w:lineRule="exact"/>
        <w:jc w:val="both"/>
      </w:pPr>
      <w:r>
        <w:rPr>
          <w:rFonts w:ascii="Georgia" w:hAnsi="Georgia" w:cs="Georgia" w:eastAsia="Georgia"/>
          <w:b w:val="0"/>
          <w:i w:val="0"/>
          <w:sz w:val="22"/>
        </w:rPr>
        <w:t>• Learn some simple information about vitamins, especially the critically important information about vitamin D3. Learn how to use basic herbs and basic homeopathy for health and for addressing minor illnesses.</w:t>
      </w:r>
    </w:p>
    <w:p>
      <w:pPr>
        <w:spacing w:before="0" w:after="120" w:line="300" w:lineRule="exact"/>
        <w:jc w:val="both"/>
      </w:pPr>
      <w:r>
        <w:rPr>
          <w:rFonts w:ascii="Georgia" w:hAnsi="Georgia" w:cs="Georgia" w:eastAsia="Georgia"/>
          <w:b w:val="0"/>
          <w:i w:val="0"/>
          <w:sz w:val="22"/>
        </w:rPr>
        <w:t>• Learn more than your doctor about vaccines. Your medical doctor has probably never read anything about vaccines except drug‐company and CDC‐sponsored publications that support their use.</w:t>
      </w:r>
    </w:p>
    <w:p>
      <w:pPr>
        <w:spacing w:before="0" w:after="120" w:line="300" w:lineRule="exact"/>
        <w:jc w:val="both"/>
      </w:pPr>
      <w:r>
        <w:rPr>
          <w:rFonts w:ascii="Georgia" w:hAnsi="Georgia" w:cs="Georgia" w:eastAsia="Georgia"/>
          <w:b w:val="0"/>
          <w:i w:val="0"/>
          <w:sz w:val="22"/>
        </w:rPr>
        <w:t>• Know that healthcare is something you pay for; sick care is covered by insurance. Your insurance will pay for drugs and vaccines.</w:t>
      </w:r>
    </w:p>
    <w:p>
      <w:pPr>
        <w:spacing w:before="0" w:after="120" w:line="300" w:lineRule="exact"/>
        <w:jc w:val="both"/>
      </w:pPr>
      <w:r>
        <w:rPr>
          <w:rFonts w:ascii="Georgia" w:hAnsi="Georgia" w:cs="Georgia" w:eastAsia="Georgia"/>
          <w:b w:val="0"/>
          <w:i w:val="0"/>
          <w:sz w:val="22"/>
        </w:rPr>
        <w:t>• Budget accordingly to stay healthy. Your life depends on it.</w:t>
      </w:r>
    </w:p>
    <w:p>
      <w:pPr>
        <w:spacing w:before="0" w:after="120" w:line="300" w:lineRule="exact"/>
        <w:jc w:val="both"/>
      </w:pPr>
      <w:r>
        <w:rPr>
          <w:rFonts w:ascii="Georgia" w:hAnsi="Georgia" w:cs="Georgia" w:eastAsia="Georgia"/>
          <w:b w:val="0"/>
          <w:i w:val="0"/>
          <w:sz w:val="22"/>
        </w:rPr>
        <w:t>Web resources for more information and help • International Medical Council on Vaccination</w:t>
      </w:r>
    </w:p>
    <w:p>
      <w:pPr>
        <w:spacing w:before="0" w:after="120" w:line="300" w:lineRule="exact"/>
        <w:jc w:val="both"/>
      </w:pPr>
      <w:r>
        <w:rPr>
          <w:rFonts w:ascii="Georgia" w:hAnsi="Georgia" w:cs="Georgia" w:eastAsia="Georgia"/>
          <w:b w:val="0"/>
          <w:i w:val="0"/>
          <w:sz w:val="22"/>
        </w:rPr>
        <w:t>(free webinars) www.vaccinationcouncil.org • Example IMCV regional sites www.imcv‐wi.org, www.imcv‐me.org • Dr. Sherri Tenpenny www.drtenpenny.com,</w:t>
      </w:r>
    </w:p>
    <w:p>
      <w:pPr>
        <w:spacing w:before="0" w:after="120" w:line="300" w:lineRule="exact"/>
        <w:jc w:val="both"/>
      </w:pPr>
      <w:r>
        <w:rPr>
          <w:rFonts w:ascii="Georgia" w:hAnsi="Georgia" w:cs="Georgia" w:eastAsia="Georgia"/>
          <w:b w:val="0"/>
          <w:i w:val="0"/>
          <w:sz w:val="22"/>
        </w:rPr>
        <w:t>Facebook www.facebook.com/vaccineinfo • ThinkTwice Global Vaccine Institute www.thinktwice.com • Vaccination Liberation www.vaclib.org • U.S. doctors who don't vaccinate www.novaxdoctors.webs.com • Holistic Moms www.holisticmoms.org • Moms Like Me www.momslikeme.com</w:t>
      </w:r>
    </w:p>
    <w:p>
      <w:pPr>
        <w:spacing w:before="0" w:after="120" w:line="300" w:lineRule="exact"/>
        <w:jc w:val="both"/>
      </w:pPr>
      <w:r>
        <w:rPr>
          <w:rFonts w:ascii="Georgia" w:hAnsi="Georgia" w:cs="Georgia" w:eastAsia="Georgia"/>
          <w:b w:val="0"/>
          <w:i w:val="0"/>
          <w:sz w:val="22"/>
        </w:rPr>
        <w:t>Books for more information and a place to start • Saying No To Vaccines – Sherri Tenpenny, DO • Make an Informed Vaccine Decision For the</w:t>
      </w:r>
    </w:p>
    <w:p>
      <w:pPr>
        <w:spacing w:before="0" w:after="120" w:line="300" w:lineRule="exact"/>
        <w:jc w:val="both"/>
      </w:pPr>
      <w:r>
        <w:rPr>
          <w:rFonts w:ascii="Georgia" w:hAnsi="Georgia" w:cs="Georgia" w:eastAsia="Georgia"/>
          <w:b w:val="0"/>
          <w:i w:val="0"/>
          <w:sz w:val="22"/>
        </w:rPr>
        <w:t>Health of Your Child – Mayer Eisenstein, MD, JD, MPH</w:t>
      </w:r>
    </w:p>
    <w:p>
      <w:pPr>
        <w:spacing w:before="120" w:after="120" w:line="300" w:lineRule="exact"/>
        <w:ind w:left="720" w:right="720"/>
        <w:jc w:val="center"/>
      </w:pPr>
      <w:r>
        <w:rPr>
          <w:rFonts w:ascii="Georgia" w:hAnsi="Georgia" w:cs="Georgia" w:eastAsia="Georgia"/>
          <w:b w:val="0"/>
          <w:i/>
          <w:sz w:val="22"/>
        </w:rPr>
        <w:t>• Vaccines: Are They Really Safe and Effective? –</w:t>
      </w:r>
    </w:p>
    <w:p>
      <w:pPr>
        <w:spacing w:before="0" w:after="120" w:line="300" w:lineRule="exact"/>
        <w:jc w:val="both"/>
      </w:pPr>
      <w:r>
        <w:rPr>
          <w:rFonts w:ascii="Georgia" w:hAnsi="Georgia" w:cs="Georgia" w:eastAsia="Georgia"/>
          <w:b w:val="0"/>
          <w:i w:val="0"/>
          <w:sz w:val="22"/>
        </w:rPr>
        <w:t>Neil Miller • Child Health Guide – Randall Neustaedter</w:t>
      </w:r>
    </w:p>
    <w:p>
      <w:pPr>
        <w:spacing w:before="0" w:after="120" w:line="300" w:lineRule="exact"/>
        <w:jc w:val="both"/>
      </w:pPr>
      <w:r>
        <w:rPr>
          <w:rFonts w:ascii="Georgia" w:hAnsi="Georgia" w:cs="Georgia" w:eastAsia="Georgia"/>
          <w:b w:val="0"/>
          <w:i w:val="0"/>
          <w:sz w:val="22"/>
        </w:rPr>
        <w:t>• Childhood Vaccinations: Questions All Parents</w:t>
      </w:r>
    </w:p>
    <w:p>
      <w:pPr>
        <w:spacing w:before="0" w:after="120" w:line="300" w:lineRule="exact"/>
        <w:jc w:val="both"/>
      </w:pPr>
      <w:r>
        <w:rPr>
          <w:rFonts w:ascii="Georgia" w:hAnsi="Georgia" w:cs="Georgia" w:eastAsia="Georgia"/>
          <w:b w:val="0"/>
          <w:i w:val="0"/>
          <w:sz w:val="22"/>
        </w:rPr>
        <w:t>Should Ask – Tedd Koren, DC</w:t>
      </w:r>
    </w:p>
    <w:p>
      <w:pPr>
        <w:spacing w:before="120" w:after="120" w:line="300" w:lineRule="exact"/>
        <w:ind w:left="720" w:right="720"/>
        <w:jc w:val="center"/>
      </w:pPr>
      <w:r>
        <w:rPr>
          <w:rFonts w:ascii="Georgia" w:hAnsi="Georgia" w:cs="Georgia" w:eastAsia="Georgia"/>
          <w:b w:val="0"/>
          <w:i/>
          <w:sz w:val="22"/>
        </w:rPr>
        <w:t>• How to Raise a Healthy Child in Spite of Your</w:t>
      </w:r>
    </w:p>
    <w:p>
      <w:pPr>
        <w:spacing w:before="0" w:after="120" w:line="300" w:lineRule="exact"/>
        <w:jc w:val="both"/>
      </w:pPr>
      <w:r>
        <w:rPr>
          <w:rFonts w:ascii="Georgia" w:hAnsi="Georgia" w:cs="Georgia" w:eastAsia="Georgia"/>
          <w:b w:val="0"/>
          <w:i w:val="0"/>
          <w:sz w:val="22"/>
        </w:rPr>
        <w:t>Doctor – Robert Mendelsohn, MD</w:t>
      </w:r>
    </w:p>
    <w:p>
      <w:pPr>
        <w:spacing w:before="0" w:after="120" w:line="300" w:lineRule="exact"/>
        <w:jc w:val="both"/>
      </w:pPr>
      <w:r>
        <w:rPr>
          <w:rFonts w:ascii="Georgia" w:hAnsi="Georgia" w:cs="Georgia" w:eastAsia="Georgia"/>
          <w:b w:val="0"/>
          <w:i w:val="0"/>
          <w:sz w:val="22"/>
        </w:rPr>
        <w:t>• Jabs, Jenner and Juggernauts – Jennifer Craig,</w:t>
      </w:r>
    </w:p>
    <w:p>
      <w:pPr>
        <w:spacing w:before="0" w:after="120" w:line="300" w:lineRule="exact"/>
        <w:jc w:val="both"/>
      </w:pPr>
      <w:r>
        <w:rPr>
          <w:rFonts w:ascii="Georgia" w:hAnsi="Georgia" w:cs="Georgia" w:eastAsia="Georgia"/>
          <w:b w:val="0"/>
          <w:i w:val="0"/>
          <w:sz w:val="22"/>
        </w:rPr>
        <w:t>PhD, BSN, MA, Dhom</w:t>
      </w:r>
    </w:p>
    <w:p>
      <w:pPr>
        <w:spacing w:before="0" w:after="120" w:line="300" w:lineRule="exact"/>
        <w:jc w:val="both"/>
      </w:pPr>
      <w:r>
        <w:rPr>
          <w:rFonts w:ascii="Georgia" w:hAnsi="Georgia" w:cs="Georgia" w:eastAsia="Georgia"/>
          <w:b w:val="0"/>
          <w:i w:val="0"/>
          <w:sz w:val="22"/>
        </w:rPr>
        <w:t>• Natural Alternatives to Vaccination – Zoltan</w:t>
      </w:r>
    </w:p>
    <w:p>
      <w:pPr>
        <w:spacing w:before="0" w:after="120" w:line="300" w:lineRule="exact"/>
        <w:jc w:val="both"/>
      </w:pPr>
      <w:r>
        <w:rPr>
          <w:rFonts w:ascii="Georgia" w:hAnsi="Georgia" w:cs="Georgia" w:eastAsia="Georgia"/>
          <w:b w:val="0"/>
          <w:i w:val="0"/>
          <w:sz w:val="22"/>
        </w:rPr>
        <w:t>Rona, MD</w:t>
      </w:r>
    </w:p>
    <w:p>
      <w:pPr>
        <w:spacing w:before="120" w:after="120" w:line="300" w:lineRule="exact"/>
        <w:ind w:left="720" w:right="720"/>
        <w:jc w:val="center"/>
      </w:pPr>
      <w:r>
        <w:rPr>
          <w:rFonts w:ascii="Georgia" w:hAnsi="Georgia" w:cs="Georgia" w:eastAsia="Georgia"/>
          <w:b w:val="0"/>
          <w:i/>
          <w:sz w:val="22"/>
        </w:rPr>
        <w:t>• The Crime of Vaccination – Tenison Deane, MD • The Sanctity of Human Blood: Vaccination is Not</w:t>
      </w:r>
    </w:p>
    <w:p>
      <w:pPr>
        <w:spacing w:before="0" w:after="120" w:line="300" w:lineRule="exact"/>
        <w:jc w:val="both"/>
      </w:pPr>
      <w:r>
        <w:rPr>
          <w:rFonts w:ascii="Georgia" w:hAnsi="Georgia" w:cs="Georgia" w:eastAsia="Georgia"/>
          <w:b w:val="0"/>
          <w:i w:val="0"/>
          <w:sz w:val="22"/>
        </w:rPr>
        <w:t>Immunization – Tim O'Shea, DC</w:t>
      </w:r>
    </w:p>
    <w:p>
      <w:pPr>
        <w:spacing w:before="0" w:after="120" w:line="300" w:lineRule="exact"/>
        <w:jc w:val="both"/>
      </w:pPr>
      <w:r>
        <w:rPr>
          <w:rFonts w:ascii="Georgia" w:hAnsi="Georgia" w:cs="Georgia" w:eastAsia="Georgia"/>
          <w:b w:val="0"/>
          <w:i w:val="0"/>
          <w:sz w:val="22"/>
        </w:rPr>
        <w:t>• Vaccination – Gerhard Buchwald, MD • Vaccination: 100 Years of Orthodox Research –</w:t>
      </w:r>
    </w:p>
    <w:p>
      <w:pPr>
        <w:spacing w:before="0" w:after="120" w:line="300" w:lineRule="exact"/>
        <w:jc w:val="both"/>
      </w:pPr>
      <w:r>
        <w:rPr>
          <w:rFonts w:ascii="Georgia" w:hAnsi="Georgia" w:cs="Georgia" w:eastAsia="Georgia"/>
          <w:b w:val="0"/>
          <w:i w:val="0"/>
          <w:sz w:val="22"/>
        </w:rPr>
        <w:t>Viera Scheibner, PhD</w:t>
      </w:r>
    </w:p>
    <w:p>
      <w:pPr>
        <w:spacing w:before="0" w:after="120" w:line="300" w:lineRule="exact"/>
        <w:jc w:val="both"/>
      </w:pPr>
      <w:r>
        <w:rPr>
          <w:rFonts w:ascii="Georgia" w:hAnsi="Georgia" w:cs="Georgia" w:eastAsia="Georgia"/>
          <w:b w:val="0"/>
          <w:i w:val="0"/>
          <w:sz w:val="22"/>
        </w:rPr>
        <w:t>Medical doctors (MD,DO, 4yr ND), Doctors of Chiropractic, health care workers who work in a conventional setting, and holistic practitioners wishing to participate in future versions of this document or who would like to join our group, please send an e‐mail to sayno@vaccinationcouncil.org International Medical Council on Vaccination www.vaccinationcouncil.org www.facebook.com/vaccinationcouncil</w:t>
      </w:r>
    </w:p>
    <w:p>
      <w:r>
        <w:br w:type="page"/>
      </w:r>
    </w:p>
    <w:p>
      <w:pPr>
        <w:pStyle w:val="Heading1"/>
        <w:spacing w:before="360" w:after="200" w:line="300" w:lineRule="exact"/>
        <w:jc w:val="center"/>
      </w:pPr>
      <w:r>
        <w:rPr>
          <w:rFonts w:ascii="Georgia" w:hAnsi="Georgia" w:cs="Georgia" w:eastAsia="Georgia"/>
          <w:b/>
          <w:i w:val="0"/>
          <w:color w:val="1F3864"/>
          <w:sz w:val="32"/>
        </w:rPr>
        <w:t>EIGHTEEN REASONS TO DAMN THE DEVIL'S POTION</w:t>
      </w:r>
    </w:p>
    <w:p>
      <w:pPr>
        <w:spacing w:before="120" w:after="40" w:line="300" w:lineRule="exact"/>
        <w:jc w:val="both"/>
      </w:pPr>
      <w:r>
        <w:rPr>
          <w:rFonts w:ascii="Georgia" w:hAnsi="Georgia" w:cs="Georgia" w:eastAsia="Georgia"/>
          <w:b/>
          <w:i/>
          <w:sz w:val="22"/>
        </w:rPr>
        <w:t>Eighteen reasons why you should not vaccinate your children against the seasonal flu</w:t>
      </w:r>
    </w:p>
    <w:p>
      <w:pPr>
        <w:spacing w:before="120" w:after="40" w:line="300" w:lineRule="exact"/>
        <w:jc w:val="both"/>
      </w:pPr>
      <w:r>
        <w:rPr>
          <w:rFonts w:ascii="Georgia" w:hAnsi="Georgia" w:cs="Georgia" w:eastAsia="Georgia"/>
          <w:b/>
          <w:i/>
          <w:sz w:val="22"/>
        </w:rPr>
        <w:t>-- by Bill Sardi</w:t>
      </w:r>
    </w:p>
    <w:p>
      <w:pPr>
        <w:spacing w:before="0" w:after="120" w:line="300" w:lineRule="exact"/>
        <w:jc w:val="both"/>
      </w:pPr>
      <w:r>
        <w:rPr>
          <w:rFonts w:ascii="Georgia" w:hAnsi="Georgia" w:cs="Georgia" w:eastAsia="Georgia"/>
          <w:b w:val="0"/>
          <w:i w:val="0"/>
          <w:sz w:val="22"/>
        </w:rPr>
        <w:t>1. This flu is simply another flu. It is not unusually deadly. In fact, the H1N1 swine flu in circulation is less deadly than many other influenza outbreaks. The first 1000 confirmed swine flu cases in Japan and China produced zero deaths. The Centers for Disease Control alleges 36,000 Americans succumb to the flu each year, but so far, since March through August of 2009 (6 months), the swine flu has been attributed to ~500–600 deaths in the US. The swine flu of 2009 has already swept through the Southern Hemisphere's flu season without alarm.</w:t>
      </w:r>
    </w:p>
    <w:p>
      <w:pPr>
        <w:spacing w:before="0" w:after="120" w:line="300" w:lineRule="exact"/>
        <w:jc w:val="both"/>
      </w:pPr>
      <w:r>
        <w:rPr>
          <w:rFonts w:ascii="Georgia" w:hAnsi="Georgia" w:cs="Georgia" w:eastAsia="Georgia"/>
          <w:b w:val="0"/>
          <w:i w:val="0"/>
          <w:sz w:val="22"/>
        </w:rPr>
        <w:t>Only exaggerated reports have been issued by the World Health Organization regarding hospitalizations required during the flu season in South American countries. Getting exposed to influenza and developing natural antibodies confers resistance for future flu outbreaks. Artificially boosting antibodies by exposure to flu viruses in vaccines is more problematic than natural exposure. Americans have been exposed to the H1N1 swine flu throughout the summer of 2009 with far fewer deaths and hospitalizations than commonly attributed to the seasonal flu.</w:t>
      </w:r>
    </w:p>
    <w:p>
      <w:pPr>
        <w:spacing w:before="0" w:after="120" w:line="300" w:lineRule="exact"/>
        <w:jc w:val="both"/>
      </w:pPr>
      <w:r>
        <w:rPr>
          <w:rFonts w:ascii="Georgia" w:hAnsi="Georgia" w:cs="Georgia" w:eastAsia="Georgia"/>
          <w:b w:val="0"/>
          <w:i w:val="0"/>
          <w:sz w:val="22"/>
        </w:rPr>
        <w:t>2. Health authorities tacitly admit prior flu vaccination programs were of worthless value. This is the first time both season and pandemic flu vaccines will be administered. Both seasonal flu and swine flu vaccines will require two inoculations. This is because single inoculations have failed to produce sufficient antibodies. Very young children and older frail adults, the high-risk groups in the population, may not produce sufficient antibodies in response to the flu vaccine. This is an admission that prior flu vaccines were virtually useless. The same people who brought you the ineffective vaccines in past years are bringing you this year's new vaccines. Can you trust them this time?</w:t>
      </w:r>
    </w:p>
    <w:p>
      <w:pPr>
        <w:spacing w:before="0" w:after="120" w:line="300" w:lineRule="exact"/>
        <w:jc w:val="both"/>
      </w:pPr>
      <w:r>
        <w:rPr>
          <w:rFonts w:ascii="Georgia" w:hAnsi="Georgia" w:cs="Georgia" w:eastAsia="Georgia"/>
          <w:b w:val="0"/>
          <w:i w:val="0"/>
          <w:sz w:val="22"/>
        </w:rPr>
        <w:t>3. In addition to failure to produce sufficient antibodies, this swine flu vaccine is brought to you by the same people who haven't been able to adequately produce a seasonal flu vaccine that matches the flu strain in circulation. In recent years flu vaccination has been totally worthless because the strains of the flu in circulation did not match the strain of the virus in the vaccines. Authorities claim the prevalent flu strain in circulation in mid-September '09 is the H1N1 swine flu, which appears to be milder than past seasonal influenza in circulation. If this data is correct, why receive the season flu shot this year?</w:t>
      </w:r>
    </w:p>
    <w:p>
      <w:pPr>
        <w:spacing w:before="0" w:after="120" w:line="300" w:lineRule="exact"/>
        <w:jc w:val="both"/>
      </w:pPr>
      <w:r>
        <w:rPr>
          <w:rFonts w:ascii="Georgia" w:hAnsi="Georgia" w:cs="Georgia" w:eastAsia="Georgia"/>
          <w:b w:val="0"/>
          <w:i w:val="0"/>
          <w:sz w:val="22"/>
        </w:rPr>
        <w:t>4. The vaccines will be produced by no less than four different manufacturers, possibly with different additives (called adjuvants) and manufacturing methods. The two flu inoculations may be derived from a multi-dose vial and in a crisis, and in short supply, it will be diluted to provide more doses and then adjuvants must be added to trigger a stronger immune response. Adjuvants are added to vaccines to boost production of antibodies but may trigger autoimmune reactions. Some adjuvants are mercury (thimerosal), aluminum and squalene. Would you permit your children to be injected with lead? Lead is very harmful to the brain. Then why would you sign a consent form for your kids to be injected with mercury, which is even more brain-toxic than lead? Injecting mercury may fry the brains of American kids.</w:t>
      </w:r>
    </w:p>
    <w:p>
      <w:pPr>
        <w:spacing w:before="0" w:after="120" w:line="300" w:lineRule="exact"/>
        <w:jc w:val="both"/>
      </w:pPr>
      <w:r>
        <w:rPr>
          <w:rFonts w:ascii="Georgia" w:hAnsi="Georgia" w:cs="Georgia" w:eastAsia="Georgia"/>
          <w:b w:val="0"/>
          <w:i w:val="0"/>
          <w:sz w:val="22"/>
        </w:rPr>
        <w:t>5. This is the first year mock vaccines have been used to gain FDA approval. Mock vaccines are made to gain approval of the manufacturing method and then the prevalent virus strain in circulation is added just days before it is actually placed into use. Don't subject your children to experimental vaccines. Yes, these vaccines have been tested on healthy kids and adults, but they are not the same vaccines your children will be given. Those children with asthma, allergies, type I diabetes, etc. are at greater risk for side effects. Children below the age of 2 years do not have a sufficient blood–brain barrier developed and are subject to chronic brain infections that emanate into symptoms that are called autism. Toddlers should not be subjected to injected viruses.</w:t>
      </w:r>
    </w:p>
    <w:p>
      <w:pPr>
        <w:spacing w:before="0" w:after="120" w:line="300" w:lineRule="exact"/>
        <w:jc w:val="both"/>
      </w:pPr>
      <w:r>
        <w:rPr>
          <w:rFonts w:ascii="Georgia" w:hAnsi="Georgia" w:cs="Georgia" w:eastAsia="Georgia"/>
          <w:b w:val="0"/>
          <w:i w:val="0"/>
          <w:sz w:val="22"/>
        </w:rPr>
        <w:t>6. Over-vaccination is a common practice now in America. American children are subjected to 29 vaccines by the age of two. This means a little bit of disease is being injected into young children continually during their most formative years! Veterinarians have backed off of repeat vaccination in dogs because of observed side effects.</w:t>
      </w:r>
    </w:p>
    <w:p>
      <w:pPr>
        <w:spacing w:before="0" w:after="120" w:line="300" w:lineRule="exact"/>
        <w:jc w:val="both"/>
      </w:pPr>
      <w:r>
        <w:rPr>
          <w:rFonts w:ascii="Georgia" w:hAnsi="Georgia" w:cs="Georgia" w:eastAsia="Georgia"/>
          <w:b w:val="0"/>
          <w:i w:val="0"/>
          <w:sz w:val="22"/>
        </w:rPr>
        <w:t>7. Health officials want to vaccinate women during pregnancy, subjecting the fetal brain to an intentional biological assault. A recent study showed exposure flu viruses among women during pregnancy provoke a similar gene expression pattern in the fetus as that seen in autistic children. This is a tacit admission that vaccines, which inject a little bit of influenza into humans, causes autism.</w:t>
      </w:r>
    </w:p>
    <w:p>
      <w:pPr>
        <w:spacing w:before="0" w:after="120" w:line="300" w:lineRule="exact"/>
        <w:jc w:val="both"/>
      </w:pPr>
      <w:r>
        <w:rPr>
          <w:rFonts w:ascii="Georgia" w:hAnsi="Georgia" w:cs="Georgia" w:eastAsia="Georgia"/>
          <w:b w:val="0"/>
          <w:i w:val="0"/>
          <w:sz w:val="22"/>
        </w:rPr>
        <w:t>8. Modern medicine has no explanation for autism, despite its continued rise in prevalence. Yet autism is not reported among Amish children who go unvaccinated. Beware the falsehoods of modern medicine.</w:t>
      </w:r>
    </w:p>
    <w:p>
      <w:pPr>
        <w:spacing w:before="0" w:after="120" w:line="300" w:lineRule="exact"/>
        <w:jc w:val="both"/>
      </w:pPr>
      <w:r>
        <w:rPr>
          <w:rFonts w:ascii="Georgia" w:hAnsi="Georgia" w:cs="Georgia" w:eastAsia="Georgia"/>
          <w:b w:val="0"/>
          <w:i w:val="0"/>
          <w:sz w:val="22"/>
        </w:rPr>
        <w:t>9. School kids are likely to receive nasally-administered vaccines (Flu-Mist) that require no needle injection. But this form of live vaccine produces viral shedding which will surely be transmitted to family members. What a way to start an epidemic!</w:t>
      </w:r>
    </w:p>
    <w:p>
      <w:pPr>
        <w:spacing w:before="0" w:after="120" w:line="300" w:lineRule="exact"/>
        <w:jc w:val="both"/>
      </w:pPr>
      <w:r>
        <w:rPr>
          <w:rFonts w:ascii="Georgia" w:hAnsi="Georgia" w:cs="Georgia" w:eastAsia="Georgia"/>
          <w:b w:val="0"/>
          <w:i w:val="0"/>
          <w:sz w:val="22"/>
        </w:rPr>
        <w:t>10. This triple reassortment virus appears to be man made. The H1N1 swine flu virus of 2009 coincidentally appeared in Mexico on the same week that President Nicolas Sarkozy of France visited Mexican president Felipe Calderon, to announce that France intends to build a multi-million dollar vaccine plant in Mexico. An article written by Ron Maloney of the Seguin, Texas Gazette-Enterprise newspaper announces a "rehearsal for a pandemic disaster" scheduled for May 2, 2009.</w:t>
      </w:r>
    </w:p>
    <w:p>
      <w:pPr>
        <w:spacing w:before="0" w:after="120" w:line="300" w:lineRule="exact"/>
        <w:jc w:val="both"/>
      </w:pPr>
      <w:r>
        <w:rPr>
          <w:rFonts w:ascii="Georgia" w:hAnsi="Georgia" w:cs="Georgia" w:eastAsia="Georgia"/>
          <w:b w:val="0"/>
          <w:i w:val="0"/>
          <w:sz w:val="22"/>
        </w:rPr>
        <w:t>The article says: "Guadalupe County emergency management and their counterparts around the country are preparing for just such a scenario…" This means county health authorities across the U.S. had been preparing a rehearsal for mass vaccinations prior to the announced outbreak in Mexico. Virologists admit this part swine flu/part avian flu/part human flu virus must have taken time to develop. But it somehow wasn't detected by hundreds of flu monitoring stations across the globe. On April 24, 2009 Dr. John Carlo, Dallas County Medical Director, alludes that the H1N1 strain of the Swine flu as possibly being engineered in a laboratory. He says: "This strain of swine influenza that's been cultured in a laboratory is something that's not been seen anywhere actually in the United States and the world, so this is actually a new strain of influenza that's been identified." (Globe &amp; Mail, Canada)</w:t>
      </w:r>
    </w:p>
    <w:p>
      <w:pPr>
        <w:spacing w:before="0" w:after="120" w:line="300" w:lineRule="exact"/>
        <w:jc w:val="both"/>
      </w:pPr>
      <w:r>
        <w:rPr>
          <w:rFonts w:ascii="Georgia" w:hAnsi="Georgia" w:cs="Georgia" w:eastAsia="Georgia"/>
          <w:b w:val="0"/>
          <w:i w:val="0"/>
          <w:sz w:val="22"/>
        </w:rPr>
        <w:t>11. Recall the swine flu scare of 1976. In a politically charged atmosphere where Gerald Ford was seeking election to the Presidency, the swine flu suddenly appeared at a military base. Vaccine was produced and millions of Americans were vaccinated. But the vaccine was worse than the disease, causing hundreds of cases of Guillain Barre syndrome and a few deaths. In a replay of the past, the White House is directly involved in promoting the H1N1 2009 swine flu vaccine.</w:t>
      </w:r>
    </w:p>
    <w:p>
      <w:pPr>
        <w:spacing w:before="0" w:after="120" w:line="300" w:lineRule="exact"/>
        <w:jc w:val="both"/>
      </w:pPr>
      <w:r>
        <w:rPr>
          <w:rFonts w:ascii="Georgia" w:hAnsi="Georgia" w:cs="Georgia" w:eastAsia="Georgia"/>
          <w:b w:val="0"/>
          <w:i w:val="0"/>
          <w:sz w:val="22"/>
        </w:rPr>
        <w:t>The federal government will use federal funds to pay off schools to administer vaccines, promote vaccination via highway billboards and TV advertisements, and conduct military-style mass inoculations in such rapid fashion that if side effects occur, it will be too late. The masses will have been vaccinated already. Over $9 billion has been allotted by the federal government to develop and deliver an unproven and experimental flu vaccine. Don't be a guinea pig for the government.</w:t>
      </w:r>
    </w:p>
    <w:p>
      <w:pPr>
        <w:spacing w:before="0" w:after="120" w:line="300" w:lineRule="exact"/>
        <w:jc w:val="both"/>
      </w:pPr>
      <w:r>
        <w:rPr>
          <w:rFonts w:ascii="Georgia" w:hAnsi="Georgia" w:cs="Georgia" w:eastAsia="Georgia"/>
          <w:b w:val="0"/>
          <w:i w:val="0"/>
          <w:sz w:val="22"/>
        </w:rPr>
        <w:t>12. Researchers are warning that over-use of the flu vaccine and anti-flu drugs like Tamiflu and Relenza can apply genetic pressure on flu viruses and then they are more likely to mutate into a more deadly strain. US health authorities want 70% of the public to be vaccinated against the flu this '09 season, which is more than double the vaccination percentage of any prior flu season. This would certainly apply greater genetic pressure for the flu to mutate into a more virulent strain.</w:t>
      </w:r>
    </w:p>
    <w:p>
      <w:pPr>
        <w:spacing w:before="0" w:after="120" w:line="300" w:lineRule="exact"/>
        <w:jc w:val="both"/>
      </w:pPr>
      <w:r>
        <w:rPr>
          <w:rFonts w:ascii="Georgia" w:hAnsi="Georgia" w:cs="Georgia" w:eastAsia="Georgia"/>
          <w:b w:val="0"/>
          <w:i w:val="0"/>
          <w:sz w:val="22"/>
        </w:rPr>
        <w:t>13. Most seasonal influenza A (H1N1) virus strains tested from the United States and other countries are now resistant to Tamiflu (oseltamivir). Tamiflu has become a nearly worthless drug against seasonal flu. According to data provided by the Centers for Disease Control, among 1148 seasonal flu samples tested, 1143 (99.6%) were resistant to Tamiflu!</w:t>
      </w:r>
    </w:p>
    <w:p>
      <w:pPr>
        <w:spacing w:before="0" w:after="120" w:line="300" w:lineRule="exact"/>
        <w:jc w:val="both"/>
      </w:pPr>
      <w:r>
        <w:rPr>
          <w:rFonts w:ascii="Georgia" w:hAnsi="Georgia" w:cs="Georgia" w:eastAsia="Georgia"/>
          <w:b w:val="0"/>
          <w:i w:val="0"/>
          <w:sz w:val="22"/>
        </w:rPr>
        <w:t>14. As the flu season progresses the federal government may coerce or mandate Americans to undergo vaccination. France has already ordered enough vaccine to inoculate their entire population and has announced that vaccination will be mandatory. The US appears to be waiting to announce mandatory vaccination at a later date when it can scare the public into consenting to the vaccine. The federal government is reported to be hiring people to visit homes of unvaccinated children. This sounds like the Biblical account of Pharaoh attempting to eradicate all the young Israelite baby boys. Must we hide our babies now?</w:t>
      </w:r>
    </w:p>
    <w:p>
      <w:pPr>
        <w:spacing w:before="0" w:after="120" w:line="300" w:lineRule="exact"/>
        <w:jc w:val="both"/>
      </w:pPr>
      <w:r>
        <w:rPr>
          <w:rFonts w:ascii="Georgia" w:hAnsi="Georgia" w:cs="Georgia" w:eastAsia="Georgia"/>
          <w:b w:val="0"/>
          <w:i w:val="0"/>
          <w:sz w:val="22"/>
        </w:rPr>
        <w:t>15. Public health authorities have cried wolf every flu season to get the public to line up for flu shots. Health authorities repeatedly publish the bogus 36,000 annual flu-related deaths figure to scare the public into getting flu shots. But that figure is based on the combined deaths from pneumonia in the elderly and the flu.</w:t>
      </w:r>
    </w:p>
    <w:p>
      <w:pPr>
        <w:spacing w:before="0" w:after="120" w:line="300" w:lineRule="exact"/>
        <w:jc w:val="both"/>
      </w:pPr>
      <w:r>
        <w:rPr>
          <w:rFonts w:ascii="Georgia" w:hAnsi="Georgia" w:cs="Georgia" w:eastAsia="Georgia"/>
          <w:b w:val="0"/>
          <w:i w:val="0"/>
          <w:sz w:val="22"/>
        </w:rPr>
        <w:t>Maybe just 5000–6000 or so flu-related deaths occur annually, mostly among individuals with compromised immune systems, the hospitalized, individuals with autoimmune disease or other health problems. As stated above, the swine flu in full force has only resulted in ~500–600 deaths in the first six months in circulation and it is far more dreaded by public health authorities than the seasonal flu. The Centers for Disease Control issues a purchase order for flu vaccines and then serves as the public relations agency to get the public to pay for the vaccines. Out of a population of 325 million Americans, only 100 million doses of flu vaccine have been administered each year and no epidemic has erupted among the unvaccinated.</w:t>
      </w:r>
    </w:p>
    <w:p>
      <w:pPr>
        <w:spacing w:before="0" w:after="120" w:line="300" w:lineRule="exact"/>
        <w:jc w:val="both"/>
      </w:pPr>
      <w:r>
        <w:rPr>
          <w:rFonts w:ascii="Georgia" w:hAnsi="Georgia" w:cs="Georgia" w:eastAsia="Georgia"/>
          <w:b w:val="0"/>
          <w:i w:val="0"/>
          <w:sz w:val="22"/>
        </w:rPr>
        <w:t>16. The news media is irresponsible in stirring up unfounded fear over this coming flu season. Just exactly how ethical is it for newspapers to publish reports that a person has died of the swine flu when supposedly thousands die of the flu annually? In the past the news media hasn't chosen to publicize each and every flu-related death, but this time it has chosen to frighten the public. Why? Examine the chart below. The chart shows that the late flu season of 2009 peaked in week 23 (early June) and has dissipated considerably.</w:t>
      </w:r>
    </w:p>
    <w:p>
      <w:pPr>
        <w:spacing w:before="0" w:after="120" w:line="300" w:lineRule="exact"/>
        <w:jc w:val="both"/>
      </w:pPr>
      <w:r>
        <w:rPr>
          <w:rFonts w:ascii="Georgia" w:hAnsi="Georgia" w:cs="Georgia" w:eastAsia="Georgia"/>
          <w:b w:val="0"/>
          <w:i w:val="0"/>
          <w:sz w:val="22"/>
        </w:rPr>
        <w:t>While every childhood flu-related death should be considered tragic, and the number of flu-related pediatric deaths in 2009 is greater than prior flu seasons as a percentage, in real numbers it is not a significant increase.</w:t>
      </w:r>
    </w:p>
    <w:p>
      <w:pPr>
        <w:spacing w:before="0" w:after="120" w:line="300" w:lineRule="exact"/>
        <w:jc w:val="both"/>
      </w:pPr>
      <w:r>
        <w:rPr>
          <w:rFonts w:ascii="Georgia" w:hAnsi="Georgia" w:cs="Georgia" w:eastAsia="Georgia"/>
          <w:b w:val="0"/>
          <w:i w:val="0"/>
          <w:sz w:val="22"/>
        </w:rPr>
        <w:t>According to data provided by the Centers for Disease Control, for week 34 ending August 29, 2009, there were 236 hospitalizations and 37 deaths related to the flu. That would represent just 5 hospitalizations and less than one death per State, which is "below the epidemic threshold."</w:t>
      </w:r>
    </w:p>
    <w:p>
      <w:pPr>
        <w:spacing w:before="0" w:after="120" w:line="300" w:lineRule="exact"/>
        <w:jc w:val="both"/>
      </w:pPr>
      <w:r>
        <w:rPr>
          <w:rFonts w:ascii="Georgia" w:hAnsi="Georgia" w:cs="Georgia" w:eastAsia="Georgia"/>
          <w:b w:val="0"/>
          <w:i w:val="0"/>
          <w:sz w:val="22"/>
        </w:rPr>
        <w:t>17. Public health officials are irresponsible in their omission of any ways to strengthen immunity against the flu. No options outside of problematic vaccines and anti-flu drugs are offered, despite the fact there is strong evidence that vitamins C and D activate the immune system and the trace mineral selenium prevents the worst form of the disease where the lungs fill up with fluid and literally drown a flu-infected person. The only plausible explanation as to why the flu season typically peaks in winter months is a deficiency of sunlight-produced vitamin D. Protect your family. Arm your immune system with vitamins and trace minerals.</w:t>
      </w:r>
    </w:p>
    <w:p>
      <w:pPr>
        <w:spacing w:before="0" w:after="120" w:line="300" w:lineRule="exact"/>
        <w:jc w:val="both"/>
      </w:pPr>
      <w:r>
        <w:rPr>
          <w:rFonts w:ascii="Georgia" w:hAnsi="Georgia" w:cs="Georgia" w:eastAsia="Georgia"/>
          <w:b w:val="0"/>
          <w:i w:val="0"/>
          <w:sz w:val="22"/>
        </w:rPr>
        <w:t>18. Will we ever learn if the flu vaccine this year is deadly in itself? In 1993 the federal government hid a deadly flu vaccine that killed thousands of nursing home patients. It was the first year that flu shots were paid for by Medicare. The vaccine-related mortality was so large that this set back the life expectancy of Americans for the first time since the 1918 Spanish flu! Mortality reports take a year or two to tabulate and the federal government may choose not to reveal the true mortality rate and whether it was related to the flu or the vaccines. You say this couldn't happen?</w:t>
      </w:r>
    </w:p>
    <w:p>
      <w:pPr>
        <w:spacing w:before="0" w:after="120" w:line="300" w:lineRule="exact"/>
        <w:jc w:val="both"/>
      </w:pPr>
      <w:r>
        <w:rPr>
          <w:rFonts w:ascii="Georgia" w:hAnsi="Georgia" w:cs="Georgia" w:eastAsia="Georgia"/>
          <w:b w:val="0"/>
          <w:i w:val="0"/>
          <w:sz w:val="22"/>
        </w:rPr>
        <w:t>It did in 1993!</w:t>
      </w:r>
    </w:p>
    <w:p>
      <w:pPr>
        <w:spacing w:before="0" w:after="120" w:line="300" w:lineRule="exact"/>
        <w:jc w:val="both"/>
      </w:pPr>
      <w:r>
        <w:rPr>
          <w:rFonts w:ascii="Georgia" w:hAnsi="Georgia" w:cs="Georgia" w:eastAsia="Georgia"/>
          <w:b w:val="0"/>
          <w:i w:val="0"/>
          <w:sz w:val="22"/>
        </w:rPr>
        <w:t>(End of the article)</w:t>
      </w:r>
    </w:p>
    <w:p>
      <w:pPr>
        <w:spacing w:before="0" w:after="120" w:line="300" w:lineRule="exact"/>
        <w:jc w:val="both"/>
      </w:pPr>
      <w:r>
        <w:rPr>
          <w:rFonts w:ascii="Georgia" w:hAnsi="Georgia" w:cs="Georgia" w:eastAsia="Georgia"/>
          <w:b w:val="0"/>
          <w:i w:val="0"/>
          <w:sz w:val="22"/>
        </w:rPr>
        <w:t>It now devolves as an incumbent obligation on the cabal of Satanist U.K. molvis to refute with solid medical and scientific evidence the facts and figures provided by the hosts of international experts.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