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GREAT COVID FRAUD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6056, South Africa</w:t>
      </w:r>
    </w:p>
    <w:p>
      <w:pPr>
        <w:spacing w:before="0" w:after="120" w:line="300" w:lineRule="exact"/>
        <w:jc w:val="both"/>
      </w:pPr>
      <w:r>
        <w:rPr>
          <w:rFonts w:ascii="Georgia" w:hAnsi="Georgia" w:cs="Georgia" w:eastAsia="Georgia"/>
          <w:b w:val="0"/>
          <w:i w:val="0"/>
          <w:sz w:val="22"/>
        </w:rPr>
        <w:t>Dr. Vladimir Zelenko is a board-certified family physician for over twenty years. He has been described by his patients as a family member to thousands of families and is a medical adviser to the volunteer ambulance corps in Kiryas Joel, New York. Dr. Zelenko developed his now famous "Zelenko Protocol," which has saved countless lives worldwide. So welcome, Dr. Zelenko. Thank you for joining us. And I would like you to comment on our subject, please.</w:t>
      </w:r>
    </w:p>
    <w:p>
      <w:r>
        <w:br w:type="page"/>
      </w:r>
    </w:p>
    <w:p>
      <w:pPr>
        <w:pStyle w:val="Heading1"/>
        <w:spacing w:before="360" w:after="200" w:line="300" w:lineRule="exact"/>
        <w:jc w:val="center"/>
      </w:pPr>
      <w:r>
        <w:rPr>
          <w:rFonts w:ascii="Georgia" w:hAnsi="Georgia" w:cs="Georgia" w:eastAsia="Georgia"/>
          <w:b/>
          <w:i w:val="0"/>
          <w:color w:val="1F3864"/>
          <w:sz w:val="32"/>
        </w:rPr>
        <w:t>TRANSCRIPT OF DR. ZELENKO'S TESTIMONY</w:t>
      </w:r>
    </w:p>
    <w:p>
      <w:pPr>
        <w:spacing w:before="0" w:after="120" w:line="300" w:lineRule="exact"/>
        <w:jc w:val="both"/>
      </w:pPr>
      <w:r>
        <w:rPr>
          <w:rFonts w:ascii="Georgia" w:hAnsi="Georgia" w:cs="Georgia" w:eastAsia="Georgia"/>
          <w:b w:val="0"/>
          <w:i w:val="0"/>
          <w:sz w:val="22"/>
        </w:rPr>
        <w:t>Dr. Zelenko: Thank you so much for having me. Can you hear me?</w:t>
      </w:r>
    </w:p>
    <w:p>
      <w:pPr>
        <w:spacing w:before="0" w:after="120" w:line="300" w:lineRule="exact"/>
        <w:jc w:val="both"/>
      </w:pPr>
      <w:r>
        <w:rPr>
          <w:rFonts w:ascii="Georgia" w:hAnsi="Georgia" w:cs="Georgia" w:eastAsia="Georgia"/>
          <w:b w:val="0"/>
          <w:i w:val="0"/>
          <w:sz w:val="22"/>
        </w:rPr>
        <w:t>Panel: Yes, loud, and clear. Very clear.</w:t>
      </w:r>
    </w:p>
    <w:p>
      <w:pPr>
        <w:spacing w:before="0" w:after="120" w:line="300" w:lineRule="exact"/>
        <w:jc w:val="both"/>
      </w:pPr>
      <w:r>
        <w:rPr>
          <w:rFonts w:ascii="Georgia" w:hAnsi="Georgia" w:cs="Georgia" w:eastAsia="Georgia"/>
          <w:b w:val="0"/>
          <w:i w:val="0"/>
          <w:sz w:val="22"/>
        </w:rPr>
        <w:t>Dr. Zelenko: So, I'll just give you quickly my experience. My team has directly treated successfully 6,000 patients. I have trained hundreds of physicians who are now training their students. And as a cumulative group, we've treated millions of patients successfully. President Trump was my patient. Rudy Giuliani was my patient. Rev Chaim Kanievsky has been my patient. Mr. Nitzan Horowitz, your health minister of Israel, last year was my patient. I'm just telling you which people have contacted me for care and including President Bolsonaro of Brazil.</w:t>
      </w:r>
    </w:p>
    <w:p>
      <w:pPr>
        <w:spacing w:before="0" w:after="120" w:line="300" w:lineRule="exact"/>
        <w:jc w:val="both"/>
      </w:pPr>
      <w:r>
        <w:rPr>
          <w:rFonts w:ascii="Georgia" w:hAnsi="Georgia" w:cs="Georgia" w:eastAsia="Georgia"/>
          <w:b w:val="0"/>
          <w:i w:val="0"/>
          <w:sz w:val="22"/>
        </w:rPr>
        <w:t>Now, my experience has given me a very unique perspective in approaching COVID-19, which is basically keeping people out of the hospital. I would like to describe…regarding children, the only reason you would want to treat a child is if you believe in child sacrifice (can't understand what he's saying) like a carbon of a very good reason to give the child.</w:t>
      </w:r>
    </w:p>
    <w:p>
      <w:pPr>
        <w:spacing w:before="0" w:after="120" w:line="300" w:lineRule="exact"/>
        <w:jc w:val="both"/>
      </w:pPr>
      <w:r>
        <w:rPr>
          <w:rFonts w:ascii="Georgia" w:hAnsi="Georgia" w:cs="Georgia" w:eastAsia="Georgia"/>
          <w:b w:val="0"/>
          <w:i w:val="0"/>
          <w:sz w:val="22"/>
        </w:rPr>
        <w:t>Otherwise, there's no necessity.</w:t>
      </w:r>
    </w:p>
    <w:p>
      <w:pPr>
        <w:spacing w:before="0" w:after="120" w:line="300" w:lineRule="exact"/>
        <w:jc w:val="both"/>
      </w:pPr>
      <w:r>
        <w:rPr>
          <w:rFonts w:ascii="Georgia" w:hAnsi="Georgia" w:cs="Georgia" w:eastAsia="Georgia"/>
          <w:b w:val="0"/>
          <w:i w:val="0"/>
          <w:sz w:val="22"/>
        </w:rPr>
        <w:t>Let me explain. Any time you evaluate any therapeutic, you need to look at it from three perspectives.</w:t>
      </w:r>
    </w:p>
    <w:p>
      <w:pPr>
        <w:spacing w:before="0" w:after="120" w:line="300" w:lineRule="exact"/>
        <w:jc w:val="both"/>
      </w:pPr>
      <w:r>
        <w:rPr>
          <w:rFonts w:ascii="Georgia" w:hAnsi="Georgia" w:cs="Georgia" w:eastAsia="Georgia"/>
          <w:b w:val="0"/>
          <w:i w:val="0"/>
          <w:sz w:val="22"/>
        </w:rPr>
        <w:t>1. Is it safe?</w:t>
      </w:r>
    </w:p>
    <w:p>
      <w:pPr>
        <w:spacing w:before="0" w:after="120" w:line="300" w:lineRule="exact"/>
        <w:jc w:val="both"/>
      </w:pPr>
      <w:r>
        <w:rPr>
          <w:rFonts w:ascii="Georgia" w:hAnsi="Georgia" w:cs="Georgia" w:eastAsia="Georgia"/>
          <w:b w:val="0"/>
          <w:i w:val="0"/>
          <w:sz w:val="22"/>
        </w:rPr>
        <w:t>2. Does it work?</w:t>
      </w:r>
    </w:p>
    <w:p>
      <w:pPr>
        <w:spacing w:before="0" w:after="120" w:line="300" w:lineRule="exact"/>
        <w:jc w:val="both"/>
      </w:pPr>
      <w:r>
        <w:rPr>
          <w:rFonts w:ascii="Georgia" w:hAnsi="Georgia" w:cs="Georgia" w:eastAsia="Georgia"/>
          <w:b w:val="0"/>
          <w:i w:val="0"/>
          <w:sz w:val="22"/>
        </w:rPr>
        <w:t>3. And do you need it?</w:t>
      </w:r>
    </w:p>
    <w:p>
      <w:pPr>
        <w:spacing w:before="0" w:after="120" w:line="300" w:lineRule="exact"/>
        <w:jc w:val="both"/>
      </w:pPr>
      <w:r>
        <w:rPr>
          <w:rFonts w:ascii="Georgia" w:hAnsi="Georgia" w:cs="Georgia" w:eastAsia="Georgia"/>
          <w:b w:val="0"/>
          <w:i w:val="0"/>
          <w:sz w:val="22"/>
        </w:rPr>
        <w:t>Just because you have a capability doesn't mean that you have to use it. There has to be a medical necessity. There has to be a need for it.</w:t>
      </w:r>
    </w:p>
    <w:p>
      <w:pPr>
        <w:spacing w:before="0" w:after="120" w:line="300" w:lineRule="exact"/>
        <w:jc w:val="both"/>
      </w:pPr>
      <w:r>
        <w:rPr>
          <w:rFonts w:ascii="Georgia" w:hAnsi="Georgia" w:cs="Georgia" w:eastAsia="Georgia"/>
          <w:b w:val="0"/>
          <w:i w:val="0"/>
          <w:sz w:val="22"/>
        </w:rPr>
        <w:t>Look at the CDC, the statistics for children under the age of 18 that are healthy, the survival rate is 99.998 percent survival rate with no treatment. Just like Dr. Uden said, the influenza virus is more dangerous to children than COVID-19. And he made an estimate that per million, one hundred children would die from the vaccination. I feel the number would be significantly higher and I'll explain to you the rationale for it.</w:t>
      </w:r>
    </w:p>
    <w:p>
      <w:pPr>
        <w:spacing w:before="0" w:after="120" w:line="300" w:lineRule="exact"/>
        <w:jc w:val="both"/>
      </w:pPr>
      <w:r>
        <w:rPr>
          <w:rFonts w:ascii="Georgia" w:hAnsi="Georgia" w:cs="Georgia" w:eastAsia="Georgia"/>
          <w:b w:val="0"/>
          <w:i w:val="0"/>
          <w:sz w:val="22"/>
        </w:rPr>
        <w:t>So, if you have a demographic that has no risk of dying from an illness, why would you inject them with a poison death shot?</w:t>
      </w:r>
    </w:p>
    <w:p>
      <w:pPr>
        <w:spacing w:before="0" w:after="120" w:line="300" w:lineRule="exact"/>
        <w:jc w:val="both"/>
      </w:pPr>
      <w:r>
        <w:rPr>
          <w:rFonts w:ascii="Georgia" w:hAnsi="Georgia" w:cs="Georgia" w:eastAsia="Georgia"/>
          <w:b w:val="0"/>
          <w:i w:val="0"/>
          <w:sz w:val="22"/>
        </w:rPr>
        <w:t>Now, let's see if this thing works. The two countries in the world that have the most vaccinated citizen are Eretz Israel (The Land of Israel) – an 85% rate of vaccination, and an island nation in the Indian Ocean, called Seychelles, also over 80% rate of vaccination. Both countries are experiencing a Delta variant outbreak.</w:t>
      </w:r>
    </w:p>
    <w:p>
      <w:pPr>
        <w:spacing w:before="0" w:after="120" w:line="300" w:lineRule="exact"/>
        <w:jc w:val="both"/>
      </w:pPr>
      <w:r>
        <w:rPr>
          <w:rFonts w:ascii="Georgia" w:hAnsi="Georgia" w:cs="Georgia" w:eastAsia="Georgia"/>
          <w:b w:val="0"/>
          <w:i w:val="0"/>
          <w:sz w:val="22"/>
        </w:rPr>
        <w:t>So let me ask you a question. If you vaccinated…if you vaccinated the majority of your population, why are you still having an outbreak? That's number one. Number two, why would you even give a third shot of the same stuff that didn't work the first two times? That's whether or not it works.</w:t>
      </w:r>
    </w:p>
    <w:p>
      <w:pPr>
        <w:spacing w:before="0" w:after="120" w:line="300" w:lineRule="exact"/>
        <w:jc w:val="both"/>
      </w:pPr>
      <w:r>
        <w:rPr>
          <w:rFonts w:ascii="Georgia" w:hAnsi="Georgia" w:cs="Georgia" w:eastAsia="Georgia"/>
          <w:b w:val="0"/>
          <w:i w:val="0"/>
          <w:sz w:val="22"/>
        </w:rPr>
        <w:t>And let's talk about safety. Now, this is the real issue. There are three levels of safety or death that we need to look at.</w:t>
      </w:r>
    </w:p>
    <w:p>
      <w:pPr>
        <w:spacing w:before="0" w:after="120" w:line="300" w:lineRule="exact"/>
        <w:jc w:val="both"/>
      </w:pPr>
      <w:r>
        <w:rPr>
          <w:rFonts w:ascii="Georgia" w:hAnsi="Georgia" w:cs="Georgia" w:eastAsia="Georgia"/>
          <w:b w:val="0"/>
          <w:i w:val="0"/>
          <w:sz w:val="22"/>
        </w:rPr>
        <w:t>1 Acute 2. Subacute, 3 Long term.</w:t>
      </w:r>
    </w:p>
    <w:p>
      <w:pPr>
        <w:spacing w:before="0" w:after="120" w:line="300" w:lineRule="exact"/>
        <w:jc w:val="both"/>
      </w:pPr>
      <w:r>
        <w:rPr>
          <w:rFonts w:ascii="Georgia" w:hAnsi="Georgia" w:cs="Georgia" w:eastAsia="Georgia"/>
          <w:b w:val="0"/>
          <w:i w:val="0"/>
          <w:sz w:val="22"/>
        </w:rPr>
        <w:t>Acute is defined from the moment of injection until three months. The number one risk of the shot is blood clots, just like Yudin, according to the Salk Institute.</w:t>
      </w:r>
    </w:p>
    <w:p>
      <w:pPr>
        <w:spacing w:before="0" w:after="120" w:line="300" w:lineRule="exact"/>
        <w:jc w:val="both"/>
      </w:pPr>
      <w:r>
        <w:rPr>
          <w:rFonts w:ascii="Georgia" w:hAnsi="Georgia" w:cs="Georgia" w:eastAsia="Georgia"/>
          <w:b w:val="0"/>
          <w:i w:val="0"/>
          <w:sz w:val="22"/>
        </w:rPr>
        <w:t>By the way, everything I'm saying, I will defend with documentation, and please don't take my word for it. You should do your due diligence. And I can provide to you proof of everything that I'm saying.</w:t>
      </w:r>
    </w:p>
    <w:p>
      <w:pPr>
        <w:spacing w:before="0" w:after="120" w:line="300" w:lineRule="exact"/>
        <w:jc w:val="both"/>
      </w:pPr>
      <w:r>
        <w:rPr>
          <w:rFonts w:ascii="Georgia" w:hAnsi="Georgia" w:cs="Georgia" w:eastAsia="Georgia"/>
          <w:b w:val="0"/>
          <w:i w:val="0"/>
          <w:sz w:val="22"/>
        </w:rPr>
        <w:t>According to the Salk Institute, when a person can get an injection of these things, the body becomes a spike-producing factory, making trillions of spikes that migrate to the endothelium, which is the lining of your blood vessels and has basically little thorns on the inside of your vasculature. As the blood cells flow through it, they could damage and cause blood clots.</w:t>
      </w:r>
    </w:p>
    <w:p>
      <w:pPr>
        <w:spacing w:before="0" w:after="120" w:line="300" w:lineRule="exact"/>
        <w:jc w:val="both"/>
      </w:pPr>
      <w:r>
        <w:rPr>
          <w:rFonts w:ascii="Georgia" w:hAnsi="Georgia" w:cs="Georgia" w:eastAsia="Georgia"/>
          <w:b w:val="0"/>
          <w:i w:val="0"/>
          <w:sz w:val="22"/>
        </w:rPr>
        <w:t>If that happens in the heart, it's a heart attack. If it happens in the brain, it's a stroke. So, we're seeing the number one cause of death in the short term is from blood clots. And most of it is happening within the first three or four days. 40% of blood clot cases are happening within the first three days of infection of this poison death shot.</w:t>
      </w:r>
    </w:p>
    <w:p>
      <w:pPr>
        <w:spacing w:before="0" w:after="120" w:line="300" w:lineRule="exact"/>
        <w:jc w:val="both"/>
      </w:pPr>
      <w:r>
        <w:rPr>
          <w:rFonts w:ascii="Georgia" w:hAnsi="Georgia" w:cs="Georgia" w:eastAsia="Georgia"/>
          <w:b w:val="0"/>
          <w:i w:val="0"/>
          <w:sz w:val="22"/>
        </w:rPr>
        <w:t>Now, the second (acute) problem is that it's causing myocarditis or inflammation in the hearts of young adults.</w:t>
      </w:r>
    </w:p>
    <w:p>
      <w:pPr>
        <w:spacing w:before="0" w:after="120" w:line="300" w:lineRule="exact"/>
        <w:jc w:val="both"/>
      </w:pPr>
      <w:r>
        <w:rPr>
          <w:rFonts w:ascii="Georgia" w:hAnsi="Georgia" w:cs="Georgia" w:eastAsia="Georgia"/>
          <w:b w:val="0"/>
          <w:i w:val="0"/>
          <w:sz w:val="22"/>
        </w:rPr>
        <w:t>And the third (acute) problem is the most disturbing is, according to the New England Journal of Medicine article, their preliminary data, the miscarriage rate in the first trimester. A woman gets vaccinated in the first trimester goes from 10% to 80%. I want you to understand what I just said. The miscarriage rate in the first trimester of pregnant women when they get vaccinated goes up by a factor of eight. That's preliminary data. It may change with time, but I'm just telling you what it is as of today. That's the smallest of the problem.</w:t>
      </w:r>
    </w:p>
    <w:p>
      <w:pPr>
        <w:spacing w:before="0" w:after="120" w:line="300" w:lineRule="exact"/>
        <w:jc w:val="both"/>
      </w:pPr>
      <w:r>
        <w:rPr>
          <w:rFonts w:ascii="Georgia" w:hAnsi="Georgia" w:cs="Georgia" w:eastAsia="Georgia"/>
          <w:b w:val="0"/>
          <w:i w:val="0"/>
          <w:sz w:val="22"/>
        </w:rPr>
        <w:t>The second category is the subacute death issue. The animal studies that were done with these vaccines show that all the animals responded well generating antibodies. But when they were challenged, however, with the virus that they were immunized against, a large percentage of them died. And when that was investigated, it was found that their immune system had killed them. It's called antibody-dependent enhancement or pathogenic priming or paradoxical immune enhancement. But the point is that a lot of those animals died.</w:t>
      </w:r>
    </w:p>
    <w:p>
      <w:pPr>
        <w:spacing w:before="0" w:after="120" w:line="300" w:lineRule="exact"/>
        <w:jc w:val="both"/>
      </w:pPr>
      <w:r>
        <w:rPr>
          <w:rFonts w:ascii="Georgia" w:hAnsi="Georgia" w:cs="Georgia" w:eastAsia="Georgia"/>
          <w:b w:val="0"/>
          <w:i w:val="0"/>
          <w:sz w:val="22"/>
        </w:rPr>
        <w:t>So, you can make an argument maybe human beings are different. My answer to you maybe, however, those studies (human studies) were not done. You are the study right now. The Pfizer CEO said, "Israel is the biggest laboratory in the world." And so those long-term human studies to rule out pathogenic priming have not been done.</w:t>
      </w:r>
    </w:p>
    <w:p>
      <w:pPr>
        <w:spacing w:before="0" w:after="120" w:line="300" w:lineRule="exact"/>
        <w:jc w:val="both"/>
      </w:pPr>
      <w:r>
        <w:rPr>
          <w:rFonts w:ascii="Georgia" w:hAnsi="Georgia" w:cs="Georgia" w:eastAsia="Georgia"/>
          <w:b w:val="0"/>
          <w:i w:val="0"/>
          <w:sz w:val="22"/>
        </w:rPr>
        <w:t>Luc Montagnier, who won the Nobel Prize in medicine for the discovery of HIV, said that this is the biggest risk to humanity and the biggest risk of genocide in the history of humanity. And so, the risk of an ADE (antibody-dependent enhancement) in human beings, which happens later, has not been ruled out. So my question is, why would I vaccinate someone with a potentially destructive lethal substance without ruling that out first?</w:t>
      </w:r>
    </w:p>
    <w:p>
      <w:pPr>
        <w:spacing w:before="0" w:after="120" w:line="300" w:lineRule="exact"/>
        <w:jc w:val="both"/>
      </w:pPr>
      <w:r>
        <w:rPr>
          <w:rFonts w:ascii="Georgia" w:hAnsi="Georgia" w:cs="Georgia" w:eastAsia="Georgia"/>
          <w:b w:val="0"/>
          <w:i w:val="0"/>
          <w:sz w:val="22"/>
        </w:rPr>
        <w:t>And the third component here is the long-term consequences. There is definite evidence that it affects fertility, damages ovarian function that reduces sperm counts. Number one definitely increases the amount of auto-immune diseases. Who knows over time how that is going to reduce life span? And just last week, a paper came out showing that it increases the risk of cancer.</w:t>
      </w:r>
    </w:p>
    <w:p>
      <w:pPr>
        <w:spacing w:before="0" w:after="120" w:line="300" w:lineRule="exact"/>
        <w:jc w:val="both"/>
      </w:pPr>
      <w:r>
        <w:rPr>
          <w:rFonts w:ascii="Georgia" w:hAnsi="Georgia" w:cs="Georgia" w:eastAsia="Georgia"/>
          <w:b w:val="0"/>
          <w:i w:val="0"/>
          <w:sz w:val="22"/>
        </w:rPr>
        <w:t>So, anyway that you want to look at it:</w:t>
      </w:r>
    </w:p>
    <w:p>
      <w:pPr>
        <w:spacing w:before="0" w:after="120" w:line="300" w:lineRule="exact"/>
        <w:jc w:val="both"/>
      </w:pPr>
      <w:r>
        <w:rPr>
          <w:rFonts w:ascii="Georgia" w:hAnsi="Georgia" w:cs="Georgia" w:eastAsia="Georgia"/>
          <w:b w:val="0"/>
          <w:i w:val="0"/>
          <w:sz w:val="22"/>
        </w:rPr>
        <w:t>1. Whether in an acute setting where it causes blood clots, inflammation of the heart, and miscarriages, or, 2. In the midterm subacute setting, where it can result in a pathological disastrous immune reaction, or 3. In the long term whether it causes autoimmune diseases, cancer, and infertility.</w:t>
      </w:r>
    </w:p>
    <w:p>
      <w:pPr>
        <w:spacing w:before="0" w:after="120" w:line="300" w:lineRule="exact"/>
        <w:jc w:val="both"/>
      </w:pPr>
      <w:r>
        <w:rPr>
          <w:rFonts w:ascii="Georgia" w:hAnsi="Georgia" w:cs="Georgia" w:eastAsia="Georgia"/>
          <w:b w:val="0"/>
          <w:i w:val="0"/>
          <w:sz w:val="22"/>
        </w:rPr>
        <w:t>Now that's a big concern.</w:t>
      </w:r>
    </w:p>
    <w:p>
      <w:pPr>
        <w:spacing w:before="0" w:after="120" w:line="300" w:lineRule="exact"/>
        <w:jc w:val="both"/>
      </w:pPr>
      <w:r>
        <w:rPr>
          <w:rFonts w:ascii="Georgia" w:hAnsi="Georgia" w:cs="Georgia" w:eastAsia="Georgia"/>
          <w:b w:val="0"/>
          <w:i w:val="0"/>
          <w:sz w:val="22"/>
        </w:rPr>
        <w:t>Actually, I will say it this way: In my opinion, the current Israeli government is guilty of doing what Josef Mengele did. They have permitted human experimentation of their own people. And I'm going to tell you, I hope, I hope this is a little different. Maybe not.</w:t>
      </w:r>
    </w:p>
    <w:p>
      <w:pPr>
        <w:spacing w:before="0" w:after="120" w:line="300" w:lineRule="exact"/>
        <w:jc w:val="both"/>
      </w:pPr>
      <w:r>
        <w:rPr>
          <w:rFonts w:ascii="Georgia" w:hAnsi="Georgia" w:cs="Georgia" w:eastAsia="Georgia"/>
          <w:b w:val="0"/>
          <w:i w:val="0"/>
          <w:sz w:val="22"/>
        </w:rPr>
        <w:t>If you see trouble in the Jewish people, you should look at the rabbinic leadership. If the head is diseased, what do you expect of the body? So, I beg of this debate to put the interests of the people of Israel above politics and anything else that may alter your opinions,</w:t>
      </w:r>
    </w:p>
    <w:p>
      <w:pPr>
        <w:spacing w:before="0" w:after="120" w:line="300" w:lineRule="exact"/>
        <w:jc w:val="both"/>
      </w:pPr>
      <w:r>
        <w:rPr>
          <w:rFonts w:ascii="Georgia" w:hAnsi="Georgia" w:cs="Georgia" w:eastAsia="Georgia"/>
          <w:b w:val="0"/>
          <w:i w:val="0"/>
          <w:sz w:val="22"/>
        </w:rPr>
        <w:t>I have I received death threats, daily death threats. I have risked my life, my career, my financial life, my reputation, my family, everything just to sit here and tell you what I'm doing.</w:t>
      </w:r>
    </w:p>
    <w:p>
      <w:pPr>
        <w:spacing w:before="0" w:after="120" w:line="300" w:lineRule="exact"/>
        <w:jc w:val="both"/>
      </w:pPr>
      <w:r>
        <w:rPr>
          <w:rFonts w:ascii="Georgia" w:hAnsi="Georgia" w:cs="Georgia" w:eastAsia="Georgia"/>
          <w:b w:val="0"/>
          <w:i w:val="0"/>
          <w:sz w:val="22"/>
        </w:rPr>
        <w:t>So, I'll just summarize</w:t>
      </w:r>
    </w:p>
    <w:p>
      <w:pPr>
        <w:spacing w:before="0" w:after="120" w:line="300" w:lineRule="exact"/>
        <w:jc w:val="both"/>
      </w:pPr>
      <w:r>
        <w:rPr>
          <w:rFonts w:ascii="Georgia" w:hAnsi="Georgia" w:cs="Georgia" w:eastAsia="Georgia"/>
          <w:b w:val="0"/>
          <w:i w:val="0"/>
          <w:sz w:val="22"/>
        </w:rPr>
        <w:t>There is no need for this vaccine.</w:t>
      </w:r>
    </w:p>
    <w:p>
      <w:pPr>
        <w:spacing w:before="0" w:after="120" w:line="300" w:lineRule="exact"/>
        <w:jc w:val="both"/>
      </w:pPr>
      <w:r>
        <w:rPr>
          <w:rFonts w:ascii="Georgia" w:hAnsi="Georgia" w:cs="Georgia" w:eastAsia="Georgia"/>
          <w:b w:val="0"/>
          <w:i w:val="0"/>
          <w:sz w:val="22"/>
        </w:rPr>
        <w:t>There's actually no need for any to get it. Children are already told they have a 99.998 percent chance of getting better. Young adults from 18 to 45 have a 99.95 percent. It's getting better just according to the CDC. Same concept.</w:t>
      </w:r>
    </w:p>
    <w:p>
      <w:pPr>
        <w:spacing w:before="0" w:after="120" w:line="300" w:lineRule="exact"/>
        <w:jc w:val="both"/>
      </w:pPr>
      <w:r>
        <w:rPr>
          <w:rFonts w:ascii="Georgia" w:hAnsi="Georgia" w:cs="Georgia" w:eastAsia="Georgia"/>
          <w:b w:val="0"/>
          <w:i w:val="0"/>
          <w:sz w:val="22"/>
        </w:rPr>
        <w:t>Someone who has already had COVID that has antibodies, naturally induced immunity, has a billion times more effective immunity than artificially induced immunity through vaccine. So why? Why would I vaccinate someone with a poison death shot that makes inferior or dangerous antibodies when I already have healthy antibodies?</w:t>
      </w:r>
    </w:p>
    <w:p>
      <w:pPr>
        <w:spacing w:before="0" w:after="120" w:line="300" w:lineRule="exact"/>
        <w:jc w:val="both"/>
      </w:pPr>
      <w:r>
        <w:rPr>
          <w:rFonts w:ascii="Georgia" w:hAnsi="Georgia" w:cs="Georgia" w:eastAsia="Georgia"/>
          <w:b w:val="0"/>
          <w:i w:val="0"/>
          <w:sz w:val="22"/>
        </w:rPr>
        <w:t>And then if you look at the high-risk population (the elderly) that has a 7.5 percent death rate. So, my data, which was the first one in the world which I published in a peer-reviewed journal, which has become the basis of over two hundred other studies, and I have corroborated my observations that if you treat people in the right time frame, you reduce death rate by 85 percent.</w:t>
      </w:r>
    </w:p>
    <w:p>
      <w:pPr>
        <w:spacing w:before="0" w:after="120" w:line="300" w:lineRule="exact"/>
        <w:jc w:val="both"/>
      </w:pPr>
      <w:r>
        <w:rPr>
          <w:rFonts w:ascii="Georgia" w:hAnsi="Georgia" w:cs="Georgia" w:eastAsia="Georgia"/>
          <w:b w:val="0"/>
          <w:i w:val="0"/>
          <w:sz w:val="22"/>
        </w:rPr>
        <w:t>So out of 600,000 Americans who died, we could have prevented 510,000 from going to the hospital and dying. And by the way, I presented this information to Benjamin Netanyahu directly into his hands in April of 2010, and I informed every single member of your Ministry of Health as well.</w:t>
      </w:r>
    </w:p>
    <w:p>
      <w:pPr>
        <w:spacing w:before="0" w:after="120" w:line="300" w:lineRule="exact"/>
        <w:jc w:val="both"/>
      </w:pPr>
      <w:r>
        <w:rPr>
          <w:rFonts w:ascii="Georgia" w:hAnsi="Georgia" w:cs="Georgia" w:eastAsia="Georgia"/>
          <w:b w:val="0"/>
          <w:i w:val="0"/>
          <w:sz w:val="22"/>
        </w:rPr>
        <w:t>So, my question to you is, if I can reduce the death rate from 7.5 percent to less than a half a percent, why would I use a poison death shot that doesn't work and has tremendous and horrific side effects.</w:t>
      </w:r>
    </w:p>
    <w:p>
      <w:pPr>
        <w:spacing w:before="0" w:after="120" w:line="300" w:lineRule="exact"/>
        <w:jc w:val="both"/>
      </w:pPr>
      <w:r>
        <w:rPr>
          <w:rFonts w:ascii="Georgia" w:hAnsi="Georgia" w:cs="Georgia" w:eastAsia="Georgia"/>
          <w:b w:val="0"/>
          <w:i w:val="0"/>
          <w:sz w:val="22"/>
        </w:rPr>
        <w:t>Let me do one more mind experiment with you, if everyone on the planet were to get COVID and not get treated, the death rate globally will be less than a half a percent. Now, I'm not advocating for that. That's a lot of people, that's thirty-five million people who will die. However, if we follow the advice of some of the quoteunquote, global leaders, let's say, like Bill Gates who said last year, "Seven billion people need to be vaccinated." If that happens, the death rate will be over two billion people. So, WAKE UP! This is World War Three! This is a level of malfeasance and malevolence that we have not seen, probably in the history of humanity.</w:t>
      </w:r>
    </w:p>
    <w:p>
      <w:pPr>
        <w:spacing w:before="0" w:after="120" w:line="300" w:lineRule="exact"/>
        <w:jc w:val="both"/>
      </w:pPr>
      <w:r>
        <w:rPr>
          <w:rFonts w:ascii="Georgia" w:hAnsi="Georgia" w:cs="Georgia" w:eastAsia="Georgia"/>
          <w:b w:val="0"/>
          <w:i w:val="0"/>
          <w:sz w:val="22"/>
        </w:rPr>
        <w:t>I'm against child sacrifice. I am against idolatry. I really believe that God is testing every human being. And here's the test.</w:t>
      </w:r>
    </w:p>
    <w:p>
      <w:pPr>
        <w:spacing w:before="0" w:after="120" w:line="300" w:lineRule="exact"/>
        <w:jc w:val="both"/>
      </w:pPr>
      <w:r>
        <w:rPr>
          <w:rFonts w:ascii="Georgia" w:hAnsi="Georgia" w:cs="Georgia" w:eastAsia="Georgia"/>
          <w:b w:val="0"/>
          <w:i w:val="0"/>
          <w:sz w:val="22"/>
        </w:rPr>
        <w:t>Are you going to bow down to Me? Are you going to ask for your protection from Me? Are you going to take your fears and ask Me to help, or are you going to run to the idol of the vaccine of your governments, of despots and tyrants like sociopaths who want to be deities?</w:t>
      </w:r>
    </w:p>
    <w:p>
      <w:pPr>
        <w:spacing w:before="0" w:after="120" w:line="300" w:lineRule="exact"/>
        <w:jc w:val="both"/>
      </w:pPr>
      <w:r>
        <w:rPr>
          <w:rFonts w:ascii="Georgia" w:hAnsi="Georgia" w:cs="Georgia" w:eastAsia="Georgia"/>
          <w:b w:val="0"/>
          <w:i w:val="0"/>
          <w:sz w:val="22"/>
        </w:rPr>
        <w:t>There is nothing new under the sun. These people are no different than Pharoah. They think they're God. And you're going to bow down to them? If you're going about down them, listen, "Okay, let them protect you. Let's see how that's going to work out for you!"</w:t>
      </w:r>
    </w:p>
    <w:p>
      <w:pPr>
        <w:spacing w:before="0" w:after="120" w:line="300" w:lineRule="exact"/>
        <w:jc w:val="both"/>
      </w:pPr>
      <w:r>
        <w:rPr>
          <w:rFonts w:ascii="Georgia" w:hAnsi="Georgia" w:cs="Georgia" w:eastAsia="Georgia"/>
          <w:b w:val="0"/>
          <w:i w:val="0"/>
          <w:sz w:val="22"/>
        </w:rPr>
        <w:t>I'm seeing fear drive people to do things that are completely irrational, things that do not make sense. They sacrifice their own children.</w:t>
      </w:r>
    </w:p>
    <w:p>
      <w:pPr>
        <w:spacing w:before="0" w:after="120" w:line="300" w:lineRule="exact"/>
        <w:jc w:val="both"/>
      </w:pPr>
      <w:r>
        <w:rPr>
          <w:rFonts w:ascii="Georgia" w:hAnsi="Georgia" w:cs="Georgia" w:eastAsia="Georgia"/>
          <w:b w:val="0"/>
          <w:i w:val="0"/>
          <w:sz w:val="22"/>
        </w:rPr>
        <w:t>And yes, your Ministry of Health flying you your statistics are absolutely skewed.</w:t>
      </w:r>
    </w:p>
    <w:p>
      <w:pPr>
        <w:spacing w:before="0" w:after="120" w:line="300" w:lineRule="exact"/>
        <w:jc w:val="both"/>
      </w:pPr>
      <w:r>
        <w:rPr>
          <w:rFonts w:ascii="Georgia" w:hAnsi="Georgia" w:cs="Georgia" w:eastAsia="Georgia"/>
          <w:b w:val="0"/>
          <w:i w:val="0"/>
          <w:sz w:val="22"/>
        </w:rPr>
        <w:t>Do you want to see something real? Go to the website World Meter.Info. Go to the nation of Israel and you can see it. On December 20, 2020, there's a huge spike in the curve of death in Israel. You know what happened in Israel, December 20th? National Immunization started. And these are numbers being reported by the Israeli government. They're just too stupid just to hide it.</w:t>
      </w:r>
    </w:p>
    <w:p>
      <w:pPr>
        <w:spacing w:before="0" w:after="120" w:line="300" w:lineRule="exact"/>
        <w:jc w:val="both"/>
      </w:pPr>
      <w:r>
        <w:rPr>
          <w:rFonts w:ascii="Georgia" w:hAnsi="Georgia" w:cs="Georgia" w:eastAsia="Georgia"/>
          <w:b w:val="0"/>
          <w:i w:val="0"/>
          <w:sz w:val="22"/>
        </w:rPr>
        <w:t>There is zero justification, zero justification for using this poison death trap unless you want to sacrifice human beings. I think I'm done.</w:t>
      </w:r>
    </w:p>
    <w:p>
      <w:pPr>
        <w:spacing w:before="0" w:after="120" w:line="300" w:lineRule="exact"/>
        <w:jc w:val="both"/>
      </w:pPr>
      <w:r>
        <w:rPr>
          <w:rFonts w:ascii="Georgia" w:hAnsi="Georgia" w:cs="Georgia" w:eastAsia="Georgia"/>
          <w:b w:val="0"/>
          <w:i w:val="0"/>
          <w:sz w:val="22"/>
        </w:rPr>
        <w:t>Panel: After these words from Dr. Zelenko, I don't ever think you can say, "I'm done.". We very much appreciate your time and effort. You are very definite and very clear.</w:t>
      </w:r>
    </w:p>
    <w:p>
      <w:pPr>
        <w:spacing w:before="0" w:after="120" w:line="300" w:lineRule="exact"/>
        <w:jc w:val="both"/>
      </w:pPr>
      <w:r>
        <w:rPr>
          <w:rFonts w:ascii="Georgia" w:hAnsi="Georgia" w:cs="Georgia" w:eastAsia="Georgia"/>
          <w:b w:val="0"/>
          <w:i w:val="0"/>
          <w:sz w:val="22"/>
        </w:rPr>
        <w:t>Dr. Zelenko: Do you have any questions?</w:t>
      </w:r>
    </w:p>
    <w:p>
      <w:pPr>
        <w:spacing w:before="0" w:after="120" w:line="300" w:lineRule="exact"/>
        <w:jc w:val="both"/>
      </w:pPr>
      <w:r>
        <w:rPr>
          <w:rFonts w:ascii="Georgia" w:hAnsi="Georgia" w:cs="Georgia" w:eastAsia="Georgia"/>
          <w:b w:val="0"/>
          <w:i w:val="0"/>
          <w:sz w:val="22"/>
        </w:rPr>
        <w:t>Panel: We have many questions. But just to summarize. Two billion would pass out (die) if seven billion people received the shot according to you've said, correct?</w:t>
      </w:r>
    </w:p>
    <w:p>
      <w:pPr>
        <w:spacing w:before="0" w:after="120" w:line="300" w:lineRule="exact"/>
        <w:jc w:val="both"/>
      </w:pPr>
      <w:r>
        <w:rPr>
          <w:rFonts w:ascii="Georgia" w:hAnsi="Georgia" w:cs="Georgia" w:eastAsia="Georgia"/>
          <w:b w:val="0"/>
          <w:i w:val="0"/>
          <w:sz w:val="22"/>
        </w:rPr>
        <w:t>Dr. Zelenko: No, not according to what I said, according to what world experts are saying, that if you look at Dr. Malone, who invented the RNA technology as the original patents for the vaccine is saying, "Do not use this. The government is lying to you. The side effects are horrific." Dr. Cahill from Ireland said that she believes within two years, 90 percent of the people that got vaccinated will be dead. When Dr. Michael, I hope you can confirm I hope he's still there to ask that question. He said you wouldn't go that far. So, I don't know, maybe it's not 90 percent or what is the percentage? Maybe it's not two years. Maybe it's three years. Yeah, and look at what Dr. Montagnier said. He is the Nobel Prize winner for the discovery of HIV, and said, "This is the biggest risk of genocide in the history of men."</w:t>
      </w:r>
    </w:p>
    <w:p>
      <w:pPr>
        <w:spacing w:before="0" w:after="120" w:line="300" w:lineRule="exact"/>
        <w:jc w:val="both"/>
      </w:pPr>
      <w:r>
        <w:rPr>
          <w:rFonts w:ascii="Georgia" w:hAnsi="Georgia" w:cs="Georgia" w:eastAsia="Georgia"/>
          <w:b w:val="0"/>
          <w:i w:val="0"/>
          <w:sz w:val="22"/>
        </w:rPr>
        <w:t>Panel: So just a bit, if you have six million that have received the vaccine in Israel? Correct? Do you have the number? No. Three million. So, three million. So if we take our percentage at 3,000,000, we should be seeing some 500000 or 800,000 die?</w:t>
      </w:r>
    </w:p>
    <w:p>
      <w:pPr>
        <w:spacing w:before="0" w:after="120" w:line="300" w:lineRule="exact"/>
        <w:jc w:val="both"/>
      </w:pPr>
      <w:r>
        <w:rPr>
          <w:rFonts w:ascii="Georgia" w:hAnsi="Georgia" w:cs="Georgia" w:eastAsia="Georgia"/>
          <w:b w:val="0"/>
          <w:i w:val="0"/>
          <w:sz w:val="22"/>
        </w:rPr>
        <w:t>Dr. Zelenko. Over time.</w:t>
      </w:r>
    </w:p>
    <w:p>
      <w:pPr>
        <w:spacing w:before="0" w:after="120" w:line="300" w:lineRule="exact"/>
        <w:jc w:val="both"/>
      </w:pPr>
      <w:r>
        <w:rPr>
          <w:rFonts w:ascii="Georgia" w:hAnsi="Georgia" w:cs="Georgia" w:eastAsia="Georgia"/>
          <w:b w:val="0"/>
          <w:i w:val="0"/>
          <w:sz w:val="22"/>
        </w:rPr>
        <w:t>Panel Member: Dr. Zelenka, you know, you mentioned studies that definitely - the studies that came out - that is definitely a cause fertility of problems, sperm count, and now recently a cancer research study that says that it the causes cancer. Where the government showed these? Why are they holding back this thing we see all the time coming out of studies? They say, "There's no problems at fertility – bluff; There's no problems of sperm count – bluff. There's no cancer – bluff. Everything you've said is being countered back not only by the governments but by most of the medical industry is telling us that all these studies the vaccination is dangerous is all baloney and promoted by anti-vax crazies.</w:t>
      </w:r>
    </w:p>
    <w:p>
      <w:pPr>
        <w:spacing w:before="0" w:after="120" w:line="300" w:lineRule="exact"/>
        <w:jc w:val="both"/>
      </w:pPr>
      <w:r>
        <w:rPr>
          <w:rFonts w:ascii="Georgia" w:hAnsi="Georgia" w:cs="Georgia" w:eastAsia="Georgia"/>
          <w:b w:val="0"/>
          <w:i w:val="0"/>
          <w:sz w:val="22"/>
        </w:rPr>
        <w:t>Dr. Zelenko: I can answer that. For every single person you just mentioned, if you sum total the number of patients they've treated for Covid, it all equals zero. And I've treated over 6,000 patients. So you have to know who you're talking about.</w:t>
      </w:r>
    </w:p>
    <w:p>
      <w:pPr>
        <w:spacing w:before="0" w:after="120" w:line="300" w:lineRule="exact"/>
        <w:jc w:val="both"/>
      </w:pPr>
      <w:r>
        <w:rPr>
          <w:rFonts w:ascii="Georgia" w:hAnsi="Georgia" w:cs="Georgia" w:eastAsia="Georgia"/>
          <w:b w:val="0"/>
          <w:i w:val="0"/>
          <w:sz w:val="22"/>
        </w:rPr>
        <w:t>Now, what I'm going to tell you is the following, yes, there's been a very coordinated effort to suppress lifesaving information, drugs like Hydroxychloroquine, Chloroquine, and Ivermectin, which are the safest medications in the history of medicine, have been suppressed. And you can't even get them in Israel.</w:t>
      </w:r>
    </w:p>
    <w:p>
      <w:pPr>
        <w:spacing w:before="0" w:after="120" w:line="300" w:lineRule="exact"/>
        <w:jc w:val="both"/>
      </w:pPr>
      <w:r>
        <w:rPr>
          <w:rFonts w:ascii="Georgia" w:hAnsi="Georgia" w:cs="Georgia" w:eastAsia="Georgia"/>
          <w:b w:val="0"/>
          <w:i w:val="0"/>
          <w:sz w:val="22"/>
        </w:rPr>
        <w:t>Doctors who dare to say something that is against the narrative are being de-platformed. This includes world experts like Dr. Malone, for example, who developed the mRNA vaccine. He said something against the narrative and was de-platformed from every media platform. Can you tell me why?</w:t>
      </w:r>
    </w:p>
    <w:p>
      <w:pPr>
        <w:spacing w:before="0" w:after="120" w:line="300" w:lineRule="exact"/>
        <w:jc w:val="both"/>
      </w:pPr>
      <w:r>
        <w:rPr>
          <w:rFonts w:ascii="Georgia" w:hAnsi="Georgia" w:cs="Georgia" w:eastAsia="Georgia"/>
          <w:b w:val="0"/>
          <w:i w:val="0"/>
          <w:sz w:val="22"/>
        </w:rPr>
        <w:t>And then can you tell me why there is suppression of knowledge of side effects about this poison death shot? And then tell me why there's this incredible coercion, psychological pressure, and now using force to compel people to take the shot? You should be answering that question, not me. There is a coordinated effort here. And Israel is leading the way.</w:t>
      </w:r>
    </w:p>
    <w:p>
      <w:pPr>
        <w:spacing w:before="0" w:after="120" w:line="300" w:lineRule="exact"/>
        <w:jc w:val="both"/>
      </w:pPr>
      <w:r>
        <w:rPr>
          <w:rFonts w:ascii="Georgia" w:hAnsi="Georgia" w:cs="Georgia" w:eastAsia="Georgia"/>
          <w:b w:val="0"/>
          <w:i w:val="0"/>
          <w:sz w:val="22"/>
        </w:rPr>
        <w:t>Panel: It appears that the United States is also not showing the numbers that you're saying either?</w:t>
      </w:r>
    </w:p>
    <w:p>
      <w:pPr>
        <w:spacing w:before="0" w:after="120" w:line="300" w:lineRule="exact"/>
        <w:jc w:val="both"/>
      </w:pPr>
      <w:r>
        <w:rPr>
          <w:rFonts w:ascii="Georgia" w:hAnsi="Georgia" w:cs="Georgia" w:eastAsia="Georgia"/>
          <w:b w:val="0"/>
          <w:i w:val="0"/>
          <w:sz w:val="22"/>
        </w:rPr>
        <w:t>Dr. Zelenko: Now you started. There's data that shows as of today eleven thousand dead people and four hundred and fifty thousand adverse events (in the United States). First of all, is that not enough? What's your threshold of death?</w:t>
      </w:r>
    </w:p>
    <w:p>
      <w:pPr>
        <w:spacing w:before="0" w:after="120" w:line="300" w:lineRule="exact"/>
        <w:jc w:val="both"/>
      </w:pPr>
      <w:r>
        <w:rPr>
          <w:rFonts w:ascii="Georgia" w:hAnsi="Georgia" w:cs="Georgia" w:eastAsia="Georgia"/>
          <w:b w:val="0"/>
          <w:i w:val="0"/>
          <w:sz w:val="22"/>
        </w:rPr>
        <w:t>Panel: No, just one (death).</w:t>
      </w:r>
    </w:p>
    <w:p>
      <w:pPr>
        <w:spacing w:before="0" w:after="120" w:line="300" w:lineRule="exact"/>
        <w:jc w:val="both"/>
      </w:pPr>
      <w:r>
        <w:rPr>
          <w:rFonts w:ascii="Georgia" w:hAnsi="Georgia" w:cs="Georgia" w:eastAsia="Georgia"/>
          <w:b w:val="0"/>
          <w:i w:val="0"/>
          <w:sz w:val="22"/>
        </w:rPr>
        <w:t>Dr. Zelenko:. OK, VAERS is already admitting to that there's a CDC whistleblower that just said it's not 11,000, but it's 45,000. That's not enough. And then there's a 2009 Harvard study that said that only one percent of actual events (vaccination injuries) are reported. Now, I can make an argument that perhaps that a rash is reported at a much lower rate than death. So, for the benefit of the doubt, let's say, let's say 20 percent of deaths are being reported and I'm being very generous. So, if you take 45,000, according to the whistleblower, or even if you take a 11,000 to what they admit, so the number is either 50,000 or 200,000 – you choose.</w:t>
      </w:r>
    </w:p>
    <w:p>
      <w:pPr>
        <w:spacing w:before="0" w:after="120" w:line="300" w:lineRule="exact"/>
        <w:jc w:val="both"/>
      </w:pPr>
      <w:r>
        <w:rPr>
          <w:rFonts w:ascii="Georgia" w:hAnsi="Georgia" w:cs="Georgia" w:eastAsia="Georgia"/>
          <w:b w:val="0"/>
          <w:i w:val="0"/>
          <w:sz w:val="22"/>
        </w:rPr>
        <w:t>And then there are two other problems with VAERS. I have colleagues that lost patients to the vaccine. They try to file reports. The VAER system rejects their reports for no reason. And another problem, and I have evidence for this as well, that reports that were filed are now being scrubbed off the system and you can't even find them.</w:t>
      </w:r>
    </w:p>
    <w:p>
      <w:pPr>
        <w:spacing w:before="0" w:after="120" w:line="300" w:lineRule="exact"/>
        <w:jc w:val="both"/>
      </w:pPr>
      <w:r>
        <w:rPr>
          <w:rFonts w:ascii="Georgia" w:hAnsi="Georgia" w:cs="Georgia" w:eastAsia="Georgia"/>
          <w:b w:val="0"/>
          <w:i w:val="0"/>
          <w:sz w:val="22"/>
        </w:rPr>
        <w:t>By the way, this is not a conspiracy theory. It's a conspiracy; not a theory. Eighteen months ago, if I would have told you the COVID-19 is a bioweapon, you would say that I'm a conspiracy theorist. Noah in the Bible was a conspiracy theorist until it rained.</w:t>
      </w:r>
    </w:p>
    <w:p>
      <w:pPr>
        <w:spacing w:before="0" w:after="120" w:line="300" w:lineRule="exact"/>
        <w:jc w:val="both"/>
      </w:pPr>
      <w:r>
        <w:rPr>
          <w:rFonts w:ascii="Georgia" w:hAnsi="Georgia" w:cs="Georgia" w:eastAsia="Georgia"/>
          <w:b w:val="0"/>
          <w:i w:val="0"/>
          <w:sz w:val="22"/>
        </w:rPr>
        <w:t>So right now, if I tell you that this is an artificially made bioweapon, it's a conspiracy, not a theory. Everyone agrees now that this disease was artificially made.</w:t>
      </w:r>
    </w:p>
    <w:p>
      <w:pPr>
        <w:spacing w:before="0" w:after="120" w:line="300" w:lineRule="exact"/>
        <w:jc w:val="both"/>
      </w:pPr>
      <w:r>
        <w:rPr>
          <w:rFonts w:ascii="Georgia" w:hAnsi="Georgia" w:cs="Georgia" w:eastAsia="Georgia"/>
          <w:b w:val="0"/>
          <w:i w:val="0"/>
          <w:sz w:val="22"/>
        </w:rPr>
        <w:t>And I even I know exactly when it was made and I know the numbers associated with the modifications. In 1999 Dr. Ralph Barrett at the The University of North Carolina modified a bat coronavirus and on a surface protein in order that it should infect human beings. Then that research became illegal in America. It got sent by the American taxpayer dollars and by Fauci to WUHAN where that research continued and until they figured out a way to modify this virus, to make it extremely more destructive to human lungs and to cause blood clots.</w:t>
      </w:r>
    </w:p>
    <w:p>
      <w:pPr>
        <w:spacing w:before="0" w:after="120" w:line="300" w:lineRule="exact"/>
        <w:jc w:val="both"/>
      </w:pPr>
      <w:r>
        <w:rPr>
          <w:rFonts w:ascii="Georgia" w:hAnsi="Georgia" w:cs="Georgia" w:eastAsia="Georgia"/>
          <w:b w:val="0"/>
          <w:i w:val="0"/>
          <w:sz w:val="22"/>
        </w:rPr>
        <w:t>So, they took an artificial, naturally occurring virus and slowly made two changes to it over time. It took them 20 years to modify it so that it should infect humans and then when it does infect humans, that it should destroy a tissue. Now, no one's saying I'm a conspiracy theorist. People are saying that it's a conspiracy. It's a conspiracy to commit genocide.</w:t>
      </w:r>
    </w:p>
    <w:p>
      <w:pPr>
        <w:spacing w:before="0" w:after="120" w:line="300" w:lineRule="exact"/>
        <w:jc w:val="both"/>
      </w:pPr>
      <w:r>
        <w:rPr>
          <w:rFonts w:ascii="Georgia" w:hAnsi="Georgia" w:cs="Georgia" w:eastAsia="Georgia"/>
          <w:b w:val="0"/>
          <w:i w:val="0"/>
          <w:sz w:val="22"/>
        </w:rPr>
        <w:t>Is it so hard for Jewish people to believe that there could be a group of people willing to destroy? It's a war against God.</w:t>
      </w:r>
    </w:p>
    <w:p>
      <w:pPr>
        <w:spacing w:before="0" w:after="120" w:line="300" w:lineRule="exact"/>
        <w:jc w:val="both"/>
      </w:pPr>
      <w:r>
        <w:rPr>
          <w:rFonts w:ascii="Georgia" w:hAnsi="Georgia" w:cs="Georgia" w:eastAsia="Georgia"/>
          <w:b w:val="0"/>
          <w:i w:val="0"/>
          <w:sz w:val="22"/>
        </w:rPr>
        <w:t>There are two ways of looking at life. Either you look at a human being as made in the image of God. If you are made in the image of God, that means your life has sanctity. IF your life has sanctity, then you have human rights. And if you have human rights then it is not your or my business to decide how many people should be on the planet and who should live or die. Right?</w:t>
      </w:r>
    </w:p>
    <w:p>
      <w:pPr>
        <w:spacing w:before="0" w:after="120" w:line="300" w:lineRule="exact"/>
        <w:jc w:val="both"/>
      </w:pPr>
      <w:r>
        <w:rPr>
          <w:rFonts w:ascii="Georgia" w:hAnsi="Georgia" w:cs="Georgia" w:eastAsia="Georgia"/>
          <w:b w:val="0"/>
          <w:i w:val="0"/>
          <w:sz w:val="22"/>
        </w:rPr>
        <w:t>The other system, the Darwin eugenics system, says "Who is on top of the dominance hierarchy of life? Those that have the biggest survival benefit. That inevitably leads to three categories of people:</w:t>
      </w:r>
    </w:p>
    <w:p>
      <w:pPr>
        <w:spacing w:before="0" w:after="120" w:line="300" w:lineRule="exact"/>
        <w:jc w:val="both"/>
      </w:pPr>
      <w:r>
        <w:rPr>
          <w:rFonts w:ascii="Georgia" w:hAnsi="Georgia" w:cs="Georgia" w:eastAsia="Georgia"/>
          <w:b w:val="0"/>
          <w:i w:val="0"/>
          <w:sz w:val="22"/>
        </w:rPr>
        <w:t>1. The ubermensch.</w:t>
      </w:r>
    </w:p>
    <w:p>
      <w:pPr>
        <w:spacing w:before="0" w:after="120" w:line="300" w:lineRule="exact"/>
        <w:jc w:val="both"/>
      </w:pPr>
      <w:r>
        <w:rPr>
          <w:rFonts w:ascii="Georgia" w:hAnsi="Georgia" w:cs="Georgia" w:eastAsia="Georgia"/>
          <w:b w:val="0"/>
          <w:i w:val="0"/>
          <w:sz w:val="22"/>
        </w:rPr>
        <w:t>2. The mench 3. The untermensch</w:t>
      </w:r>
    </w:p>
    <w:p>
      <w:pPr>
        <w:spacing w:before="0" w:after="120" w:line="300" w:lineRule="exact"/>
        <w:jc w:val="both"/>
      </w:pPr>
      <w:r>
        <w:rPr>
          <w:rFonts w:ascii="Georgia" w:hAnsi="Georgia" w:cs="Georgia" w:eastAsia="Georgia"/>
          <w:b w:val="0"/>
          <w:i w:val="0"/>
          <w:sz w:val="22"/>
        </w:rPr>
        <w:t>If you apply that 80 years ago, the ubermensch were these Nazis who were the defender of the Aryan gods who felt it was in their prerogative, their right to decide who lives or dies. So the mench were the Anglo-Saxon, the Europeans could live and be slaves. And the untermenschen, the Jews, the Slavs, handicap, gypsies, political prisoners, those who had to become dust.</w:t>
      </w:r>
    </w:p>
    <w:p>
      <w:pPr>
        <w:spacing w:before="0" w:after="120" w:line="300" w:lineRule="exact"/>
        <w:jc w:val="both"/>
      </w:pPr>
      <w:r>
        <w:rPr>
          <w:rFonts w:ascii="Georgia" w:hAnsi="Georgia" w:cs="Georgia" w:eastAsia="Georgia"/>
          <w:b w:val="0"/>
          <w:i w:val="0"/>
          <w:sz w:val="22"/>
        </w:rPr>
        <w:t>Sounds like a fairy tale? Except that killed two hundred million people.</w:t>
      </w:r>
    </w:p>
    <w:p>
      <w:pPr>
        <w:spacing w:before="0" w:after="120" w:line="300" w:lineRule="exact"/>
        <w:jc w:val="both"/>
      </w:pPr>
      <w:r>
        <w:rPr>
          <w:rFonts w:ascii="Georgia" w:hAnsi="Georgia" w:cs="Georgia" w:eastAsia="Georgia"/>
          <w:b w:val="0"/>
          <w:i w:val="0"/>
          <w:sz w:val="22"/>
        </w:rPr>
        <w:t>It's the same exact thing now, except that it's not anti-Semitic right now. It's completely different. There's a group of people that feel that they've evolved into a higher level of consciousness than their new intelligence and insight allows them to determine these things. I don't think they evolved. I think they're devout pagans. There's no difference from that.</w:t>
      </w:r>
    </w:p>
    <w:p>
      <w:pPr>
        <w:spacing w:before="0" w:after="120" w:line="300" w:lineRule="exact"/>
        <w:jc w:val="both"/>
      </w:pPr>
      <w:r>
        <w:rPr>
          <w:rFonts w:ascii="Georgia" w:hAnsi="Georgia" w:cs="Georgia" w:eastAsia="Georgia"/>
          <w:b w:val="0"/>
          <w:i w:val="0"/>
          <w:sz w:val="22"/>
        </w:rPr>
        <w:t>Panelist: I understand that, but let's … listen, the CDC itself is also, and Mr. Biden, is also running a vaccination program. I'm saying I'm against the program, but, you know, you can scream over here but the people in America, there are 200 million people in America who took the vaccine.</w:t>
      </w:r>
    </w:p>
    <w:p>
      <w:pPr>
        <w:spacing w:before="0" w:after="120" w:line="300" w:lineRule="exact"/>
        <w:jc w:val="both"/>
      </w:pPr>
      <w:r>
        <w:rPr>
          <w:rFonts w:ascii="Georgia" w:hAnsi="Georgia" w:cs="Georgia" w:eastAsia="Georgia"/>
          <w:b w:val="0"/>
          <w:i w:val="0"/>
          <w:sz w:val="22"/>
        </w:rPr>
        <w:t>Dr. Zelenko: Let me tell you about the CDC. President Trump made an executive order that every single American should have access to Hydroxychloroquine. That order went to Health and Human Services Secretary Geithner and that eventually ended up at the CDC by Dr. Rick Bright. And then what Dr. Rick Bright did, instead of using the right to try legislation that would have made access this medication to every American and every human being around the world. The biggest complaint I got from Israel was, "Well, your CDC and your FDA are not approving it." Because especially the Israeli government is a puppet to whatever the Americans do.</w:t>
      </w:r>
    </w:p>
    <w:p>
      <w:pPr>
        <w:spacing w:before="0" w:after="120" w:line="300" w:lineRule="exact"/>
        <w:jc w:val="both"/>
      </w:pPr>
      <w:r>
        <w:rPr>
          <w:rFonts w:ascii="Georgia" w:hAnsi="Georgia" w:cs="Georgia" w:eastAsia="Georgia"/>
          <w:b w:val="0"/>
          <w:i w:val="0"/>
          <w:sz w:val="22"/>
        </w:rPr>
        <w:t>So, because the Americans weren't willing to do it, Israel wasn't willing to do it. And so what did they do? They created an executive use authorization that restricted and limited access to only hospitalized patients, effectively cutting it off from patients in an outpatient setting at home.</w:t>
      </w:r>
    </w:p>
    <w:p>
      <w:pPr>
        <w:spacing w:before="0" w:after="120" w:line="300" w:lineRule="exact"/>
        <w:jc w:val="both"/>
      </w:pPr>
      <w:r>
        <w:rPr>
          <w:rFonts w:ascii="Georgia" w:hAnsi="Georgia" w:cs="Georgia" w:eastAsia="Georgia"/>
          <w:b w:val="0"/>
          <w:i w:val="0"/>
          <w:sz w:val="22"/>
        </w:rPr>
        <w:t>This has been documented by Dr. Rick Bright himself in a documentary called Totally Under Control. These are not my words; those are his words.</w:t>
      </w:r>
    </w:p>
    <w:p>
      <w:pPr>
        <w:spacing w:before="0" w:after="120" w:line="300" w:lineRule="exact"/>
        <w:jc w:val="both"/>
      </w:pPr>
      <w:r>
        <w:rPr>
          <w:rFonts w:ascii="Georgia" w:hAnsi="Georgia" w:cs="Georgia" w:eastAsia="Georgia"/>
          <w:b w:val="0"/>
          <w:i w:val="0"/>
          <w:sz w:val="22"/>
        </w:rPr>
        <w:t>And furthermore, then they took away the emergency use authorization for hydroxychloroquine, and they used the Lancet Study that showed that hydroxychloroquine kills people. The problem with that study was that it was a fraud and they had to retract that study because it was based on data that didn't exist.</w:t>
      </w:r>
    </w:p>
    <w:p>
      <w:pPr>
        <w:spacing w:before="0" w:after="120" w:line="300" w:lineRule="exact"/>
        <w:jc w:val="both"/>
      </w:pPr>
      <w:r>
        <w:rPr>
          <w:rFonts w:ascii="Georgia" w:hAnsi="Georgia" w:cs="Georgia" w:eastAsia="Georgia"/>
          <w:b w:val="0"/>
          <w:i w:val="0"/>
          <w:sz w:val="22"/>
        </w:rPr>
        <w:t>But the FDA and the CDC used that study after it was retracted to revoke the emergency use authorization (of hydroxychloroquine). And the reason why is that if that drug has an emergency authorization, other drugs can't! And three weeks later Remdesivir, made by Gilead Pharmaceuticals, received an emergency use authorization, a three-billion-dollar contract. And Remdesivir showed no survival benefit. It reduced hospital stay by five days but with no survival benefit. It cost $3,200 a patient and IV. The drugs that I was using cost 20 cents a pill at home and reduced death and hospitalization by 84 percent. That means they reduce the market share and for Remdesivir disappear by 84 percent.</w:t>
      </w:r>
    </w:p>
    <w:p>
      <w:pPr>
        <w:spacing w:before="0" w:after="120" w:line="300" w:lineRule="exact"/>
        <w:jc w:val="both"/>
      </w:pPr>
      <w:r>
        <w:rPr>
          <w:rFonts w:ascii="Georgia" w:hAnsi="Georgia" w:cs="Georgia" w:eastAsia="Georgia"/>
          <w:b w:val="0"/>
          <w:i w:val="0"/>
          <w:sz w:val="22"/>
        </w:rPr>
        <w:t>So, the CDC is not an authority to me. You know, according to the NIH right now, you're not supposed to treat COVID unless you're in the hospital and your oxygen is less than 92 percent. Now, this is the advice and recommendation of a government that wants you to die. After 18 months and dozens of studies that have shown an 85 percent on the average benefit of avoiding hospitalization and death, and you have a government agency still making that recommendation.</w:t>
      </w:r>
    </w:p>
    <w:p>
      <w:pPr>
        <w:spacing w:before="0" w:after="120" w:line="300" w:lineRule="exact"/>
        <w:jc w:val="both"/>
      </w:pPr>
      <w:r>
        <w:rPr>
          <w:rFonts w:ascii="Georgia" w:hAnsi="Georgia" w:cs="Georgia" w:eastAsia="Georgia"/>
          <w:b w:val="0"/>
          <w:i w:val="0"/>
          <w:sz w:val="22"/>
        </w:rPr>
        <w:t>They have completely lost all credibility. Yes, our governments are corrupt. Yes, our governments have conspired.</w:t>
      </w:r>
    </w:p>
    <w:p>
      <w:pPr>
        <w:spacing w:before="0" w:after="120" w:line="300" w:lineRule="exact"/>
        <w:jc w:val="both"/>
      </w:pPr>
      <w:r>
        <w:rPr>
          <w:rFonts w:ascii="Georgia" w:hAnsi="Georgia" w:cs="Georgia" w:eastAsia="Georgia"/>
          <w:b w:val="0"/>
          <w:i w:val="0"/>
          <w:sz w:val="22"/>
        </w:rPr>
        <w:t>You know, if I was organizing this, I would come to a world leader. I would come to BB or or Bennett and say, "Listen, okay, here's five hundred million dollars. I will put it in an account you'll never know. Untraced, just listen to us. And if you don't, we're going to kill your family."</w:t>
      </w:r>
    </w:p>
    <w:p>
      <w:pPr>
        <w:spacing w:before="0" w:after="120" w:line="300" w:lineRule="exact"/>
        <w:jc w:val="both"/>
      </w:pPr>
      <w:r>
        <w:rPr>
          <w:rFonts w:ascii="Georgia" w:hAnsi="Georgia" w:cs="Georgia" w:eastAsia="Georgia"/>
          <w:b w:val="0"/>
          <w:i w:val="0"/>
          <w:sz w:val="22"/>
        </w:rPr>
        <w:t>Long Pause</w:t>
      </w:r>
    </w:p>
    <w:p>
      <w:pPr>
        <w:spacing w:before="0" w:after="120" w:line="300" w:lineRule="exact"/>
        <w:jc w:val="both"/>
      </w:pPr>
      <w:r>
        <w:rPr>
          <w:rFonts w:ascii="Georgia" w:hAnsi="Georgia" w:cs="Georgia" w:eastAsia="Georgia"/>
          <w:b w:val="0"/>
          <w:i w:val="0"/>
          <w:sz w:val="22"/>
        </w:rPr>
        <w:t>Panel: Okay.</w:t>
      </w:r>
    </w:p>
    <w:p>
      <w:pPr>
        <w:spacing w:before="0" w:after="120" w:line="300" w:lineRule="exact"/>
        <w:jc w:val="both"/>
      </w:pPr>
      <w:r>
        <w:rPr>
          <w:rFonts w:ascii="Georgia" w:hAnsi="Georgia" w:cs="Georgia" w:eastAsia="Georgia"/>
          <w:b w:val="0"/>
          <w:i w:val="0"/>
          <w:sz w:val="22"/>
        </w:rPr>
        <w:t>Dr. Zelenko: By the way, if you look at the Exodus… only one out of 10 Jews left Egypt and made it to Israel. What that means is, only 10 percent of our people are capable of making the psychological transition from slavery to redemptive thinking.</w:t>
      </w:r>
    </w:p>
    <w:p>
      <w:pPr>
        <w:spacing w:before="0" w:after="120" w:line="300" w:lineRule="exact"/>
        <w:jc w:val="both"/>
      </w:pPr>
      <w:r>
        <w:rPr>
          <w:rFonts w:ascii="Georgia" w:hAnsi="Georgia" w:cs="Georgia" w:eastAsia="Georgia"/>
          <w:b w:val="0"/>
          <w:i w:val="0"/>
          <w:sz w:val="22"/>
        </w:rPr>
        <w:t>That's what the problem is here. It's a collision of two systems that cannot coexist, a God-centered consciousness versus idolatry. There is nothing new under the sun. It's all the same thing. It's just that the battlefield now is Covid-19.</w:t>
      </w:r>
    </w:p>
    <w:p>
      <w:pPr>
        <w:spacing w:before="0" w:after="120" w:line="300" w:lineRule="exact"/>
        <w:jc w:val="both"/>
      </w:pPr>
      <w:r>
        <w:rPr>
          <w:rFonts w:ascii="Georgia" w:hAnsi="Georgia" w:cs="Georgia" w:eastAsia="Georgia"/>
          <w:b w:val="0"/>
          <w:i w:val="0"/>
          <w:sz w:val="22"/>
        </w:rPr>
        <w:t>Panel: Okay, thank you very much, Dr. I want to thank you personally because I used your protocol myself and I was able to get the protocol.</w:t>
      </w:r>
    </w:p>
    <w:p>
      <w:pPr>
        <w:spacing w:before="0" w:after="120" w:line="300" w:lineRule="exact"/>
        <w:jc w:val="both"/>
      </w:pPr>
      <w:r>
        <w:rPr>
          <w:rFonts w:ascii="Georgia" w:hAnsi="Georgia" w:cs="Georgia" w:eastAsia="Georgia"/>
          <w:b w:val="0"/>
          <w:i w:val="0"/>
          <w:sz w:val="22"/>
        </w:rPr>
        <w:t>Dr. Zelenko: I'm glad you got better. I just hope that every other Jew could be like you.</w:t>
      </w:r>
    </w:p>
    <w:p>
      <w:pPr>
        <w:spacing w:before="0" w:after="120" w:line="300" w:lineRule="exact"/>
        <w:jc w:val="both"/>
      </w:pPr>
      <w:r>
        <w:rPr>
          <w:rFonts w:ascii="Georgia" w:hAnsi="Georgia" w:cs="Georgia" w:eastAsia="Georgia"/>
          <w:b w:val="0"/>
          <w:i w:val="0"/>
          <w:sz w:val="22"/>
        </w:rPr>
        <w:t>Panel: I know. I second that. I was like you, in the same boat word. Thank you, Doctor.</w:t>
      </w:r>
    </w:p>
    <w:p>
      <w:pPr>
        <w:spacing w:before="0" w:after="120" w:line="300" w:lineRule="exact"/>
        <w:jc w:val="both"/>
      </w:pPr>
      <w:r>
        <w:rPr>
          <w:rFonts w:ascii="Georgia" w:hAnsi="Georgia" w:cs="Georgia" w:eastAsia="Georgia"/>
          <w:b w:val="0"/>
          <w:i w:val="0"/>
          <w:sz w:val="22"/>
        </w:rPr>
        <w:t>Dr. Zelenko:</w:t>
      </w:r>
    </w:p>
    <w:p>
      <w:pPr>
        <w:spacing w:before="0" w:after="120" w:line="300" w:lineRule="exact"/>
        <w:jc w:val="both"/>
      </w:pPr>
      <w:r>
        <w:rPr>
          <w:rFonts w:ascii="Georgia" w:hAnsi="Georgia" w:cs="Georgia" w:eastAsia="Georgia"/>
          <w:b w:val="0"/>
          <w:i w:val="0"/>
          <w:sz w:val="22"/>
        </w:rPr>
        <w:t>You're welcome. But it's not about me. It's about the people. Why can't every other Jew in Eretz Israel (the land of Israel) have the same treatment?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