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DOCTOR'S BRAIN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RESPONSE TO A DOCTOR WHOSE BRAIN IS THE HOTSPOT FOR COVID 19 – A BRAIN SATURATED WITH KUFR, RIJS AND NIFAAQ</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 DOCTOR'S BRAIN THE "HOTSPOT FOR COVID 19" A BRAIN SATURATED WITH SATANISM, KUFR AND NIFAAQ</w:t>
      </w:r>
    </w:p>
    <w:p>
      <w:pPr>
        <w:spacing w:before="0" w:after="120" w:line="300" w:lineRule="exact"/>
        <w:jc w:val="both"/>
      </w:pPr>
      <w:r>
        <w:rPr>
          <w:rFonts w:ascii="Georgia" w:hAnsi="Georgia" w:cs="Georgia" w:eastAsia="Georgia"/>
          <w:b w:val="0"/>
          <w:i w:val="0"/>
          <w:sz w:val="22"/>
        </w:rPr>
        <w:t>A Brother writes:</w:t>
      </w:r>
    </w:p>
    <w:p>
      <w:pPr>
        <w:spacing w:before="120" w:after="120" w:line="300" w:lineRule="exact"/>
        <w:ind w:left="720" w:right="720"/>
        <w:jc w:val="center"/>
      </w:pPr>
      <w:r>
        <w:rPr>
          <w:rFonts w:ascii="Georgia" w:hAnsi="Georgia" w:cs="Georgia" w:eastAsia="Georgia"/>
          <w:b w:val="0"/>
          <w:i/>
          <w:sz w:val="22"/>
        </w:rPr>
        <w:t>Please respond to the views of a doctor who believes himself to be an Islamic authority. Among his contentions is the following:</w:t>
      </w:r>
    </w:p>
    <w:p>
      <w:pPr>
        <w:spacing w:before="120" w:after="120" w:line="300" w:lineRule="exact"/>
        <w:ind w:left="720" w:right="720"/>
        <w:jc w:val="center"/>
      </w:pPr>
      <w:r>
        <w:rPr>
          <w:rFonts w:ascii="Georgia" w:hAnsi="Georgia" w:cs="Georgia" w:eastAsia="Georgia"/>
          <w:b w:val="0"/>
          <w:i/>
          <w:sz w:val="22"/>
        </w:rPr>
        <w:t>(1) "You know, as I do that the medical world is as perplexed about this pandemic as others are. In effect, no cure is forthcoming and it's a classic case of prevention being better than cure."</w:t>
      </w:r>
    </w:p>
    <w:p>
      <w:pPr>
        <w:spacing w:before="0" w:after="120" w:line="300" w:lineRule="exact"/>
        <w:jc w:val="both"/>
      </w:pPr>
      <w:r>
        <w:rPr>
          <w:rFonts w:ascii="Georgia" w:hAnsi="Georgia" w:cs="Georgia" w:eastAsia="Georgia"/>
          <w:b w:val="0"/>
          <w:i w:val="0"/>
          <w:sz w:val="22"/>
        </w:rPr>
        <w:t>Islam's Response What the moron has disgorged is the effect of his hidden nifaaq. Since he lacks Imaan, he and the stupid medical world are in shaitaan's traps. All of these medical scoundrels and others of their ilk such as the munaafiq molvis, have excised Allah Azza Wa Jal from this corona equation. They believe that Allah Azza Wa Jal has no power to control this Athaab when in reality Allah Ta'ala Himself is the Creator of the virus. Allah Ta'ala has commanded the virus via its satanic media to follow a course. This satanism will thus continue until the prescribed course has been accomplished.</w:t>
      </w:r>
    </w:p>
    <w:p>
      <w:pPr>
        <w:spacing w:before="0" w:after="120" w:line="300" w:lineRule="exact"/>
        <w:jc w:val="both"/>
      </w:pPr>
      <w:r>
        <w:rPr>
          <w:rFonts w:ascii="Georgia" w:hAnsi="Georgia" w:cs="Georgia" w:eastAsia="Georgia"/>
          <w:b w:val="0"/>
          <w:i w:val="0"/>
          <w:sz w:val="22"/>
        </w:rPr>
        <w:t>The stupid doctor speaks about 'prevention is better than cure'. When these morons are perplexed and know of no cure, it is because they are stupid. When neither its material cause nor its cure is known, what validity is there in the stupid, unnatural, abnormal 'preventative' protocols advocated by Bill Gates? Only prevention within the confines of the Shariah is valid. Eating satanic excrement is never permissible even if the Satanist medical world discerns 'cure' and 'benefit' in such filth.</w:t>
      </w:r>
    </w:p>
    <w:p>
      <w:pPr>
        <w:spacing w:before="0" w:after="120" w:line="300" w:lineRule="exact"/>
        <w:jc w:val="both"/>
      </w:pPr>
      <w:r>
        <w:rPr>
          <w:rFonts w:ascii="Georgia" w:hAnsi="Georgia" w:cs="Georgia" w:eastAsia="Georgia"/>
          <w:b w:val="0"/>
          <w:i w:val="0"/>
          <w:sz w:val="22"/>
        </w:rPr>
        <w:t>People of Imaan are never perplexed by this bogus pandemic nor by any real, genuine plague which claims thousands of lives daily because the Mu'mineen know and understand that everything is under Allah's command and control. The Qur'aan Majeed states: "Not a leaf drops (from a tree) but HE is aware." It is only by the direct intervention and command of Allah Azza Wa Jal that maut comes to a leaf or a cup falls from one's hand and breaks. What to say of human beings whose Maut arrives precisely at the second ordained for the soul to depart from this earthly realm? Allah Ta'ala says:</w:t>
      </w:r>
    </w:p>
    <w:p>
      <w:pPr>
        <w:spacing w:before="120" w:after="120" w:line="300" w:lineRule="exact"/>
        <w:ind w:left="720" w:right="720"/>
        <w:jc w:val="center"/>
      </w:pPr>
      <w:r>
        <w:rPr>
          <w:rFonts w:ascii="Georgia" w:hAnsi="Georgia" w:cs="Georgia" w:eastAsia="Georgia"/>
          <w:b w:val="0"/>
          <w:i/>
          <w:sz w:val="22"/>
        </w:rPr>
        <w:t>"No person will die but at the appointed time with the command of Allah."</w:t>
      </w:r>
    </w:p>
    <w:p>
      <w:pPr>
        <w:spacing w:before="0" w:after="120" w:line="300" w:lineRule="exact"/>
        <w:jc w:val="both"/>
      </w:pPr>
      <w:r>
        <w:rPr>
          <w:rFonts w:ascii="Georgia" w:hAnsi="Georgia" w:cs="Georgia" w:eastAsia="Georgia"/>
          <w:b w:val="0"/>
          <w:i w:val="0"/>
          <w:sz w:val="22"/>
        </w:rPr>
        <w:t>Thus, the doctor displays his nifaaq and kufr by emphasizing his kufr belief of the satanic protocols having the ability to thwart Maut. Whoever believes that the satanic protocols of the atheists can prevent, thwart or forestall Maut is an unadulterated kaafir-munaafiq such as are these cardboard so-called 'muslim' doctors who masquerade as Muslims. Furthermore, whoever believes that these devilish protocols can foil the assault of the virus is likewise a munaafiq if he claims to be a Muslim.</w:t>
      </w:r>
    </w:p>
    <w:p>
      <w:pPr>
        <w:spacing w:before="0" w:after="120" w:line="300" w:lineRule="exact"/>
        <w:jc w:val="both"/>
      </w:pPr>
      <w:r>
        <w:rPr>
          <w:rFonts w:ascii="Georgia" w:hAnsi="Georgia" w:cs="Georgia" w:eastAsia="Georgia"/>
          <w:b w:val="0"/>
          <w:i w:val="0"/>
          <w:sz w:val="22"/>
        </w:rPr>
        <w:t>Rasulullah (Sallallahu alayhi wasallam) had expressly mentioned that a plague is either Athaab or Shahaadat. Thus, Mu'mineen are not perplexed. These rubbish doctors and the devils they follow are perplexed. In fact, the devils who are heading this conspiracy are not perplexed because they are the satanic instruments who have planned and plotted this conspiracy. But they will be perplexed and shocked when Allah Azza Wa Jal foils their vile plot with consequences which these shayaateen could not foresee nor anticipate. Thus the perplexity of the medical world is for morons who lack Imaan.</w:t>
      </w:r>
    </w:p>
    <w:p>
      <w:pPr>
        <w:spacing w:before="0" w:after="120" w:line="300" w:lineRule="exact"/>
        <w:jc w:val="both"/>
      </w:pPr>
      <w:r>
        <w:rPr>
          <w:rFonts w:ascii="Georgia" w:hAnsi="Georgia" w:cs="Georgia" w:eastAsia="Georgia"/>
          <w:b w:val="0"/>
          <w:i w:val="0"/>
          <w:sz w:val="22"/>
        </w:rPr>
        <w:t>Furthermore, it is only a portion of the kuffaar medical world which has moronically adopted taqleed of Bill Gates. The vast majority of atheist medical experts have medically disproved the rubbish theories and concepts of the followers of Bill Gates who had offered the President of Madagascar $30 million bribe to contaminate the Madagascar cure for covid. Several countries have kicked out the WHO conspirators from their countries on account of this covid plot.</w:t>
      </w:r>
    </w:p>
    <w:p>
      <w:pPr>
        <w:spacing w:before="0" w:after="120" w:line="300" w:lineRule="exact"/>
        <w:jc w:val="both"/>
      </w:pPr>
      <w:r>
        <w:rPr>
          <w:rFonts w:ascii="Georgia" w:hAnsi="Georgia" w:cs="Georgia" w:eastAsia="Georgia"/>
          <w:b w:val="0"/>
          <w:i w:val="0"/>
          <w:sz w:val="22"/>
        </w:rPr>
        <w:t>Regarding the factor of 'perplexity', the Qur'aan Majeed clarifies that it is by the inspiration of Shaitaan. Says Allah Ta'ala in this regard:</w:t>
      </w:r>
    </w:p>
    <w:p>
      <w:pPr>
        <w:spacing w:before="120" w:after="120" w:line="300" w:lineRule="exact"/>
        <w:ind w:left="720" w:right="720"/>
        <w:jc w:val="center"/>
      </w:pPr>
      <w:r>
        <w:rPr>
          <w:rFonts w:ascii="Georgia" w:hAnsi="Georgia" w:cs="Georgia" w:eastAsia="Georgia"/>
          <w:b w:val="0"/>
          <w:i/>
          <w:sz w:val="22"/>
        </w:rPr>
        <w:t>"Say: 'Should we call to others besides Allah – others who cannot benefit us nor harm us, and should we turn back on our heels after Allah has guided us such as a man whom shaitaan has deflected from the Path in the forest, leaving him perplexed although he has (righteous) companions calling him towards guidance, saying: 'Come towards us!'</w:t>
      </w:r>
    </w:p>
    <w:p>
      <w:pPr>
        <w:spacing w:before="120" w:after="120" w:line="300" w:lineRule="exact"/>
        <w:ind w:left="720" w:right="720"/>
        <w:jc w:val="center"/>
      </w:pPr>
      <w:r>
        <w:rPr>
          <w:rFonts w:ascii="Georgia" w:hAnsi="Georgia" w:cs="Georgia" w:eastAsia="Georgia"/>
          <w:b w:val="0"/>
          <w:i/>
          <w:sz w:val="22"/>
        </w:rPr>
        <w:t>Say: 'Verily, only the Huda (Guidance) of Allah is Huda. We have been commanded to submit to Rabbul Aalameen." (Al-An'aam, Aayat 71)</w:t>
      </w:r>
    </w:p>
    <w:p>
      <w:pPr>
        <w:spacing w:before="0" w:after="120" w:line="300" w:lineRule="exact"/>
        <w:jc w:val="both"/>
      </w:pPr>
      <w:r>
        <w:rPr>
          <w:rFonts w:ascii="Georgia" w:hAnsi="Georgia" w:cs="Georgia" w:eastAsia="Georgia"/>
          <w:b w:val="0"/>
          <w:i w:val="0"/>
          <w:sz w:val="22"/>
        </w:rPr>
        <w:t>This Qur'aanic Aayat adequately rebuts and debunks the stupidity of the munaafiq doctor who dwells in perplexity and bewilderment in a forest where he has lost the pathway of guidance. The perplexed ones are those who have turned on their heels casting themselves into kufr. Despite the Qur'aan and Sunnah – the Glittering Shariah – indicating the direction unto Allah Ta'ala, these moron 'muslim' doctors bootlicking their atheist bosses and masters are stagnated in satanic perplexity. Shaitaan has succeeded in deflecting this jaahil doctor from Siraatul Mustaqeem (Allah's Huda) hence his disgorgement consists of an effluvium of nifaaq and kufr. There is absolutely not even the remotest affinity between the Huda of Allah and the rubbish kufr which these pongo doctors excrete.</w:t>
      </w:r>
    </w:p>
    <w:p>
      <w:pPr>
        <w:spacing w:before="0" w:after="120" w:line="300" w:lineRule="exact"/>
        <w:jc w:val="both"/>
      </w:pPr>
      <w:r>
        <w:rPr>
          <w:rFonts w:ascii="Georgia" w:hAnsi="Georgia" w:cs="Georgia" w:eastAsia="Georgia"/>
          <w:b w:val="0"/>
          <w:i w:val="0"/>
          <w:sz w:val="22"/>
        </w:rPr>
        <w:t>Since the focus of the Mu'min is on Allah Azza Wa Jal; since he believes that every atom operates by the direct intervention and command of Allah Azza Wa Jal; since he knows and understands that not a leaf moves or falls without Allah's command, and since he knows that this disease and all diseases and all calamities are the decrees and creations of Allah Ta'ala, he, the Mu'min, never languishes in perplexity and bewilderment as do these impure munaafiq doctors for whom all western najaasat is medicine, cure and delicious. They all are the illegitimate progeny of Iblees. Perplexity is the effect of kufr.</w:t>
      </w:r>
    </w:p>
    <w:p>
      <w:pPr>
        <w:spacing w:before="0" w:after="120" w:line="300" w:lineRule="exact"/>
        <w:jc w:val="both"/>
      </w:pPr>
      <w:r>
        <w:rPr>
          <w:rFonts w:ascii="Georgia" w:hAnsi="Georgia" w:cs="Georgia" w:eastAsia="Georgia"/>
          <w:b w:val="0"/>
          <w:i w:val="0"/>
          <w:sz w:val="22"/>
        </w:rPr>
        <w:t>The disease has only two dimensions stated with emphasis by Rasulullah (Sallallahu alayhi wasallam). It is either an Athaab or Shahaadat – nothing else. How then is it ever possible for a Mu'min to dwell in kufr perplexity as do these munaafiq morons? But bootlickers and hindlickers such as these moron 'muslim' doctors are like dumb cattle. The Qur'aan's ruling for them is Summum bukmun umyun…..("They are deaf, dumb and blind, hence they will not return to the Path of Allah's Guidance."</w:t>
      </w:r>
    </w:p>
    <w:p>
      <w:pPr>
        <w:spacing w:before="0" w:after="120" w:line="300" w:lineRule="exact"/>
        <w:jc w:val="both"/>
      </w:pPr>
      <w:r>
        <w:rPr>
          <w:rFonts w:ascii="Georgia" w:hAnsi="Georgia" w:cs="Georgia" w:eastAsia="Georgia"/>
          <w:b w:val="0"/>
          <w:i w:val="0"/>
          <w:sz w:val="22"/>
        </w:rPr>
        <w:t>This moron doctor also says:</w:t>
      </w:r>
    </w:p>
    <w:p>
      <w:pPr>
        <w:spacing w:before="120" w:after="120" w:line="300" w:lineRule="exact"/>
        <w:ind w:left="720" w:right="720"/>
        <w:jc w:val="center"/>
      </w:pPr>
      <w:r>
        <w:rPr>
          <w:rFonts w:ascii="Georgia" w:hAnsi="Georgia" w:cs="Georgia" w:eastAsia="Georgia"/>
          <w:b w:val="0"/>
          <w:i/>
          <w:sz w:val="22"/>
        </w:rPr>
        <w:t>(2) "There are a few camels that may be tied in the fight….social distancing, hand sanitizing, face masks and minimising gatherings to an absolute need."</w:t>
      </w:r>
    </w:p>
    <w:p>
      <w:pPr>
        <w:spacing w:before="0" w:after="120" w:line="300" w:lineRule="exact"/>
        <w:jc w:val="both"/>
      </w:pPr>
      <w:r>
        <w:rPr>
          <w:rFonts w:ascii="Georgia" w:hAnsi="Georgia" w:cs="Georgia" w:eastAsia="Georgia"/>
          <w:b w:val="0"/>
          <w:i w:val="0"/>
          <w:sz w:val="22"/>
        </w:rPr>
        <w:t>The Islamic Response What this stupid doctor knows about tying camels is laughably moronic and ludicrous. From whence did he acquire the imagery of tying the camel? From the Hadith? But what the scoundrel knows of the Hadith is absolutely ridiculous. The command to tie the camel was issued by Rasulullah (Sallallahu alayhi wasallam). The camel has to be tied in ways prescribed by Allah's Shariah, not in haraam, stupid, satanic ways hallucinated by atheists and stupid so-called 'muslim' doctors who lap up the vomit of the atheists.</w:t>
      </w:r>
    </w:p>
    <w:p>
      <w:pPr>
        <w:spacing w:before="0" w:after="120" w:line="300" w:lineRule="exact"/>
        <w:jc w:val="both"/>
      </w:pPr>
      <w:r>
        <w:rPr>
          <w:rFonts w:ascii="Georgia" w:hAnsi="Georgia" w:cs="Georgia" w:eastAsia="Georgia"/>
          <w:b w:val="0"/>
          <w:i w:val="0"/>
          <w:sz w:val="22"/>
        </w:rPr>
        <w:t>The camel can Islamically be tied in an epidemic only in the way in which Rasulullah (Sallallahu alayhi wasallam) and the Sahaabah had tied their camels. Eating kuffaar and shaitaani excrement is never the meaning of tying one's camel. The measures suggested by this jaahil doctor has been lapped up from his atheist bosses. Every measure suggested by this pongo doctor masquerading as a Muslim is haraam. Thousands of kuffaar, atheists medical experts with independent brains, not with baboon brains such as these so-called 'muslim' doctors, have decried and are decrying the harmful effects of the abnormal measures lapped up from Bill Gates.</w:t>
      </w:r>
    </w:p>
    <w:p>
      <w:pPr>
        <w:spacing w:before="0" w:after="120" w:line="300" w:lineRule="exact"/>
        <w:jc w:val="both"/>
      </w:pPr>
      <w:r>
        <w:rPr>
          <w:rFonts w:ascii="Georgia" w:hAnsi="Georgia" w:cs="Georgia" w:eastAsia="Georgia"/>
          <w:b w:val="0"/>
          <w:i w:val="0"/>
          <w:sz w:val="22"/>
        </w:rPr>
        <w:t>There exists a veritable mountain of medical information on the extremely harmful effects of all these haraam measures such as masks and sanitizing.</w:t>
      </w:r>
    </w:p>
    <w:p>
      <w:pPr>
        <w:spacing w:before="0" w:after="120" w:line="300" w:lineRule="exact"/>
        <w:jc w:val="both"/>
      </w:pPr>
      <w:r>
        <w:rPr>
          <w:rFonts w:ascii="Georgia" w:hAnsi="Georgia" w:cs="Georgia" w:eastAsia="Georgia"/>
          <w:b w:val="0"/>
          <w:i w:val="0"/>
          <w:sz w:val="22"/>
        </w:rPr>
        <w:t>These are methods of satanism. They are never within the meaning of tying the camel.</w:t>
      </w:r>
    </w:p>
    <w:p>
      <w:pPr>
        <w:spacing w:before="0" w:after="120" w:line="300" w:lineRule="exact"/>
        <w:jc w:val="both"/>
      </w:pPr>
      <w:r>
        <w:rPr>
          <w:rFonts w:ascii="Georgia" w:hAnsi="Georgia" w:cs="Georgia" w:eastAsia="Georgia"/>
          <w:b w:val="0"/>
          <w:i w:val="0"/>
          <w:sz w:val="22"/>
        </w:rPr>
        <w:t>Epidemics are not new to Islam and Muslims.</w:t>
      </w:r>
    </w:p>
    <w:p>
      <w:pPr>
        <w:spacing w:before="0" w:after="120" w:line="300" w:lineRule="exact"/>
        <w:jc w:val="both"/>
      </w:pPr>
      <w:r>
        <w:rPr>
          <w:rFonts w:ascii="Georgia" w:hAnsi="Georgia" w:cs="Georgia" w:eastAsia="Georgia"/>
          <w:b w:val="0"/>
          <w:i w:val="0"/>
          <w:sz w:val="22"/>
        </w:rPr>
        <w:t>Rasulullah (Sallallahu alayhi wasallam) and the Sahaabah were in the thick of pandemics. How did they tie their camels? Did they adopt the rubbish vomited by Shaitaan's agents? Did they adopt the satanic measures of social distancing, sanitizing with the devil's urine and wearing satanic niqaabs?</w:t>
      </w:r>
    </w:p>
    <w:p>
      <w:pPr>
        <w:spacing w:before="0" w:after="120" w:line="300" w:lineRule="exact"/>
        <w:jc w:val="both"/>
      </w:pPr>
      <w:r>
        <w:rPr>
          <w:rFonts w:ascii="Georgia" w:hAnsi="Georgia" w:cs="Georgia" w:eastAsia="Georgia"/>
          <w:b w:val="0"/>
          <w:i w:val="0"/>
          <w:sz w:val="22"/>
        </w:rPr>
        <w:t>On the contrary, their concept of tying the camel was to increase the frequency to the Musjid. They sat in I'tikaaf huddled together, in the Musjid imploring forgiveness from Allah Ta'ala. They never abandoned a single obligation of the Shariah. They tied their camels within the limits prescribed by Allah Ta'ala. Any 'tying' which is in conflict with the manner shown and practised by Rasulullah (Sallallahu alayhi wasallam) and the Sahaabah is pure satanism spawned by the atheists and vomited into the brains of these jaahil 'muslim' doctors who have not as yet ventured to reach the Entrance of Islam.</w:t>
      </w:r>
    </w:p>
    <w:p>
      <w:pPr>
        <w:spacing w:before="0" w:after="120" w:line="300" w:lineRule="exact"/>
        <w:jc w:val="both"/>
      </w:pPr>
      <w:r>
        <w:rPr>
          <w:rFonts w:ascii="Georgia" w:hAnsi="Georgia" w:cs="Georgia" w:eastAsia="Georgia"/>
          <w:b w:val="0"/>
          <w:i w:val="0"/>
          <w:sz w:val="22"/>
        </w:rPr>
        <w:t>Their brains reek of the stench of shaitaani urine, and the RIJS (FILTH) with which their brains are divinely corrupted and denuded of Aql Saleem. Regarding these munaafiqeen, the Qur'aan Majeed states:</w:t>
      </w:r>
    </w:p>
    <w:p>
      <w:pPr>
        <w:spacing w:before="120" w:after="120" w:line="300" w:lineRule="exact"/>
        <w:ind w:left="720" w:right="720"/>
        <w:jc w:val="center"/>
      </w:pPr>
      <w:r>
        <w:rPr>
          <w:rFonts w:ascii="Georgia" w:hAnsi="Georgia" w:cs="Georgia" w:eastAsia="Georgia"/>
          <w:b w:val="0"/>
          <w:i/>
          <w:sz w:val="22"/>
        </w:rPr>
        <w:t>"Thus Allah afflicts with RIJS (the brains and hearts) of those who lack Imaan." (Al-An'aam, Aayat 125)</w:t>
      </w:r>
    </w:p>
    <w:p>
      <w:pPr>
        <w:spacing w:before="0" w:after="120" w:line="300" w:lineRule="exact"/>
        <w:jc w:val="both"/>
      </w:pPr>
      <w:r>
        <w:rPr>
          <w:rFonts w:ascii="Georgia" w:hAnsi="Georgia" w:cs="Georgia" w:eastAsia="Georgia"/>
          <w:b w:val="0"/>
          <w:i w:val="0"/>
          <w:sz w:val="22"/>
        </w:rPr>
        <w:t>Referring to the corruption of the brains as a consequence of Divine Curse, the Qur'aan Majeed says: "Thus does Allah afflict with RIJS those who are bereft of Aql." (Yoonus, Aayat 100)</w:t>
      </w:r>
    </w:p>
    <w:p>
      <w:pPr>
        <w:spacing w:before="0" w:after="120" w:line="300" w:lineRule="exact"/>
        <w:jc w:val="both"/>
      </w:pPr>
      <w:r>
        <w:rPr>
          <w:rFonts w:ascii="Georgia" w:hAnsi="Georgia" w:cs="Georgia" w:eastAsia="Georgia"/>
          <w:b w:val="0"/>
          <w:i w:val="0"/>
          <w:sz w:val="22"/>
        </w:rPr>
        <w:t>This divine affliction of RIJS brings within its purview Allah's Curse and all kinds of foul and filthy elements which these shayaateenul ins (human devils) lap up from their atheist masters. The straitjacketing of their brains by the atheists is of the RIJS which has utterly destroyed their thinking.</w:t>
      </w:r>
    </w:p>
    <w:p>
      <w:pPr>
        <w:spacing w:before="0" w:after="120" w:line="300" w:lineRule="exact"/>
        <w:jc w:val="both"/>
      </w:pPr>
      <w:r>
        <w:rPr>
          <w:rFonts w:ascii="Georgia" w:hAnsi="Georgia" w:cs="Georgia" w:eastAsia="Georgia"/>
          <w:b w:val="0"/>
          <w:i w:val="0"/>
          <w:sz w:val="22"/>
        </w:rPr>
        <w:t>These morons bereft of true Imaan cannever comprehend the Straight Path of the Qur'aan towards which Allah Ta'ala calls us. The Qur'aan Majeed states: "Verily, this (the Qur'aan and Sunnah) is MY Straight Path, therefore follow it, and do not follow other paths (of the atheists and mushrikeen), for then you will deviate from HIS Path. This is that with which He has commanded you so that you attain Taqwa (and save your everlasting life of the Hereafter)." (Al-An'aam, Aayat 153)</w:t>
      </w:r>
    </w:p>
    <w:p>
      <w:pPr>
        <w:spacing w:before="0" w:after="120" w:line="300" w:lineRule="exact"/>
        <w:jc w:val="both"/>
      </w:pPr>
      <w:r>
        <w:rPr>
          <w:rFonts w:ascii="Georgia" w:hAnsi="Georgia" w:cs="Georgia" w:eastAsia="Georgia"/>
          <w:b w:val="0"/>
          <w:i w:val="0"/>
          <w:sz w:val="22"/>
        </w:rPr>
        <w:t>Can the Straight Path of Allah Azza Wa Jal ever emanate from the atheists? Shaitaani excrement has totally corrupted the brains of this moron doctor. He in entirety excises Allah Ta'ala from the equation spawned by the virus as if this disease is the great god exercising supreme power. In fact this was precisely the belief of the mushrikeen which Rasulullah (Sallallahu alayhi wasallam) explicitly refuted and debunked by emphatically declaring: "Disease is NOT contagious". However, these moron munaafiq doctors rejecting Rasulullah's fatwa, lap up the vomit of the atheists. They have never ever been even near to Allah's Straight Path, hence the question of them having been deflected does not arise.</w:t>
      </w:r>
    </w:p>
    <w:p>
      <w:pPr>
        <w:spacing w:before="0" w:after="120" w:line="300" w:lineRule="exact"/>
        <w:jc w:val="both"/>
      </w:pPr>
      <w:r>
        <w:rPr>
          <w:rFonts w:ascii="Georgia" w:hAnsi="Georgia" w:cs="Georgia" w:eastAsia="Georgia"/>
          <w:b w:val="0"/>
          <w:i w:val="0"/>
          <w:sz w:val="22"/>
        </w:rPr>
        <w:t>Yes, it does arise in relation to the munaafiq molvis who have turned their backs on the Qur'aan and Sunnah in obedience and submission to the filth vomited into their mouths and brains by the atheists who excel in denying even the existence of Allah Ta'ala.</w:t>
      </w:r>
    </w:p>
    <w:p>
      <w:pPr>
        <w:spacing w:before="0" w:after="120" w:line="300" w:lineRule="exact"/>
        <w:jc w:val="both"/>
      </w:pPr>
      <w:r>
        <w:rPr>
          <w:rFonts w:ascii="Georgia" w:hAnsi="Georgia" w:cs="Georgia" w:eastAsia="Georgia"/>
          <w:b w:val="0"/>
          <w:i w:val="0"/>
          <w:sz w:val="22"/>
        </w:rPr>
        <w:t>The jaahil, munaafiq doctor avers:</w:t>
      </w:r>
    </w:p>
    <w:p>
      <w:pPr>
        <w:spacing w:before="120" w:after="120" w:line="300" w:lineRule="exact"/>
        <w:ind w:left="720" w:right="720"/>
        <w:jc w:val="center"/>
      </w:pPr>
      <w:r>
        <w:rPr>
          <w:rFonts w:ascii="Georgia" w:hAnsi="Georgia" w:cs="Georgia" w:eastAsia="Georgia"/>
          <w:b w:val="0"/>
          <w:i/>
          <w:sz w:val="22"/>
        </w:rPr>
        <w:t>(3) "It is actually disconcerting, nay frankly disgusting, when ulema advocate and practice non-compliance when these aspects are taken into consideration with regards to our musjids and funerals…..We need to abandon our ostrich mentality and not bury our heads in the sand…"</w:t>
      </w:r>
    </w:p>
    <w:p>
      <w:pPr>
        <w:spacing w:before="0" w:after="120" w:line="300" w:lineRule="exact"/>
        <w:jc w:val="both"/>
      </w:pPr>
      <w:r>
        <w:rPr>
          <w:rFonts w:ascii="Georgia" w:hAnsi="Georgia" w:cs="Georgia" w:eastAsia="Georgia"/>
          <w:b w:val="0"/>
          <w:i w:val="0"/>
          <w:sz w:val="22"/>
        </w:rPr>
        <w:t>The Islamic Response Non-compliance with kufr and rijs is Waajib. Indeed it is absolutely disgusting for this stupid munaafiq doctor and others of his ilk to believe that they possess any qualification to enable them to comment on any matter of the Shariah. They should acquire a better understanding of the rudiments of Istinja and of other aspects of Tahaarat. But, before it is possible to gain a correct comprehension of even the Masnoon method of Istinja, it is of imperative importance to understand and accept the correct Belief system of Islam. When these juhala are bereft of even the rudiments of Imaan, what can they understand of the rudiments of Istinja?</w:t>
      </w:r>
    </w:p>
    <w:p>
      <w:pPr>
        <w:spacing w:before="0" w:after="120" w:line="300" w:lineRule="exact"/>
        <w:jc w:val="both"/>
      </w:pPr>
      <w:r>
        <w:rPr>
          <w:rFonts w:ascii="Georgia" w:hAnsi="Georgia" w:cs="Georgia" w:eastAsia="Georgia"/>
          <w:b w:val="0"/>
          <w:i w:val="0"/>
          <w:sz w:val="22"/>
        </w:rPr>
        <w:t>They are too damn stupid to voice themselves on any matter of Shar'i import. The advocacy of the Ulama – of those Ulama who reject the kufr protocols, is 100% within the purview of Allah's Command. Those who deny this Shar'i advocacy are in fact munaafiqs such as is this moron doctor. He has no truck with the Musjid, hence he should desist from the LIE of saying 'our musjids'.</w:t>
      </w:r>
    </w:p>
    <w:p>
      <w:pPr>
        <w:spacing w:before="0" w:after="120" w:line="300" w:lineRule="exact"/>
        <w:jc w:val="both"/>
      </w:pPr>
      <w:r>
        <w:rPr>
          <w:rFonts w:ascii="Georgia" w:hAnsi="Georgia" w:cs="Georgia" w:eastAsia="Georgia"/>
          <w:b w:val="0"/>
          <w:i w:val="0"/>
          <w:sz w:val="22"/>
        </w:rPr>
        <w:t>These morons are actually burying their heads in the sand like dumb ostriches. Their brains have been fitted in the straitjacket of kufr by their atheist masters at whose feet they sat for years lapping up the kufr vomit discharged and dinned into their brains. Thus, the straightjackets of the atheists fitted to their brains is the proverbial sand of the proverbial ostrich. If they do not abandon their kufr/nifaaq they will soon find their souls in bags of fire at the time of Maut. They will perish like swines. The shaitaani protocols of the atheists are outrightly rejected as haraam and kufr, hence it devolves on the Ulama-e-Haqq to propagate the evil and villainy of the satanism which these stupid munaafiq doctors propagate at the behest of their atheist bosses.</w:t>
      </w:r>
    </w:p>
    <w:p>
      <w:pPr>
        <w:spacing w:before="0" w:after="120" w:line="300" w:lineRule="exact"/>
        <w:jc w:val="both"/>
      </w:pPr>
      <w:r>
        <w:rPr>
          <w:rFonts w:ascii="Georgia" w:hAnsi="Georgia" w:cs="Georgia" w:eastAsia="Georgia"/>
          <w:b w:val="0"/>
          <w:i w:val="0"/>
          <w:sz w:val="22"/>
        </w:rPr>
        <w:t>In total rejection of the Qur'aan and Sunnah, these morons seek the adjudication of the atheist deniers of Allah's existence. Prodding their brains, the Qur'aan Majeed states:</w:t>
      </w:r>
    </w:p>
    <w:p>
      <w:pPr>
        <w:spacing w:before="120" w:after="120" w:line="300" w:lineRule="exact"/>
        <w:ind w:left="720" w:right="720"/>
        <w:jc w:val="center"/>
      </w:pPr>
      <w:r>
        <w:rPr>
          <w:rFonts w:ascii="Georgia" w:hAnsi="Georgia" w:cs="Georgia" w:eastAsia="Georgia"/>
          <w:b w:val="0"/>
          <w:i/>
          <w:sz w:val="22"/>
        </w:rPr>
        <w:t>"What! Should I seek a judge other than Allah whilst He has revealed to you the Kitaab in great detail (i.e. the Shariah)? Those to whom We have granted the Kitaab know that verily, it is the true Revelation from your Rabb. Thus, never be among the doubters." (Al-An'aam, Aayat 114)</w:t>
      </w:r>
    </w:p>
    <w:p>
      <w:pPr>
        <w:spacing w:before="0" w:after="120" w:line="300" w:lineRule="exact"/>
        <w:jc w:val="both"/>
      </w:pPr>
      <w:r>
        <w:rPr>
          <w:rFonts w:ascii="Georgia" w:hAnsi="Georgia" w:cs="Georgia" w:eastAsia="Georgia"/>
          <w:b w:val="0"/>
          <w:i w:val="0"/>
          <w:sz w:val="22"/>
        </w:rPr>
        <w:t>These munaafiq doctors and molvis turn away from The Kitaab and seek guidance from the enemies of The Kitaab. Just imagine the rotten state of their belief system! While claiming to be Muslim, they reject every protocol of the Qur'aan and Sunnah to accord priority and veracity to the views of atheists – atheists who deny the very Existence of Allah Ta'ala, The Revealer of this Shariah – The Kitaab. They mutilate and mess Qur'aanic aayaat and Ahaadith to bolster the kufr theories of the atheists – theories which the vast majority of other atheist medical experts and scientists also refute.</w:t>
      </w:r>
    </w:p>
    <w:p>
      <w:pPr>
        <w:spacing w:before="0" w:after="120" w:line="300" w:lineRule="exact"/>
        <w:jc w:val="both"/>
      </w:pPr>
      <w:r>
        <w:rPr>
          <w:rFonts w:ascii="Georgia" w:hAnsi="Georgia" w:cs="Georgia" w:eastAsia="Georgia"/>
          <w:b w:val="0"/>
          <w:i w:val="0"/>
          <w:sz w:val="22"/>
        </w:rPr>
        <w:t>Presenting the similitude for this munaafiq jaahil doctor, the Qur'aan Majeed states:</w:t>
      </w:r>
    </w:p>
    <w:p>
      <w:pPr>
        <w:spacing w:before="120" w:after="120" w:line="300" w:lineRule="exact"/>
        <w:ind w:left="720" w:right="720"/>
        <w:jc w:val="center"/>
      </w:pPr>
      <w:r>
        <w:rPr>
          <w:rFonts w:ascii="Georgia" w:hAnsi="Georgia" w:cs="Georgia" w:eastAsia="Georgia"/>
          <w:b w:val="0"/>
          <w:i/>
          <w:sz w:val="22"/>
        </w:rPr>
        <w:t>"Soon shall I (Allah) divert from My Aayat those who are rebelliously haughty on earth (such as these moron doctors). Even if they see the Path of Guidance, they will not adopt it as the Path. However, if they see the path of crookedness (misguidance of the atheists), they will adopt it (as if it is the Holy Writ). That is because they belied (and rejected) Our Aayaat, and they are in denial thereof." (Al-A'raaf, Aayat 146)</w:t>
      </w:r>
    </w:p>
    <w:p>
      <w:pPr>
        <w:spacing w:before="120" w:after="120" w:line="300" w:lineRule="exact"/>
        <w:ind w:left="720" w:right="720"/>
        <w:jc w:val="center"/>
      </w:pPr>
      <w:r>
        <w:rPr>
          <w:rFonts w:ascii="Georgia" w:hAnsi="Georgia" w:cs="Georgia" w:eastAsia="Georgia"/>
          <w:b w:val="0"/>
          <w:i/>
          <w:sz w:val="22"/>
        </w:rPr>
        <w:t>Uttering fraud and lies, this scoundrel munaafiq doctor lets out the following effluvium:</w:t>
      </w:r>
    </w:p>
    <w:p>
      <w:pPr>
        <w:spacing w:before="120" w:after="120" w:line="300" w:lineRule="exact"/>
        <w:ind w:left="720" w:right="720"/>
        <w:jc w:val="center"/>
      </w:pPr>
      <w:r>
        <w:rPr>
          <w:rFonts w:ascii="Georgia" w:hAnsi="Georgia" w:cs="Georgia" w:eastAsia="Georgia"/>
          <w:b w:val="0"/>
          <w:i/>
          <w:sz w:val="22"/>
        </w:rPr>
        <w:t>(4) "When our musjids were closed we clamoured for their reopening and some initiated court interdicts in this regard even appending their names to petitions as a mark of love for the musjid. Sadly some names on these lists were of musjid trusts and imams without their knowledge and consent…a classic case of fraud. Yet these Ulema claim that they are 'Ulema e Haqq'???"</w:t>
      </w:r>
    </w:p>
    <w:p>
      <w:pPr>
        <w:spacing w:before="0" w:after="120" w:line="300" w:lineRule="exact"/>
        <w:jc w:val="both"/>
      </w:pPr>
      <w:r>
        <w:rPr>
          <w:rFonts w:ascii="Georgia" w:hAnsi="Georgia" w:cs="Georgia" w:eastAsia="Georgia"/>
          <w:b w:val="0"/>
          <w:i w:val="0"/>
          <w:sz w:val="22"/>
        </w:rPr>
        <w:t>The Islamic Response Yes, they rightfully claim to be Ulama-e-Haqq. They proclaim only the Haqq, but the Haqq for munaafiqs is 'fraud' while real fraud, kufr and nifaaq are 'imaan' for the munaafiqeen simply on account of the palatability of kufr to their atheist bosses.</w:t>
      </w:r>
    </w:p>
    <w:p>
      <w:pPr>
        <w:spacing w:before="0" w:after="120" w:line="300" w:lineRule="exact"/>
        <w:jc w:val="both"/>
      </w:pPr>
      <w:r>
        <w:rPr>
          <w:rFonts w:ascii="Georgia" w:hAnsi="Georgia" w:cs="Georgia" w:eastAsia="Georgia"/>
          <w:b w:val="0"/>
          <w:i w:val="0"/>
          <w:sz w:val="22"/>
        </w:rPr>
        <w:t>The clamour for opening the Musaajid emanated from the Ulama-e-Haqq, not from the munaafiqeen, hence this moron doctor should desist from the LIE of saying "we clamoured". The munaafiqeen did not clamour for the opening of the Musaajid. On the contrary, they went to court to challenge Allah Ta'ala and to convince the kuffaar judge that the Musjid is the worst spreader of the disease. Only the Ulama-e-Haqq had clamoured – no one else.</w:t>
      </w:r>
    </w:p>
    <w:p>
      <w:pPr>
        <w:spacing w:before="0" w:after="120" w:line="300" w:lineRule="exact"/>
        <w:jc w:val="both"/>
      </w:pPr>
      <w:r>
        <w:rPr>
          <w:rFonts w:ascii="Georgia" w:hAnsi="Georgia" w:cs="Georgia" w:eastAsia="Georgia"/>
          <w:b w:val="0"/>
          <w:i w:val="0"/>
          <w:sz w:val="22"/>
        </w:rPr>
        <w:t>As for the allegation of 'classic fraud', this doctor and his ilk are all frauds, munaafiqs and murtadds. Within days 8000 Muslims had appended their names to the petition for opening the Musaajid. As for the handful of munaafiq trustees who had later opposed the use of 'their' Musaajid, they acted without the mandate of the musallis. The Musallis and Imaams had given express permission to enlist the names of their Musaajid. The dissociation of the munaafiq trustees is of no Islamic substance. They and the doctor are all frauds. Their kufr and nifaaq are classical. Their brains operate along a crooked trajectory towards Jahannam. If it was not for the Ulama-e-Haqq whom Allah Ta'ala has fielded to guard and defend His Shariat, today there would be an 'islam' like Christianity and Judaism. But Allah Ta'ala has undertaken the responsibility of guarding His Shariat and maintaining its pristine purity via the agency of the Ulama-e-Haqq.</w:t>
      </w:r>
    </w:p>
    <w:p>
      <w:pPr>
        <w:spacing w:before="0" w:after="120" w:line="300" w:lineRule="exact"/>
        <w:jc w:val="both"/>
      </w:pPr>
      <w:r>
        <w:rPr>
          <w:rFonts w:ascii="Georgia" w:hAnsi="Georgia" w:cs="Georgia" w:eastAsia="Georgia"/>
          <w:b w:val="0"/>
          <w:i w:val="0"/>
          <w:sz w:val="22"/>
        </w:rPr>
        <w:t>The jaahil munaafiq doctor says:</w:t>
      </w:r>
    </w:p>
    <w:p>
      <w:pPr>
        <w:spacing w:before="120" w:after="120" w:line="300" w:lineRule="exact"/>
        <w:ind w:left="720" w:right="720"/>
        <w:jc w:val="center"/>
      </w:pPr>
      <w:r>
        <w:rPr>
          <w:rFonts w:ascii="Georgia" w:hAnsi="Georgia" w:cs="Georgia" w:eastAsia="Georgia"/>
          <w:b w:val="0"/>
          <w:i/>
          <w:sz w:val="22"/>
        </w:rPr>
        <w:t>(5) "Our Ulema fraternity project Allah, whose mercy holds no bounds, as wanting to 'punish' you for every little misdeed. Hence the plethora of fatwas and non compliance against social distancing etc., in musjids."</w:t>
      </w:r>
    </w:p>
    <w:p>
      <w:pPr>
        <w:spacing w:before="0" w:after="120" w:line="300" w:lineRule="exact"/>
        <w:jc w:val="both"/>
      </w:pPr>
      <w:r>
        <w:rPr>
          <w:rFonts w:ascii="Georgia" w:hAnsi="Georgia" w:cs="Georgia" w:eastAsia="Georgia"/>
          <w:b w:val="0"/>
          <w:i w:val="0"/>
          <w:sz w:val="22"/>
        </w:rPr>
        <w:t>The Islamic Response This averment by the moron is a veritable slander against the Ulama-e-Haqq. Let him state in detail "every little misdeed' for which the Ulama have claimed Divine Punishment on a universal scale. This LIAR and munaafiq should not hide in ambiguities. Which are the 'little misdeeds' to which he has referred?</w:t>
      </w:r>
    </w:p>
    <w:p>
      <w:pPr>
        <w:spacing w:before="0" w:after="120" w:line="300" w:lineRule="exact"/>
        <w:jc w:val="both"/>
      </w:pPr>
      <w:r>
        <w:rPr>
          <w:rFonts w:ascii="Georgia" w:hAnsi="Georgia" w:cs="Georgia" w:eastAsia="Georgia"/>
          <w:b w:val="0"/>
          <w:i w:val="0"/>
          <w:sz w:val="22"/>
        </w:rPr>
        <w:t>Just as Allah Ta'ala is Most Merciful and Forgiving, He is Qahhaar and Jabbaar. He has created HELL for these doctors and molvi munaafiqeen. Allah promises in the Qur'aan Majeed: "I shall fill HELL with men and jinn." Allah Ta'ala says that men and stones such as these munaafiq doctors, will be the fuel of Jahannam.</w:t>
      </w:r>
    </w:p>
    <w:p>
      <w:pPr>
        <w:spacing w:before="0" w:after="120" w:line="300" w:lineRule="exact"/>
        <w:jc w:val="both"/>
      </w:pPr>
      <w:r>
        <w:rPr>
          <w:rFonts w:ascii="Georgia" w:hAnsi="Georgia" w:cs="Georgia" w:eastAsia="Georgia"/>
          <w:b w:val="0"/>
          <w:i w:val="0"/>
          <w:sz w:val="22"/>
        </w:rPr>
        <w:t>Hiding under the subterfuge of Allah's boundless mercy, the criminal doctor is denying Allah's Wrath and Allah's threat to severely punish the entire nation of so-called Believers who universally indulge in fisq, fujoor, bid'ah, nifaaq and kufr which are the hallmarks of these moron munaafiq doctors and the modernist ilk as well as of the munaafiq molvis. Warning of this universal Athaab, the Qur'aan Majeed states:</w:t>
      </w:r>
    </w:p>
    <w:p>
      <w:pPr>
        <w:spacing w:before="120" w:after="120" w:line="300" w:lineRule="exact"/>
        <w:ind w:left="720" w:right="720"/>
        <w:jc w:val="center"/>
      </w:pPr>
      <w:r>
        <w:rPr>
          <w:rFonts w:ascii="Georgia" w:hAnsi="Georgia" w:cs="Georgia" w:eastAsia="Georgia"/>
          <w:b w:val="0"/>
          <w:i/>
          <w:sz w:val="22"/>
        </w:rPr>
        <w:t>"Beware of such a punishment which will overtake NOT only the transgressors among you."</w:t>
      </w:r>
    </w:p>
    <w:p>
      <w:pPr>
        <w:spacing w:before="0" w:after="120" w:line="300" w:lineRule="exact"/>
        <w:jc w:val="both"/>
      </w:pPr>
      <w:r>
        <w:rPr>
          <w:rFonts w:ascii="Georgia" w:hAnsi="Georgia" w:cs="Georgia" w:eastAsia="Georgia"/>
          <w:b w:val="0"/>
          <w:i w:val="0"/>
          <w:sz w:val="22"/>
        </w:rPr>
        <w:t>It will apprehend the molvis and buzrugs as well. All of this muck will be cast into the cauldron of Divine Punishment with the muck of the kind to which this munaafiq doctor belongs. About this conglomeration of muck, the Qur'aan Majeed states that Allah Ta'ala will drive them towards Jahannam:</w:t>
      </w:r>
    </w:p>
    <w:p>
      <w:pPr>
        <w:spacing w:before="120" w:after="120" w:line="300" w:lineRule="exact"/>
        <w:ind w:left="720" w:right="720"/>
        <w:jc w:val="center"/>
      </w:pPr>
      <w:r>
        <w:rPr>
          <w:rFonts w:ascii="Georgia" w:hAnsi="Georgia" w:cs="Georgia" w:eastAsia="Georgia"/>
          <w:b w:val="0"/>
          <w:i/>
          <w:sz w:val="22"/>
        </w:rPr>
        <w:t>"…So that Allah may separate the khabeeth (filthy, rotten characters) from the Tayyib (the pure Mu'mineen). And, He will then combine the khabeeth ones, one on top of the other altogether, then cast them into Jahannam. Indeed they are the losers." (Al-Anfaal, Aayat 37)</w:t>
      </w:r>
    </w:p>
    <w:p>
      <w:pPr>
        <w:spacing w:before="0" w:after="120" w:line="300" w:lineRule="exact"/>
        <w:jc w:val="both"/>
      </w:pPr>
      <w:r>
        <w:rPr>
          <w:rFonts w:ascii="Georgia" w:hAnsi="Georgia" w:cs="Georgia" w:eastAsia="Georgia"/>
          <w:b w:val="0"/>
          <w:i w:val="0"/>
          <w:sz w:val="22"/>
        </w:rPr>
        <w:t>Notwithstanding His boundless mercy, Allah Ta'ala will bundle all these munaafiqeen and atheists on top of each other and have them flung into Hell-Fire.</w:t>
      </w:r>
    </w:p>
    <w:p>
      <w:pPr>
        <w:spacing w:before="0" w:after="120" w:line="300" w:lineRule="exact"/>
        <w:jc w:val="both"/>
      </w:pPr>
      <w:r>
        <w:rPr>
          <w:rFonts w:ascii="Georgia" w:hAnsi="Georgia" w:cs="Georgia" w:eastAsia="Georgia"/>
          <w:b w:val="0"/>
          <w:i w:val="0"/>
          <w:sz w:val="22"/>
        </w:rPr>
        <w:t>Allah's boundless mercy may not be cited in negation and rejection of His dire warnings for the scoundrels, munaafiqeen and kuffaar. His universal (Aam)</w:t>
      </w:r>
    </w:p>
    <w:p>
      <w:pPr>
        <w:spacing w:before="0" w:after="120" w:line="300" w:lineRule="exact"/>
        <w:jc w:val="both"/>
      </w:pPr>
      <w:r>
        <w:rPr>
          <w:rFonts w:ascii="Georgia" w:hAnsi="Georgia" w:cs="Georgia" w:eastAsia="Georgia"/>
          <w:b w:val="0"/>
          <w:i w:val="0"/>
          <w:sz w:val="22"/>
        </w:rPr>
        <w:t>Punishment is not just for 'little misdeeds' although there is no such rubbish as a 'little misdeed' in Islam. Every misdeed is a major sin, even entering the toilet with the right foot, and running away from the Sneezer whom Allah loves, and whom these munaafiq doctors in obedience to their atheist masters abhor.</w:t>
      </w:r>
    </w:p>
    <w:p>
      <w:pPr>
        <w:spacing w:before="0" w:after="120" w:line="300" w:lineRule="exact"/>
        <w:jc w:val="both"/>
      </w:pPr>
      <w:r>
        <w:rPr>
          <w:rFonts w:ascii="Georgia" w:hAnsi="Georgia" w:cs="Georgia" w:eastAsia="Georgia"/>
          <w:b w:val="0"/>
          <w:i w:val="0"/>
          <w:sz w:val="22"/>
        </w:rPr>
        <w:t>When fisq and fujoor transgress all bounds of Divine Toleration, then Allah's Athaab arrives in the form of plagues, earthquakes, floods and other forms of natural disasters. These are Allah's decrees which Rasulullah (Sallallahu alayhi wasallam) and the Qur'aan Majeed explicitly mention, but which all these munaafiqeen deny. Warning the Ummah of the universal Athaab, the Qur'aan Majeed states:</w:t>
      </w:r>
    </w:p>
    <w:p>
      <w:pPr>
        <w:spacing w:before="120" w:after="120" w:line="300" w:lineRule="exact"/>
        <w:ind w:left="720" w:right="720"/>
        <w:jc w:val="center"/>
      </w:pPr>
      <w:r>
        <w:rPr>
          <w:rFonts w:ascii="Georgia" w:hAnsi="Georgia" w:cs="Georgia" w:eastAsia="Georgia"/>
          <w:b w:val="0"/>
          <w:i/>
          <w:sz w:val="22"/>
        </w:rPr>
        <w:t>"When We intend to destroy (the inhabitants) of a town (or city, etc.) We command them (that is, give them unbridled reign to indulge recklessly in their filth.) Then they indulge recklessly in fisq. Thus, the decree (of Athaab) becomes established for them. Then We utterly destroy them."</w:t>
      </w:r>
    </w:p>
    <w:p>
      <w:pPr>
        <w:spacing w:before="0" w:after="120" w:line="300" w:lineRule="exact"/>
        <w:jc w:val="both"/>
      </w:pPr>
      <w:r>
        <w:rPr>
          <w:rFonts w:ascii="Georgia" w:hAnsi="Georgia" w:cs="Georgia" w:eastAsia="Georgia"/>
          <w:b w:val="0"/>
          <w:i w:val="0"/>
          <w:sz w:val="22"/>
        </w:rPr>
        <w:t>There are numerous Nusoos of the Qur'aan and Ahaadith warning of the Aam Athaab when transgression exceeds all bounds of toleration – when the hearts have become sealed, precluding them of turning to Allah Ta'ala in repentance. The Qur'aan Majeed is replete with episodes describing the destruction by Divine Punishment of entire nations. Nations upon nations were demolished and destroyed despite the Boundless Mercy of Allah Ta'ala. This utter deracination of nations was not for just so-called 'little misdeeds'. It was the consequence of satanic villainy of the kind perpetrated today by the Ummah in general and specially by the munaafiq molvis and munaafiq doctors who acquit themselves as 'authorities' of the Shariah. They are baboons and acquit themselves as swines do.</w:t>
      </w:r>
    </w:p>
    <w:p>
      <w:pPr>
        <w:spacing w:before="0" w:after="120" w:line="300" w:lineRule="exact"/>
        <w:jc w:val="both"/>
      </w:pPr>
      <w:r>
        <w:rPr>
          <w:rFonts w:ascii="Georgia" w:hAnsi="Georgia" w:cs="Georgia" w:eastAsia="Georgia"/>
          <w:b w:val="0"/>
          <w:i w:val="0"/>
          <w:sz w:val="22"/>
        </w:rPr>
        <w:t>Allah's boundless mercy may not be cited in denial of Allah's commands and His dire Warnings of deracination and demolition. When molvis and buzrugs socialize and fraternize with the fussaaq and fujjaar, it is the sign for Allah's universal punishment. Allah Ta'ala revealed to Nabi Yusha' (Alayhis salaam) that He would soon be destroying a city of 60,000 inhabitants of whom 40,000 were fussaaq and fujjaar, and 20,000 were such Buzrugs whose deeds of virtue were like the deeds of the Ambiya (Alayhimus salaam).</w:t>
      </w:r>
    </w:p>
    <w:p>
      <w:pPr>
        <w:spacing w:before="0" w:after="120" w:line="300" w:lineRule="exact"/>
        <w:jc w:val="both"/>
      </w:pPr>
      <w:r>
        <w:rPr>
          <w:rFonts w:ascii="Georgia" w:hAnsi="Georgia" w:cs="Georgia" w:eastAsia="Georgia"/>
          <w:b w:val="0"/>
          <w:i w:val="0"/>
          <w:sz w:val="22"/>
        </w:rPr>
        <w:t>Greatly intrigued, Hadhrat Yusha' (Alayhis salaam) supplicated: 'O Allah! the punishment settling on the fujjaar is understandable. But why will even these 20,000 Buzrugs also be apprehended?' Came the Divine Response: They fraternize and socialize with the fussaaq and fujjaar. When the villains violated the Shariah, the colour in the faces of the Buzrugs did not even change."</w:t>
      </w:r>
    </w:p>
    <w:p>
      <w:pPr>
        <w:spacing w:before="0" w:after="120" w:line="300" w:lineRule="exact"/>
        <w:jc w:val="both"/>
      </w:pPr>
      <w:r>
        <w:rPr>
          <w:rFonts w:ascii="Georgia" w:hAnsi="Georgia" w:cs="Georgia" w:eastAsia="Georgia"/>
          <w:b w:val="0"/>
          <w:i w:val="0"/>
          <w:sz w:val="22"/>
        </w:rPr>
        <w:t>Despite these Buzrugs not being munaafiqs such as today's molvis, their free mingling and association with the fussaaq and fujjaar had desensitized them. Evil and sin became an accepted norm such as a beardless man of worldly stature today. Even Ulama will offer salaam to such a vile faasiq whose beardless face has the appearance of a skinned pig. Only zulmat percolates from such an abhorrent face.</w:t>
      </w:r>
    </w:p>
    <w:p>
      <w:pPr>
        <w:spacing w:before="0" w:after="120" w:line="300" w:lineRule="exact"/>
        <w:jc w:val="both"/>
      </w:pPr>
      <w:r>
        <w:rPr>
          <w:rFonts w:ascii="Georgia" w:hAnsi="Georgia" w:cs="Georgia" w:eastAsia="Georgia"/>
          <w:b w:val="0"/>
          <w:i w:val="0"/>
          <w:sz w:val="22"/>
        </w:rPr>
        <w:t>There are numerous cases of Allah's universal punishment despite His Boundless Rahmat. No one should make a shield of Allah's Boundless Mercy to provide cover for his villainy, fisq, fujoor, nifaaq and kufr.</w:t>
      </w:r>
    </w:p>
    <w:p>
      <w:pPr>
        <w:spacing w:before="0" w:after="120" w:line="300" w:lineRule="exact"/>
        <w:jc w:val="both"/>
      </w:pPr>
      <w:r>
        <w:rPr>
          <w:rFonts w:ascii="Georgia" w:hAnsi="Georgia" w:cs="Georgia" w:eastAsia="Georgia"/>
          <w:b w:val="0"/>
          <w:i w:val="0"/>
          <w:sz w:val="22"/>
        </w:rPr>
        <w:t>The 'plethora of fatwas' against the protocols of the atheists is fully justified, in fact Waajib. Abstention from issuing these fatwas invites the Wrath of Allah Ta'ala. The Ulama-e-Haqq's primary obligation is to present the Deen in its unadulterated pristine form to the Ummah. The Ulama may not act as misguides as are the munaafiq molvis of today. The slightest deviation from Siraatul Mustaaqeem has to be diligently blocked to save the ignorant public from plodding the path of Jahannam.</w:t>
      </w:r>
    </w:p>
    <w:p>
      <w:pPr>
        <w:spacing w:before="0" w:after="120" w:line="300" w:lineRule="exact"/>
        <w:jc w:val="both"/>
      </w:pPr>
      <w:r>
        <w:rPr>
          <w:rFonts w:ascii="Georgia" w:hAnsi="Georgia" w:cs="Georgia" w:eastAsia="Georgia"/>
          <w:b w:val="0"/>
          <w:i w:val="0"/>
          <w:sz w:val="22"/>
        </w:rPr>
        <w:t>Thus, the universal punishment is not for a so-called 'little misdeed'. It is for the flood of fisq, fujoor, bid'ah, nifaaq and kufr which the entire Ummah perpetrates without batting an eyelid, and which filth the molvis halaalize.</w:t>
      </w:r>
    </w:p>
    <w:p>
      <w:pPr>
        <w:spacing w:before="0" w:after="120" w:line="300" w:lineRule="exact"/>
        <w:jc w:val="both"/>
      </w:pPr>
      <w:r>
        <w:rPr>
          <w:rFonts w:ascii="Georgia" w:hAnsi="Georgia" w:cs="Georgia" w:eastAsia="Georgia"/>
          <w:b w:val="0"/>
          <w:i w:val="0"/>
          <w:sz w:val="22"/>
        </w:rPr>
        <w:t>Under guise of this satanic 'pandemic', the munaafiqeen are in the process of spawning a new religion in the name, 'islam'. But they will miserably fail. The Ulama-e-Haqq are the Divine Institution established to be the Defender of Allah's Deen. No matter what these rubbish scoundrels do, they will miserably fail in their satanic plots. Affirming this fact, the Qur'aan Majeed states:</w:t>
      </w:r>
    </w:p>
    <w:p>
      <w:pPr>
        <w:spacing w:before="120" w:after="120" w:line="300" w:lineRule="exact"/>
        <w:ind w:left="720" w:right="720"/>
        <w:jc w:val="center"/>
      </w:pPr>
      <w:r>
        <w:rPr>
          <w:rFonts w:ascii="Georgia" w:hAnsi="Georgia" w:cs="Georgia" w:eastAsia="Georgia"/>
          <w:b w:val="0"/>
          <w:i/>
          <w:sz w:val="22"/>
        </w:rPr>
        <w:t>"They (these munaafiqeen, atheists and kuffaar) intend to extinguish the Noor (Deen) of Allah with their mouths while Allah intends to complete (and perfect) His Noor even though the criminals abhor it."</w:t>
      </w:r>
    </w:p>
    <w:p>
      <w:pPr>
        <w:spacing w:before="120" w:after="120" w:line="300" w:lineRule="exact"/>
        <w:ind w:left="720" w:right="720"/>
        <w:jc w:val="center"/>
      </w:pPr>
      <w:r>
        <w:rPr>
          <w:rFonts w:ascii="Georgia" w:hAnsi="Georgia" w:cs="Georgia" w:eastAsia="Georgia"/>
          <w:b w:val="0"/>
          <w:i/>
          <w:sz w:val="22"/>
        </w:rPr>
        <w:t>Uttering some more rubbish, the munaafiq doctor says:</w:t>
      </w:r>
    </w:p>
    <w:p>
      <w:pPr>
        <w:spacing w:before="120" w:after="120" w:line="300" w:lineRule="exact"/>
        <w:ind w:left="720" w:right="720"/>
        <w:jc w:val="center"/>
      </w:pPr>
      <w:r>
        <w:rPr>
          <w:rFonts w:ascii="Georgia" w:hAnsi="Georgia" w:cs="Georgia" w:eastAsia="Georgia"/>
          <w:b w:val="0"/>
          <w:i/>
          <w:sz w:val="22"/>
        </w:rPr>
        <w:t>(6) "The unsuccessful court verdict even resulted in Mufti A.K.Hoosen labelling some Ulema, inter alia, as 'characters' and not Moulanas. Sad but true…an indictment on Muslims."</w:t>
      </w:r>
    </w:p>
    <w:p>
      <w:pPr>
        <w:spacing w:before="0" w:after="120" w:line="300" w:lineRule="exact"/>
        <w:jc w:val="both"/>
      </w:pPr>
      <w:r>
        <w:rPr>
          <w:rFonts w:ascii="Georgia" w:hAnsi="Georgia" w:cs="Georgia" w:eastAsia="Georgia"/>
          <w:b w:val="0"/>
          <w:i w:val="0"/>
          <w:sz w:val="22"/>
        </w:rPr>
        <w:t>The Islamic Response Mufti A.K.Hoosen had in fact erred by referring to the scoundrel munaafiq molvis (Reverend Bham, Tony Karaan and others) with the mild epithet of 'characters'. He was supposed to have publicly branded them as munaafiqeen and the denizens of Jahannam. These munaafiqs went to the kuffaar court to haul Allah Ta'ala into the presence of the kuffaar. They accused Rasulullah (Sallallahu alayhi wasallam) of having lied because he (Sallallahu alayhi wasallam) said that Allah Ta'ala diverts calamities and diseases away from the Musaajid. While Rasulullah (Sallallahu alayhi wasallam) and the Qur'aan describe the Musaajid as the Abodes of Rahmat and the places most beloved to Allah Ta'ala, these scoundrel munaafiq molvis told the kuffaar court that the Musaajid are the worst spreaders of disease. In fact they are worse than khanaazeer. Insha-Allah, we shall still take the rubbish khanaazeer to task for this blasphemy.</w:t>
      </w:r>
    </w:p>
    <w:p>
      <w:pPr>
        <w:spacing w:before="0" w:after="120" w:line="300" w:lineRule="exact"/>
        <w:jc w:val="both"/>
      </w:pPr>
      <w:r>
        <w:rPr>
          <w:rFonts w:ascii="Georgia" w:hAnsi="Georgia" w:cs="Georgia" w:eastAsia="Georgia"/>
          <w:b w:val="0"/>
          <w:i w:val="0"/>
          <w:sz w:val="22"/>
        </w:rPr>
        <w:t>Whoever suffers the calamity of performing Salaat behind any of these munaafiq scoundrels, should incumbently repeat their Salaat. Salaat behind such declared munaafiqeen is not valid. They are the enemies of Allah Ta'ala and the friends of the kuffaar court.</w:t>
      </w:r>
    </w:p>
    <w:p>
      <w:pPr>
        <w:spacing w:before="120" w:after="120" w:line="300" w:lineRule="exact"/>
        <w:ind w:left="720" w:right="720"/>
        <w:jc w:val="center"/>
      </w:pPr>
      <w:r>
        <w:rPr>
          <w:rFonts w:ascii="Georgia" w:hAnsi="Georgia" w:cs="Georgia" w:eastAsia="Georgia"/>
          <w:b w:val="0"/>
          <w:i/>
          <w:sz w:val="22"/>
        </w:rPr>
        <w:t>Among the claims of this doctor to justify the kufr protocols is his averment that:</w:t>
      </w:r>
    </w:p>
    <w:p>
      <w:pPr>
        <w:spacing w:before="120" w:after="120" w:line="300" w:lineRule="exact"/>
        <w:ind w:left="720" w:right="720"/>
        <w:jc w:val="center"/>
      </w:pPr>
      <w:r>
        <w:rPr>
          <w:rFonts w:ascii="Georgia" w:hAnsi="Georgia" w:cs="Georgia" w:eastAsia="Georgia"/>
          <w:b w:val="0"/>
          <w:i/>
          <w:sz w:val="22"/>
        </w:rPr>
        <w:t>(7)For other diseases, e.g. diabetes, the Ulama resort to medication, yet they oppose the medical protocols devised for combating the covid disease.</w:t>
      </w:r>
    </w:p>
    <w:p>
      <w:pPr>
        <w:spacing w:before="0" w:after="120" w:line="300" w:lineRule="exact"/>
        <w:jc w:val="both"/>
      </w:pPr>
      <w:r>
        <w:rPr>
          <w:rFonts w:ascii="Georgia" w:hAnsi="Georgia" w:cs="Georgia" w:eastAsia="Georgia"/>
          <w:b w:val="0"/>
          <w:i w:val="0"/>
          <w:sz w:val="22"/>
        </w:rPr>
        <w:t>The Islamic Response The analogy is fallacious. It is utterly baseless and stupid. Firstly, there is no Shar'i incumbency to submit to even a perfectly halaal and efficacious medical remedy. Medication is among the zanniyaat, that which has no absolute certitude. Medication is not Waajib. Whoever abstains from valid halaal medication and dies, departs without sin. The Shariah does not oblige submission to any form of medication.</w:t>
      </w:r>
    </w:p>
    <w:p>
      <w:pPr>
        <w:spacing w:before="0" w:after="120" w:line="300" w:lineRule="exact"/>
        <w:jc w:val="both"/>
      </w:pPr>
      <w:r>
        <w:rPr>
          <w:rFonts w:ascii="Georgia" w:hAnsi="Georgia" w:cs="Georgia" w:eastAsia="Georgia"/>
          <w:b w:val="0"/>
          <w:i w:val="0"/>
          <w:sz w:val="22"/>
        </w:rPr>
        <w:t>As for haraam and kufr medication and swine protocols such as the advocacy of these munaafiq doctors, it is HARAAM. Whatever is in conflict with the Shariah is not permissible for adoption. Masks, social distancing and sanitizing are all forms and protocols of satanizing, hence Haraam. Rasulullah (Sallallahu alayhi wasallam) said:</w:t>
      </w:r>
    </w:p>
    <w:p>
      <w:pPr>
        <w:spacing w:before="120" w:after="120" w:line="300" w:lineRule="exact"/>
        <w:ind w:left="720" w:right="720"/>
        <w:jc w:val="center"/>
      </w:pPr>
      <w:r>
        <w:rPr>
          <w:rFonts w:ascii="Georgia" w:hAnsi="Georgia" w:cs="Georgia" w:eastAsia="Georgia"/>
          <w:b w:val="0"/>
          <w:i/>
          <w:sz w:val="22"/>
        </w:rPr>
        <w:t>"Allah has not put the shifa (cure) of my Ummah in things which are haraam for them."</w:t>
      </w:r>
    </w:p>
    <w:p>
      <w:pPr>
        <w:spacing w:before="0" w:after="120" w:line="300" w:lineRule="exact"/>
        <w:jc w:val="both"/>
      </w:pPr>
      <w:r>
        <w:rPr>
          <w:rFonts w:ascii="Georgia" w:hAnsi="Georgia" w:cs="Georgia" w:eastAsia="Georgia"/>
          <w:b w:val="0"/>
          <w:i w:val="0"/>
          <w:sz w:val="22"/>
        </w:rPr>
        <w:t>These methods are in diametric conflict with the Shariah, hence not permissible. These satanic protocols are the seeds for the introduction of a new religion in the name of 'islam'. There is absolutely no resemblance between satanism and halaal medication from which abstention is perfectly permissible depending on the patient's Taqwa and Tawakkul.</w:t>
      </w:r>
    </w:p>
    <w:p>
      <w:pPr>
        <w:spacing w:before="0" w:after="120" w:line="300" w:lineRule="exact"/>
        <w:jc w:val="both"/>
      </w:pPr>
      <w:r>
        <w:rPr>
          <w:rFonts w:ascii="Georgia" w:hAnsi="Georgia" w:cs="Georgia" w:eastAsia="Georgia"/>
          <w:b w:val="0"/>
          <w:i w:val="0"/>
          <w:sz w:val="22"/>
        </w:rPr>
        <w:t>Once Hadhrat Umar (Radhiyallahu anhu) was confined to bed with a severe illness. When the Sahaabah advised availing of the services of a physician, he commented: "If I know that the cure for my sickness is in just raising my hand to my forehead, then too I shall desist from it."</w:t>
      </w:r>
    </w:p>
    <w:p>
      <w:pPr>
        <w:spacing w:before="0" w:after="120" w:line="300" w:lineRule="exact"/>
        <w:jc w:val="both"/>
      </w:pPr>
      <w:r>
        <w:rPr>
          <w:rFonts w:ascii="Georgia" w:hAnsi="Georgia" w:cs="Georgia" w:eastAsia="Georgia"/>
          <w:b w:val="0"/>
          <w:i w:val="0"/>
          <w:sz w:val="22"/>
        </w:rPr>
        <w:t>This was his Tawakkul and resignation to the Will of Allah Ta'ala. This was Hadhrat Umar's contentment with the decree of Allah Ta'ala. No one is obliged to submit to even halaal medication. The moron munaafiq doctor speaks from the perspective of his atheist masters. But we follow the Qur'aan and Sunnah. Beyond the confines of this Law of Allah Ta'ala is only swinery and shaitaaniyat.</w:t>
      </w:r>
    </w:p>
    <w:p>
      <w:pPr>
        <w:spacing w:before="120" w:after="120" w:line="300" w:lineRule="exact"/>
        <w:ind w:left="720" w:right="720"/>
        <w:jc w:val="center"/>
      </w:pPr>
      <w:r>
        <w:rPr>
          <w:rFonts w:ascii="Georgia" w:hAnsi="Georgia" w:cs="Georgia" w:eastAsia="Georgia"/>
          <w:b w:val="0"/>
          <w:i/>
          <w:sz w:val="22"/>
        </w:rPr>
        <w:t>Ending his argument in favour of the kuffaar protocols, the doctor alleges:</w:t>
      </w:r>
    </w:p>
    <w:p>
      <w:pPr>
        <w:spacing w:before="120" w:after="120" w:line="300" w:lineRule="exact"/>
        <w:ind w:left="720" w:right="720"/>
        <w:jc w:val="center"/>
      </w:pPr>
      <w:r>
        <w:rPr>
          <w:rFonts w:ascii="Georgia" w:hAnsi="Georgia" w:cs="Georgia" w:eastAsia="Georgia"/>
          <w:b w:val="0"/>
          <w:i/>
          <w:sz w:val="22"/>
        </w:rPr>
        <w:t>(8) "We will have a lot to answer for on the day of Qiyamat for our intransigence."</w:t>
      </w:r>
    </w:p>
    <w:p>
      <w:pPr>
        <w:spacing w:before="0" w:after="120" w:line="300" w:lineRule="exact"/>
        <w:jc w:val="both"/>
      </w:pPr>
      <w:r>
        <w:rPr>
          <w:rFonts w:ascii="Georgia" w:hAnsi="Georgia" w:cs="Georgia" w:eastAsia="Georgia"/>
          <w:b w:val="0"/>
          <w:i w:val="0"/>
          <w:sz w:val="22"/>
        </w:rPr>
        <w:t>The Islamic Response Most certainly, the munaafiq and his ilk will have a lot to answer on the Day of Qiyaamah. His profession of the 'day of Qiyamat' is another example of his nifaaq. If he had a genuine belief in Qiyaamah, he would never have lapped up atheist excrement designed to demolish the Shariah.</w:t>
      </w:r>
    </w:p>
    <w:p>
      <w:pPr>
        <w:spacing w:before="0" w:after="120" w:line="300" w:lineRule="exact"/>
        <w:jc w:val="both"/>
      </w:pPr>
      <w:r>
        <w:rPr>
          <w:rFonts w:ascii="Georgia" w:hAnsi="Georgia" w:cs="Georgia" w:eastAsia="Georgia"/>
          <w:b w:val="0"/>
          <w:i w:val="0"/>
          <w:sz w:val="22"/>
        </w:rPr>
        <w:t>While the kufr intransigence of this type of moron is lamentable, it is not at all surprising. It is the effect of nifaaq. Those who promote the kufr theories of atheists who deny the very Existence of Allah Azza Wa Jal will have a lot to answer for on the Day of Qiyaamah.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the benefit of the unwary and ignorant, we summarize this discussion with the following main factors for their guidance and to avoid entrapment in the snares of Iblees peddled by the type of this munaafiq doctor and munaafiq molvis.</w:t>
      </w:r>
    </w:p>
    <w:p>
      <w:pPr>
        <w:spacing w:before="0" w:after="120" w:line="300" w:lineRule="exact"/>
        <w:jc w:val="both"/>
      </w:pPr>
      <w:r>
        <w:rPr>
          <w:rFonts w:ascii="Georgia" w:hAnsi="Georgia" w:cs="Georgia" w:eastAsia="Georgia"/>
          <w:b w:val="0"/>
          <w:i w:val="0"/>
          <w:sz w:val="22"/>
        </w:rPr>
        <w:t>(1) The plague is either a Rahmat (Shahaadat) or an Athaab.</w:t>
      </w:r>
    </w:p>
    <w:p>
      <w:pPr>
        <w:spacing w:before="0" w:after="120" w:line="300" w:lineRule="exact"/>
        <w:jc w:val="both"/>
      </w:pPr>
      <w:r>
        <w:rPr>
          <w:rFonts w:ascii="Georgia" w:hAnsi="Georgia" w:cs="Georgia" w:eastAsia="Georgia"/>
          <w:b w:val="0"/>
          <w:i w:val="0"/>
          <w:sz w:val="22"/>
        </w:rPr>
        <w:t>(2) It is haraam to adopt the haraam satanic protocols devised by the agents of Iblees – the atheists and their legion of satanic assistants such as the 'muslim' doctors and the munaafiq molvis.</w:t>
      </w:r>
    </w:p>
    <w:p>
      <w:pPr>
        <w:spacing w:before="0" w:after="120" w:line="300" w:lineRule="exact"/>
        <w:jc w:val="both"/>
      </w:pPr>
      <w:r>
        <w:rPr>
          <w:rFonts w:ascii="Georgia" w:hAnsi="Georgia" w:cs="Georgia" w:eastAsia="Georgia"/>
          <w:b w:val="0"/>
          <w:i w:val="0"/>
          <w:sz w:val="22"/>
        </w:rPr>
        <w:t>(3) It is not permissible to comply with Satanist protocols.</w:t>
      </w:r>
    </w:p>
    <w:p>
      <w:pPr>
        <w:spacing w:before="0" w:after="120" w:line="300" w:lineRule="exact"/>
        <w:jc w:val="both"/>
      </w:pPr>
      <w:r>
        <w:rPr>
          <w:rFonts w:ascii="Georgia" w:hAnsi="Georgia" w:cs="Georgia" w:eastAsia="Georgia"/>
          <w:b w:val="0"/>
          <w:i w:val="0"/>
          <w:sz w:val="22"/>
        </w:rPr>
        <w:t>(4) It is not permissible to join a fong kong congregation engaged in mock 'salaat'. Such salaat is not valid.</w:t>
      </w:r>
    </w:p>
    <w:p>
      <w:pPr>
        <w:spacing w:before="0" w:after="120" w:line="300" w:lineRule="exact"/>
        <w:jc w:val="both"/>
      </w:pPr>
      <w:r>
        <w:rPr>
          <w:rFonts w:ascii="Georgia" w:hAnsi="Georgia" w:cs="Georgia" w:eastAsia="Georgia"/>
          <w:b w:val="0"/>
          <w:i w:val="0"/>
          <w:sz w:val="22"/>
        </w:rPr>
        <w:t>(5) A true Muslim is not perplexed by the virus or epidemic. He understands that it is by the creation and decree of Allah Ta'ala.</w:t>
      </w:r>
    </w:p>
    <w:p>
      <w:pPr>
        <w:spacing w:before="0" w:after="120" w:line="300" w:lineRule="exact"/>
        <w:jc w:val="both"/>
      </w:pPr>
      <w:r>
        <w:rPr>
          <w:rFonts w:ascii="Georgia" w:hAnsi="Georgia" w:cs="Georgia" w:eastAsia="Georgia"/>
          <w:b w:val="0"/>
          <w:i w:val="0"/>
          <w:sz w:val="22"/>
        </w:rPr>
        <w:t>(6) Maut comes at its appointed time with precision.</w:t>
      </w:r>
    </w:p>
    <w:p>
      <w:pPr>
        <w:spacing w:before="0" w:after="120" w:line="300" w:lineRule="exact"/>
        <w:jc w:val="both"/>
      </w:pPr>
      <w:r>
        <w:rPr>
          <w:rFonts w:ascii="Georgia" w:hAnsi="Georgia" w:cs="Georgia" w:eastAsia="Georgia"/>
          <w:b w:val="0"/>
          <w:i w:val="0"/>
          <w:sz w:val="22"/>
        </w:rPr>
        <w:t>(7) Medical treatment, even if permissible, cannot thwart Allah's Scheme. The virus will execute its job as decreed by Allah Ta'ala.</w:t>
      </w:r>
    </w:p>
    <w:p>
      <w:pPr>
        <w:spacing w:before="120" w:after="120" w:line="300" w:lineRule="exact"/>
        <w:ind w:left="720" w:right="720"/>
        <w:jc w:val="center"/>
      </w:pPr>
      <w:r>
        <w:rPr>
          <w:rFonts w:ascii="Georgia" w:hAnsi="Georgia" w:cs="Georgia" w:eastAsia="Georgia"/>
          <w:b w:val="0"/>
          <w:i/>
          <w:sz w:val="22"/>
        </w:rPr>
        <w:t>"Have you not seen those who have been given a portion of the Kitaab? They believe in idols and taaghoot (shaitaan). And regarding the kuffaar, they say that they (the kuffaar) are more guided along the Path than the Mu'mineen. Indeed they are the ones whom Allah has cursed. Whomever Allah curses, for him will you never find a helper."</w:t>
      </w:r>
    </w:p>
    <w:p>
      <w:pPr>
        <w:spacing w:before="120" w:after="120" w:line="300" w:lineRule="exact"/>
        <w:ind w:left="720" w:right="720"/>
        <w:jc w:val="center"/>
      </w:pPr>
      <w:r>
        <w:rPr>
          <w:rFonts w:ascii="Georgia" w:hAnsi="Georgia" w:cs="Georgia" w:eastAsia="Georgia"/>
          <w:b w:val="0"/>
          <w:i/>
          <w:sz w:val="22"/>
        </w:rPr>
        <w:t>(An-Nisaa', 51 and 52)</w:t>
      </w:r>
    </w:p>
    <w:p>
      <w:pPr>
        <w:spacing w:before="0" w:after="120" w:line="300" w:lineRule="exact"/>
        <w:jc w:val="both"/>
      </w:pPr>
      <w:r>
        <w:rPr>
          <w:rFonts w:ascii="Georgia" w:hAnsi="Georgia" w:cs="Georgia" w:eastAsia="Georgia"/>
          <w:b w:val="0"/>
          <w:i w:val="0"/>
          <w:sz w:val="22"/>
        </w:rPr>
        <w:t>This is the doctor and his ilk in a nutshell.</w:t>
      </w:r>
    </w:p>
    <w:p>
      <w:r>
        <w:br w:type="page"/>
      </w:r>
    </w:p>
    <w:p>
      <w:pPr>
        <w:pStyle w:val="Heading1"/>
        <w:spacing w:before="360" w:after="200" w:line="300" w:lineRule="exact"/>
        <w:jc w:val="center"/>
      </w:pPr>
      <w:r>
        <w:rPr>
          <w:rFonts w:ascii="Georgia" w:hAnsi="Georgia" w:cs="Georgia" w:eastAsia="Georgia"/>
          <w:b/>
          <w:i w:val="0"/>
          <w:color w:val="1F3864"/>
          <w:sz w:val="32"/>
        </w:rPr>
        <w:t>THE DEVIATION OF THE MUNAAFIQEEN – ALLAH'S CURSE ON THEM</w:t>
      </w:r>
    </w:p>
    <w:p>
      <w:pPr>
        <w:spacing w:before="120" w:after="120" w:line="300" w:lineRule="exact"/>
        <w:ind w:left="720" w:right="720"/>
        <w:jc w:val="center"/>
      </w:pPr>
      <w:r>
        <w:rPr>
          <w:rFonts w:ascii="Georgia" w:hAnsi="Georgia" w:cs="Georgia" w:eastAsia="Georgia"/>
          <w:b w:val="0"/>
          <w:i/>
          <w:sz w:val="22"/>
        </w:rPr>
        <w:t>"Whomever Allah guides, verily he is the rightly-guided one. And those whom Allah misleads, verily they are the khaasiroon (the eternal losers in the Aakhirah). (Al-A'raaf, Aayat 178)</w:t>
      </w:r>
    </w:p>
    <w:p>
      <w:pPr>
        <w:spacing w:before="120" w:after="120" w:line="300" w:lineRule="exact"/>
        <w:ind w:left="720" w:right="720"/>
        <w:jc w:val="center"/>
      </w:pPr>
      <w:r>
        <w:rPr>
          <w:rFonts w:ascii="Georgia" w:hAnsi="Georgia" w:cs="Georgia" w:eastAsia="Georgia"/>
          <w:b w:val="0"/>
          <w:i/>
          <w:sz w:val="22"/>
        </w:rPr>
        <w:t>"Verily, We have created numerous jinn and men</w:t>
      </w:r>
    </w:p>
    <w:p>
      <w:pPr>
        <w:spacing w:before="120" w:after="120" w:line="300" w:lineRule="exact"/>
        <w:ind w:left="720" w:right="720"/>
        <w:jc w:val="center"/>
      </w:pPr>
      <w:r>
        <w:rPr>
          <w:rFonts w:ascii="Georgia" w:hAnsi="Georgia" w:cs="Georgia" w:eastAsia="Georgia"/>
          <w:b w:val="0"/>
          <w:i/>
          <w:sz w:val="22"/>
        </w:rPr>
        <w:t>(specially) for Jahannam. They have hearts with which they cannot understand. They have eyes with which they cannot see. They have ears with which they cannot hear. Indeed they are like animals, in fact, more astray (than animals). Indeed, they are the ghaafiloon (those who are satanically rebellious like these munaafiqeen)."</w:t>
      </w:r>
    </w:p>
    <w:p>
      <w:pPr>
        <w:spacing w:before="120" w:after="120" w:line="300" w:lineRule="exact"/>
        <w:ind w:left="720" w:right="720"/>
        <w:jc w:val="center"/>
      </w:pPr>
      <w:r>
        <w:rPr>
          <w:rFonts w:ascii="Georgia" w:hAnsi="Georgia" w:cs="Georgia" w:eastAsia="Georgia"/>
          <w:b w:val="0"/>
          <w:i/>
          <w:sz w:val="22"/>
        </w:rPr>
        <w:t>(Al-A'raaf, Aayat 179)</w:t>
      </w:r>
    </w:p>
    <w:p>
      <w:pPr>
        <w:spacing w:before="120" w:after="120" w:line="300" w:lineRule="exact"/>
        <w:ind w:left="720" w:right="720"/>
        <w:jc w:val="center"/>
      </w:pPr>
      <w:r>
        <w:rPr>
          <w:rFonts w:ascii="Georgia" w:hAnsi="Georgia" w:cs="Georgia" w:eastAsia="Georgia"/>
          <w:b w:val="0"/>
          <w:i/>
          <w:sz w:val="22"/>
        </w:rPr>
        <w:t>"Verily the vilest of creatures by Allah are the deaf, the blind and dumb – those who have no intelligence." (Al-Anfaal, Aayat 22)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